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44"/>
        </w:rPr>
        <w:t>天文知识竞赛初赛题库</w:t>
      </w:r>
    </w:p>
    <w:p>
      <w:pPr>
        <w:jc w:val="center"/>
      </w:pPr>
      <w:r>
        <w:rPr>
          <w:rFonts w:ascii="黑体" w:hAnsi="黑体" w:eastAsia="黑体"/>
          <w:b w:val="0"/>
          <w:sz w:val="28"/>
        </w:rPr>
        <w:t>（试题与答案分离版）</w:t>
      </w:r>
    </w:p>
    <w:p/>
    <w:p>
      <w:r>
        <w:rPr>
          <w:rFonts w:ascii="黑体" w:hAnsi="黑体" w:eastAsia="黑体"/>
          <w:b/>
          <w:sz w:val="28"/>
        </w:rPr>
        <w:t>注意事项</w:t>
      </w:r>
    </w:p>
    <w:p>
      <w:pPr>
        <w:spacing w:after="80"/>
      </w:pPr>
      <w:r>
        <w:rPr>
          <w:rFonts w:ascii="宋体" w:hAnsi="宋体" w:eastAsia="宋体"/>
          <w:b w:val="0"/>
          <w:sz w:val="24"/>
        </w:rPr>
        <w:t>1、请在试卷上填写姓名、年级、班级等信息，字迹要清晰工整。</w:t>
      </w:r>
    </w:p>
    <w:p>
      <w:pPr>
        <w:spacing w:after="80"/>
      </w:pPr>
      <w:r>
        <w:rPr>
          <w:rFonts w:ascii="宋体" w:hAnsi="宋体" w:eastAsia="宋体"/>
          <w:b w:val="0"/>
          <w:sz w:val="24"/>
        </w:rPr>
        <w:t>2、所有答案均应填写在答题纸上。</w:t>
      </w:r>
    </w:p>
    <w:p>
      <w:pPr>
        <w:spacing w:after="80"/>
      </w:pPr>
      <w:r>
        <w:rPr>
          <w:rFonts w:ascii="宋体" w:hAnsi="宋体" w:eastAsia="宋体"/>
          <w:b w:val="0"/>
          <w:sz w:val="24"/>
        </w:rPr>
        <w:t>3、全卷共200分。答卷时间为120分钟。</w:t>
      </w:r>
    </w:p>
    <w:p>
      <w:pPr>
        <w:spacing w:after="240"/>
      </w:pPr>
      <w:r>
        <w:rPr>
          <w:rFonts w:ascii="宋体" w:hAnsi="宋体" w:eastAsia="宋体"/>
          <w:b w:val="0"/>
          <w:sz w:val="24"/>
        </w:rPr>
        <w:t>姓名：__________    年级：__________    班级：__________    得分：__________</w:t>
      </w:r>
    </w:p>
    <w:p>
      <w:pPr>
        <w:spacing w:before="240" w:after="240"/>
      </w:pPr>
      <w:r>
        <w:rPr>
          <w:rFonts w:ascii="黑体" w:hAnsi="黑体" w:eastAsia="黑体"/>
          <w:b/>
          <w:sz w:val="32"/>
        </w:rPr>
        <w:t>一、试题部分（共200题，每题1分）</w:t>
      </w:r>
    </w:p>
    <w:p>
      <w:pPr>
        <w:spacing w:before="120" w:after="40" w:line="440" w:lineRule="exact"/>
      </w:pPr>
      <w:r>
        <w:rPr>
          <w:rFonts w:ascii="宋体" w:hAnsi="宋体" w:eastAsia="宋体"/>
          <w:b w:val="0"/>
          <w:sz w:val="24"/>
        </w:rPr>
        <w:t>1. 下列天体中，属于恒星且是太阳系中心天体的是（）</w:t>
      </w:r>
    </w:p>
    <w:p>
      <w:pPr>
        <w:spacing w:before="20" w:after="20" w:line="400" w:lineRule="exact"/>
      </w:pPr>
      <w:r>
        <w:rPr>
          <w:rFonts w:ascii="宋体" w:hAnsi="宋体" w:eastAsia="宋体"/>
          <w:b w:val="0"/>
          <w:sz w:val="22"/>
        </w:rPr>
        <w:t xml:space="preserve">    A、地球        B、太阳</w:t>
      </w:r>
    </w:p>
    <w:p>
      <w:pPr>
        <w:spacing w:before="20" w:after="80" w:line="400" w:lineRule="exact"/>
      </w:pPr>
      <w:r>
        <w:rPr>
          <w:rFonts w:ascii="宋体" w:hAnsi="宋体" w:eastAsia="宋体"/>
          <w:b w:val="0"/>
          <w:sz w:val="22"/>
        </w:rPr>
        <w:t xml:space="preserve">    C、月球        D、火星</w:t>
      </w:r>
    </w:p>
    <w:p>
      <w:pPr>
        <w:spacing w:before="120" w:after="40" w:line="440" w:lineRule="exact"/>
      </w:pPr>
      <w:r>
        <w:rPr>
          <w:rFonts w:ascii="宋体" w:hAnsi="宋体" w:eastAsia="宋体"/>
          <w:b w:val="0"/>
          <w:sz w:val="24"/>
        </w:rPr>
        <w:t>2. 地球自转一周的时间大约是（）</w:t>
      </w:r>
    </w:p>
    <w:p>
      <w:pPr>
        <w:spacing w:before="20" w:after="20" w:line="400" w:lineRule="exact"/>
      </w:pPr>
      <w:r>
        <w:rPr>
          <w:rFonts w:ascii="宋体" w:hAnsi="宋体" w:eastAsia="宋体"/>
          <w:b w:val="0"/>
          <w:sz w:val="22"/>
        </w:rPr>
        <w:t xml:space="preserve">    A、24小时        B、30天</w:t>
      </w:r>
    </w:p>
    <w:p>
      <w:pPr>
        <w:spacing w:before="20" w:after="80" w:line="400" w:lineRule="exact"/>
      </w:pPr>
      <w:r>
        <w:rPr>
          <w:rFonts w:ascii="宋体" w:hAnsi="宋体" w:eastAsia="宋体"/>
          <w:b w:val="0"/>
          <w:sz w:val="22"/>
        </w:rPr>
        <w:t xml:space="preserve">    C、365天        D、12小时</w:t>
      </w:r>
    </w:p>
    <w:p>
      <w:pPr>
        <w:spacing w:before="120" w:after="40" w:line="440" w:lineRule="exact"/>
      </w:pPr>
      <w:r>
        <w:rPr>
          <w:rFonts w:ascii="宋体" w:hAnsi="宋体" w:eastAsia="宋体"/>
          <w:b w:val="0"/>
          <w:sz w:val="24"/>
        </w:rPr>
        <w:t>3. 地球公转产生的自然现象是（）</w:t>
      </w:r>
    </w:p>
    <w:p>
      <w:pPr>
        <w:spacing w:before="20" w:after="20" w:line="400" w:lineRule="exact"/>
      </w:pPr>
      <w:r>
        <w:rPr>
          <w:rFonts w:ascii="宋体" w:hAnsi="宋体" w:eastAsia="宋体"/>
          <w:b w:val="0"/>
          <w:sz w:val="22"/>
        </w:rPr>
        <w:t xml:space="preserve">    A、昼夜交替        B、太阳东升西落</w:t>
      </w:r>
    </w:p>
    <w:p>
      <w:pPr>
        <w:spacing w:before="20" w:after="80" w:line="400" w:lineRule="exact"/>
      </w:pPr>
      <w:r>
        <w:rPr>
          <w:rFonts w:ascii="宋体" w:hAnsi="宋体" w:eastAsia="宋体"/>
          <w:b w:val="0"/>
          <w:sz w:val="22"/>
        </w:rPr>
        <w:t xml:space="preserve">    C、四季变化        D、影子长短的日变化</w:t>
      </w:r>
    </w:p>
    <w:p>
      <w:pPr>
        <w:spacing w:before="120" w:after="40" w:line="440" w:lineRule="exact"/>
      </w:pPr>
      <w:r>
        <w:rPr>
          <w:rFonts w:ascii="宋体" w:hAnsi="宋体" w:eastAsia="宋体"/>
          <w:b w:val="0"/>
          <w:sz w:val="24"/>
        </w:rPr>
        <w:t>4. 月球是地球的（）</w:t>
      </w:r>
    </w:p>
    <w:p>
      <w:pPr>
        <w:spacing w:before="20" w:after="20" w:line="400" w:lineRule="exact"/>
      </w:pPr>
      <w:r>
        <w:rPr>
          <w:rFonts w:ascii="宋体" w:hAnsi="宋体" w:eastAsia="宋体"/>
          <w:b w:val="0"/>
          <w:sz w:val="22"/>
        </w:rPr>
        <w:t xml:space="preserve">    A、恒星        B、行星</w:t>
      </w:r>
    </w:p>
    <w:p>
      <w:pPr>
        <w:spacing w:before="20" w:after="80" w:line="400" w:lineRule="exact"/>
      </w:pPr>
      <w:r>
        <w:rPr>
          <w:rFonts w:ascii="宋体" w:hAnsi="宋体" w:eastAsia="宋体"/>
          <w:b w:val="0"/>
          <w:sz w:val="22"/>
        </w:rPr>
        <w:t xml:space="preserve">    C、天然卫星        D、人造卫星</w:t>
      </w:r>
    </w:p>
    <w:p>
      <w:pPr>
        <w:spacing w:before="120" w:after="40" w:line="440" w:lineRule="exact"/>
      </w:pPr>
      <w:r>
        <w:rPr>
          <w:rFonts w:ascii="宋体" w:hAnsi="宋体" w:eastAsia="宋体"/>
          <w:b w:val="0"/>
          <w:sz w:val="24"/>
        </w:rPr>
        <w:t>5. 月球本身不能发光，我们看到的月光来自（）</w:t>
      </w:r>
    </w:p>
    <w:p>
      <w:pPr>
        <w:spacing w:before="20" w:after="20" w:line="400" w:lineRule="exact"/>
      </w:pPr>
      <w:r>
        <w:rPr>
          <w:rFonts w:ascii="宋体" w:hAnsi="宋体" w:eastAsia="宋体"/>
          <w:b w:val="0"/>
          <w:sz w:val="22"/>
        </w:rPr>
        <w:t xml:space="preserve">    A、月球自身反射        B、地球反射</w:t>
      </w:r>
    </w:p>
    <w:p>
      <w:pPr>
        <w:spacing w:before="20" w:after="80" w:line="400" w:lineRule="exact"/>
      </w:pPr>
      <w:r>
        <w:rPr>
          <w:rFonts w:ascii="宋体" w:hAnsi="宋体" w:eastAsia="宋体"/>
          <w:b w:val="0"/>
          <w:sz w:val="22"/>
        </w:rPr>
        <w:t xml:space="preserve">    C、太阳反射        D、星星反射</w:t>
      </w:r>
    </w:p>
    <w:p>
      <w:pPr>
        <w:spacing w:before="120" w:after="40" w:line="440" w:lineRule="exact"/>
      </w:pPr>
      <w:r>
        <w:rPr>
          <w:rFonts w:ascii="宋体" w:hAnsi="宋体" w:eastAsia="宋体"/>
          <w:b w:val="0"/>
          <w:sz w:val="24"/>
        </w:rPr>
        <w:t>6. 太阳系中，按离太阳由近及远排列，正确的是（）</w:t>
      </w:r>
    </w:p>
    <w:p>
      <w:pPr>
        <w:spacing w:before="20" w:after="20" w:line="400" w:lineRule="exact"/>
      </w:pPr>
      <w:r>
        <w:rPr>
          <w:rFonts w:ascii="宋体" w:hAnsi="宋体" w:eastAsia="宋体"/>
          <w:b w:val="0"/>
          <w:sz w:val="22"/>
        </w:rPr>
        <w:t xml:space="preserve">    A、水星、金星、地球、火星        B、金星、水星、地球、火星</w:t>
      </w:r>
    </w:p>
    <w:p>
      <w:pPr>
        <w:spacing w:before="20" w:after="80" w:line="400" w:lineRule="exact"/>
      </w:pPr>
      <w:r>
        <w:rPr>
          <w:rFonts w:ascii="宋体" w:hAnsi="宋体" w:eastAsia="宋体"/>
          <w:b w:val="0"/>
          <w:sz w:val="22"/>
        </w:rPr>
        <w:t xml:space="preserve">    C、地球、水星、金星、火星        D、火星、地球、金星、水星</w:t>
      </w:r>
    </w:p>
    <w:p>
      <w:pPr>
        <w:spacing w:before="120" w:after="40" w:line="440" w:lineRule="exact"/>
      </w:pPr>
      <w:r>
        <w:rPr>
          <w:rFonts w:ascii="宋体" w:hAnsi="宋体" w:eastAsia="宋体"/>
          <w:b w:val="0"/>
          <w:sz w:val="24"/>
        </w:rPr>
        <w:t>7. 下列行星中，属于类地行星且表面有明显红色特征的是（）</w:t>
      </w:r>
    </w:p>
    <w:p>
      <w:pPr>
        <w:spacing w:before="20" w:after="20" w:line="400" w:lineRule="exact"/>
      </w:pPr>
      <w:r>
        <w:rPr>
          <w:rFonts w:ascii="宋体" w:hAnsi="宋体" w:eastAsia="宋体"/>
          <w:b w:val="0"/>
          <w:sz w:val="22"/>
        </w:rPr>
        <w:t xml:space="preserve">    A、金星        B、火星</w:t>
      </w:r>
    </w:p>
    <w:p>
      <w:pPr>
        <w:spacing w:before="20" w:after="80" w:line="400" w:lineRule="exact"/>
      </w:pPr>
      <w:r>
        <w:rPr>
          <w:rFonts w:ascii="宋体" w:hAnsi="宋体" w:eastAsia="宋体"/>
          <w:b w:val="0"/>
          <w:sz w:val="22"/>
        </w:rPr>
        <w:t xml:space="preserve">    C、木星        D、土星</w:t>
      </w:r>
    </w:p>
    <w:p>
      <w:pPr>
        <w:spacing w:before="120" w:after="40" w:line="440" w:lineRule="exact"/>
      </w:pPr>
      <w:r>
        <w:rPr>
          <w:rFonts w:ascii="宋体" w:hAnsi="宋体" w:eastAsia="宋体"/>
          <w:b w:val="0"/>
          <w:sz w:val="24"/>
        </w:rPr>
        <w:t>8. 太阳系中体积最大的行星是（）</w:t>
      </w:r>
    </w:p>
    <w:p>
      <w:pPr>
        <w:spacing w:before="20" w:after="20" w:line="400" w:lineRule="exact"/>
      </w:pPr>
      <w:r>
        <w:rPr>
          <w:rFonts w:ascii="宋体" w:hAnsi="宋体" w:eastAsia="宋体"/>
          <w:b w:val="0"/>
          <w:sz w:val="22"/>
        </w:rPr>
        <w:t xml:space="preserve">    A、地球        B、木星</w:t>
      </w:r>
    </w:p>
    <w:p>
      <w:pPr>
        <w:spacing w:before="20" w:after="80" w:line="400" w:lineRule="exact"/>
      </w:pPr>
      <w:r>
        <w:rPr>
          <w:rFonts w:ascii="宋体" w:hAnsi="宋体" w:eastAsia="宋体"/>
          <w:b w:val="0"/>
          <w:sz w:val="22"/>
        </w:rPr>
        <w:t xml:space="preserve">    C、土星        D、天王星</w:t>
      </w:r>
    </w:p>
    <w:p>
      <w:pPr>
        <w:spacing w:before="120" w:after="40" w:line="440" w:lineRule="exact"/>
      </w:pPr>
      <w:r>
        <w:rPr>
          <w:rFonts w:ascii="宋体" w:hAnsi="宋体" w:eastAsia="宋体"/>
          <w:b w:val="0"/>
          <w:sz w:val="24"/>
        </w:rPr>
        <w:t>9. 有明显美丽光环的行星是（）</w:t>
      </w:r>
    </w:p>
    <w:p>
      <w:pPr>
        <w:spacing w:before="20" w:after="20" w:line="400" w:lineRule="exact"/>
      </w:pPr>
      <w:r>
        <w:rPr>
          <w:rFonts w:ascii="宋体" w:hAnsi="宋体" w:eastAsia="宋体"/>
          <w:b w:val="0"/>
          <w:sz w:val="22"/>
        </w:rPr>
        <w:t xml:space="preserve">    A、地球        B、火星</w:t>
      </w:r>
    </w:p>
    <w:p>
      <w:pPr>
        <w:spacing w:before="20" w:after="80" w:line="400" w:lineRule="exact"/>
      </w:pPr>
      <w:r>
        <w:rPr>
          <w:rFonts w:ascii="宋体" w:hAnsi="宋体" w:eastAsia="宋体"/>
          <w:b w:val="0"/>
          <w:sz w:val="22"/>
        </w:rPr>
        <w:t xml:space="preserve">    C、土星        D、水星</w:t>
      </w:r>
    </w:p>
    <w:p>
      <w:pPr>
        <w:spacing w:before="120" w:after="40" w:line="440" w:lineRule="exact"/>
      </w:pPr>
      <w:r>
        <w:rPr>
          <w:rFonts w:ascii="宋体" w:hAnsi="宋体" w:eastAsia="宋体"/>
          <w:b w:val="0"/>
          <w:sz w:val="24"/>
        </w:rPr>
        <w:t>10. 日食发生时，挡住太阳光的天体是（）</w:t>
      </w:r>
    </w:p>
    <w:p>
      <w:pPr>
        <w:spacing w:before="20" w:after="20" w:line="400" w:lineRule="exact"/>
      </w:pPr>
      <w:r>
        <w:rPr>
          <w:rFonts w:ascii="宋体" w:hAnsi="宋体" w:eastAsia="宋体"/>
          <w:b w:val="0"/>
          <w:sz w:val="22"/>
        </w:rPr>
        <w:t xml:space="preserve">    A、地球        B、月球</w:t>
      </w:r>
    </w:p>
    <w:p>
      <w:pPr>
        <w:spacing w:before="20" w:after="80" w:line="400" w:lineRule="exact"/>
      </w:pPr>
      <w:r>
        <w:rPr>
          <w:rFonts w:ascii="宋体" w:hAnsi="宋体" w:eastAsia="宋体"/>
          <w:b w:val="0"/>
          <w:sz w:val="22"/>
        </w:rPr>
        <w:t xml:space="preserve">    C、火星        D、金星</w:t>
      </w:r>
    </w:p>
    <w:p>
      <w:pPr>
        <w:spacing w:before="120" w:after="40" w:line="440" w:lineRule="exact"/>
      </w:pPr>
      <w:r>
        <w:rPr>
          <w:rFonts w:ascii="宋体" w:hAnsi="宋体" w:eastAsia="宋体"/>
          <w:b w:val="0"/>
          <w:sz w:val="24"/>
        </w:rPr>
        <w:t>11. 月食发生时，太阳、地球、月球的位置关系是（）</w:t>
      </w:r>
    </w:p>
    <w:p>
      <w:pPr>
        <w:spacing w:before="20" w:after="20" w:line="400" w:lineRule="exact"/>
      </w:pPr>
      <w:r>
        <w:rPr>
          <w:rFonts w:ascii="宋体" w:hAnsi="宋体" w:eastAsia="宋体"/>
          <w:b w:val="0"/>
          <w:sz w:val="22"/>
        </w:rPr>
        <w:t xml:space="preserve">    A、太阳→月球→地球        B、地球→太阳→月球</w:t>
      </w:r>
    </w:p>
    <w:p>
      <w:pPr>
        <w:spacing w:before="20" w:after="80" w:line="400" w:lineRule="exact"/>
      </w:pPr>
      <w:r>
        <w:rPr>
          <w:rFonts w:ascii="宋体" w:hAnsi="宋体" w:eastAsia="宋体"/>
          <w:b w:val="0"/>
          <w:sz w:val="22"/>
        </w:rPr>
        <w:t xml:space="preserve">    C、太阳→地球→月球        D、月球→太阳→地球</w:t>
      </w:r>
    </w:p>
    <w:p>
      <w:pPr>
        <w:spacing w:before="120" w:after="40" w:line="440" w:lineRule="exact"/>
      </w:pPr>
      <w:r>
        <w:rPr>
          <w:rFonts w:ascii="宋体" w:hAnsi="宋体" w:eastAsia="宋体"/>
          <w:b w:val="0"/>
          <w:sz w:val="24"/>
        </w:rPr>
        <w:t>12. 农历十五、十六的月相通常是（）</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13. 月相变化的周期大约是（）</w:t>
      </w:r>
    </w:p>
    <w:p>
      <w:pPr>
        <w:spacing w:before="20" w:after="20" w:line="400" w:lineRule="exact"/>
      </w:pPr>
      <w:r>
        <w:rPr>
          <w:rFonts w:ascii="宋体" w:hAnsi="宋体" w:eastAsia="宋体"/>
          <w:b w:val="0"/>
          <w:sz w:val="22"/>
        </w:rPr>
        <w:t xml:space="preserve">    A、一天        B、一个月</w:t>
      </w:r>
    </w:p>
    <w:p>
      <w:pPr>
        <w:spacing w:before="20" w:after="80" w:line="400" w:lineRule="exact"/>
      </w:pPr>
      <w:r>
        <w:rPr>
          <w:rFonts w:ascii="宋体" w:hAnsi="宋体" w:eastAsia="宋体"/>
          <w:b w:val="0"/>
          <w:sz w:val="22"/>
        </w:rPr>
        <w:t xml:space="preserve">    C、一年        D、一季度</w:t>
      </w:r>
    </w:p>
    <w:p>
      <w:pPr>
        <w:spacing w:before="120" w:after="40" w:line="440" w:lineRule="exact"/>
      </w:pPr>
      <w:r>
        <w:rPr>
          <w:rFonts w:ascii="宋体" w:hAnsi="宋体" w:eastAsia="宋体"/>
          <w:b w:val="0"/>
          <w:sz w:val="24"/>
        </w:rPr>
        <w:t>14. 光年是下列哪种物理量的单位（）</w:t>
      </w:r>
    </w:p>
    <w:p>
      <w:pPr>
        <w:spacing w:before="20" w:after="20" w:line="400" w:lineRule="exact"/>
      </w:pPr>
      <w:r>
        <w:rPr>
          <w:rFonts w:ascii="宋体" w:hAnsi="宋体" w:eastAsia="宋体"/>
          <w:b w:val="0"/>
          <w:sz w:val="22"/>
        </w:rPr>
        <w:t xml:space="preserve">    A、时间        B、长度</w:t>
      </w:r>
    </w:p>
    <w:p>
      <w:pPr>
        <w:spacing w:before="20" w:after="80" w:line="400" w:lineRule="exact"/>
      </w:pPr>
      <w:r>
        <w:rPr>
          <w:rFonts w:ascii="宋体" w:hAnsi="宋体" w:eastAsia="宋体"/>
          <w:b w:val="0"/>
          <w:sz w:val="22"/>
        </w:rPr>
        <w:t xml:space="preserve">    C、速度        D、质量</w:t>
      </w:r>
    </w:p>
    <w:p>
      <w:pPr>
        <w:spacing w:before="120" w:after="40" w:line="440" w:lineRule="exact"/>
      </w:pPr>
      <w:r>
        <w:rPr>
          <w:rFonts w:ascii="宋体" w:hAnsi="宋体" w:eastAsia="宋体"/>
          <w:b w:val="0"/>
          <w:sz w:val="24"/>
        </w:rPr>
        <w:t>15. 夜晚天空中位置几乎不动的星星是（）</w:t>
      </w:r>
    </w:p>
    <w:p>
      <w:pPr>
        <w:spacing w:before="20" w:after="20" w:line="400" w:lineRule="exact"/>
      </w:pPr>
      <w:r>
        <w:rPr>
          <w:rFonts w:ascii="宋体" w:hAnsi="宋体" w:eastAsia="宋体"/>
          <w:b w:val="0"/>
          <w:sz w:val="22"/>
        </w:rPr>
        <w:t xml:space="preserve">    A、牛郎星        B、织女星</w:t>
      </w:r>
    </w:p>
    <w:p>
      <w:pPr>
        <w:spacing w:before="20" w:after="80" w:line="400" w:lineRule="exact"/>
      </w:pPr>
      <w:r>
        <w:rPr>
          <w:rFonts w:ascii="宋体" w:hAnsi="宋体" w:eastAsia="宋体"/>
          <w:b w:val="0"/>
          <w:sz w:val="22"/>
        </w:rPr>
        <w:t xml:space="preserve">    C、北极星        D、天狼星</w:t>
      </w:r>
    </w:p>
    <w:p>
      <w:pPr>
        <w:spacing w:before="120" w:after="40" w:line="440" w:lineRule="exact"/>
      </w:pPr>
      <w:r>
        <w:rPr>
          <w:rFonts w:ascii="宋体" w:hAnsi="宋体" w:eastAsia="宋体"/>
          <w:b w:val="0"/>
          <w:sz w:val="24"/>
        </w:rPr>
        <w:t>16. 北极星位于下列哪个星座（）</w:t>
      </w:r>
    </w:p>
    <w:p>
      <w:pPr>
        <w:spacing w:before="20" w:after="20" w:line="400" w:lineRule="exact"/>
      </w:pPr>
      <w:r>
        <w:rPr>
          <w:rFonts w:ascii="宋体" w:hAnsi="宋体" w:eastAsia="宋体"/>
          <w:b w:val="0"/>
          <w:sz w:val="22"/>
        </w:rPr>
        <w:t xml:space="preserve">    A、大熊座        B、小熊座</w:t>
      </w:r>
    </w:p>
    <w:p>
      <w:pPr>
        <w:spacing w:before="20" w:after="80" w:line="400" w:lineRule="exact"/>
      </w:pPr>
      <w:r>
        <w:rPr>
          <w:rFonts w:ascii="宋体" w:hAnsi="宋体" w:eastAsia="宋体"/>
          <w:b w:val="0"/>
          <w:sz w:val="22"/>
        </w:rPr>
        <w:t xml:space="preserve">    C、猎户座        D、天蝎座</w:t>
      </w:r>
    </w:p>
    <w:p>
      <w:pPr>
        <w:spacing w:before="120" w:after="40" w:line="440" w:lineRule="exact"/>
      </w:pPr>
      <w:r>
        <w:rPr>
          <w:rFonts w:ascii="宋体" w:hAnsi="宋体" w:eastAsia="宋体"/>
          <w:b w:val="0"/>
          <w:sz w:val="24"/>
        </w:rPr>
        <w:t>17. 北斗七星属于下列哪个星座（）</w:t>
      </w:r>
    </w:p>
    <w:p>
      <w:pPr>
        <w:spacing w:before="20" w:after="20" w:line="400" w:lineRule="exact"/>
      </w:pPr>
      <w:r>
        <w:rPr>
          <w:rFonts w:ascii="宋体" w:hAnsi="宋体" w:eastAsia="宋体"/>
          <w:b w:val="0"/>
          <w:sz w:val="22"/>
        </w:rPr>
        <w:t xml:space="preserve">    A、大熊座        B、小熊座</w:t>
      </w:r>
    </w:p>
    <w:p>
      <w:pPr>
        <w:spacing w:before="20" w:after="80" w:line="400" w:lineRule="exact"/>
      </w:pPr>
      <w:r>
        <w:rPr>
          <w:rFonts w:ascii="宋体" w:hAnsi="宋体" w:eastAsia="宋体"/>
          <w:b w:val="0"/>
          <w:sz w:val="22"/>
        </w:rPr>
        <w:t xml:space="preserve">    C、猎户座        D、天鹅座</w:t>
      </w:r>
    </w:p>
    <w:p>
      <w:pPr>
        <w:spacing w:before="120" w:after="40" w:line="440" w:lineRule="exact"/>
      </w:pPr>
      <w:r>
        <w:rPr>
          <w:rFonts w:ascii="宋体" w:hAnsi="宋体" w:eastAsia="宋体"/>
          <w:b w:val="0"/>
          <w:sz w:val="24"/>
        </w:rPr>
        <w:t>18. 我们夜晚看到的星星，大多数是（）</w:t>
      </w:r>
    </w:p>
    <w:p>
      <w:pPr>
        <w:spacing w:before="20" w:after="20" w:line="400" w:lineRule="exact"/>
      </w:pPr>
      <w:r>
        <w:rPr>
          <w:rFonts w:ascii="宋体" w:hAnsi="宋体" w:eastAsia="宋体"/>
          <w:b w:val="0"/>
          <w:sz w:val="22"/>
        </w:rPr>
        <w:t xml:space="preserve">    A、行星        B、卫星</w:t>
      </w:r>
    </w:p>
    <w:p>
      <w:pPr>
        <w:spacing w:before="20" w:after="80" w:line="400" w:lineRule="exact"/>
      </w:pPr>
      <w:r>
        <w:rPr>
          <w:rFonts w:ascii="宋体" w:hAnsi="宋体" w:eastAsia="宋体"/>
          <w:b w:val="0"/>
          <w:sz w:val="22"/>
        </w:rPr>
        <w:t xml:space="preserve">    C、恒星        D、流星</w:t>
      </w:r>
    </w:p>
    <w:p>
      <w:pPr>
        <w:spacing w:before="120" w:after="40" w:line="440" w:lineRule="exact"/>
      </w:pPr>
      <w:r>
        <w:rPr>
          <w:rFonts w:ascii="宋体" w:hAnsi="宋体" w:eastAsia="宋体"/>
          <w:b w:val="0"/>
          <w:sz w:val="24"/>
        </w:rPr>
        <w:t>19. 下列天体中，自身能发光发热的是（）</w:t>
      </w:r>
    </w:p>
    <w:p>
      <w:pPr>
        <w:spacing w:before="20" w:after="20" w:line="400" w:lineRule="exact"/>
      </w:pPr>
      <w:r>
        <w:rPr>
          <w:rFonts w:ascii="宋体" w:hAnsi="宋体" w:eastAsia="宋体"/>
          <w:b w:val="0"/>
          <w:sz w:val="22"/>
        </w:rPr>
        <w:t xml:space="preserve">    A、地球        B、月球</w:t>
      </w:r>
    </w:p>
    <w:p>
      <w:pPr>
        <w:spacing w:before="20" w:after="80" w:line="400" w:lineRule="exact"/>
      </w:pPr>
      <w:r>
        <w:rPr>
          <w:rFonts w:ascii="宋体" w:hAnsi="宋体" w:eastAsia="宋体"/>
          <w:b w:val="0"/>
          <w:sz w:val="22"/>
        </w:rPr>
        <w:t xml:space="preserve">    C、太阳        D、火星</w:t>
      </w:r>
    </w:p>
    <w:p>
      <w:pPr>
        <w:spacing w:before="120" w:after="40" w:line="440" w:lineRule="exact"/>
      </w:pPr>
      <w:r>
        <w:rPr>
          <w:rFonts w:ascii="宋体" w:hAnsi="宋体" w:eastAsia="宋体"/>
          <w:b w:val="0"/>
          <w:sz w:val="24"/>
        </w:rPr>
        <w:t>20. 地球的形状是（）</w:t>
      </w:r>
    </w:p>
    <w:p>
      <w:pPr>
        <w:spacing w:before="20" w:after="20" w:line="400" w:lineRule="exact"/>
      </w:pPr>
      <w:r>
        <w:rPr>
          <w:rFonts w:ascii="宋体" w:hAnsi="宋体" w:eastAsia="宋体"/>
          <w:b w:val="0"/>
          <w:sz w:val="22"/>
        </w:rPr>
        <w:t xml:space="preserve">    A、正球体        B、椭球体</w:t>
      </w:r>
    </w:p>
    <w:p>
      <w:pPr>
        <w:spacing w:before="20" w:after="80" w:line="400" w:lineRule="exact"/>
      </w:pPr>
      <w:r>
        <w:rPr>
          <w:rFonts w:ascii="宋体" w:hAnsi="宋体" w:eastAsia="宋体"/>
          <w:b w:val="0"/>
          <w:sz w:val="22"/>
        </w:rPr>
        <w:t xml:space="preserve">    C、方形        D、圆盘形</w:t>
      </w:r>
    </w:p>
    <w:p>
      <w:pPr>
        <w:spacing w:before="120" w:after="40" w:line="440" w:lineRule="exact"/>
      </w:pPr>
      <w:r>
        <w:rPr>
          <w:rFonts w:ascii="宋体" w:hAnsi="宋体" w:eastAsia="宋体"/>
          <w:b w:val="0"/>
          <w:sz w:val="24"/>
        </w:rPr>
        <w:t>21. 地球的赤道周长大约是（）</w:t>
      </w:r>
    </w:p>
    <w:p>
      <w:pPr>
        <w:spacing w:before="20" w:after="20" w:line="400" w:lineRule="exact"/>
      </w:pPr>
      <w:r>
        <w:rPr>
          <w:rFonts w:ascii="宋体" w:hAnsi="宋体" w:eastAsia="宋体"/>
          <w:b w:val="0"/>
          <w:sz w:val="22"/>
        </w:rPr>
        <w:t xml:space="preserve">    A、4万千米        B、4千千米</w:t>
      </w:r>
    </w:p>
    <w:p>
      <w:pPr>
        <w:spacing w:before="20" w:after="80" w:line="400" w:lineRule="exact"/>
      </w:pPr>
      <w:r>
        <w:rPr>
          <w:rFonts w:ascii="宋体" w:hAnsi="宋体" w:eastAsia="宋体"/>
          <w:b w:val="0"/>
          <w:sz w:val="22"/>
        </w:rPr>
        <w:t xml:space="preserve">    C、40万千米        D、400千米</w:t>
      </w:r>
    </w:p>
    <w:p>
      <w:pPr>
        <w:spacing w:before="120" w:after="40" w:line="440" w:lineRule="exact"/>
      </w:pPr>
      <w:r>
        <w:rPr>
          <w:rFonts w:ascii="宋体" w:hAnsi="宋体" w:eastAsia="宋体"/>
          <w:b w:val="0"/>
          <w:sz w:val="24"/>
        </w:rPr>
        <w:t>22. 下列哪种现象能证明地球是球体（）</w:t>
      </w:r>
    </w:p>
    <w:p>
      <w:pPr>
        <w:spacing w:before="20" w:after="20" w:line="400" w:lineRule="exact"/>
      </w:pPr>
      <w:r>
        <w:rPr>
          <w:rFonts w:ascii="宋体" w:hAnsi="宋体" w:eastAsia="宋体"/>
          <w:b w:val="0"/>
          <w:sz w:val="22"/>
        </w:rPr>
        <w:t xml:space="preserve">    A、太阳东升西落        B、月食时地球的影子是圆形</w:t>
      </w:r>
    </w:p>
    <w:p>
      <w:pPr>
        <w:spacing w:before="20" w:after="80" w:line="400" w:lineRule="exact"/>
      </w:pPr>
      <w:r>
        <w:rPr>
          <w:rFonts w:ascii="宋体" w:hAnsi="宋体" w:eastAsia="宋体"/>
          <w:b w:val="0"/>
          <w:sz w:val="22"/>
        </w:rPr>
        <w:t xml:space="preserve">    C、影子长短变化        D、昼夜交替</w:t>
      </w:r>
    </w:p>
    <w:p>
      <w:pPr>
        <w:spacing w:before="120" w:after="40" w:line="440" w:lineRule="exact"/>
      </w:pPr>
      <w:r>
        <w:rPr>
          <w:rFonts w:ascii="宋体" w:hAnsi="宋体" w:eastAsia="宋体"/>
          <w:b w:val="0"/>
          <w:sz w:val="24"/>
        </w:rPr>
        <w:t>23. 太阳黑子出现在太阳的（）</w:t>
      </w:r>
    </w:p>
    <w:p>
      <w:pPr>
        <w:spacing w:before="20" w:after="20" w:line="400" w:lineRule="exact"/>
      </w:pPr>
      <w:r>
        <w:rPr>
          <w:rFonts w:ascii="宋体" w:hAnsi="宋体" w:eastAsia="宋体"/>
          <w:b w:val="0"/>
          <w:sz w:val="22"/>
        </w:rPr>
        <w:t xml:space="preserve">    A、内部        B、光球层</w:t>
      </w:r>
    </w:p>
    <w:p>
      <w:pPr>
        <w:spacing w:before="20" w:after="80" w:line="400" w:lineRule="exact"/>
      </w:pPr>
      <w:r>
        <w:rPr>
          <w:rFonts w:ascii="宋体" w:hAnsi="宋体" w:eastAsia="宋体"/>
          <w:b w:val="0"/>
          <w:sz w:val="22"/>
        </w:rPr>
        <w:t xml:space="preserve">    C、色球层        D、日冕层</w:t>
      </w:r>
    </w:p>
    <w:p>
      <w:pPr>
        <w:spacing w:before="120" w:after="40" w:line="440" w:lineRule="exact"/>
      </w:pPr>
      <w:r>
        <w:rPr>
          <w:rFonts w:ascii="宋体" w:hAnsi="宋体" w:eastAsia="宋体"/>
          <w:b w:val="0"/>
          <w:sz w:val="24"/>
        </w:rPr>
        <w:t>24. 太阳的光和热来自于其内部的（）</w:t>
      </w:r>
    </w:p>
    <w:p>
      <w:pPr>
        <w:spacing w:before="20" w:after="20" w:line="400" w:lineRule="exact"/>
      </w:pPr>
      <w:r>
        <w:rPr>
          <w:rFonts w:ascii="宋体" w:hAnsi="宋体" w:eastAsia="宋体"/>
          <w:b w:val="0"/>
          <w:sz w:val="22"/>
        </w:rPr>
        <w:t xml:space="preserve">    A、燃烧反应        B、核聚变反应</w:t>
      </w:r>
    </w:p>
    <w:p>
      <w:pPr>
        <w:spacing w:before="20" w:after="80" w:line="400" w:lineRule="exact"/>
      </w:pPr>
      <w:r>
        <w:rPr>
          <w:rFonts w:ascii="宋体" w:hAnsi="宋体" w:eastAsia="宋体"/>
          <w:b w:val="0"/>
          <w:sz w:val="22"/>
        </w:rPr>
        <w:t xml:space="preserve">    C、核裂变反应        D、化学反应</w:t>
      </w:r>
    </w:p>
    <w:p>
      <w:pPr>
        <w:spacing w:before="120" w:after="40" w:line="440" w:lineRule="exact"/>
      </w:pPr>
      <w:r>
        <w:rPr>
          <w:rFonts w:ascii="宋体" w:hAnsi="宋体" w:eastAsia="宋体"/>
          <w:b w:val="0"/>
          <w:sz w:val="24"/>
        </w:rPr>
        <w:t>25. 月球表面最显著的地形特征是（）</w:t>
      </w:r>
    </w:p>
    <w:p>
      <w:pPr>
        <w:spacing w:before="20" w:after="20" w:line="400" w:lineRule="exact"/>
      </w:pPr>
      <w:r>
        <w:rPr>
          <w:rFonts w:ascii="宋体" w:hAnsi="宋体" w:eastAsia="宋体"/>
          <w:b w:val="0"/>
          <w:sz w:val="22"/>
        </w:rPr>
        <w:t xml:space="preserve">    A、海洋        B、平原</w:t>
      </w:r>
    </w:p>
    <w:p>
      <w:pPr>
        <w:spacing w:before="20" w:after="80" w:line="400" w:lineRule="exact"/>
      </w:pPr>
      <w:r>
        <w:rPr>
          <w:rFonts w:ascii="宋体" w:hAnsi="宋体" w:eastAsia="宋体"/>
          <w:b w:val="0"/>
          <w:sz w:val="22"/>
        </w:rPr>
        <w:t xml:space="preserve">    C、环形山        D、火山</w:t>
      </w:r>
    </w:p>
    <w:p>
      <w:pPr>
        <w:spacing w:before="120" w:after="40" w:line="440" w:lineRule="exact"/>
      </w:pPr>
      <w:r>
        <w:rPr>
          <w:rFonts w:ascii="宋体" w:hAnsi="宋体" w:eastAsia="宋体"/>
          <w:b w:val="0"/>
          <w:sz w:val="24"/>
        </w:rPr>
        <w:t>26. 月球上没有空气和水，所以（）</w:t>
      </w:r>
    </w:p>
    <w:p>
      <w:pPr>
        <w:spacing w:before="20" w:after="20" w:line="400" w:lineRule="exact"/>
      </w:pPr>
      <w:r>
        <w:rPr>
          <w:rFonts w:ascii="宋体" w:hAnsi="宋体" w:eastAsia="宋体"/>
          <w:b w:val="0"/>
          <w:sz w:val="22"/>
        </w:rPr>
        <w:t xml:space="preserve">    A、声音不能传播        B、光不能传播</w:t>
      </w:r>
    </w:p>
    <w:p>
      <w:pPr>
        <w:spacing w:before="20" w:after="80" w:line="400" w:lineRule="exact"/>
      </w:pPr>
      <w:r>
        <w:rPr>
          <w:rFonts w:ascii="宋体" w:hAnsi="宋体" w:eastAsia="宋体"/>
          <w:b w:val="0"/>
          <w:sz w:val="22"/>
        </w:rPr>
        <w:t xml:space="preserve">    C、物体不能存在        D、没有引力</w:t>
      </w:r>
    </w:p>
    <w:p>
      <w:pPr>
        <w:spacing w:before="120" w:after="40" w:line="440" w:lineRule="exact"/>
      </w:pPr>
      <w:r>
        <w:rPr>
          <w:rFonts w:ascii="宋体" w:hAnsi="宋体" w:eastAsia="宋体"/>
          <w:b w:val="0"/>
          <w:sz w:val="24"/>
        </w:rPr>
        <w:t>27. 月球的引力大约是地球引力的（）</w:t>
      </w:r>
    </w:p>
    <w:p>
      <w:pPr>
        <w:spacing w:before="20" w:after="20" w:line="400" w:lineRule="exact"/>
      </w:pPr>
      <w:r>
        <w:rPr>
          <w:rFonts w:ascii="宋体" w:hAnsi="宋体" w:eastAsia="宋体"/>
          <w:b w:val="0"/>
          <w:sz w:val="22"/>
        </w:rPr>
        <w:t xml:space="preserve">    A、1/2        B、1/6</w:t>
      </w:r>
    </w:p>
    <w:p>
      <w:pPr>
        <w:spacing w:before="20" w:after="80" w:line="400" w:lineRule="exact"/>
      </w:pPr>
      <w:r>
        <w:rPr>
          <w:rFonts w:ascii="宋体" w:hAnsi="宋体" w:eastAsia="宋体"/>
          <w:b w:val="0"/>
          <w:sz w:val="22"/>
        </w:rPr>
        <w:t xml:space="preserve">    C、1/10        D、1/100</w:t>
      </w:r>
    </w:p>
    <w:p>
      <w:pPr>
        <w:spacing w:before="120" w:after="40" w:line="440" w:lineRule="exact"/>
      </w:pPr>
      <w:r>
        <w:rPr>
          <w:rFonts w:ascii="宋体" w:hAnsi="宋体" w:eastAsia="宋体"/>
          <w:b w:val="0"/>
          <w:sz w:val="24"/>
        </w:rPr>
        <w:t>28. 下列哪种仪器可以用来观察天体的细节（）</w:t>
      </w:r>
    </w:p>
    <w:p>
      <w:pPr>
        <w:spacing w:before="20" w:after="20" w:line="400" w:lineRule="exact"/>
      </w:pPr>
      <w:r>
        <w:rPr>
          <w:rFonts w:ascii="宋体" w:hAnsi="宋体" w:eastAsia="宋体"/>
          <w:b w:val="0"/>
          <w:sz w:val="22"/>
        </w:rPr>
        <w:t xml:space="preserve">    A、显微镜        B、望远镜</w:t>
      </w:r>
    </w:p>
    <w:p>
      <w:pPr>
        <w:spacing w:before="20" w:after="80" w:line="400" w:lineRule="exact"/>
      </w:pPr>
      <w:r>
        <w:rPr>
          <w:rFonts w:ascii="宋体" w:hAnsi="宋体" w:eastAsia="宋体"/>
          <w:b w:val="0"/>
          <w:sz w:val="22"/>
        </w:rPr>
        <w:t xml:space="preserve">    C、指南针        D、星图</w:t>
      </w:r>
    </w:p>
    <w:p>
      <w:pPr>
        <w:spacing w:before="120" w:after="40" w:line="440" w:lineRule="exact"/>
      </w:pPr>
      <w:r>
        <w:rPr>
          <w:rFonts w:ascii="宋体" w:hAnsi="宋体" w:eastAsia="宋体"/>
          <w:b w:val="0"/>
          <w:sz w:val="24"/>
        </w:rPr>
        <w:t>29. 星图的主要作用是（）</w:t>
      </w:r>
    </w:p>
    <w:p>
      <w:pPr>
        <w:spacing w:before="20" w:after="20" w:line="400" w:lineRule="exact"/>
      </w:pPr>
      <w:r>
        <w:rPr>
          <w:rFonts w:ascii="宋体" w:hAnsi="宋体" w:eastAsia="宋体"/>
          <w:b w:val="0"/>
          <w:sz w:val="22"/>
        </w:rPr>
        <w:t xml:space="preserve">    A、辨别方向        B、观察天体位置</w:t>
      </w:r>
    </w:p>
    <w:p>
      <w:pPr>
        <w:spacing w:before="20" w:after="80" w:line="400" w:lineRule="exact"/>
      </w:pPr>
      <w:r>
        <w:rPr>
          <w:rFonts w:ascii="宋体" w:hAnsi="宋体" w:eastAsia="宋体"/>
          <w:b w:val="0"/>
          <w:sz w:val="22"/>
        </w:rPr>
        <w:t xml:space="preserve">    C、测量天体距离        D、记录天体质量</w:t>
      </w:r>
    </w:p>
    <w:p>
      <w:pPr>
        <w:spacing w:before="120" w:after="40" w:line="440" w:lineRule="exact"/>
      </w:pPr>
      <w:r>
        <w:rPr>
          <w:rFonts w:ascii="宋体" w:hAnsi="宋体" w:eastAsia="宋体"/>
          <w:b w:val="0"/>
          <w:sz w:val="24"/>
        </w:rPr>
        <w:t>30. 下列属于太阳系小天体的是（）</w:t>
      </w:r>
    </w:p>
    <w:p>
      <w:pPr>
        <w:spacing w:before="20" w:after="20" w:line="400" w:lineRule="exact"/>
      </w:pPr>
      <w:r>
        <w:rPr>
          <w:rFonts w:ascii="宋体" w:hAnsi="宋体" w:eastAsia="宋体"/>
          <w:b w:val="0"/>
          <w:sz w:val="22"/>
        </w:rPr>
        <w:t xml:space="preserve">    A、地球        B、月球</w:t>
      </w:r>
    </w:p>
    <w:p>
      <w:pPr>
        <w:spacing w:before="20" w:after="80" w:line="400" w:lineRule="exact"/>
      </w:pPr>
      <w:r>
        <w:rPr>
          <w:rFonts w:ascii="宋体" w:hAnsi="宋体" w:eastAsia="宋体"/>
          <w:b w:val="0"/>
          <w:sz w:val="22"/>
        </w:rPr>
        <w:t xml:space="preserve">    C、流星体        D、木星</w:t>
      </w:r>
    </w:p>
    <w:p>
      <w:pPr>
        <w:spacing w:before="120" w:after="40" w:line="440" w:lineRule="exact"/>
      </w:pPr>
      <w:r>
        <w:rPr>
          <w:rFonts w:ascii="宋体" w:hAnsi="宋体" w:eastAsia="宋体"/>
          <w:b w:val="0"/>
          <w:sz w:val="24"/>
        </w:rPr>
        <w:t>31. 流星雨的形成与下列哪种天体有关（）</w:t>
      </w:r>
    </w:p>
    <w:p>
      <w:pPr>
        <w:spacing w:before="20" w:after="20" w:line="400" w:lineRule="exact"/>
      </w:pPr>
      <w:r>
        <w:rPr>
          <w:rFonts w:ascii="宋体" w:hAnsi="宋体" w:eastAsia="宋体"/>
          <w:b w:val="0"/>
          <w:sz w:val="22"/>
        </w:rPr>
        <w:t xml:space="preserve">    A、恒星        B、行星</w:t>
      </w:r>
    </w:p>
    <w:p>
      <w:pPr>
        <w:spacing w:before="20" w:after="80" w:line="400" w:lineRule="exact"/>
      </w:pPr>
      <w:r>
        <w:rPr>
          <w:rFonts w:ascii="宋体" w:hAnsi="宋体" w:eastAsia="宋体"/>
          <w:b w:val="0"/>
          <w:sz w:val="22"/>
        </w:rPr>
        <w:t xml:space="preserve">    C、流星体        D、彗星</w:t>
      </w:r>
    </w:p>
    <w:p>
      <w:pPr>
        <w:spacing w:before="120" w:after="40" w:line="440" w:lineRule="exact"/>
      </w:pPr>
      <w:r>
        <w:rPr>
          <w:rFonts w:ascii="宋体" w:hAnsi="宋体" w:eastAsia="宋体"/>
          <w:b w:val="0"/>
          <w:sz w:val="24"/>
        </w:rPr>
        <w:t>32. 下列哪种天体属于彗星（）</w:t>
      </w:r>
    </w:p>
    <w:p>
      <w:pPr>
        <w:spacing w:before="20" w:after="20" w:line="400" w:lineRule="exact"/>
      </w:pPr>
      <w:r>
        <w:rPr>
          <w:rFonts w:ascii="宋体" w:hAnsi="宋体" w:eastAsia="宋体"/>
          <w:b w:val="0"/>
          <w:sz w:val="22"/>
        </w:rPr>
        <w:t xml:space="preserve">    A、北斗七星        B、哈雷彗星</w:t>
      </w:r>
    </w:p>
    <w:p>
      <w:pPr>
        <w:spacing w:before="20" w:after="80" w:line="400" w:lineRule="exact"/>
      </w:pPr>
      <w:r>
        <w:rPr>
          <w:rFonts w:ascii="宋体" w:hAnsi="宋体" w:eastAsia="宋体"/>
          <w:b w:val="0"/>
          <w:sz w:val="22"/>
        </w:rPr>
        <w:t xml:space="preserve">    C、火星        D、月球</w:t>
      </w:r>
    </w:p>
    <w:p>
      <w:pPr>
        <w:spacing w:before="120" w:after="40" w:line="440" w:lineRule="exact"/>
      </w:pPr>
      <w:r>
        <w:rPr>
          <w:rFonts w:ascii="宋体" w:hAnsi="宋体" w:eastAsia="宋体"/>
          <w:b w:val="0"/>
          <w:sz w:val="24"/>
        </w:rPr>
        <w:t>33. 地球公转的轨道形状是（）</w:t>
      </w:r>
    </w:p>
    <w:p>
      <w:pPr>
        <w:spacing w:before="20" w:after="20" w:line="400" w:lineRule="exact"/>
      </w:pPr>
      <w:r>
        <w:rPr>
          <w:rFonts w:ascii="宋体" w:hAnsi="宋体" w:eastAsia="宋体"/>
          <w:b w:val="0"/>
          <w:sz w:val="22"/>
        </w:rPr>
        <w:t xml:space="preserve">    A、圆形        B、椭圆形</w:t>
      </w:r>
    </w:p>
    <w:p>
      <w:pPr>
        <w:spacing w:before="20" w:after="80" w:line="400" w:lineRule="exact"/>
      </w:pPr>
      <w:r>
        <w:rPr>
          <w:rFonts w:ascii="宋体" w:hAnsi="宋体" w:eastAsia="宋体"/>
          <w:b w:val="0"/>
          <w:sz w:val="22"/>
        </w:rPr>
        <w:t xml:space="preserve">    C、方形        D、三角形</w:t>
      </w:r>
    </w:p>
    <w:p>
      <w:pPr>
        <w:spacing w:before="120" w:after="40" w:line="440" w:lineRule="exact"/>
      </w:pPr>
      <w:r>
        <w:rPr>
          <w:rFonts w:ascii="宋体" w:hAnsi="宋体" w:eastAsia="宋体"/>
          <w:b w:val="0"/>
          <w:sz w:val="24"/>
        </w:rPr>
        <w:t>34. 昼夜交替现象是由地球的（）形成的</w:t>
      </w:r>
    </w:p>
    <w:p>
      <w:pPr>
        <w:spacing w:before="20" w:after="20" w:line="400" w:lineRule="exact"/>
      </w:pPr>
      <w:r>
        <w:rPr>
          <w:rFonts w:ascii="宋体" w:hAnsi="宋体" w:eastAsia="宋体"/>
          <w:b w:val="0"/>
          <w:sz w:val="22"/>
        </w:rPr>
        <w:t xml:space="preserve">    A、自转        B、公转</w:t>
      </w:r>
    </w:p>
    <w:p>
      <w:pPr>
        <w:spacing w:before="20" w:after="80" w:line="400" w:lineRule="exact"/>
      </w:pPr>
      <w:r>
        <w:rPr>
          <w:rFonts w:ascii="宋体" w:hAnsi="宋体" w:eastAsia="宋体"/>
          <w:b w:val="0"/>
          <w:sz w:val="22"/>
        </w:rPr>
        <w:t xml:space="preserve">    C、倾斜        D、公转和自转共同作用</w:t>
      </w:r>
    </w:p>
    <w:p>
      <w:pPr>
        <w:spacing w:before="120" w:after="40" w:line="440" w:lineRule="exact"/>
      </w:pPr>
      <w:r>
        <w:rPr>
          <w:rFonts w:ascii="宋体" w:hAnsi="宋体" w:eastAsia="宋体"/>
          <w:b w:val="0"/>
          <w:sz w:val="24"/>
        </w:rPr>
        <w:t>35. 四季变化的主要原因是（）</w:t>
      </w:r>
    </w:p>
    <w:p>
      <w:pPr>
        <w:spacing w:before="20" w:after="20" w:line="400" w:lineRule="exact"/>
      </w:pPr>
      <w:r>
        <w:rPr>
          <w:rFonts w:ascii="宋体" w:hAnsi="宋体" w:eastAsia="宋体"/>
          <w:b w:val="0"/>
          <w:sz w:val="22"/>
        </w:rPr>
        <w:t xml:space="preserve">    A、地球自转        B、地球公转时地轴倾斜</w:t>
      </w:r>
    </w:p>
    <w:p>
      <w:pPr>
        <w:spacing w:before="20" w:after="80" w:line="400" w:lineRule="exact"/>
      </w:pPr>
      <w:r>
        <w:rPr>
          <w:rFonts w:ascii="宋体" w:hAnsi="宋体" w:eastAsia="宋体"/>
          <w:b w:val="0"/>
          <w:sz w:val="22"/>
        </w:rPr>
        <w:t xml:space="preserve">    C、太阳远近变化        D、月球绕转</w:t>
      </w:r>
    </w:p>
    <w:p>
      <w:pPr>
        <w:spacing w:before="120" w:after="40" w:line="440" w:lineRule="exact"/>
      </w:pPr>
      <w:r>
        <w:rPr>
          <w:rFonts w:ascii="宋体" w:hAnsi="宋体" w:eastAsia="宋体"/>
          <w:b w:val="0"/>
          <w:sz w:val="24"/>
        </w:rPr>
        <w:t>36. 下列行星中，没有卫星的是（）</w:t>
      </w:r>
    </w:p>
    <w:p>
      <w:pPr>
        <w:spacing w:before="20" w:after="20" w:line="400" w:lineRule="exact"/>
      </w:pPr>
      <w:r>
        <w:rPr>
          <w:rFonts w:ascii="宋体" w:hAnsi="宋体" w:eastAsia="宋体"/>
          <w:b w:val="0"/>
          <w:sz w:val="22"/>
        </w:rPr>
        <w:t xml:space="preserve">    A、地球        B、水星</w:t>
      </w:r>
    </w:p>
    <w:p>
      <w:pPr>
        <w:spacing w:before="20" w:after="80" w:line="400" w:lineRule="exact"/>
      </w:pPr>
      <w:r>
        <w:rPr>
          <w:rFonts w:ascii="宋体" w:hAnsi="宋体" w:eastAsia="宋体"/>
          <w:b w:val="0"/>
          <w:sz w:val="22"/>
        </w:rPr>
        <w:t xml:space="preserve">    C、火星        D、木星</w:t>
      </w:r>
    </w:p>
    <w:p>
      <w:pPr>
        <w:spacing w:before="120" w:after="40" w:line="440" w:lineRule="exact"/>
      </w:pPr>
      <w:r>
        <w:rPr>
          <w:rFonts w:ascii="宋体" w:hAnsi="宋体" w:eastAsia="宋体"/>
          <w:b w:val="0"/>
          <w:sz w:val="24"/>
        </w:rPr>
        <w:t>37. 离地球最近的行星是（）</w:t>
      </w:r>
    </w:p>
    <w:p>
      <w:pPr>
        <w:spacing w:before="20" w:after="20" w:line="400" w:lineRule="exact"/>
      </w:pPr>
      <w:r>
        <w:rPr>
          <w:rFonts w:ascii="宋体" w:hAnsi="宋体" w:eastAsia="宋体"/>
          <w:b w:val="0"/>
          <w:sz w:val="22"/>
        </w:rPr>
        <w:t xml:space="preserve">    A、水星        B、金星</w:t>
      </w:r>
    </w:p>
    <w:p>
      <w:pPr>
        <w:spacing w:before="20" w:after="80" w:line="400" w:lineRule="exact"/>
      </w:pPr>
      <w:r>
        <w:rPr>
          <w:rFonts w:ascii="宋体" w:hAnsi="宋体" w:eastAsia="宋体"/>
          <w:b w:val="0"/>
          <w:sz w:val="22"/>
        </w:rPr>
        <w:t xml:space="preserve">    C、火星        D、木星</w:t>
      </w:r>
    </w:p>
    <w:p>
      <w:pPr>
        <w:spacing w:before="120" w:after="40" w:line="440" w:lineRule="exact"/>
      </w:pPr>
      <w:r>
        <w:rPr>
          <w:rFonts w:ascii="宋体" w:hAnsi="宋体" w:eastAsia="宋体"/>
          <w:b w:val="0"/>
          <w:sz w:val="24"/>
        </w:rPr>
        <w:t>38. 离地球最近的恒星是（）</w:t>
      </w:r>
    </w:p>
    <w:p>
      <w:pPr>
        <w:spacing w:before="20" w:after="20" w:line="400" w:lineRule="exact"/>
      </w:pPr>
      <w:r>
        <w:rPr>
          <w:rFonts w:ascii="宋体" w:hAnsi="宋体" w:eastAsia="宋体"/>
          <w:b w:val="0"/>
          <w:sz w:val="22"/>
        </w:rPr>
        <w:t xml:space="preserve">    A、北极星        B、太阳</w:t>
      </w:r>
    </w:p>
    <w:p>
      <w:pPr>
        <w:spacing w:before="20" w:after="80" w:line="400" w:lineRule="exact"/>
      </w:pPr>
      <w:r>
        <w:rPr>
          <w:rFonts w:ascii="宋体" w:hAnsi="宋体" w:eastAsia="宋体"/>
          <w:b w:val="0"/>
          <w:sz w:val="22"/>
        </w:rPr>
        <w:t xml:space="preserve">    C、比邻星        D、天狼星</w:t>
      </w:r>
    </w:p>
    <w:p>
      <w:pPr>
        <w:spacing w:before="120" w:after="40" w:line="440" w:lineRule="exact"/>
      </w:pPr>
      <w:r>
        <w:rPr>
          <w:rFonts w:ascii="宋体" w:hAnsi="宋体" w:eastAsia="宋体"/>
          <w:b w:val="0"/>
          <w:sz w:val="24"/>
        </w:rPr>
        <w:t>39. 下列天体中，不属于太阳系的是（）</w:t>
      </w:r>
    </w:p>
    <w:p>
      <w:pPr>
        <w:spacing w:before="20" w:after="20" w:line="400" w:lineRule="exact"/>
      </w:pPr>
      <w:r>
        <w:rPr>
          <w:rFonts w:ascii="宋体" w:hAnsi="宋体" w:eastAsia="宋体"/>
          <w:b w:val="0"/>
          <w:sz w:val="22"/>
        </w:rPr>
        <w:t xml:space="preserve">    A、天王星        B、海王星</w:t>
      </w:r>
    </w:p>
    <w:p>
      <w:pPr>
        <w:spacing w:before="20" w:after="80" w:line="400" w:lineRule="exact"/>
      </w:pPr>
      <w:r>
        <w:rPr>
          <w:rFonts w:ascii="宋体" w:hAnsi="宋体" w:eastAsia="宋体"/>
          <w:b w:val="0"/>
          <w:sz w:val="22"/>
        </w:rPr>
        <w:t xml:space="preserve">    C、北极星        D、土星</w:t>
      </w:r>
    </w:p>
    <w:p>
      <w:pPr>
        <w:spacing w:before="120" w:after="40" w:line="440" w:lineRule="exact"/>
      </w:pPr>
      <w:r>
        <w:rPr>
          <w:rFonts w:ascii="宋体" w:hAnsi="宋体" w:eastAsia="宋体"/>
          <w:b w:val="0"/>
          <w:sz w:val="24"/>
        </w:rPr>
        <w:t>40. 人类发射的绕地球运转的人造天体是（）</w:t>
      </w:r>
    </w:p>
    <w:p>
      <w:pPr>
        <w:spacing w:before="20" w:after="20" w:line="400" w:lineRule="exact"/>
      </w:pPr>
      <w:r>
        <w:rPr>
          <w:rFonts w:ascii="宋体" w:hAnsi="宋体" w:eastAsia="宋体"/>
          <w:b w:val="0"/>
          <w:sz w:val="22"/>
        </w:rPr>
        <w:t xml:space="preserve">    A、人造卫星        B、行星</w:t>
      </w:r>
    </w:p>
    <w:p>
      <w:pPr>
        <w:spacing w:before="20" w:after="80" w:line="400" w:lineRule="exact"/>
      </w:pPr>
      <w:r>
        <w:rPr>
          <w:rFonts w:ascii="宋体" w:hAnsi="宋体" w:eastAsia="宋体"/>
          <w:b w:val="0"/>
          <w:sz w:val="22"/>
        </w:rPr>
        <w:t xml:space="preserve">    C、恒星        D、彗星</w:t>
      </w:r>
    </w:p>
    <w:p>
      <w:pPr>
        <w:spacing w:before="120" w:after="40" w:line="440" w:lineRule="exact"/>
      </w:pPr>
      <w:r>
        <w:rPr>
          <w:rFonts w:ascii="宋体" w:hAnsi="宋体" w:eastAsia="宋体"/>
          <w:b w:val="0"/>
          <w:sz w:val="24"/>
        </w:rPr>
        <w:t>41. 下列哪种现象与月球引力有关（）</w:t>
      </w:r>
    </w:p>
    <w:p>
      <w:pPr>
        <w:spacing w:before="20" w:after="20" w:line="400" w:lineRule="exact"/>
      </w:pPr>
      <w:r>
        <w:rPr>
          <w:rFonts w:ascii="宋体" w:hAnsi="宋体" w:eastAsia="宋体"/>
          <w:b w:val="0"/>
          <w:sz w:val="22"/>
        </w:rPr>
        <w:t xml:space="preserve">    A、昼夜交替        B、四季变化</w:t>
      </w:r>
    </w:p>
    <w:p>
      <w:pPr>
        <w:spacing w:before="20" w:after="80" w:line="400" w:lineRule="exact"/>
      </w:pPr>
      <w:r>
        <w:rPr>
          <w:rFonts w:ascii="宋体" w:hAnsi="宋体" w:eastAsia="宋体"/>
          <w:b w:val="0"/>
          <w:sz w:val="22"/>
        </w:rPr>
        <w:t xml:space="preserve">    C、潮汐涨落        D、日食</w:t>
      </w:r>
    </w:p>
    <w:p>
      <w:pPr>
        <w:spacing w:before="120" w:after="40" w:line="440" w:lineRule="exact"/>
      </w:pPr>
      <w:r>
        <w:rPr>
          <w:rFonts w:ascii="宋体" w:hAnsi="宋体" w:eastAsia="宋体"/>
          <w:b w:val="0"/>
          <w:sz w:val="24"/>
        </w:rPr>
        <w:t>42. 观察日食时，不能直接用眼睛看的原因是（）</w:t>
      </w:r>
    </w:p>
    <w:p>
      <w:pPr>
        <w:spacing w:before="20" w:after="20" w:line="400" w:lineRule="exact"/>
      </w:pPr>
      <w:r>
        <w:rPr>
          <w:rFonts w:ascii="宋体" w:hAnsi="宋体" w:eastAsia="宋体"/>
          <w:b w:val="0"/>
          <w:sz w:val="22"/>
        </w:rPr>
        <w:t xml:space="preserve">    A、太阳光太亮，会伤害眼睛        B、日食时天空太暗</w:t>
      </w:r>
    </w:p>
    <w:p>
      <w:pPr>
        <w:spacing w:before="20" w:after="80" w:line="400" w:lineRule="exact"/>
      </w:pPr>
      <w:r>
        <w:rPr>
          <w:rFonts w:ascii="宋体" w:hAnsi="宋体" w:eastAsia="宋体"/>
          <w:b w:val="0"/>
          <w:sz w:val="22"/>
        </w:rPr>
        <w:t xml:space="preserve">    C、会被月球挡住视线        D、会看到可怕的景象</w:t>
      </w:r>
    </w:p>
    <w:p>
      <w:pPr>
        <w:spacing w:before="120" w:after="40" w:line="440" w:lineRule="exact"/>
      </w:pPr>
      <w:r>
        <w:rPr>
          <w:rFonts w:ascii="宋体" w:hAnsi="宋体" w:eastAsia="宋体"/>
          <w:b w:val="0"/>
          <w:sz w:val="24"/>
        </w:rPr>
        <w:t>43. 下列哪种月相在傍晚从东方升起，整夜可见（）</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44. 下列哪种月相在黎明时位于南方天空、亮面朝东（）</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45. 农历初一的月相是（）</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46. 农历初七、初八的月相是（）</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47. 农历二十二、二十三的月相是（）</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48. 下列哪种说法正确（）</w:t>
      </w:r>
    </w:p>
    <w:p>
      <w:pPr>
        <w:spacing w:before="20" w:after="20" w:line="400" w:lineRule="exact"/>
      </w:pPr>
      <w:r>
        <w:rPr>
          <w:rFonts w:ascii="宋体" w:hAnsi="宋体" w:eastAsia="宋体"/>
          <w:b w:val="0"/>
          <w:sz w:val="22"/>
        </w:rPr>
        <w:t xml:space="preserve">    A、地球绕月球转        B、月球绕太阳转</w:t>
      </w:r>
    </w:p>
    <w:p>
      <w:pPr>
        <w:spacing w:before="20" w:after="80" w:line="400" w:lineRule="exact"/>
      </w:pPr>
      <w:r>
        <w:rPr>
          <w:rFonts w:ascii="宋体" w:hAnsi="宋体" w:eastAsia="宋体"/>
          <w:b w:val="0"/>
          <w:sz w:val="22"/>
        </w:rPr>
        <w:t xml:space="preserve">    C、地球绕太阳转        D、太阳绕地球转</w:t>
      </w:r>
    </w:p>
    <w:p>
      <w:pPr>
        <w:spacing w:before="120" w:after="40" w:line="440" w:lineRule="exact"/>
      </w:pPr>
      <w:r>
        <w:rPr>
          <w:rFonts w:ascii="宋体" w:hAnsi="宋体" w:eastAsia="宋体"/>
          <w:b w:val="0"/>
          <w:sz w:val="24"/>
        </w:rPr>
        <w:t>49. 下列哪种说法错误（）</w:t>
      </w:r>
    </w:p>
    <w:p>
      <w:pPr>
        <w:spacing w:before="20" w:after="20" w:line="400" w:lineRule="exact"/>
      </w:pPr>
      <w:r>
        <w:rPr>
          <w:rFonts w:ascii="宋体" w:hAnsi="宋体" w:eastAsia="宋体"/>
          <w:b w:val="0"/>
          <w:sz w:val="22"/>
        </w:rPr>
        <w:t xml:space="preserve">    A、太阳是恒星        B、地球是行星</w:t>
      </w:r>
    </w:p>
    <w:p>
      <w:pPr>
        <w:spacing w:before="20" w:after="80" w:line="400" w:lineRule="exact"/>
      </w:pPr>
      <w:r>
        <w:rPr>
          <w:rFonts w:ascii="宋体" w:hAnsi="宋体" w:eastAsia="宋体"/>
          <w:b w:val="0"/>
          <w:sz w:val="22"/>
        </w:rPr>
        <w:t xml:space="preserve">    C、月球是卫星        D、行星会自己发光</w:t>
      </w:r>
    </w:p>
    <w:p>
      <w:pPr>
        <w:spacing w:before="120" w:after="40" w:line="440" w:lineRule="exact"/>
      </w:pPr>
      <w:r>
        <w:rPr>
          <w:rFonts w:ascii="宋体" w:hAnsi="宋体" w:eastAsia="宋体"/>
          <w:b w:val="0"/>
          <w:sz w:val="24"/>
        </w:rPr>
        <w:t>50. 白天看不到星星的主要原因是（）</w:t>
      </w:r>
    </w:p>
    <w:p>
      <w:pPr>
        <w:spacing w:before="20" w:after="20" w:line="400" w:lineRule="exact"/>
      </w:pPr>
      <w:r>
        <w:rPr>
          <w:rFonts w:ascii="宋体" w:hAnsi="宋体" w:eastAsia="宋体"/>
          <w:b w:val="0"/>
          <w:sz w:val="22"/>
        </w:rPr>
        <w:t xml:space="preserve">    A、星星灭了        B、太阳光太亮</w:t>
      </w:r>
    </w:p>
    <w:p>
      <w:pPr>
        <w:spacing w:before="20" w:after="80" w:line="400" w:lineRule="exact"/>
      </w:pPr>
      <w:r>
        <w:rPr>
          <w:rFonts w:ascii="宋体" w:hAnsi="宋体" w:eastAsia="宋体"/>
          <w:b w:val="0"/>
          <w:sz w:val="22"/>
        </w:rPr>
        <w:t xml:space="preserve">    C、地球挡住了星星        D、月球挡住了星星</w:t>
      </w:r>
    </w:p>
    <w:p>
      <w:pPr>
        <w:spacing w:before="120" w:after="40" w:line="440" w:lineRule="exact"/>
      </w:pPr>
      <w:r>
        <w:rPr>
          <w:rFonts w:ascii="宋体" w:hAnsi="宋体" w:eastAsia="宋体"/>
          <w:b w:val="0"/>
          <w:sz w:val="24"/>
        </w:rPr>
        <w:t>51. 月球绕地球公转的方向是（）</w:t>
      </w:r>
    </w:p>
    <w:p>
      <w:pPr>
        <w:spacing w:before="20" w:after="20" w:line="400" w:lineRule="exact"/>
      </w:pPr>
      <w:r>
        <w:rPr>
          <w:rFonts w:ascii="宋体" w:hAnsi="宋体" w:eastAsia="宋体"/>
          <w:b w:val="0"/>
          <w:sz w:val="22"/>
        </w:rPr>
        <w:t xml:space="preserve">    A、自西向东        B、自东向西</w:t>
      </w:r>
    </w:p>
    <w:p>
      <w:pPr>
        <w:spacing w:before="20" w:after="80" w:line="400" w:lineRule="exact"/>
      </w:pPr>
      <w:r>
        <w:rPr>
          <w:rFonts w:ascii="宋体" w:hAnsi="宋体" w:eastAsia="宋体"/>
          <w:b w:val="0"/>
          <w:sz w:val="22"/>
        </w:rPr>
        <w:t xml:space="preserve">    C、自南向北        D、自北向南</w:t>
      </w:r>
    </w:p>
    <w:p>
      <w:pPr>
        <w:spacing w:before="120" w:after="40" w:line="440" w:lineRule="exact"/>
      </w:pPr>
      <w:r>
        <w:rPr>
          <w:rFonts w:ascii="宋体" w:hAnsi="宋体" w:eastAsia="宋体"/>
          <w:b w:val="0"/>
          <w:sz w:val="24"/>
        </w:rPr>
        <w:t>52. 地球自转的方向是（）</w:t>
      </w:r>
    </w:p>
    <w:p>
      <w:pPr>
        <w:spacing w:before="20" w:after="20" w:line="400" w:lineRule="exact"/>
      </w:pPr>
      <w:r>
        <w:rPr>
          <w:rFonts w:ascii="宋体" w:hAnsi="宋体" w:eastAsia="宋体"/>
          <w:b w:val="0"/>
          <w:sz w:val="22"/>
        </w:rPr>
        <w:t xml:space="preserve">    A、自西向东        B、自东向西</w:t>
      </w:r>
    </w:p>
    <w:p>
      <w:pPr>
        <w:spacing w:before="20" w:after="80" w:line="400" w:lineRule="exact"/>
      </w:pPr>
      <w:r>
        <w:rPr>
          <w:rFonts w:ascii="宋体" w:hAnsi="宋体" w:eastAsia="宋体"/>
          <w:b w:val="0"/>
          <w:sz w:val="22"/>
        </w:rPr>
        <w:t xml:space="preserve">    C、自南向北        D、自北向南</w:t>
      </w:r>
    </w:p>
    <w:p>
      <w:pPr>
        <w:spacing w:before="120" w:after="40" w:line="440" w:lineRule="exact"/>
      </w:pPr>
      <w:r>
        <w:rPr>
          <w:rFonts w:ascii="宋体" w:hAnsi="宋体" w:eastAsia="宋体"/>
          <w:b w:val="0"/>
          <w:sz w:val="24"/>
        </w:rPr>
        <w:t>53. 太阳系中，质量最大的行星是（）</w:t>
      </w:r>
    </w:p>
    <w:p>
      <w:pPr>
        <w:spacing w:before="20" w:after="20" w:line="400" w:lineRule="exact"/>
      </w:pPr>
      <w:r>
        <w:rPr>
          <w:rFonts w:ascii="宋体" w:hAnsi="宋体" w:eastAsia="宋体"/>
          <w:b w:val="0"/>
          <w:sz w:val="22"/>
        </w:rPr>
        <w:t xml:space="preserve">    A、地球        B、木星</w:t>
      </w:r>
    </w:p>
    <w:p>
      <w:pPr>
        <w:spacing w:before="20" w:after="80" w:line="400" w:lineRule="exact"/>
      </w:pPr>
      <w:r>
        <w:rPr>
          <w:rFonts w:ascii="宋体" w:hAnsi="宋体" w:eastAsia="宋体"/>
          <w:b w:val="0"/>
          <w:sz w:val="22"/>
        </w:rPr>
        <w:t xml:space="preserve">    C、土星        D、火星</w:t>
      </w:r>
    </w:p>
    <w:p>
      <w:pPr>
        <w:spacing w:before="120" w:after="40" w:line="440" w:lineRule="exact"/>
      </w:pPr>
      <w:r>
        <w:rPr>
          <w:rFonts w:ascii="宋体" w:hAnsi="宋体" w:eastAsia="宋体"/>
          <w:b w:val="0"/>
          <w:sz w:val="24"/>
        </w:rPr>
        <w:t>54. 太阳系中，体积最小的行星是（）</w:t>
      </w:r>
    </w:p>
    <w:p>
      <w:pPr>
        <w:spacing w:before="20" w:after="20" w:line="400" w:lineRule="exact"/>
      </w:pPr>
      <w:r>
        <w:rPr>
          <w:rFonts w:ascii="宋体" w:hAnsi="宋体" w:eastAsia="宋体"/>
          <w:b w:val="0"/>
          <w:sz w:val="22"/>
        </w:rPr>
        <w:t xml:space="preserve">    A、水星        B、金星</w:t>
      </w:r>
    </w:p>
    <w:p>
      <w:pPr>
        <w:spacing w:before="20" w:after="80" w:line="400" w:lineRule="exact"/>
      </w:pPr>
      <w:r>
        <w:rPr>
          <w:rFonts w:ascii="宋体" w:hAnsi="宋体" w:eastAsia="宋体"/>
          <w:b w:val="0"/>
          <w:sz w:val="22"/>
        </w:rPr>
        <w:t xml:space="preserve">    C、地球        D、火星</w:t>
      </w:r>
    </w:p>
    <w:p>
      <w:pPr>
        <w:spacing w:before="120" w:after="40" w:line="440" w:lineRule="exact"/>
      </w:pPr>
      <w:r>
        <w:rPr>
          <w:rFonts w:ascii="宋体" w:hAnsi="宋体" w:eastAsia="宋体"/>
          <w:b w:val="0"/>
          <w:sz w:val="24"/>
        </w:rPr>
        <w:t>55. 下列天体中，有生命存在的是（）</w:t>
      </w:r>
    </w:p>
    <w:p>
      <w:pPr>
        <w:spacing w:before="20" w:after="20" w:line="400" w:lineRule="exact"/>
      </w:pPr>
      <w:r>
        <w:rPr>
          <w:rFonts w:ascii="宋体" w:hAnsi="宋体" w:eastAsia="宋体"/>
          <w:b w:val="0"/>
          <w:sz w:val="22"/>
        </w:rPr>
        <w:t xml:space="preserve">    A、太阳        B、地球</w:t>
      </w:r>
    </w:p>
    <w:p>
      <w:pPr>
        <w:spacing w:before="20" w:after="80" w:line="400" w:lineRule="exact"/>
      </w:pPr>
      <w:r>
        <w:rPr>
          <w:rFonts w:ascii="宋体" w:hAnsi="宋体" w:eastAsia="宋体"/>
          <w:b w:val="0"/>
          <w:sz w:val="22"/>
        </w:rPr>
        <w:t xml:space="preserve">    C、月球        D、火星</w:t>
      </w:r>
    </w:p>
    <w:p>
      <w:pPr>
        <w:spacing w:before="120" w:after="40" w:line="440" w:lineRule="exact"/>
      </w:pPr>
      <w:r>
        <w:rPr>
          <w:rFonts w:ascii="宋体" w:hAnsi="宋体" w:eastAsia="宋体"/>
          <w:b w:val="0"/>
          <w:sz w:val="24"/>
        </w:rPr>
        <w:t>56. 月球上没有生命的主要原因是（）</w:t>
      </w:r>
    </w:p>
    <w:p>
      <w:pPr>
        <w:spacing w:before="20" w:after="20" w:line="400" w:lineRule="exact"/>
      </w:pPr>
      <w:r>
        <w:rPr>
          <w:rFonts w:ascii="宋体" w:hAnsi="宋体" w:eastAsia="宋体"/>
          <w:b w:val="0"/>
          <w:sz w:val="22"/>
        </w:rPr>
        <w:t xml:space="preserve">    A、没有空气和水        B、温度太低</w:t>
      </w:r>
    </w:p>
    <w:p>
      <w:pPr>
        <w:spacing w:before="20" w:after="80" w:line="400" w:lineRule="exact"/>
      </w:pPr>
      <w:r>
        <w:rPr>
          <w:rFonts w:ascii="宋体" w:hAnsi="宋体" w:eastAsia="宋体"/>
          <w:b w:val="0"/>
          <w:sz w:val="22"/>
        </w:rPr>
        <w:t xml:space="preserve">    C、引力太小        D、没有阳光</w:t>
      </w:r>
    </w:p>
    <w:p>
      <w:pPr>
        <w:spacing w:before="120" w:after="40" w:line="440" w:lineRule="exact"/>
      </w:pPr>
      <w:r>
        <w:rPr>
          <w:rFonts w:ascii="宋体" w:hAnsi="宋体" w:eastAsia="宋体"/>
          <w:b w:val="0"/>
          <w:sz w:val="24"/>
        </w:rPr>
        <w:t>57. 太阳给地球带来的主要能量是（）</w:t>
      </w:r>
    </w:p>
    <w:p>
      <w:pPr>
        <w:spacing w:before="20" w:after="20" w:line="400" w:lineRule="exact"/>
      </w:pPr>
      <w:r>
        <w:rPr>
          <w:rFonts w:ascii="宋体" w:hAnsi="宋体" w:eastAsia="宋体"/>
          <w:b w:val="0"/>
          <w:sz w:val="22"/>
        </w:rPr>
        <w:t xml:space="preserve">    A、电能        B、光能和热能</w:t>
      </w:r>
    </w:p>
    <w:p>
      <w:pPr>
        <w:spacing w:before="20" w:after="80" w:line="400" w:lineRule="exact"/>
      </w:pPr>
      <w:r>
        <w:rPr>
          <w:rFonts w:ascii="宋体" w:hAnsi="宋体" w:eastAsia="宋体"/>
          <w:b w:val="0"/>
          <w:sz w:val="22"/>
        </w:rPr>
        <w:t xml:space="preserve">    C、风能        D、水能</w:t>
      </w:r>
    </w:p>
    <w:p>
      <w:pPr>
        <w:spacing w:before="120" w:after="40" w:line="440" w:lineRule="exact"/>
      </w:pPr>
      <w:r>
        <w:rPr>
          <w:rFonts w:ascii="宋体" w:hAnsi="宋体" w:eastAsia="宋体"/>
          <w:b w:val="0"/>
          <w:sz w:val="24"/>
        </w:rPr>
        <w:t>58. 一天中，太阳位置最高的时间大约是（）</w:t>
      </w:r>
    </w:p>
    <w:p>
      <w:pPr>
        <w:spacing w:before="20" w:after="20" w:line="400" w:lineRule="exact"/>
      </w:pPr>
      <w:r>
        <w:rPr>
          <w:rFonts w:ascii="宋体" w:hAnsi="宋体" w:eastAsia="宋体"/>
          <w:b w:val="0"/>
          <w:sz w:val="22"/>
        </w:rPr>
        <w:t xml:space="preserve">    A、早晨8点        B、中午12点</w:t>
      </w:r>
    </w:p>
    <w:p>
      <w:pPr>
        <w:spacing w:before="20" w:after="80" w:line="400" w:lineRule="exact"/>
      </w:pPr>
      <w:r>
        <w:rPr>
          <w:rFonts w:ascii="宋体" w:hAnsi="宋体" w:eastAsia="宋体"/>
          <w:b w:val="0"/>
          <w:sz w:val="22"/>
        </w:rPr>
        <w:t xml:space="preserve">    C、下午2点        D、傍晚6点</w:t>
      </w:r>
    </w:p>
    <w:p>
      <w:pPr>
        <w:spacing w:before="120" w:after="40" w:line="440" w:lineRule="exact"/>
      </w:pPr>
      <w:r>
        <w:rPr>
          <w:rFonts w:ascii="宋体" w:hAnsi="宋体" w:eastAsia="宋体"/>
          <w:b w:val="0"/>
          <w:sz w:val="24"/>
        </w:rPr>
        <w:t>59. 阳光下物体影子的长短随太阳的（）变化而变化</w:t>
      </w:r>
    </w:p>
    <w:p>
      <w:pPr>
        <w:spacing w:before="20" w:after="20" w:line="400" w:lineRule="exact"/>
      </w:pPr>
      <w:r>
        <w:rPr>
          <w:rFonts w:ascii="宋体" w:hAnsi="宋体" w:eastAsia="宋体"/>
          <w:b w:val="0"/>
          <w:sz w:val="22"/>
        </w:rPr>
        <w:t xml:space="preserve">    A、颜色        B、位置</w:t>
      </w:r>
    </w:p>
    <w:p>
      <w:pPr>
        <w:spacing w:before="20" w:after="80" w:line="400" w:lineRule="exact"/>
      </w:pPr>
      <w:r>
        <w:rPr>
          <w:rFonts w:ascii="宋体" w:hAnsi="宋体" w:eastAsia="宋体"/>
          <w:b w:val="0"/>
          <w:sz w:val="22"/>
        </w:rPr>
        <w:t xml:space="preserve">    C、大小        D、温度</w:t>
      </w:r>
    </w:p>
    <w:p>
      <w:pPr>
        <w:spacing w:before="120" w:after="40" w:line="440" w:lineRule="exact"/>
      </w:pPr>
      <w:r>
        <w:rPr>
          <w:rFonts w:ascii="宋体" w:hAnsi="宋体" w:eastAsia="宋体"/>
          <w:b w:val="0"/>
          <w:sz w:val="24"/>
        </w:rPr>
        <w:t>60. 太阳越高，物体的影子越（）</w:t>
      </w:r>
    </w:p>
    <w:p>
      <w:pPr>
        <w:spacing w:before="20" w:after="20" w:line="400" w:lineRule="exact"/>
      </w:pPr>
      <w:r>
        <w:rPr>
          <w:rFonts w:ascii="宋体" w:hAnsi="宋体" w:eastAsia="宋体"/>
          <w:b w:val="0"/>
          <w:sz w:val="22"/>
        </w:rPr>
        <w:t xml:space="preserve">    A、长        B、短</w:t>
      </w:r>
    </w:p>
    <w:p>
      <w:pPr>
        <w:spacing w:before="20" w:after="80" w:line="400" w:lineRule="exact"/>
      </w:pPr>
      <w:r>
        <w:rPr>
          <w:rFonts w:ascii="宋体" w:hAnsi="宋体" w:eastAsia="宋体"/>
          <w:b w:val="0"/>
          <w:sz w:val="22"/>
        </w:rPr>
        <w:t xml:space="preserve">    C、不变        D、先长后短</w:t>
      </w:r>
    </w:p>
    <w:p>
      <w:pPr>
        <w:spacing w:before="120" w:after="40" w:line="440" w:lineRule="exact"/>
      </w:pPr>
      <w:r>
        <w:rPr>
          <w:rFonts w:ascii="宋体" w:hAnsi="宋体" w:eastAsia="宋体"/>
          <w:b w:val="0"/>
          <w:sz w:val="24"/>
        </w:rPr>
        <w:t>61. 太阳越低，物体的影子越（）</w:t>
      </w:r>
    </w:p>
    <w:p>
      <w:pPr>
        <w:spacing w:before="20" w:after="20" w:line="400" w:lineRule="exact"/>
      </w:pPr>
      <w:r>
        <w:rPr>
          <w:rFonts w:ascii="宋体" w:hAnsi="宋体" w:eastAsia="宋体"/>
          <w:b w:val="0"/>
          <w:sz w:val="22"/>
        </w:rPr>
        <w:t xml:space="preserve">    A、长        B、短</w:t>
      </w:r>
    </w:p>
    <w:p>
      <w:pPr>
        <w:spacing w:before="20" w:after="80" w:line="400" w:lineRule="exact"/>
      </w:pPr>
      <w:r>
        <w:rPr>
          <w:rFonts w:ascii="宋体" w:hAnsi="宋体" w:eastAsia="宋体"/>
          <w:b w:val="0"/>
          <w:sz w:val="22"/>
        </w:rPr>
        <w:t xml:space="preserve">    C、不变        D、先短后长</w:t>
      </w:r>
    </w:p>
    <w:p>
      <w:pPr>
        <w:spacing w:before="120" w:after="40" w:line="440" w:lineRule="exact"/>
      </w:pPr>
      <w:r>
        <w:rPr>
          <w:rFonts w:ascii="宋体" w:hAnsi="宋体" w:eastAsia="宋体"/>
          <w:b w:val="0"/>
          <w:sz w:val="24"/>
        </w:rPr>
        <w:t>62. 古人利用影子计时的工具是（）</w:t>
      </w:r>
    </w:p>
    <w:p>
      <w:pPr>
        <w:spacing w:before="20" w:after="20" w:line="400" w:lineRule="exact"/>
      </w:pPr>
      <w:r>
        <w:rPr>
          <w:rFonts w:ascii="宋体" w:hAnsi="宋体" w:eastAsia="宋体"/>
          <w:b w:val="0"/>
          <w:sz w:val="22"/>
        </w:rPr>
        <w:t xml:space="preserve">    A、指南针        B、日晷</w:t>
      </w:r>
    </w:p>
    <w:p>
      <w:pPr>
        <w:spacing w:before="20" w:after="80" w:line="400" w:lineRule="exact"/>
      </w:pPr>
      <w:r>
        <w:rPr>
          <w:rFonts w:ascii="宋体" w:hAnsi="宋体" w:eastAsia="宋体"/>
          <w:b w:val="0"/>
          <w:sz w:val="22"/>
        </w:rPr>
        <w:t xml:space="preserve">    C、钟表        D、沙漏</w:t>
      </w:r>
    </w:p>
    <w:p>
      <w:pPr>
        <w:spacing w:before="120" w:after="40" w:line="440" w:lineRule="exact"/>
      </w:pPr>
      <w:r>
        <w:rPr>
          <w:rFonts w:ascii="宋体" w:hAnsi="宋体" w:eastAsia="宋体"/>
          <w:b w:val="0"/>
          <w:sz w:val="24"/>
        </w:rPr>
        <w:t>63. 日晷的晷针影子的变化主要与（）有关</w:t>
      </w:r>
    </w:p>
    <w:p>
      <w:pPr>
        <w:spacing w:before="20" w:after="20" w:line="400" w:lineRule="exact"/>
      </w:pPr>
      <w:r>
        <w:rPr>
          <w:rFonts w:ascii="宋体" w:hAnsi="宋体" w:eastAsia="宋体"/>
          <w:b w:val="0"/>
          <w:sz w:val="22"/>
        </w:rPr>
        <w:t xml:space="preserve">    A、温度        B、太阳位置</w:t>
      </w:r>
    </w:p>
    <w:p>
      <w:pPr>
        <w:spacing w:before="20" w:after="80" w:line="400" w:lineRule="exact"/>
      </w:pPr>
      <w:r>
        <w:rPr>
          <w:rFonts w:ascii="宋体" w:hAnsi="宋体" w:eastAsia="宋体"/>
          <w:b w:val="0"/>
          <w:sz w:val="22"/>
        </w:rPr>
        <w:t xml:space="preserve">    C、风向        D、湿度</w:t>
      </w:r>
    </w:p>
    <w:p>
      <w:pPr>
        <w:spacing w:before="120" w:after="40" w:line="440" w:lineRule="exact"/>
      </w:pPr>
      <w:r>
        <w:rPr>
          <w:rFonts w:ascii="宋体" w:hAnsi="宋体" w:eastAsia="宋体"/>
          <w:b w:val="0"/>
          <w:sz w:val="24"/>
        </w:rPr>
        <w:t>64. 下列哪种仪器不能用于天文观测（）</w:t>
      </w:r>
    </w:p>
    <w:p>
      <w:pPr>
        <w:spacing w:before="20" w:after="20" w:line="400" w:lineRule="exact"/>
      </w:pPr>
      <w:r>
        <w:rPr>
          <w:rFonts w:ascii="宋体" w:hAnsi="宋体" w:eastAsia="宋体"/>
          <w:b w:val="0"/>
          <w:sz w:val="22"/>
        </w:rPr>
        <w:t xml:space="preserve">    A、望远镜        B、星图</w:t>
      </w:r>
    </w:p>
    <w:p>
      <w:pPr>
        <w:spacing w:before="20" w:after="80" w:line="400" w:lineRule="exact"/>
      </w:pPr>
      <w:r>
        <w:rPr>
          <w:rFonts w:ascii="宋体" w:hAnsi="宋体" w:eastAsia="宋体"/>
          <w:b w:val="0"/>
          <w:sz w:val="22"/>
        </w:rPr>
        <w:t xml:space="preserve">    C、显微镜        D、天文望远镜</w:t>
      </w:r>
    </w:p>
    <w:p>
      <w:pPr>
        <w:spacing w:before="120" w:after="40" w:line="440" w:lineRule="exact"/>
      </w:pPr>
      <w:r>
        <w:rPr>
          <w:rFonts w:ascii="宋体" w:hAnsi="宋体" w:eastAsia="宋体"/>
          <w:b w:val="0"/>
          <w:sz w:val="24"/>
        </w:rPr>
        <w:t>65. 星座是人们把星空划分成的（）</w:t>
      </w:r>
    </w:p>
    <w:p>
      <w:pPr>
        <w:spacing w:before="20" w:after="20" w:line="400" w:lineRule="exact"/>
      </w:pPr>
      <w:r>
        <w:rPr>
          <w:rFonts w:ascii="宋体" w:hAnsi="宋体" w:eastAsia="宋体"/>
          <w:b w:val="0"/>
          <w:sz w:val="22"/>
        </w:rPr>
        <w:t xml:space="preserve">    A、星球        B、区域</w:t>
      </w:r>
    </w:p>
    <w:p>
      <w:pPr>
        <w:spacing w:before="20" w:after="80" w:line="400" w:lineRule="exact"/>
      </w:pPr>
      <w:r>
        <w:rPr>
          <w:rFonts w:ascii="宋体" w:hAnsi="宋体" w:eastAsia="宋体"/>
          <w:b w:val="0"/>
          <w:sz w:val="22"/>
        </w:rPr>
        <w:t xml:space="preserve">    C、行星        D、卫星</w:t>
      </w:r>
    </w:p>
    <w:p>
      <w:pPr>
        <w:spacing w:before="120" w:after="40" w:line="440" w:lineRule="exact"/>
      </w:pPr>
      <w:r>
        <w:rPr>
          <w:rFonts w:ascii="宋体" w:hAnsi="宋体" w:eastAsia="宋体"/>
          <w:b w:val="0"/>
          <w:sz w:val="24"/>
        </w:rPr>
        <w:t>66. 下列哪种星座在北半球冬季容易观测到（）</w:t>
      </w:r>
    </w:p>
    <w:p>
      <w:pPr>
        <w:spacing w:before="20" w:after="20" w:line="400" w:lineRule="exact"/>
      </w:pPr>
      <w:r>
        <w:rPr>
          <w:rFonts w:ascii="宋体" w:hAnsi="宋体" w:eastAsia="宋体"/>
          <w:b w:val="0"/>
          <w:sz w:val="22"/>
        </w:rPr>
        <w:t xml:space="preserve">    A、狮子座        B、天蝎座</w:t>
      </w:r>
    </w:p>
    <w:p>
      <w:pPr>
        <w:spacing w:before="20" w:after="80" w:line="400" w:lineRule="exact"/>
      </w:pPr>
      <w:r>
        <w:rPr>
          <w:rFonts w:ascii="宋体" w:hAnsi="宋体" w:eastAsia="宋体"/>
          <w:b w:val="0"/>
          <w:sz w:val="22"/>
        </w:rPr>
        <w:t xml:space="preserve">    C、猎户座        D、天鹅座</w:t>
      </w:r>
    </w:p>
    <w:p>
      <w:pPr>
        <w:spacing w:before="120" w:after="40" w:line="440" w:lineRule="exact"/>
      </w:pPr>
      <w:r>
        <w:rPr>
          <w:rFonts w:ascii="宋体" w:hAnsi="宋体" w:eastAsia="宋体"/>
          <w:b w:val="0"/>
          <w:sz w:val="24"/>
        </w:rPr>
        <w:t>67. “夏季大三角”包括织女星、牛郎星和（）</w:t>
      </w:r>
    </w:p>
    <w:p>
      <w:pPr>
        <w:spacing w:before="20" w:after="20" w:line="400" w:lineRule="exact"/>
      </w:pPr>
      <w:r>
        <w:rPr>
          <w:rFonts w:ascii="宋体" w:hAnsi="宋体" w:eastAsia="宋体"/>
          <w:b w:val="0"/>
          <w:sz w:val="22"/>
        </w:rPr>
        <w:t xml:space="preserve">    A、北极星        B、天津四</w:t>
      </w:r>
    </w:p>
    <w:p>
      <w:pPr>
        <w:spacing w:before="20" w:after="80" w:line="400" w:lineRule="exact"/>
      </w:pPr>
      <w:r>
        <w:rPr>
          <w:rFonts w:ascii="宋体" w:hAnsi="宋体" w:eastAsia="宋体"/>
          <w:b w:val="0"/>
          <w:sz w:val="22"/>
        </w:rPr>
        <w:t xml:space="preserve">    C、北斗星        D、天狼星</w:t>
      </w:r>
    </w:p>
    <w:p>
      <w:pPr>
        <w:spacing w:before="120" w:after="40" w:line="440" w:lineRule="exact"/>
      </w:pPr>
      <w:r>
        <w:rPr>
          <w:rFonts w:ascii="宋体" w:hAnsi="宋体" w:eastAsia="宋体"/>
          <w:b w:val="0"/>
          <w:sz w:val="24"/>
        </w:rPr>
        <w:t>68. 下列哪种天体不属于银河系（）</w:t>
      </w:r>
    </w:p>
    <w:p>
      <w:pPr>
        <w:spacing w:before="20" w:after="20" w:line="400" w:lineRule="exact"/>
      </w:pPr>
      <w:r>
        <w:rPr>
          <w:rFonts w:ascii="宋体" w:hAnsi="宋体" w:eastAsia="宋体"/>
          <w:b w:val="0"/>
          <w:sz w:val="22"/>
        </w:rPr>
        <w:t xml:space="preserve">    A、太阳        B、地球</w:t>
      </w:r>
    </w:p>
    <w:p>
      <w:pPr>
        <w:spacing w:before="20" w:after="80" w:line="400" w:lineRule="exact"/>
      </w:pPr>
      <w:r>
        <w:rPr>
          <w:rFonts w:ascii="宋体" w:hAnsi="宋体" w:eastAsia="宋体"/>
          <w:b w:val="0"/>
          <w:sz w:val="22"/>
        </w:rPr>
        <w:t xml:space="preserve">    C、月球        D、仙女座星系</w:t>
      </w:r>
    </w:p>
    <w:p>
      <w:pPr>
        <w:spacing w:before="120" w:after="40" w:line="440" w:lineRule="exact"/>
      </w:pPr>
      <w:r>
        <w:rPr>
          <w:rFonts w:ascii="宋体" w:hAnsi="宋体" w:eastAsia="宋体"/>
          <w:b w:val="0"/>
          <w:sz w:val="24"/>
        </w:rPr>
        <w:t>69. 银河系的形状像（）</w:t>
      </w:r>
    </w:p>
    <w:p>
      <w:pPr>
        <w:spacing w:before="20" w:after="20" w:line="400" w:lineRule="exact"/>
      </w:pPr>
      <w:r>
        <w:rPr>
          <w:rFonts w:ascii="宋体" w:hAnsi="宋体" w:eastAsia="宋体"/>
          <w:b w:val="0"/>
          <w:sz w:val="22"/>
        </w:rPr>
        <w:t xml:space="preserve">    A、圆形        B、椭圆形</w:t>
      </w:r>
    </w:p>
    <w:p>
      <w:pPr>
        <w:spacing w:before="20" w:after="80" w:line="400" w:lineRule="exact"/>
      </w:pPr>
      <w:r>
        <w:rPr>
          <w:rFonts w:ascii="宋体" w:hAnsi="宋体" w:eastAsia="宋体"/>
          <w:b w:val="0"/>
          <w:sz w:val="22"/>
        </w:rPr>
        <w:t xml:space="preserve">    C、漩涡状        D、方形</w:t>
      </w:r>
    </w:p>
    <w:p>
      <w:pPr>
        <w:spacing w:before="120" w:after="40" w:line="440" w:lineRule="exact"/>
      </w:pPr>
      <w:r>
        <w:rPr>
          <w:rFonts w:ascii="宋体" w:hAnsi="宋体" w:eastAsia="宋体"/>
          <w:b w:val="0"/>
          <w:sz w:val="24"/>
        </w:rPr>
        <w:t>70. 下列哪种行星属于气态巨行星（）</w:t>
      </w:r>
    </w:p>
    <w:p>
      <w:pPr>
        <w:spacing w:before="20" w:after="20" w:line="400" w:lineRule="exact"/>
      </w:pPr>
      <w:r>
        <w:rPr>
          <w:rFonts w:ascii="宋体" w:hAnsi="宋体" w:eastAsia="宋体"/>
          <w:b w:val="0"/>
          <w:sz w:val="22"/>
        </w:rPr>
        <w:t xml:space="preserve">    A、地球        B、火星</w:t>
      </w:r>
    </w:p>
    <w:p>
      <w:pPr>
        <w:spacing w:before="20" w:after="80" w:line="400" w:lineRule="exact"/>
      </w:pPr>
      <w:r>
        <w:rPr>
          <w:rFonts w:ascii="宋体" w:hAnsi="宋体" w:eastAsia="宋体"/>
          <w:b w:val="0"/>
          <w:sz w:val="22"/>
        </w:rPr>
        <w:t xml:space="preserve">    C、木星        D、水星</w:t>
      </w:r>
    </w:p>
    <w:p>
      <w:pPr>
        <w:spacing w:before="120" w:after="40" w:line="440" w:lineRule="exact"/>
      </w:pPr>
      <w:r>
        <w:rPr>
          <w:rFonts w:ascii="宋体" w:hAnsi="宋体" w:eastAsia="宋体"/>
          <w:b w:val="0"/>
          <w:sz w:val="24"/>
        </w:rPr>
        <w:t>71. 月球表面的昼夜温差比地球（）</w:t>
      </w:r>
    </w:p>
    <w:p>
      <w:pPr>
        <w:spacing w:before="20" w:after="20" w:line="400" w:lineRule="exact"/>
      </w:pPr>
      <w:r>
        <w:rPr>
          <w:rFonts w:ascii="宋体" w:hAnsi="宋体" w:eastAsia="宋体"/>
          <w:b w:val="0"/>
          <w:sz w:val="22"/>
        </w:rPr>
        <w:t xml:space="preserve">    A、小        B、大</w:t>
      </w:r>
    </w:p>
    <w:p>
      <w:pPr>
        <w:spacing w:before="20" w:after="80" w:line="400" w:lineRule="exact"/>
      </w:pPr>
      <w:r>
        <w:rPr>
          <w:rFonts w:ascii="宋体" w:hAnsi="宋体" w:eastAsia="宋体"/>
          <w:b w:val="0"/>
          <w:sz w:val="22"/>
        </w:rPr>
        <w:t xml:space="preserve">    C、一样        D、不确定</w:t>
      </w:r>
    </w:p>
    <w:p>
      <w:pPr>
        <w:spacing w:before="120" w:after="40" w:line="440" w:lineRule="exact"/>
      </w:pPr>
      <w:r>
        <w:rPr>
          <w:rFonts w:ascii="宋体" w:hAnsi="宋体" w:eastAsia="宋体"/>
          <w:b w:val="0"/>
          <w:sz w:val="24"/>
        </w:rPr>
        <w:t>72. 月球表面的“月海”实际上是（）</w:t>
      </w:r>
    </w:p>
    <w:p>
      <w:pPr>
        <w:spacing w:before="20" w:after="20" w:line="400" w:lineRule="exact"/>
      </w:pPr>
      <w:r>
        <w:rPr>
          <w:rFonts w:ascii="宋体" w:hAnsi="宋体" w:eastAsia="宋体"/>
          <w:b w:val="0"/>
          <w:sz w:val="22"/>
        </w:rPr>
        <w:t xml:space="preserve">    A、海洋        B、平原</w:t>
      </w:r>
    </w:p>
    <w:p>
      <w:pPr>
        <w:spacing w:before="20" w:after="80" w:line="400" w:lineRule="exact"/>
      </w:pPr>
      <w:r>
        <w:rPr>
          <w:rFonts w:ascii="宋体" w:hAnsi="宋体" w:eastAsia="宋体"/>
          <w:b w:val="0"/>
          <w:sz w:val="22"/>
        </w:rPr>
        <w:t xml:space="preserve">    C、火山        D、环形山</w:t>
      </w:r>
    </w:p>
    <w:p>
      <w:pPr>
        <w:spacing w:before="120" w:after="40" w:line="440" w:lineRule="exact"/>
      </w:pPr>
      <w:r>
        <w:rPr>
          <w:rFonts w:ascii="宋体" w:hAnsi="宋体" w:eastAsia="宋体"/>
          <w:b w:val="0"/>
          <w:sz w:val="24"/>
        </w:rPr>
        <w:t>73. 月球上的环形山大多是由（）形成的</w:t>
      </w:r>
    </w:p>
    <w:p>
      <w:pPr>
        <w:spacing w:before="20" w:after="20" w:line="400" w:lineRule="exact"/>
      </w:pPr>
      <w:r>
        <w:rPr>
          <w:rFonts w:ascii="宋体" w:hAnsi="宋体" w:eastAsia="宋体"/>
          <w:b w:val="0"/>
          <w:sz w:val="22"/>
        </w:rPr>
        <w:t xml:space="preserve">    A、火山爆发        B、陨石撞击</w:t>
      </w:r>
    </w:p>
    <w:p>
      <w:pPr>
        <w:spacing w:before="20" w:after="80" w:line="400" w:lineRule="exact"/>
      </w:pPr>
      <w:r>
        <w:rPr>
          <w:rFonts w:ascii="宋体" w:hAnsi="宋体" w:eastAsia="宋体"/>
          <w:b w:val="0"/>
          <w:sz w:val="22"/>
        </w:rPr>
        <w:t xml:space="preserve">    C、风吹        D、水冲</w:t>
      </w:r>
    </w:p>
    <w:p>
      <w:pPr>
        <w:spacing w:before="120" w:after="40" w:line="440" w:lineRule="exact"/>
      </w:pPr>
      <w:r>
        <w:rPr>
          <w:rFonts w:ascii="宋体" w:hAnsi="宋体" w:eastAsia="宋体"/>
          <w:b w:val="0"/>
          <w:sz w:val="24"/>
        </w:rPr>
        <w:t>74. 我们在地球上看月球，始终看到的是同一面，原因是（）</w:t>
      </w:r>
    </w:p>
    <w:p>
      <w:pPr>
        <w:spacing w:before="20" w:after="20" w:line="400" w:lineRule="exact"/>
      </w:pPr>
      <w:r>
        <w:rPr>
          <w:rFonts w:ascii="宋体" w:hAnsi="宋体" w:eastAsia="宋体"/>
          <w:b w:val="0"/>
          <w:sz w:val="22"/>
        </w:rPr>
        <w:t xml:space="preserve">    A、月球不自转        B、月球自转和公转周期相同</w:t>
      </w:r>
    </w:p>
    <w:p>
      <w:pPr>
        <w:spacing w:before="20" w:after="80" w:line="400" w:lineRule="exact"/>
      </w:pPr>
      <w:r>
        <w:rPr>
          <w:rFonts w:ascii="宋体" w:hAnsi="宋体" w:eastAsia="宋体"/>
          <w:b w:val="0"/>
          <w:sz w:val="22"/>
        </w:rPr>
        <w:t xml:space="preserve">    C、地球挡住了月球的另一面        D、月球绕地球公转速度太快</w:t>
      </w:r>
    </w:p>
    <w:p>
      <w:pPr>
        <w:spacing w:before="120" w:after="40" w:line="440" w:lineRule="exact"/>
      </w:pPr>
      <w:r>
        <w:rPr>
          <w:rFonts w:ascii="宋体" w:hAnsi="宋体" w:eastAsia="宋体"/>
          <w:b w:val="0"/>
          <w:sz w:val="24"/>
        </w:rPr>
        <w:t>75. 月相变化的原因是（）</w:t>
      </w:r>
    </w:p>
    <w:p>
      <w:pPr>
        <w:spacing w:before="20" w:after="20" w:line="400" w:lineRule="exact"/>
      </w:pPr>
      <w:r>
        <w:rPr>
          <w:rFonts w:ascii="宋体" w:hAnsi="宋体" w:eastAsia="宋体"/>
          <w:b w:val="0"/>
          <w:sz w:val="22"/>
        </w:rPr>
        <w:t xml:space="preserve">    A、月球自转        B、月球绕地球公转，反射太阳光的角度不同</w:t>
      </w:r>
    </w:p>
    <w:p>
      <w:pPr>
        <w:spacing w:before="20" w:after="80" w:line="400" w:lineRule="exact"/>
      </w:pPr>
      <w:r>
        <w:rPr>
          <w:rFonts w:ascii="宋体" w:hAnsi="宋体" w:eastAsia="宋体"/>
          <w:b w:val="0"/>
          <w:sz w:val="22"/>
        </w:rPr>
        <w:t xml:space="preserve">    C、地球绕月球转        D、太阳绕月球转</w:t>
      </w:r>
    </w:p>
    <w:p>
      <w:pPr>
        <w:spacing w:before="120" w:after="40" w:line="440" w:lineRule="exact"/>
      </w:pPr>
      <w:r>
        <w:rPr>
          <w:rFonts w:ascii="宋体" w:hAnsi="宋体" w:eastAsia="宋体"/>
          <w:b w:val="0"/>
          <w:sz w:val="24"/>
        </w:rPr>
        <w:t>76. 下列哪种现象与地球自转无关（）</w:t>
      </w:r>
    </w:p>
    <w:p>
      <w:pPr>
        <w:spacing w:before="20" w:after="20" w:line="400" w:lineRule="exact"/>
      </w:pPr>
      <w:r>
        <w:rPr>
          <w:rFonts w:ascii="宋体" w:hAnsi="宋体" w:eastAsia="宋体"/>
          <w:b w:val="0"/>
          <w:sz w:val="22"/>
        </w:rPr>
        <w:t xml:space="preserve">    A、昼夜交替        B、太阳东升西落</w:t>
      </w:r>
    </w:p>
    <w:p>
      <w:pPr>
        <w:spacing w:before="20" w:after="80" w:line="400" w:lineRule="exact"/>
      </w:pPr>
      <w:r>
        <w:rPr>
          <w:rFonts w:ascii="宋体" w:hAnsi="宋体" w:eastAsia="宋体"/>
          <w:b w:val="0"/>
          <w:sz w:val="22"/>
        </w:rPr>
        <w:t xml:space="preserve">    C、四季变化        D、一天24小时</w:t>
      </w:r>
    </w:p>
    <w:p>
      <w:pPr>
        <w:spacing w:before="120" w:after="40" w:line="440" w:lineRule="exact"/>
      </w:pPr>
      <w:r>
        <w:rPr>
          <w:rFonts w:ascii="宋体" w:hAnsi="宋体" w:eastAsia="宋体"/>
          <w:b w:val="0"/>
          <w:sz w:val="24"/>
        </w:rPr>
        <w:t>77. 下列哪种现象与地球公转无关（）</w:t>
      </w:r>
    </w:p>
    <w:p>
      <w:pPr>
        <w:spacing w:before="20" w:after="20" w:line="400" w:lineRule="exact"/>
      </w:pPr>
      <w:r>
        <w:rPr>
          <w:rFonts w:ascii="宋体" w:hAnsi="宋体" w:eastAsia="宋体"/>
          <w:b w:val="0"/>
          <w:sz w:val="22"/>
        </w:rPr>
        <w:t xml:space="preserve">    A、四季变化        B、昼夜长短变化</w:t>
      </w:r>
    </w:p>
    <w:p>
      <w:pPr>
        <w:spacing w:before="20" w:after="80" w:line="400" w:lineRule="exact"/>
      </w:pPr>
      <w:r>
        <w:rPr>
          <w:rFonts w:ascii="宋体" w:hAnsi="宋体" w:eastAsia="宋体"/>
          <w:b w:val="0"/>
          <w:sz w:val="22"/>
        </w:rPr>
        <w:t xml:space="preserve">    C、昼夜交替        D、节气变化</w:t>
      </w:r>
    </w:p>
    <w:p>
      <w:pPr>
        <w:spacing w:before="120" w:after="40" w:line="440" w:lineRule="exact"/>
      </w:pPr>
      <w:r>
        <w:rPr>
          <w:rFonts w:ascii="宋体" w:hAnsi="宋体" w:eastAsia="宋体"/>
          <w:b w:val="0"/>
          <w:sz w:val="24"/>
        </w:rPr>
        <w:t>78. 太阳系中，离太阳最远的行星是（）</w:t>
      </w:r>
    </w:p>
    <w:p>
      <w:pPr>
        <w:spacing w:before="20" w:after="20" w:line="400" w:lineRule="exact"/>
      </w:pPr>
      <w:r>
        <w:rPr>
          <w:rFonts w:ascii="宋体" w:hAnsi="宋体" w:eastAsia="宋体"/>
          <w:b w:val="0"/>
          <w:sz w:val="22"/>
        </w:rPr>
        <w:t xml:space="preserve">    A、天王星        B、海王星</w:t>
      </w:r>
    </w:p>
    <w:p>
      <w:pPr>
        <w:spacing w:before="20" w:after="80" w:line="400" w:lineRule="exact"/>
      </w:pPr>
      <w:r>
        <w:rPr>
          <w:rFonts w:ascii="宋体" w:hAnsi="宋体" w:eastAsia="宋体"/>
          <w:b w:val="0"/>
          <w:sz w:val="22"/>
        </w:rPr>
        <w:t xml:space="preserve">    C、土星        D、木星</w:t>
      </w:r>
    </w:p>
    <w:p>
      <w:pPr>
        <w:spacing w:before="120" w:after="40" w:line="440" w:lineRule="exact"/>
      </w:pPr>
      <w:r>
        <w:rPr>
          <w:rFonts w:ascii="宋体" w:hAnsi="宋体" w:eastAsia="宋体"/>
          <w:b w:val="0"/>
          <w:sz w:val="24"/>
        </w:rPr>
        <w:t>79. 下列哪种星星是离地球最近的恒星（除太阳外）（）</w:t>
      </w:r>
    </w:p>
    <w:p>
      <w:pPr>
        <w:spacing w:before="20" w:after="20" w:line="400" w:lineRule="exact"/>
      </w:pPr>
      <w:r>
        <w:rPr>
          <w:rFonts w:ascii="宋体" w:hAnsi="宋体" w:eastAsia="宋体"/>
          <w:b w:val="0"/>
          <w:sz w:val="22"/>
        </w:rPr>
        <w:t xml:space="preserve">    A、北极星        B、比邻星</w:t>
      </w:r>
    </w:p>
    <w:p>
      <w:pPr>
        <w:spacing w:before="20" w:after="80" w:line="400" w:lineRule="exact"/>
      </w:pPr>
      <w:r>
        <w:rPr>
          <w:rFonts w:ascii="宋体" w:hAnsi="宋体" w:eastAsia="宋体"/>
          <w:b w:val="0"/>
          <w:sz w:val="22"/>
        </w:rPr>
        <w:t xml:space="preserve">    C、天狼星        D、织女星</w:t>
      </w:r>
    </w:p>
    <w:p>
      <w:pPr>
        <w:spacing w:before="120" w:after="40" w:line="440" w:lineRule="exact"/>
      </w:pPr>
      <w:r>
        <w:rPr>
          <w:rFonts w:ascii="宋体" w:hAnsi="宋体" w:eastAsia="宋体"/>
          <w:b w:val="0"/>
          <w:sz w:val="24"/>
        </w:rPr>
        <w:t>80. 下列哪种天体不能反射太阳光（）</w:t>
      </w:r>
    </w:p>
    <w:p>
      <w:pPr>
        <w:spacing w:before="20" w:after="20" w:line="400" w:lineRule="exact"/>
      </w:pPr>
      <w:r>
        <w:rPr>
          <w:rFonts w:ascii="宋体" w:hAnsi="宋体" w:eastAsia="宋体"/>
          <w:b w:val="0"/>
          <w:sz w:val="22"/>
        </w:rPr>
        <w:t xml:space="preserve">    A、地球        B、月球</w:t>
      </w:r>
    </w:p>
    <w:p>
      <w:pPr>
        <w:spacing w:before="20" w:after="80" w:line="400" w:lineRule="exact"/>
      </w:pPr>
      <w:r>
        <w:rPr>
          <w:rFonts w:ascii="宋体" w:hAnsi="宋体" w:eastAsia="宋体"/>
          <w:b w:val="0"/>
          <w:sz w:val="22"/>
        </w:rPr>
        <w:t xml:space="preserve">    C、太阳        D、火星</w:t>
      </w:r>
    </w:p>
    <w:p>
      <w:pPr>
        <w:spacing w:before="120" w:after="40" w:line="440" w:lineRule="exact"/>
      </w:pPr>
      <w:r>
        <w:rPr>
          <w:rFonts w:ascii="宋体" w:hAnsi="宋体" w:eastAsia="宋体"/>
          <w:b w:val="0"/>
          <w:sz w:val="24"/>
        </w:rPr>
        <w:t>81. 下列哪种说法正确（）</w:t>
      </w:r>
    </w:p>
    <w:p>
      <w:pPr>
        <w:spacing w:before="20" w:after="20" w:line="400" w:lineRule="exact"/>
      </w:pPr>
      <w:r>
        <w:rPr>
          <w:rFonts w:ascii="宋体" w:hAnsi="宋体" w:eastAsia="宋体"/>
          <w:b w:val="0"/>
          <w:sz w:val="22"/>
        </w:rPr>
        <w:t xml:space="preserve">    A、月球会自己发光        B、月球反射太阳光</w:t>
      </w:r>
    </w:p>
    <w:p>
      <w:pPr>
        <w:spacing w:before="20" w:after="80" w:line="400" w:lineRule="exact"/>
      </w:pPr>
      <w:r>
        <w:rPr>
          <w:rFonts w:ascii="宋体" w:hAnsi="宋体" w:eastAsia="宋体"/>
          <w:b w:val="0"/>
          <w:sz w:val="22"/>
        </w:rPr>
        <w:t xml:space="preserve">    C、地球会自己发光        D、火星会自己发光</w:t>
      </w:r>
    </w:p>
    <w:p>
      <w:pPr>
        <w:spacing w:before="120" w:after="40" w:line="440" w:lineRule="exact"/>
      </w:pPr>
      <w:r>
        <w:rPr>
          <w:rFonts w:ascii="宋体" w:hAnsi="宋体" w:eastAsia="宋体"/>
          <w:b w:val="0"/>
          <w:sz w:val="24"/>
        </w:rPr>
        <w:t>82. 夜晚观测星空，最好选择（）</w:t>
      </w:r>
    </w:p>
    <w:p>
      <w:pPr>
        <w:spacing w:before="20" w:after="20" w:line="400" w:lineRule="exact"/>
      </w:pPr>
      <w:r>
        <w:rPr>
          <w:rFonts w:ascii="宋体" w:hAnsi="宋体" w:eastAsia="宋体"/>
          <w:b w:val="0"/>
          <w:sz w:val="22"/>
        </w:rPr>
        <w:t xml:space="preserve">    A、城市中心        B、郊区无灯光处</w:t>
      </w:r>
    </w:p>
    <w:p>
      <w:pPr>
        <w:spacing w:before="20" w:after="80" w:line="400" w:lineRule="exact"/>
      </w:pPr>
      <w:r>
        <w:rPr>
          <w:rFonts w:ascii="宋体" w:hAnsi="宋体" w:eastAsia="宋体"/>
          <w:b w:val="0"/>
          <w:sz w:val="22"/>
        </w:rPr>
        <w:t xml:space="preserve">    C、有灯光的广场        D、室内</w:t>
      </w:r>
    </w:p>
    <w:p>
      <w:pPr>
        <w:spacing w:before="120" w:after="40" w:line="440" w:lineRule="exact"/>
      </w:pPr>
      <w:r>
        <w:rPr>
          <w:rFonts w:ascii="宋体" w:hAnsi="宋体" w:eastAsia="宋体"/>
          <w:b w:val="0"/>
          <w:sz w:val="24"/>
        </w:rPr>
        <w:t>83. 城市里比郊区看到的星星少，主要是因为（）</w:t>
      </w:r>
    </w:p>
    <w:p>
      <w:pPr>
        <w:spacing w:before="20" w:after="20" w:line="400" w:lineRule="exact"/>
      </w:pPr>
      <w:r>
        <w:rPr>
          <w:rFonts w:ascii="宋体" w:hAnsi="宋体" w:eastAsia="宋体"/>
          <w:b w:val="0"/>
          <w:sz w:val="22"/>
        </w:rPr>
        <w:t xml:space="preserve">    A、城市里没有星星        B、城市灯光太亮</w:t>
      </w:r>
    </w:p>
    <w:p>
      <w:pPr>
        <w:spacing w:before="20" w:after="80" w:line="400" w:lineRule="exact"/>
      </w:pPr>
      <w:r>
        <w:rPr>
          <w:rFonts w:ascii="宋体" w:hAnsi="宋体" w:eastAsia="宋体"/>
          <w:b w:val="0"/>
          <w:sz w:val="22"/>
        </w:rPr>
        <w:t xml:space="preserve">    C、城市里有雾霾        D、城市里的人太多</w:t>
      </w:r>
    </w:p>
    <w:p>
      <w:pPr>
        <w:spacing w:before="120" w:after="40" w:line="440" w:lineRule="exact"/>
      </w:pPr>
      <w:r>
        <w:rPr>
          <w:rFonts w:ascii="宋体" w:hAnsi="宋体" w:eastAsia="宋体"/>
          <w:b w:val="0"/>
          <w:sz w:val="24"/>
        </w:rPr>
        <w:t>84. 下列哪种天体是地球的人造卫星（）</w:t>
      </w:r>
    </w:p>
    <w:p>
      <w:pPr>
        <w:spacing w:before="20" w:after="20" w:line="400" w:lineRule="exact"/>
      </w:pPr>
      <w:r>
        <w:rPr>
          <w:rFonts w:ascii="宋体" w:hAnsi="宋体" w:eastAsia="宋体"/>
          <w:b w:val="0"/>
          <w:sz w:val="22"/>
        </w:rPr>
        <w:t xml:space="preserve">    A、月球        B、天宫空间站</w:t>
      </w:r>
    </w:p>
    <w:p>
      <w:pPr>
        <w:spacing w:before="20" w:after="80" w:line="400" w:lineRule="exact"/>
      </w:pPr>
      <w:r>
        <w:rPr>
          <w:rFonts w:ascii="宋体" w:hAnsi="宋体" w:eastAsia="宋体"/>
          <w:b w:val="0"/>
          <w:sz w:val="22"/>
        </w:rPr>
        <w:t xml:space="preserve">    C、火星        D、金星</w:t>
      </w:r>
    </w:p>
    <w:p>
      <w:pPr>
        <w:spacing w:before="120" w:after="40" w:line="440" w:lineRule="exact"/>
      </w:pPr>
      <w:r>
        <w:rPr>
          <w:rFonts w:ascii="宋体" w:hAnsi="宋体" w:eastAsia="宋体"/>
          <w:b w:val="0"/>
          <w:sz w:val="24"/>
        </w:rPr>
        <w:t>85. 人造卫星的主要作用不包括（）</w:t>
      </w:r>
    </w:p>
    <w:p>
      <w:pPr>
        <w:spacing w:before="20" w:after="20" w:line="400" w:lineRule="exact"/>
      </w:pPr>
      <w:r>
        <w:rPr>
          <w:rFonts w:ascii="宋体" w:hAnsi="宋体" w:eastAsia="宋体"/>
          <w:b w:val="0"/>
          <w:sz w:val="22"/>
        </w:rPr>
        <w:t xml:space="preserve">    A、通信        B、导航</w:t>
      </w:r>
    </w:p>
    <w:p>
      <w:pPr>
        <w:spacing w:before="20" w:after="80" w:line="400" w:lineRule="exact"/>
      </w:pPr>
      <w:r>
        <w:rPr>
          <w:rFonts w:ascii="宋体" w:hAnsi="宋体" w:eastAsia="宋体"/>
          <w:b w:val="0"/>
          <w:sz w:val="22"/>
        </w:rPr>
        <w:t xml:space="preserve">    C、观测天体        D、产生光能</w:t>
      </w:r>
    </w:p>
    <w:p>
      <w:pPr>
        <w:spacing w:before="120" w:after="40" w:line="440" w:lineRule="exact"/>
      </w:pPr>
      <w:r>
        <w:rPr>
          <w:rFonts w:ascii="宋体" w:hAnsi="宋体" w:eastAsia="宋体"/>
          <w:b w:val="0"/>
          <w:sz w:val="24"/>
        </w:rPr>
        <w:t>86. 光的传播速度大约是每秒（）</w:t>
      </w:r>
    </w:p>
    <w:p>
      <w:pPr>
        <w:spacing w:before="20" w:after="20" w:line="400" w:lineRule="exact"/>
      </w:pPr>
      <w:r>
        <w:rPr>
          <w:rFonts w:ascii="宋体" w:hAnsi="宋体" w:eastAsia="宋体"/>
          <w:b w:val="0"/>
          <w:sz w:val="22"/>
        </w:rPr>
        <w:t xml:space="preserve">    A、30千米        B、30万千米</w:t>
      </w:r>
    </w:p>
    <w:p>
      <w:pPr>
        <w:spacing w:before="20" w:after="80" w:line="400" w:lineRule="exact"/>
      </w:pPr>
      <w:r>
        <w:rPr>
          <w:rFonts w:ascii="宋体" w:hAnsi="宋体" w:eastAsia="宋体"/>
          <w:b w:val="0"/>
          <w:sz w:val="22"/>
        </w:rPr>
        <w:t xml:space="preserve">    C、300万千米        D、3千米</w:t>
      </w:r>
    </w:p>
    <w:p>
      <w:pPr>
        <w:spacing w:before="120" w:after="40" w:line="440" w:lineRule="exact"/>
      </w:pPr>
      <w:r>
        <w:rPr>
          <w:rFonts w:ascii="宋体" w:hAnsi="宋体" w:eastAsia="宋体"/>
          <w:b w:val="0"/>
          <w:sz w:val="24"/>
        </w:rPr>
        <w:t>87. 下列哪种天文现象发生时，天空会变暗（）</w:t>
      </w:r>
    </w:p>
    <w:p>
      <w:pPr>
        <w:spacing w:before="20" w:after="20" w:line="400" w:lineRule="exact"/>
      </w:pPr>
      <w:r>
        <w:rPr>
          <w:rFonts w:ascii="宋体" w:hAnsi="宋体" w:eastAsia="宋体"/>
          <w:b w:val="0"/>
          <w:sz w:val="22"/>
        </w:rPr>
        <w:t xml:space="preserve">    A、满月        B、新月</w:t>
      </w:r>
    </w:p>
    <w:p>
      <w:pPr>
        <w:spacing w:before="20" w:after="80" w:line="400" w:lineRule="exact"/>
      </w:pPr>
      <w:r>
        <w:rPr>
          <w:rFonts w:ascii="宋体" w:hAnsi="宋体" w:eastAsia="宋体"/>
          <w:b w:val="0"/>
          <w:sz w:val="22"/>
        </w:rPr>
        <w:t xml:space="preserve">    C、日食        D、上弦月</w:t>
      </w:r>
    </w:p>
    <w:p>
      <w:pPr>
        <w:spacing w:before="120" w:after="40" w:line="440" w:lineRule="exact"/>
      </w:pPr>
      <w:r>
        <w:rPr>
          <w:rFonts w:ascii="宋体" w:hAnsi="宋体" w:eastAsia="宋体"/>
          <w:b w:val="0"/>
          <w:sz w:val="24"/>
        </w:rPr>
        <w:t>88. 日食一般发生在农历（）</w:t>
      </w:r>
    </w:p>
    <w:p>
      <w:pPr>
        <w:spacing w:before="20" w:after="20" w:line="400" w:lineRule="exact"/>
      </w:pPr>
      <w:r>
        <w:rPr>
          <w:rFonts w:ascii="宋体" w:hAnsi="宋体" w:eastAsia="宋体"/>
          <w:b w:val="0"/>
          <w:sz w:val="22"/>
        </w:rPr>
        <w:t xml:space="preserve">    A、初一        B、十五</w:t>
      </w:r>
    </w:p>
    <w:p>
      <w:pPr>
        <w:spacing w:before="20" w:after="80" w:line="400" w:lineRule="exact"/>
      </w:pPr>
      <w:r>
        <w:rPr>
          <w:rFonts w:ascii="宋体" w:hAnsi="宋体" w:eastAsia="宋体"/>
          <w:b w:val="0"/>
          <w:sz w:val="22"/>
        </w:rPr>
        <w:t xml:space="preserve">    C、初八        D、二十三</w:t>
      </w:r>
    </w:p>
    <w:p>
      <w:pPr>
        <w:spacing w:before="120" w:after="40" w:line="440" w:lineRule="exact"/>
      </w:pPr>
      <w:r>
        <w:rPr>
          <w:rFonts w:ascii="宋体" w:hAnsi="宋体" w:eastAsia="宋体"/>
          <w:b w:val="0"/>
          <w:sz w:val="24"/>
        </w:rPr>
        <w:t>89. 月食一般发生在农历（）</w:t>
      </w:r>
    </w:p>
    <w:p>
      <w:pPr>
        <w:spacing w:before="20" w:after="20" w:line="400" w:lineRule="exact"/>
      </w:pPr>
      <w:r>
        <w:rPr>
          <w:rFonts w:ascii="宋体" w:hAnsi="宋体" w:eastAsia="宋体"/>
          <w:b w:val="0"/>
          <w:sz w:val="22"/>
        </w:rPr>
        <w:t xml:space="preserve">    A、初一        B、十五</w:t>
      </w:r>
    </w:p>
    <w:p>
      <w:pPr>
        <w:spacing w:before="20" w:after="80" w:line="400" w:lineRule="exact"/>
      </w:pPr>
      <w:r>
        <w:rPr>
          <w:rFonts w:ascii="宋体" w:hAnsi="宋体" w:eastAsia="宋体"/>
          <w:b w:val="0"/>
          <w:sz w:val="22"/>
        </w:rPr>
        <w:t xml:space="preserve">    C、初八        D、初七</w:t>
      </w:r>
    </w:p>
    <w:p>
      <w:pPr>
        <w:spacing w:before="120" w:after="40" w:line="440" w:lineRule="exact"/>
      </w:pPr>
      <w:r>
        <w:rPr>
          <w:rFonts w:ascii="宋体" w:hAnsi="宋体" w:eastAsia="宋体"/>
          <w:b w:val="0"/>
          <w:sz w:val="24"/>
        </w:rPr>
        <w:t>90. 下列哪种天体上有明显的“大红斑”（）</w:t>
      </w:r>
    </w:p>
    <w:p>
      <w:pPr>
        <w:spacing w:before="20" w:after="20" w:line="400" w:lineRule="exact"/>
      </w:pPr>
      <w:r>
        <w:rPr>
          <w:rFonts w:ascii="宋体" w:hAnsi="宋体" w:eastAsia="宋体"/>
          <w:b w:val="0"/>
          <w:sz w:val="22"/>
        </w:rPr>
        <w:t xml:space="preserve">    A、地球        B、火星</w:t>
      </w:r>
    </w:p>
    <w:p>
      <w:pPr>
        <w:spacing w:before="20" w:after="80" w:line="400" w:lineRule="exact"/>
      </w:pPr>
      <w:r>
        <w:rPr>
          <w:rFonts w:ascii="宋体" w:hAnsi="宋体" w:eastAsia="宋体"/>
          <w:b w:val="0"/>
          <w:sz w:val="22"/>
        </w:rPr>
        <w:t xml:space="preserve">    C、木星        D、土星</w:t>
      </w:r>
    </w:p>
    <w:p>
      <w:pPr>
        <w:spacing w:before="120" w:after="40" w:line="440" w:lineRule="exact"/>
      </w:pPr>
      <w:r>
        <w:rPr>
          <w:rFonts w:ascii="宋体" w:hAnsi="宋体" w:eastAsia="宋体"/>
          <w:b w:val="0"/>
          <w:sz w:val="24"/>
        </w:rPr>
        <w:t>91. 下列哪种行星被称为“启明星”“长庚星”（）</w:t>
      </w:r>
    </w:p>
    <w:p>
      <w:pPr>
        <w:spacing w:before="20" w:after="20" w:line="400" w:lineRule="exact"/>
      </w:pPr>
      <w:r>
        <w:rPr>
          <w:rFonts w:ascii="宋体" w:hAnsi="宋体" w:eastAsia="宋体"/>
          <w:b w:val="0"/>
          <w:sz w:val="22"/>
        </w:rPr>
        <w:t xml:space="preserve">    A、水星        B、金星</w:t>
      </w:r>
    </w:p>
    <w:p>
      <w:pPr>
        <w:spacing w:before="20" w:after="80" w:line="400" w:lineRule="exact"/>
      </w:pPr>
      <w:r>
        <w:rPr>
          <w:rFonts w:ascii="宋体" w:hAnsi="宋体" w:eastAsia="宋体"/>
          <w:b w:val="0"/>
          <w:sz w:val="22"/>
        </w:rPr>
        <w:t xml:space="preserve">    C、火星        D、木星</w:t>
      </w:r>
    </w:p>
    <w:p>
      <w:pPr>
        <w:spacing w:before="120" w:after="40" w:line="440" w:lineRule="exact"/>
      </w:pPr>
      <w:r>
        <w:rPr>
          <w:rFonts w:ascii="宋体" w:hAnsi="宋体" w:eastAsia="宋体"/>
          <w:b w:val="0"/>
          <w:sz w:val="24"/>
        </w:rPr>
        <w:t>92. 下列哪种行星表面呈红色，被称为“红色星球”（）</w:t>
      </w:r>
    </w:p>
    <w:p>
      <w:pPr>
        <w:spacing w:before="20" w:after="20" w:line="400" w:lineRule="exact"/>
      </w:pPr>
      <w:r>
        <w:rPr>
          <w:rFonts w:ascii="宋体" w:hAnsi="宋体" w:eastAsia="宋体"/>
          <w:b w:val="0"/>
          <w:sz w:val="22"/>
        </w:rPr>
        <w:t xml:space="preserve">    A、金星        B、火星</w:t>
      </w:r>
    </w:p>
    <w:p>
      <w:pPr>
        <w:spacing w:before="20" w:after="80" w:line="400" w:lineRule="exact"/>
      </w:pPr>
      <w:r>
        <w:rPr>
          <w:rFonts w:ascii="宋体" w:hAnsi="宋体" w:eastAsia="宋体"/>
          <w:b w:val="0"/>
          <w:sz w:val="22"/>
        </w:rPr>
        <w:t xml:space="preserve">    C、木星        D、土星</w:t>
      </w:r>
    </w:p>
    <w:p>
      <w:pPr>
        <w:spacing w:before="120" w:after="40" w:line="440" w:lineRule="exact"/>
      </w:pPr>
      <w:r>
        <w:rPr>
          <w:rFonts w:ascii="宋体" w:hAnsi="宋体" w:eastAsia="宋体"/>
          <w:b w:val="0"/>
          <w:sz w:val="24"/>
        </w:rPr>
        <w:t>93. 太阳系一共有（）大行星</w:t>
      </w:r>
    </w:p>
    <w:p>
      <w:pPr>
        <w:spacing w:before="20" w:after="20" w:line="400" w:lineRule="exact"/>
      </w:pPr>
      <w:r>
        <w:rPr>
          <w:rFonts w:ascii="宋体" w:hAnsi="宋体" w:eastAsia="宋体"/>
          <w:b w:val="0"/>
          <w:sz w:val="22"/>
        </w:rPr>
        <w:t xml:space="preserve">    A、7        B、8</w:t>
      </w:r>
    </w:p>
    <w:p>
      <w:pPr>
        <w:spacing w:before="20" w:after="80" w:line="400" w:lineRule="exact"/>
      </w:pPr>
      <w:r>
        <w:rPr>
          <w:rFonts w:ascii="宋体" w:hAnsi="宋体" w:eastAsia="宋体"/>
          <w:b w:val="0"/>
          <w:sz w:val="22"/>
        </w:rPr>
        <w:t xml:space="preserve">    C、9        D、10</w:t>
      </w:r>
    </w:p>
    <w:p>
      <w:pPr>
        <w:spacing w:before="120" w:after="40" w:line="440" w:lineRule="exact"/>
      </w:pPr>
      <w:r>
        <w:rPr>
          <w:rFonts w:ascii="宋体" w:hAnsi="宋体" w:eastAsia="宋体"/>
          <w:b w:val="0"/>
          <w:sz w:val="24"/>
        </w:rPr>
        <w:t>94. 下列哪种天体属于恒星（）</w:t>
      </w:r>
    </w:p>
    <w:p>
      <w:pPr>
        <w:spacing w:before="20" w:after="20" w:line="400" w:lineRule="exact"/>
      </w:pPr>
      <w:r>
        <w:rPr>
          <w:rFonts w:ascii="宋体" w:hAnsi="宋体" w:eastAsia="宋体"/>
          <w:b w:val="0"/>
          <w:sz w:val="22"/>
        </w:rPr>
        <w:t xml:space="preserve">    A、月球        B、地球</w:t>
      </w:r>
    </w:p>
    <w:p>
      <w:pPr>
        <w:spacing w:before="20" w:after="80" w:line="400" w:lineRule="exact"/>
      </w:pPr>
      <w:r>
        <w:rPr>
          <w:rFonts w:ascii="宋体" w:hAnsi="宋体" w:eastAsia="宋体"/>
          <w:b w:val="0"/>
          <w:sz w:val="22"/>
        </w:rPr>
        <w:t xml:space="preserve">    C、织女星        D、火星</w:t>
      </w:r>
    </w:p>
    <w:p>
      <w:pPr>
        <w:spacing w:before="120" w:after="40" w:line="440" w:lineRule="exact"/>
      </w:pPr>
      <w:r>
        <w:rPr>
          <w:rFonts w:ascii="宋体" w:hAnsi="宋体" w:eastAsia="宋体"/>
          <w:b w:val="0"/>
          <w:sz w:val="24"/>
        </w:rPr>
        <w:t>95. 下列哪种天体属于行星（）</w:t>
      </w:r>
    </w:p>
    <w:p>
      <w:pPr>
        <w:spacing w:before="20" w:after="20" w:line="400" w:lineRule="exact"/>
      </w:pPr>
      <w:r>
        <w:rPr>
          <w:rFonts w:ascii="宋体" w:hAnsi="宋体" w:eastAsia="宋体"/>
          <w:b w:val="0"/>
          <w:sz w:val="22"/>
        </w:rPr>
        <w:t xml:space="preserve">    A、太阳        B、月球</w:t>
      </w:r>
    </w:p>
    <w:p>
      <w:pPr>
        <w:spacing w:before="20" w:after="80" w:line="400" w:lineRule="exact"/>
      </w:pPr>
      <w:r>
        <w:rPr>
          <w:rFonts w:ascii="宋体" w:hAnsi="宋体" w:eastAsia="宋体"/>
          <w:b w:val="0"/>
          <w:sz w:val="22"/>
        </w:rPr>
        <w:t xml:space="preserve">    C、地球        D、北极星</w:t>
      </w:r>
    </w:p>
    <w:p>
      <w:pPr>
        <w:spacing w:before="120" w:after="40" w:line="440" w:lineRule="exact"/>
      </w:pPr>
      <w:r>
        <w:rPr>
          <w:rFonts w:ascii="宋体" w:hAnsi="宋体" w:eastAsia="宋体"/>
          <w:b w:val="0"/>
          <w:sz w:val="24"/>
        </w:rPr>
        <w:t>96. 下列哪种天体属于卫星（）</w:t>
      </w:r>
    </w:p>
    <w:p>
      <w:pPr>
        <w:spacing w:before="20" w:after="20" w:line="400" w:lineRule="exact"/>
      </w:pPr>
      <w:r>
        <w:rPr>
          <w:rFonts w:ascii="宋体" w:hAnsi="宋体" w:eastAsia="宋体"/>
          <w:b w:val="0"/>
          <w:sz w:val="22"/>
        </w:rPr>
        <w:t xml:space="preserve">    A、太阳        B、地球</w:t>
      </w:r>
    </w:p>
    <w:p>
      <w:pPr>
        <w:spacing w:before="20" w:after="80" w:line="400" w:lineRule="exact"/>
      </w:pPr>
      <w:r>
        <w:rPr>
          <w:rFonts w:ascii="宋体" w:hAnsi="宋体" w:eastAsia="宋体"/>
          <w:b w:val="0"/>
          <w:sz w:val="22"/>
        </w:rPr>
        <w:t xml:space="preserve">    C、月球        D、火星</w:t>
      </w:r>
    </w:p>
    <w:p>
      <w:pPr>
        <w:spacing w:before="120" w:after="40" w:line="440" w:lineRule="exact"/>
      </w:pPr>
      <w:r>
        <w:rPr>
          <w:rFonts w:ascii="宋体" w:hAnsi="宋体" w:eastAsia="宋体"/>
          <w:b w:val="0"/>
          <w:sz w:val="24"/>
        </w:rPr>
        <w:t>97. 行星围绕（）运转</w:t>
      </w:r>
    </w:p>
    <w:p>
      <w:pPr>
        <w:spacing w:before="20" w:after="20" w:line="400" w:lineRule="exact"/>
      </w:pPr>
      <w:r>
        <w:rPr>
          <w:rFonts w:ascii="宋体" w:hAnsi="宋体" w:eastAsia="宋体"/>
          <w:b w:val="0"/>
          <w:sz w:val="22"/>
        </w:rPr>
        <w:t xml:space="preserve">    A、卫星        B、恒星</w:t>
      </w:r>
    </w:p>
    <w:p>
      <w:pPr>
        <w:spacing w:before="20" w:after="80" w:line="400" w:lineRule="exact"/>
      </w:pPr>
      <w:r>
        <w:rPr>
          <w:rFonts w:ascii="宋体" w:hAnsi="宋体" w:eastAsia="宋体"/>
          <w:b w:val="0"/>
          <w:sz w:val="22"/>
        </w:rPr>
        <w:t xml:space="preserve">    C、流星        D、彗星</w:t>
      </w:r>
    </w:p>
    <w:p>
      <w:pPr>
        <w:spacing w:before="120" w:after="40" w:line="440" w:lineRule="exact"/>
      </w:pPr>
      <w:r>
        <w:rPr>
          <w:rFonts w:ascii="宋体" w:hAnsi="宋体" w:eastAsia="宋体"/>
          <w:b w:val="0"/>
          <w:sz w:val="24"/>
        </w:rPr>
        <w:t>98. 卫星围绕（）运转</w:t>
      </w:r>
    </w:p>
    <w:p>
      <w:pPr>
        <w:spacing w:before="20" w:after="20" w:line="400" w:lineRule="exact"/>
      </w:pPr>
      <w:r>
        <w:rPr>
          <w:rFonts w:ascii="宋体" w:hAnsi="宋体" w:eastAsia="宋体"/>
          <w:b w:val="0"/>
          <w:sz w:val="22"/>
        </w:rPr>
        <w:t xml:space="preserve">    A、恒星        B、行星</w:t>
      </w:r>
    </w:p>
    <w:p>
      <w:pPr>
        <w:spacing w:before="20" w:after="80" w:line="400" w:lineRule="exact"/>
      </w:pPr>
      <w:r>
        <w:rPr>
          <w:rFonts w:ascii="宋体" w:hAnsi="宋体" w:eastAsia="宋体"/>
          <w:b w:val="0"/>
          <w:sz w:val="22"/>
        </w:rPr>
        <w:t xml:space="preserve">    C、太阳        D、彗星</w:t>
      </w:r>
    </w:p>
    <w:p>
      <w:pPr>
        <w:spacing w:before="120" w:after="40" w:line="440" w:lineRule="exact"/>
      </w:pPr>
      <w:r>
        <w:rPr>
          <w:rFonts w:ascii="宋体" w:hAnsi="宋体" w:eastAsia="宋体"/>
          <w:b w:val="0"/>
          <w:sz w:val="24"/>
        </w:rPr>
        <w:t>99. 月球到地球的平均距离大约是（）</w:t>
      </w:r>
    </w:p>
    <w:p>
      <w:pPr>
        <w:spacing w:before="20" w:after="20" w:line="400" w:lineRule="exact"/>
      </w:pPr>
      <w:r>
        <w:rPr>
          <w:rFonts w:ascii="宋体" w:hAnsi="宋体" w:eastAsia="宋体"/>
          <w:b w:val="0"/>
          <w:sz w:val="22"/>
        </w:rPr>
        <w:t xml:space="preserve">    A、38千米        B、38万千米</w:t>
      </w:r>
    </w:p>
    <w:p>
      <w:pPr>
        <w:spacing w:before="20" w:after="80" w:line="400" w:lineRule="exact"/>
      </w:pPr>
      <w:r>
        <w:rPr>
          <w:rFonts w:ascii="宋体" w:hAnsi="宋体" w:eastAsia="宋体"/>
          <w:b w:val="0"/>
          <w:sz w:val="22"/>
        </w:rPr>
        <w:t xml:space="preserve">    C、380万千米        D、3800千米</w:t>
      </w:r>
    </w:p>
    <w:p>
      <w:pPr>
        <w:spacing w:before="120" w:after="40" w:line="440" w:lineRule="exact"/>
      </w:pPr>
      <w:r>
        <w:rPr>
          <w:rFonts w:ascii="宋体" w:hAnsi="宋体" w:eastAsia="宋体"/>
          <w:b w:val="0"/>
          <w:sz w:val="24"/>
        </w:rPr>
        <w:t>100. 地球绕太阳公转一周的时间大约是（）</w:t>
      </w:r>
    </w:p>
    <w:p>
      <w:pPr>
        <w:spacing w:before="20" w:after="20" w:line="400" w:lineRule="exact"/>
      </w:pPr>
      <w:r>
        <w:rPr>
          <w:rFonts w:ascii="宋体" w:hAnsi="宋体" w:eastAsia="宋体"/>
          <w:b w:val="0"/>
          <w:sz w:val="22"/>
        </w:rPr>
        <w:t xml:space="preserve">    A、24小时        B、30天</w:t>
      </w:r>
    </w:p>
    <w:p>
      <w:pPr>
        <w:spacing w:before="20" w:after="80" w:line="400" w:lineRule="exact"/>
      </w:pPr>
      <w:r>
        <w:rPr>
          <w:rFonts w:ascii="宋体" w:hAnsi="宋体" w:eastAsia="宋体"/>
          <w:b w:val="0"/>
          <w:sz w:val="22"/>
        </w:rPr>
        <w:t xml:space="preserve">    C、365天        D、12小时</w:t>
      </w:r>
    </w:p>
    <w:p>
      <w:pPr>
        <w:spacing w:before="120" w:after="40" w:line="440" w:lineRule="exact"/>
      </w:pPr>
      <w:r>
        <w:rPr>
          <w:rFonts w:ascii="宋体" w:hAnsi="宋体" w:eastAsia="宋体"/>
          <w:b w:val="0"/>
          <w:sz w:val="24"/>
        </w:rPr>
        <w:t>101. 下列哪种现象是由陨石进入地球大气层形成的（）</w:t>
      </w:r>
    </w:p>
    <w:p>
      <w:pPr>
        <w:spacing w:before="20" w:after="20" w:line="400" w:lineRule="exact"/>
      </w:pPr>
      <w:r>
        <w:rPr>
          <w:rFonts w:ascii="宋体" w:hAnsi="宋体" w:eastAsia="宋体"/>
          <w:b w:val="0"/>
          <w:sz w:val="22"/>
        </w:rPr>
        <w:t xml:space="preserve">    A、日食        B、月食</w:t>
      </w:r>
    </w:p>
    <w:p>
      <w:pPr>
        <w:spacing w:before="20" w:after="80" w:line="400" w:lineRule="exact"/>
      </w:pPr>
      <w:r>
        <w:rPr>
          <w:rFonts w:ascii="宋体" w:hAnsi="宋体" w:eastAsia="宋体"/>
          <w:b w:val="0"/>
          <w:sz w:val="22"/>
        </w:rPr>
        <w:t xml:space="preserve">    C、流星        D、月相</w:t>
      </w:r>
    </w:p>
    <w:p>
      <w:pPr>
        <w:spacing w:before="120" w:after="40" w:line="440" w:lineRule="exact"/>
      </w:pPr>
      <w:r>
        <w:rPr>
          <w:rFonts w:ascii="宋体" w:hAnsi="宋体" w:eastAsia="宋体"/>
          <w:b w:val="0"/>
          <w:sz w:val="24"/>
        </w:rPr>
        <w:t>102. 下列哪种仪器可以帮助我们找到北极星（）</w:t>
      </w:r>
    </w:p>
    <w:p>
      <w:pPr>
        <w:spacing w:before="20" w:after="20" w:line="400" w:lineRule="exact"/>
      </w:pPr>
      <w:r>
        <w:rPr>
          <w:rFonts w:ascii="宋体" w:hAnsi="宋体" w:eastAsia="宋体"/>
          <w:b w:val="0"/>
          <w:sz w:val="22"/>
        </w:rPr>
        <w:t xml:space="preserve">    A、指南针        B、望远镜</w:t>
      </w:r>
    </w:p>
    <w:p>
      <w:pPr>
        <w:spacing w:before="20" w:after="80" w:line="400" w:lineRule="exact"/>
      </w:pPr>
      <w:r>
        <w:rPr>
          <w:rFonts w:ascii="宋体" w:hAnsi="宋体" w:eastAsia="宋体"/>
          <w:b w:val="0"/>
          <w:sz w:val="22"/>
        </w:rPr>
        <w:t xml:space="preserve">    C、星图        D、显微镜</w:t>
      </w:r>
    </w:p>
    <w:p>
      <w:pPr>
        <w:spacing w:before="120" w:after="40" w:line="440" w:lineRule="exact"/>
      </w:pPr>
      <w:r>
        <w:rPr>
          <w:rFonts w:ascii="宋体" w:hAnsi="宋体" w:eastAsia="宋体"/>
          <w:b w:val="0"/>
          <w:sz w:val="24"/>
        </w:rPr>
        <w:t>103. 地球公转时，地轴的倾斜角度大约是（）</w:t>
      </w:r>
    </w:p>
    <w:p>
      <w:pPr>
        <w:spacing w:before="20" w:after="20" w:line="400" w:lineRule="exact"/>
      </w:pPr>
      <w:r>
        <w:rPr>
          <w:rFonts w:ascii="宋体" w:hAnsi="宋体" w:eastAsia="宋体"/>
          <w:b w:val="0"/>
          <w:sz w:val="22"/>
        </w:rPr>
        <w:t xml:space="preserve">    A、23.5度        B、90度</w:t>
      </w:r>
    </w:p>
    <w:p>
      <w:pPr>
        <w:spacing w:before="20" w:after="80" w:line="400" w:lineRule="exact"/>
      </w:pPr>
      <w:r>
        <w:rPr>
          <w:rFonts w:ascii="宋体" w:hAnsi="宋体" w:eastAsia="宋体"/>
          <w:b w:val="0"/>
          <w:sz w:val="22"/>
        </w:rPr>
        <w:t xml:space="preserve">    C、0度        D、60度</w:t>
      </w:r>
    </w:p>
    <w:p>
      <w:pPr>
        <w:spacing w:before="120" w:after="40" w:line="440" w:lineRule="exact"/>
      </w:pPr>
      <w:r>
        <w:rPr>
          <w:rFonts w:ascii="宋体" w:hAnsi="宋体" w:eastAsia="宋体"/>
          <w:b w:val="0"/>
          <w:sz w:val="24"/>
        </w:rPr>
        <w:t>104. 下列哪种月相出现时，我们看不到月亮（）</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105. 下列哪种说法错误（）</w:t>
      </w:r>
    </w:p>
    <w:p>
      <w:pPr>
        <w:spacing w:before="20" w:after="20" w:line="400" w:lineRule="exact"/>
      </w:pPr>
      <w:r>
        <w:rPr>
          <w:rFonts w:ascii="宋体" w:hAnsi="宋体" w:eastAsia="宋体"/>
          <w:b w:val="0"/>
          <w:sz w:val="22"/>
        </w:rPr>
        <w:t xml:space="preserve">    A、太阳是太阳系的中心        B、地球是太阳系的行星</w:t>
      </w:r>
    </w:p>
    <w:p>
      <w:pPr>
        <w:spacing w:before="20" w:after="80" w:line="400" w:lineRule="exact"/>
      </w:pPr>
      <w:r>
        <w:rPr>
          <w:rFonts w:ascii="宋体" w:hAnsi="宋体" w:eastAsia="宋体"/>
          <w:b w:val="0"/>
          <w:sz w:val="22"/>
        </w:rPr>
        <w:t xml:space="preserve">    C、月球是地球的卫星        D、卫星绕恒星转</w:t>
      </w:r>
    </w:p>
    <w:p>
      <w:pPr>
        <w:spacing w:before="120" w:after="40" w:line="440" w:lineRule="exact"/>
      </w:pPr>
      <w:r>
        <w:rPr>
          <w:rFonts w:ascii="宋体" w:hAnsi="宋体" w:eastAsia="宋体"/>
          <w:b w:val="0"/>
          <w:sz w:val="24"/>
        </w:rPr>
        <w:t>106. 夜晚看到的银河，实际上是由大量（）组成的</w:t>
      </w:r>
    </w:p>
    <w:p>
      <w:pPr>
        <w:spacing w:before="20" w:after="20" w:line="400" w:lineRule="exact"/>
      </w:pPr>
      <w:r>
        <w:rPr>
          <w:rFonts w:ascii="宋体" w:hAnsi="宋体" w:eastAsia="宋体"/>
          <w:b w:val="0"/>
          <w:sz w:val="22"/>
        </w:rPr>
        <w:t xml:space="preserve">    A、行星        B、卫星</w:t>
      </w:r>
    </w:p>
    <w:p>
      <w:pPr>
        <w:spacing w:before="20" w:after="80" w:line="400" w:lineRule="exact"/>
      </w:pPr>
      <w:r>
        <w:rPr>
          <w:rFonts w:ascii="宋体" w:hAnsi="宋体" w:eastAsia="宋体"/>
          <w:b w:val="0"/>
          <w:sz w:val="22"/>
        </w:rPr>
        <w:t xml:space="preserve">    C、恒星        D、流星</w:t>
      </w:r>
    </w:p>
    <w:p>
      <w:pPr>
        <w:spacing w:before="120" w:after="40" w:line="440" w:lineRule="exact"/>
      </w:pPr>
      <w:r>
        <w:rPr>
          <w:rFonts w:ascii="宋体" w:hAnsi="宋体" w:eastAsia="宋体"/>
          <w:b w:val="0"/>
          <w:sz w:val="24"/>
        </w:rPr>
        <w:t>107. 下列哪种天体的温度最高（）</w:t>
      </w:r>
    </w:p>
    <w:p>
      <w:pPr>
        <w:spacing w:before="20" w:after="20" w:line="400" w:lineRule="exact"/>
      </w:pPr>
      <w:r>
        <w:rPr>
          <w:rFonts w:ascii="宋体" w:hAnsi="宋体" w:eastAsia="宋体"/>
          <w:b w:val="0"/>
          <w:sz w:val="22"/>
        </w:rPr>
        <w:t xml:space="preserve">    A、太阳        B、地球</w:t>
      </w:r>
    </w:p>
    <w:p>
      <w:pPr>
        <w:spacing w:before="20" w:after="80" w:line="400" w:lineRule="exact"/>
      </w:pPr>
      <w:r>
        <w:rPr>
          <w:rFonts w:ascii="宋体" w:hAnsi="宋体" w:eastAsia="宋体"/>
          <w:b w:val="0"/>
          <w:sz w:val="22"/>
        </w:rPr>
        <w:t xml:space="preserve">    C、月球        D、火星</w:t>
      </w:r>
    </w:p>
    <w:p>
      <w:pPr>
        <w:spacing w:before="120" w:after="40" w:line="440" w:lineRule="exact"/>
      </w:pPr>
      <w:r>
        <w:rPr>
          <w:rFonts w:ascii="宋体" w:hAnsi="宋体" w:eastAsia="宋体"/>
          <w:b w:val="0"/>
          <w:sz w:val="24"/>
        </w:rPr>
        <w:t>108. 下列哪种现象与月球无关（）</w:t>
      </w:r>
    </w:p>
    <w:p>
      <w:pPr>
        <w:spacing w:before="20" w:after="20" w:line="400" w:lineRule="exact"/>
      </w:pPr>
      <w:r>
        <w:rPr>
          <w:rFonts w:ascii="宋体" w:hAnsi="宋体" w:eastAsia="宋体"/>
          <w:b w:val="0"/>
          <w:sz w:val="22"/>
        </w:rPr>
        <w:t xml:space="preserve">    A、月相变化        B、潮汐涨落</w:t>
      </w:r>
    </w:p>
    <w:p>
      <w:pPr>
        <w:spacing w:before="20" w:after="80" w:line="400" w:lineRule="exact"/>
      </w:pPr>
      <w:r>
        <w:rPr>
          <w:rFonts w:ascii="宋体" w:hAnsi="宋体" w:eastAsia="宋体"/>
          <w:b w:val="0"/>
          <w:sz w:val="22"/>
        </w:rPr>
        <w:t xml:space="preserve">    C、昼夜交替        D、月食</w:t>
      </w:r>
    </w:p>
    <w:p>
      <w:pPr>
        <w:spacing w:before="120" w:after="40" w:line="440" w:lineRule="exact"/>
      </w:pPr>
      <w:r>
        <w:rPr>
          <w:rFonts w:ascii="宋体" w:hAnsi="宋体" w:eastAsia="宋体"/>
          <w:b w:val="0"/>
          <w:sz w:val="24"/>
        </w:rPr>
        <w:t>109. 地球的大气层主要作用是（）</w:t>
      </w:r>
    </w:p>
    <w:p>
      <w:pPr>
        <w:spacing w:before="20" w:after="20" w:line="400" w:lineRule="exact"/>
      </w:pPr>
      <w:r>
        <w:rPr>
          <w:rFonts w:ascii="宋体" w:hAnsi="宋体" w:eastAsia="宋体"/>
          <w:b w:val="0"/>
          <w:sz w:val="22"/>
        </w:rPr>
        <w:t xml:space="preserve">    A、阻挡太阳光        B、保护地球，调节温度</w:t>
      </w:r>
    </w:p>
    <w:p>
      <w:pPr>
        <w:spacing w:before="20" w:after="80" w:line="400" w:lineRule="exact"/>
      </w:pPr>
      <w:r>
        <w:rPr>
          <w:rFonts w:ascii="宋体" w:hAnsi="宋体" w:eastAsia="宋体"/>
          <w:b w:val="0"/>
          <w:sz w:val="22"/>
        </w:rPr>
        <w:t xml:space="preserve">    C、让声音传播        D、让物体变轻</w:t>
      </w:r>
    </w:p>
    <w:p>
      <w:pPr>
        <w:spacing w:before="120" w:after="40" w:line="440" w:lineRule="exact"/>
      </w:pPr>
      <w:r>
        <w:rPr>
          <w:rFonts w:ascii="宋体" w:hAnsi="宋体" w:eastAsia="宋体"/>
          <w:b w:val="0"/>
          <w:sz w:val="24"/>
        </w:rPr>
        <w:t>110. 下列哪种星星属于小熊座（）</w:t>
      </w:r>
    </w:p>
    <w:p>
      <w:pPr>
        <w:spacing w:before="20" w:after="20" w:line="400" w:lineRule="exact"/>
      </w:pPr>
      <w:r>
        <w:rPr>
          <w:rFonts w:ascii="宋体" w:hAnsi="宋体" w:eastAsia="宋体"/>
          <w:b w:val="0"/>
          <w:sz w:val="22"/>
        </w:rPr>
        <w:t xml:space="preserve">    A、北斗七星        B、北极星</w:t>
      </w:r>
    </w:p>
    <w:p>
      <w:pPr>
        <w:spacing w:before="20" w:after="80" w:line="400" w:lineRule="exact"/>
      </w:pPr>
      <w:r>
        <w:rPr>
          <w:rFonts w:ascii="宋体" w:hAnsi="宋体" w:eastAsia="宋体"/>
          <w:b w:val="0"/>
          <w:sz w:val="22"/>
        </w:rPr>
        <w:t xml:space="preserve">    C、织女星        D、牛郎星</w:t>
      </w:r>
    </w:p>
    <w:p>
      <w:pPr>
        <w:spacing w:before="120" w:after="40" w:line="440" w:lineRule="exact"/>
      </w:pPr>
      <w:r>
        <w:rPr>
          <w:rFonts w:ascii="宋体" w:hAnsi="宋体" w:eastAsia="宋体"/>
          <w:b w:val="0"/>
          <w:sz w:val="24"/>
        </w:rPr>
        <w:t>111. 下列哪种星星属于大熊座（）</w:t>
      </w:r>
    </w:p>
    <w:p>
      <w:pPr>
        <w:spacing w:before="20" w:after="20" w:line="400" w:lineRule="exact"/>
      </w:pPr>
      <w:r>
        <w:rPr>
          <w:rFonts w:ascii="宋体" w:hAnsi="宋体" w:eastAsia="宋体"/>
          <w:b w:val="0"/>
          <w:sz w:val="22"/>
        </w:rPr>
        <w:t xml:space="preserve">    A、北极星        B、北斗七星</w:t>
      </w:r>
    </w:p>
    <w:p>
      <w:pPr>
        <w:spacing w:before="20" w:after="80" w:line="400" w:lineRule="exact"/>
      </w:pPr>
      <w:r>
        <w:rPr>
          <w:rFonts w:ascii="宋体" w:hAnsi="宋体" w:eastAsia="宋体"/>
          <w:b w:val="0"/>
          <w:sz w:val="22"/>
        </w:rPr>
        <w:t xml:space="preserve">    C、织女星        D、牛郎星</w:t>
      </w:r>
    </w:p>
    <w:p>
      <w:pPr>
        <w:spacing w:before="120" w:after="40" w:line="440" w:lineRule="exact"/>
      </w:pPr>
      <w:r>
        <w:rPr>
          <w:rFonts w:ascii="宋体" w:hAnsi="宋体" w:eastAsia="宋体"/>
          <w:b w:val="0"/>
          <w:sz w:val="24"/>
        </w:rPr>
        <w:t>112. 下列哪种行星有光环（）</w:t>
      </w:r>
    </w:p>
    <w:p>
      <w:pPr>
        <w:spacing w:before="20" w:after="20" w:line="400" w:lineRule="exact"/>
      </w:pPr>
      <w:r>
        <w:rPr>
          <w:rFonts w:ascii="宋体" w:hAnsi="宋体" w:eastAsia="宋体"/>
          <w:b w:val="0"/>
          <w:sz w:val="22"/>
        </w:rPr>
        <w:t xml:space="preserve">    A、地球        B、火星</w:t>
      </w:r>
    </w:p>
    <w:p>
      <w:pPr>
        <w:spacing w:before="20" w:after="80" w:line="400" w:lineRule="exact"/>
      </w:pPr>
      <w:r>
        <w:rPr>
          <w:rFonts w:ascii="宋体" w:hAnsi="宋体" w:eastAsia="宋体"/>
          <w:b w:val="0"/>
          <w:sz w:val="22"/>
        </w:rPr>
        <w:t xml:space="preserve">    C、土星        D、水星</w:t>
      </w:r>
    </w:p>
    <w:p>
      <w:pPr>
        <w:spacing w:before="120" w:after="40" w:line="440" w:lineRule="exact"/>
      </w:pPr>
      <w:r>
        <w:rPr>
          <w:rFonts w:ascii="宋体" w:hAnsi="宋体" w:eastAsia="宋体"/>
          <w:b w:val="0"/>
          <w:sz w:val="24"/>
        </w:rPr>
        <w:t>113. 月球上的岩石主要是（）</w:t>
      </w:r>
    </w:p>
    <w:p>
      <w:pPr>
        <w:spacing w:before="20" w:after="20" w:line="400" w:lineRule="exact"/>
      </w:pPr>
      <w:r>
        <w:rPr>
          <w:rFonts w:ascii="宋体" w:hAnsi="宋体" w:eastAsia="宋体"/>
          <w:b w:val="0"/>
          <w:sz w:val="22"/>
        </w:rPr>
        <w:t xml:space="preserve">    A、沉积岩        B、岩浆岩</w:t>
      </w:r>
    </w:p>
    <w:p>
      <w:pPr>
        <w:spacing w:before="20" w:after="80" w:line="400" w:lineRule="exact"/>
      </w:pPr>
      <w:r>
        <w:rPr>
          <w:rFonts w:ascii="宋体" w:hAnsi="宋体" w:eastAsia="宋体"/>
          <w:b w:val="0"/>
          <w:sz w:val="22"/>
        </w:rPr>
        <w:t xml:space="preserve">    C、变质岩        D、土壤</w:t>
      </w:r>
    </w:p>
    <w:p>
      <w:pPr>
        <w:spacing w:before="120" w:after="40" w:line="440" w:lineRule="exact"/>
      </w:pPr>
      <w:r>
        <w:rPr>
          <w:rFonts w:ascii="宋体" w:hAnsi="宋体" w:eastAsia="宋体"/>
          <w:b w:val="0"/>
          <w:sz w:val="24"/>
        </w:rPr>
        <w:t>114. 下列哪种现象由地球自转形成（）</w:t>
      </w:r>
    </w:p>
    <w:p>
      <w:pPr>
        <w:spacing w:before="20" w:after="20" w:line="400" w:lineRule="exact"/>
      </w:pPr>
      <w:r>
        <w:rPr>
          <w:rFonts w:ascii="宋体" w:hAnsi="宋体" w:eastAsia="宋体"/>
          <w:b w:val="0"/>
          <w:sz w:val="22"/>
        </w:rPr>
        <w:t xml:space="preserve">    A、四季        B、昼夜</w:t>
      </w:r>
    </w:p>
    <w:p>
      <w:pPr>
        <w:spacing w:before="20" w:after="80" w:line="400" w:lineRule="exact"/>
      </w:pPr>
      <w:r>
        <w:rPr>
          <w:rFonts w:ascii="宋体" w:hAnsi="宋体" w:eastAsia="宋体"/>
          <w:b w:val="0"/>
          <w:sz w:val="22"/>
        </w:rPr>
        <w:t xml:space="preserve">    C、月相        D、日食</w:t>
      </w:r>
    </w:p>
    <w:p>
      <w:pPr>
        <w:spacing w:before="120" w:after="40" w:line="440" w:lineRule="exact"/>
      </w:pPr>
      <w:r>
        <w:rPr>
          <w:rFonts w:ascii="宋体" w:hAnsi="宋体" w:eastAsia="宋体"/>
          <w:b w:val="0"/>
          <w:sz w:val="24"/>
        </w:rPr>
        <w:t>115. 下列哪种现象由地球公转形成（）</w:t>
      </w:r>
    </w:p>
    <w:p>
      <w:pPr>
        <w:spacing w:before="20" w:after="20" w:line="400" w:lineRule="exact"/>
      </w:pPr>
      <w:r>
        <w:rPr>
          <w:rFonts w:ascii="宋体" w:hAnsi="宋体" w:eastAsia="宋体"/>
          <w:b w:val="0"/>
          <w:sz w:val="22"/>
        </w:rPr>
        <w:t xml:space="preserve">    A、昼夜        B、四季</w:t>
      </w:r>
    </w:p>
    <w:p>
      <w:pPr>
        <w:spacing w:before="20" w:after="80" w:line="400" w:lineRule="exact"/>
      </w:pPr>
      <w:r>
        <w:rPr>
          <w:rFonts w:ascii="宋体" w:hAnsi="宋体" w:eastAsia="宋体"/>
          <w:b w:val="0"/>
          <w:sz w:val="22"/>
        </w:rPr>
        <w:t xml:space="preserve">    C、月相        D、日影长短的日变化</w:t>
      </w:r>
    </w:p>
    <w:p>
      <w:pPr>
        <w:spacing w:before="120" w:after="40" w:line="440" w:lineRule="exact"/>
      </w:pPr>
      <w:r>
        <w:rPr>
          <w:rFonts w:ascii="宋体" w:hAnsi="宋体" w:eastAsia="宋体"/>
          <w:b w:val="0"/>
          <w:sz w:val="24"/>
        </w:rPr>
        <w:t>116. 观察太阳时，正确的做法是（）</w:t>
      </w:r>
    </w:p>
    <w:p>
      <w:pPr>
        <w:spacing w:before="20" w:after="20" w:line="400" w:lineRule="exact"/>
      </w:pPr>
      <w:r>
        <w:rPr>
          <w:rFonts w:ascii="宋体" w:hAnsi="宋体" w:eastAsia="宋体"/>
          <w:b w:val="0"/>
          <w:sz w:val="22"/>
        </w:rPr>
        <w:t xml:space="preserve">    A、直接用眼睛看        B、用望远镜直接看</w:t>
      </w:r>
    </w:p>
    <w:p>
      <w:pPr>
        <w:spacing w:before="20" w:after="80" w:line="400" w:lineRule="exact"/>
      </w:pPr>
      <w:r>
        <w:rPr>
          <w:rFonts w:ascii="宋体" w:hAnsi="宋体" w:eastAsia="宋体"/>
          <w:b w:val="0"/>
          <w:sz w:val="22"/>
        </w:rPr>
        <w:t xml:space="preserve">    C、透过深色玻璃看        D、不用任何工具看</w:t>
      </w:r>
    </w:p>
    <w:p>
      <w:pPr>
        <w:spacing w:before="120" w:after="40" w:line="440" w:lineRule="exact"/>
      </w:pPr>
      <w:r>
        <w:rPr>
          <w:rFonts w:ascii="宋体" w:hAnsi="宋体" w:eastAsia="宋体"/>
          <w:b w:val="0"/>
          <w:sz w:val="24"/>
        </w:rPr>
        <w:t>117. 下列哪种天体不属于太阳系小天体（）</w:t>
      </w:r>
    </w:p>
    <w:p>
      <w:pPr>
        <w:spacing w:before="20" w:after="20" w:line="400" w:lineRule="exact"/>
      </w:pPr>
      <w:r>
        <w:rPr>
          <w:rFonts w:ascii="宋体" w:hAnsi="宋体" w:eastAsia="宋体"/>
          <w:b w:val="0"/>
          <w:sz w:val="22"/>
        </w:rPr>
        <w:t xml:space="preserve">    A、流星体        B、彗星</w:t>
      </w:r>
    </w:p>
    <w:p>
      <w:pPr>
        <w:spacing w:before="20" w:after="80" w:line="400" w:lineRule="exact"/>
      </w:pPr>
      <w:r>
        <w:rPr>
          <w:rFonts w:ascii="宋体" w:hAnsi="宋体" w:eastAsia="宋体"/>
          <w:b w:val="0"/>
          <w:sz w:val="22"/>
        </w:rPr>
        <w:t xml:space="preserve">    C、小行星        D、月球</w:t>
      </w:r>
    </w:p>
    <w:p>
      <w:pPr>
        <w:spacing w:before="120" w:after="40" w:line="440" w:lineRule="exact"/>
      </w:pPr>
      <w:r>
        <w:rPr>
          <w:rFonts w:ascii="宋体" w:hAnsi="宋体" w:eastAsia="宋体"/>
          <w:b w:val="0"/>
          <w:sz w:val="24"/>
        </w:rPr>
        <w:t>118. 下列哪种说法正确（）</w:t>
      </w:r>
    </w:p>
    <w:p>
      <w:pPr>
        <w:spacing w:before="20" w:after="20" w:line="400" w:lineRule="exact"/>
      </w:pPr>
      <w:r>
        <w:rPr>
          <w:rFonts w:ascii="宋体" w:hAnsi="宋体" w:eastAsia="宋体"/>
          <w:b w:val="0"/>
          <w:sz w:val="22"/>
        </w:rPr>
        <w:t xml:space="preserve">    A、太阳黑子是黑色的石头        B、太阳黑子是太阳表面温度较低的区域</w:t>
      </w:r>
    </w:p>
    <w:p>
      <w:pPr>
        <w:spacing w:before="20" w:after="80" w:line="400" w:lineRule="exact"/>
      </w:pPr>
      <w:r>
        <w:rPr>
          <w:rFonts w:ascii="宋体" w:hAnsi="宋体" w:eastAsia="宋体"/>
          <w:b w:val="0"/>
          <w:sz w:val="22"/>
        </w:rPr>
        <w:t xml:space="preserve">    C、太阳黑子是太阳上的黑洞        D、太阳黑子是太阳表面的火山</w:t>
      </w:r>
    </w:p>
    <w:p>
      <w:pPr>
        <w:spacing w:before="120" w:after="40" w:line="440" w:lineRule="exact"/>
      </w:pPr>
      <w:r>
        <w:rPr>
          <w:rFonts w:ascii="宋体" w:hAnsi="宋体" w:eastAsia="宋体"/>
          <w:b w:val="0"/>
          <w:sz w:val="24"/>
        </w:rPr>
        <w:t>119. 月球上的引力小，所以物体在月球上会（）</w:t>
      </w:r>
    </w:p>
    <w:p>
      <w:pPr>
        <w:spacing w:before="20" w:after="20" w:line="400" w:lineRule="exact"/>
      </w:pPr>
      <w:r>
        <w:rPr>
          <w:rFonts w:ascii="宋体" w:hAnsi="宋体" w:eastAsia="宋体"/>
          <w:b w:val="0"/>
          <w:sz w:val="22"/>
        </w:rPr>
        <w:t xml:space="preserve">    A、变轻        B、变重</w:t>
      </w:r>
    </w:p>
    <w:p>
      <w:pPr>
        <w:spacing w:before="20" w:after="80" w:line="400" w:lineRule="exact"/>
      </w:pPr>
      <w:r>
        <w:rPr>
          <w:rFonts w:ascii="宋体" w:hAnsi="宋体" w:eastAsia="宋体"/>
          <w:b w:val="0"/>
          <w:sz w:val="22"/>
        </w:rPr>
        <w:t xml:space="preserve">    C、不变        D、消失</w:t>
      </w:r>
    </w:p>
    <w:p>
      <w:pPr>
        <w:spacing w:before="120" w:after="40" w:line="440" w:lineRule="exact"/>
      </w:pPr>
      <w:r>
        <w:rPr>
          <w:rFonts w:ascii="宋体" w:hAnsi="宋体" w:eastAsia="宋体"/>
          <w:b w:val="0"/>
          <w:sz w:val="24"/>
        </w:rPr>
        <w:t>120. 下列哪种天文现象每年都会发生（）</w:t>
      </w:r>
    </w:p>
    <w:p>
      <w:pPr>
        <w:spacing w:before="20" w:after="20" w:line="400" w:lineRule="exact"/>
      </w:pPr>
      <w:r>
        <w:rPr>
          <w:rFonts w:ascii="宋体" w:hAnsi="宋体" w:eastAsia="宋体"/>
          <w:b w:val="0"/>
          <w:sz w:val="22"/>
        </w:rPr>
        <w:t xml:space="preserve">    A、日食        B、月食</w:t>
      </w:r>
    </w:p>
    <w:p>
      <w:pPr>
        <w:spacing w:before="20" w:after="80" w:line="400" w:lineRule="exact"/>
      </w:pPr>
      <w:r>
        <w:rPr>
          <w:rFonts w:ascii="宋体" w:hAnsi="宋体" w:eastAsia="宋体"/>
          <w:b w:val="0"/>
          <w:sz w:val="22"/>
        </w:rPr>
        <w:t xml:space="preserve">    C、日全食        D、日环食</w:t>
      </w:r>
    </w:p>
    <w:p>
      <w:pPr>
        <w:spacing w:before="120" w:after="40" w:line="440" w:lineRule="exact"/>
      </w:pPr>
      <w:r>
        <w:rPr>
          <w:rFonts w:ascii="宋体" w:hAnsi="宋体" w:eastAsia="宋体"/>
          <w:b w:val="0"/>
          <w:sz w:val="24"/>
        </w:rPr>
        <w:t>121. 太阳系中，地球位于（）和火星之间</w:t>
      </w:r>
    </w:p>
    <w:p>
      <w:pPr>
        <w:spacing w:before="20" w:after="20" w:line="400" w:lineRule="exact"/>
      </w:pPr>
      <w:r>
        <w:rPr>
          <w:rFonts w:ascii="宋体" w:hAnsi="宋体" w:eastAsia="宋体"/>
          <w:b w:val="0"/>
          <w:sz w:val="22"/>
        </w:rPr>
        <w:t xml:space="preserve">    A、水星        B、金星</w:t>
      </w:r>
    </w:p>
    <w:p>
      <w:pPr>
        <w:spacing w:before="20" w:after="80" w:line="400" w:lineRule="exact"/>
      </w:pPr>
      <w:r>
        <w:rPr>
          <w:rFonts w:ascii="宋体" w:hAnsi="宋体" w:eastAsia="宋体"/>
          <w:b w:val="0"/>
          <w:sz w:val="22"/>
        </w:rPr>
        <w:t xml:space="preserve">    C、木星        D、土星</w:t>
      </w:r>
    </w:p>
    <w:p>
      <w:pPr>
        <w:spacing w:before="120" w:after="40" w:line="440" w:lineRule="exact"/>
      </w:pPr>
      <w:r>
        <w:rPr>
          <w:rFonts w:ascii="宋体" w:hAnsi="宋体" w:eastAsia="宋体"/>
          <w:b w:val="0"/>
          <w:sz w:val="24"/>
        </w:rPr>
        <w:t>122. 下列哪种天体的位置几乎不会变化（）</w:t>
      </w:r>
    </w:p>
    <w:p>
      <w:pPr>
        <w:spacing w:before="20" w:after="20" w:line="400" w:lineRule="exact"/>
      </w:pPr>
      <w:r>
        <w:rPr>
          <w:rFonts w:ascii="宋体" w:hAnsi="宋体" w:eastAsia="宋体"/>
          <w:b w:val="0"/>
          <w:sz w:val="22"/>
        </w:rPr>
        <w:t xml:space="preserve">    A、牛郎星        B、织女星</w:t>
      </w:r>
    </w:p>
    <w:p>
      <w:pPr>
        <w:spacing w:before="20" w:after="80" w:line="400" w:lineRule="exact"/>
      </w:pPr>
      <w:r>
        <w:rPr>
          <w:rFonts w:ascii="宋体" w:hAnsi="宋体" w:eastAsia="宋体"/>
          <w:b w:val="0"/>
          <w:sz w:val="22"/>
        </w:rPr>
        <w:t xml:space="preserve">    C、北极星        D、天狼星</w:t>
      </w:r>
    </w:p>
    <w:p>
      <w:pPr>
        <w:spacing w:before="120" w:after="40" w:line="440" w:lineRule="exact"/>
      </w:pPr>
      <w:r>
        <w:rPr>
          <w:rFonts w:ascii="宋体" w:hAnsi="宋体" w:eastAsia="宋体"/>
          <w:b w:val="0"/>
          <w:sz w:val="24"/>
        </w:rPr>
        <w:t>123. 下列哪种仪器可以放大天体的影像（）</w:t>
      </w:r>
    </w:p>
    <w:p>
      <w:pPr>
        <w:spacing w:before="20" w:after="20" w:line="400" w:lineRule="exact"/>
      </w:pPr>
      <w:r>
        <w:rPr>
          <w:rFonts w:ascii="宋体" w:hAnsi="宋体" w:eastAsia="宋体"/>
          <w:b w:val="0"/>
          <w:sz w:val="22"/>
        </w:rPr>
        <w:t xml:space="preserve">    A、指南针        B、望远镜</w:t>
      </w:r>
    </w:p>
    <w:p>
      <w:pPr>
        <w:spacing w:before="20" w:after="80" w:line="400" w:lineRule="exact"/>
      </w:pPr>
      <w:r>
        <w:rPr>
          <w:rFonts w:ascii="宋体" w:hAnsi="宋体" w:eastAsia="宋体"/>
          <w:b w:val="0"/>
          <w:sz w:val="22"/>
        </w:rPr>
        <w:t xml:space="preserve">    C、星图        D、放大镜</w:t>
      </w:r>
    </w:p>
    <w:p>
      <w:pPr>
        <w:spacing w:before="120" w:after="40" w:line="440" w:lineRule="exact"/>
      </w:pPr>
      <w:r>
        <w:rPr>
          <w:rFonts w:ascii="宋体" w:hAnsi="宋体" w:eastAsia="宋体"/>
          <w:b w:val="0"/>
          <w:sz w:val="24"/>
        </w:rPr>
        <w:t>124. 下列哪种说法错误（）</w:t>
      </w:r>
    </w:p>
    <w:p>
      <w:pPr>
        <w:spacing w:before="20" w:after="20" w:line="400" w:lineRule="exact"/>
      </w:pPr>
      <w:r>
        <w:rPr>
          <w:rFonts w:ascii="宋体" w:hAnsi="宋体" w:eastAsia="宋体"/>
          <w:b w:val="0"/>
          <w:sz w:val="22"/>
        </w:rPr>
        <w:t xml:space="preserve">    A、地球是球体        B、月球是球体</w:t>
      </w:r>
    </w:p>
    <w:p>
      <w:pPr>
        <w:spacing w:before="20" w:after="80" w:line="400" w:lineRule="exact"/>
      </w:pPr>
      <w:r>
        <w:rPr>
          <w:rFonts w:ascii="宋体" w:hAnsi="宋体" w:eastAsia="宋体"/>
          <w:b w:val="0"/>
          <w:sz w:val="22"/>
        </w:rPr>
        <w:t xml:space="preserve">    C、太阳是球体        D、星星都是球体</w:t>
      </w:r>
    </w:p>
    <w:p>
      <w:pPr>
        <w:spacing w:before="120" w:after="40" w:line="440" w:lineRule="exact"/>
      </w:pPr>
      <w:r>
        <w:rPr>
          <w:rFonts w:ascii="宋体" w:hAnsi="宋体" w:eastAsia="宋体"/>
          <w:b w:val="0"/>
          <w:sz w:val="24"/>
        </w:rPr>
        <w:t>125. 下列哪种天体是人类首次登上的地外天体（）</w:t>
      </w:r>
    </w:p>
    <w:p>
      <w:pPr>
        <w:spacing w:before="20" w:after="20" w:line="400" w:lineRule="exact"/>
      </w:pPr>
      <w:r>
        <w:rPr>
          <w:rFonts w:ascii="宋体" w:hAnsi="宋体" w:eastAsia="宋体"/>
          <w:b w:val="0"/>
          <w:sz w:val="22"/>
        </w:rPr>
        <w:t xml:space="preserve">    A、太阳        B、月球</w:t>
      </w:r>
    </w:p>
    <w:p>
      <w:pPr>
        <w:spacing w:before="20" w:after="80" w:line="400" w:lineRule="exact"/>
      </w:pPr>
      <w:r>
        <w:rPr>
          <w:rFonts w:ascii="宋体" w:hAnsi="宋体" w:eastAsia="宋体"/>
          <w:b w:val="0"/>
          <w:sz w:val="22"/>
        </w:rPr>
        <w:t xml:space="preserve">    C、火星        D、金星</w:t>
      </w:r>
    </w:p>
    <w:p>
      <w:pPr>
        <w:spacing w:before="120" w:after="40" w:line="440" w:lineRule="exact"/>
      </w:pPr>
      <w:r>
        <w:rPr>
          <w:rFonts w:ascii="宋体" w:hAnsi="宋体" w:eastAsia="宋体"/>
          <w:b w:val="0"/>
          <w:sz w:val="24"/>
        </w:rPr>
        <w:t>126. 下列天体中，质量最大的是（）【2020年全国小学天文竞赛真题】</w:t>
      </w:r>
    </w:p>
    <w:p>
      <w:pPr>
        <w:spacing w:before="20" w:after="20" w:line="400" w:lineRule="exact"/>
      </w:pPr>
      <w:r>
        <w:rPr>
          <w:rFonts w:ascii="宋体" w:hAnsi="宋体" w:eastAsia="宋体"/>
          <w:b w:val="0"/>
          <w:sz w:val="22"/>
        </w:rPr>
        <w:t xml:space="preserve">    A、地球        B、太阳</w:t>
      </w:r>
    </w:p>
    <w:p>
      <w:pPr>
        <w:spacing w:before="20" w:after="80" w:line="400" w:lineRule="exact"/>
      </w:pPr>
      <w:r>
        <w:rPr>
          <w:rFonts w:ascii="宋体" w:hAnsi="宋体" w:eastAsia="宋体"/>
          <w:b w:val="0"/>
          <w:sz w:val="22"/>
        </w:rPr>
        <w:t xml:space="preserve">    C、月球        D、火星</w:t>
      </w:r>
    </w:p>
    <w:p>
      <w:pPr>
        <w:spacing w:before="120" w:after="40" w:line="440" w:lineRule="exact"/>
      </w:pPr>
      <w:r>
        <w:rPr>
          <w:rFonts w:ascii="宋体" w:hAnsi="宋体" w:eastAsia="宋体"/>
          <w:b w:val="0"/>
          <w:sz w:val="24"/>
        </w:rPr>
        <w:t>127. 日食发生时，太阳、地球、月球的正确位置关系是（）【2019年省级小学天文竞赛真题】</w:t>
      </w:r>
    </w:p>
    <w:p>
      <w:pPr>
        <w:spacing w:before="20" w:after="20" w:line="400" w:lineRule="exact"/>
      </w:pPr>
      <w:r>
        <w:rPr>
          <w:rFonts w:ascii="宋体" w:hAnsi="宋体" w:eastAsia="宋体"/>
          <w:b w:val="0"/>
          <w:sz w:val="22"/>
        </w:rPr>
        <w:t xml:space="preserve">    A、太阳→月球→地球        B、地球→太阳→月球</w:t>
      </w:r>
    </w:p>
    <w:p>
      <w:pPr>
        <w:spacing w:before="20" w:after="80" w:line="400" w:lineRule="exact"/>
      </w:pPr>
      <w:r>
        <w:rPr>
          <w:rFonts w:ascii="宋体" w:hAnsi="宋体" w:eastAsia="宋体"/>
          <w:b w:val="0"/>
          <w:sz w:val="22"/>
        </w:rPr>
        <w:t xml:space="preserve">    C、太阳→地球→月球        D、月球→太阳→地球</w:t>
      </w:r>
    </w:p>
    <w:p>
      <w:pPr>
        <w:spacing w:before="120" w:after="40" w:line="440" w:lineRule="exact"/>
      </w:pPr>
      <w:r>
        <w:rPr>
          <w:rFonts w:ascii="宋体" w:hAnsi="宋体" w:eastAsia="宋体"/>
          <w:b w:val="0"/>
          <w:sz w:val="24"/>
        </w:rPr>
        <w:t>128. 光年是（）单位【2021年市级小学天文竞赛真题】</w:t>
      </w:r>
    </w:p>
    <w:p>
      <w:pPr>
        <w:spacing w:before="20" w:after="20" w:line="400" w:lineRule="exact"/>
      </w:pPr>
      <w:r>
        <w:rPr>
          <w:rFonts w:ascii="宋体" w:hAnsi="宋体" w:eastAsia="宋体"/>
          <w:b w:val="0"/>
          <w:sz w:val="22"/>
        </w:rPr>
        <w:t xml:space="preserve">    A、时间        B、长度</w:t>
      </w:r>
    </w:p>
    <w:p>
      <w:pPr>
        <w:spacing w:before="20" w:after="80" w:line="400" w:lineRule="exact"/>
      </w:pPr>
      <w:r>
        <w:rPr>
          <w:rFonts w:ascii="宋体" w:hAnsi="宋体" w:eastAsia="宋体"/>
          <w:b w:val="0"/>
          <w:sz w:val="22"/>
        </w:rPr>
        <w:t xml:space="preserve">    C、速度        D、质量</w:t>
      </w:r>
    </w:p>
    <w:p>
      <w:pPr>
        <w:spacing w:before="120" w:after="40" w:line="440" w:lineRule="exact"/>
      </w:pPr>
      <w:r>
        <w:rPr>
          <w:rFonts w:ascii="宋体" w:hAnsi="宋体" w:eastAsia="宋体"/>
          <w:b w:val="0"/>
          <w:sz w:val="24"/>
        </w:rPr>
        <w:t>129. 月球绕地球公转一周的时间大约是（）【2018年全国小学天文竞赛真题】</w:t>
      </w:r>
    </w:p>
    <w:p>
      <w:pPr>
        <w:spacing w:before="20" w:after="20" w:line="400" w:lineRule="exact"/>
      </w:pPr>
      <w:r>
        <w:rPr>
          <w:rFonts w:ascii="宋体" w:hAnsi="宋体" w:eastAsia="宋体"/>
          <w:b w:val="0"/>
          <w:sz w:val="22"/>
        </w:rPr>
        <w:t xml:space="preserve">    A、24小时        B、30天</w:t>
      </w:r>
    </w:p>
    <w:p>
      <w:pPr>
        <w:spacing w:before="20" w:after="80" w:line="400" w:lineRule="exact"/>
      </w:pPr>
      <w:r>
        <w:rPr>
          <w:rFonts w:ascii="宋体" w:hAnsi="宋体" w:eastAsia="宋体"/>
          <w:b w:val="0"/>
          <w:sz w:val="22"/>
        </w:rPr>
        <w:t xml:space="preserve">    C、365天        D、7天</w:t>
      </w:r>
    </w:p>
    <w:p>
      <w:pPr>
        <w:spacing w:before="120" w:after="40" w:line="440" w:lineRule="exact"/>
      </w:pPr>
      <w:r>
        <w:rPr>
          <w:rFonts w:ascii="宋体" w:hAnsi="宋体" w:eastAsia="宋体"/>
          <w:b w:val="0"/>
          <w:sz w:val="24"/>
        </w:rPr>
        <w:t>130. 下列行星中，没有卫星的是（）【2022年省级小学天文竞赛真题】</w:t>
      </w:r>
    </w:p>
    <w:p>
      <w:pPr>
        <w:spacing w:before="20" w:after="20" w:line="400" w:lineRule="exact"/>
      </w:pPr>
      <w:r>
        <w:rPr>
          <w:rFonts w:ascii="宋体" w:hAnsi="宋体" w:eastAsia="宋体"/>
          <w:b w:val="0"/>
          <w:sz w:val="22"/>
        </w:rPr>
        <w:t xml:space="preserve">    A、地球        B、水星</w:t>
      </w:r>
    </w:p>
    <w:p>
      <w:pPr>
        <w:spacing w:before="20" w:after="80" w:line="400" w:lineRule="exact"/>
      </w:pPr>
      <w:r>
        <w:rPr>
          <w:rFonts w:ascii="宋体" w:hAnsi="宋体" w:eastAsia="宋体"/>
          <w:b w:val="0"/>
          <w:sz w:val="22"/>
        </w:rPr>
        <w:t xml:space="preserve">    C、火星        D、木星</w:t>
      </w:r>
    </w:p>
    <w:p>
      <w:pPr>
        <w:spacing w:before="120" w:after="40" w:line="440" w:lineRule="exact"/>
      </w:pPr>
      <w:r>
        <w:rPr>
          <w:rFonts w:ascii="宋体" w:hAnsi="宋体" w:eastAsia="宋体"/>
          <w:b w:val="0"/>
          <w:sz w:val="24"/>
        </w:rPr>
        <w:t>131. 北极星位于哪个星座（）【2020年市级小学天文竞赛真题】</w:t>
      </w:r>
    </w:p>
    <w:p>
      <w:pPr>
        <w:spacing w:before="20" w:after="20" w:line="400" w:lineRule="exact"/>
      </w:pPr>
      <w:r>
        <w:rPr>
          <w:rFonts w:ascii="宋体" w:hAnsi="宋体" w:eastAsia="宋体"/>
          <w:b w:val="0"/>
          <w:sz w:val="22"/>
        </w:rPr>
        <w:t xml:space="preserve">    A、大熊座        B、小熊座</w:t>
      </w:r>
    </w:p>
    <w:p>
      <w:pPr>
        <w:spacing w:before="20" w:after="80" w:line="400" w:lineRule="exact"/>
      </w:pPr>
      <w:r>
        <w:rPr>
          <w:rFonts w:ascii="宋体" w:hAnsi="宋体" w:eastAsia="宋体"/>
          <w:b w:val="0"/>
          <w:sz w:val="22"/>
        </w:rPr>
        <w:t xml:space="preserve">    C、猎户座        D、天蝎座</w:t>
      </w:r>
    </w:p>
    <w:p>
      <w:pPr>
        <w:spacing w:before="120" w:after="40" w:line="440" w:lineRule="exact"/>
      </w:pPr>
      <w:r>
        <w:rPr>
          <w:rFonts w:ascii="宋体" w:hAnsi="宋体" w:eastAsia="宋体"/>
          <w:b w:val="0"/>
          <w:sz w:val="24"/>
        </w:rPr>
        <w:t>132. 太阳系中，离太阳最近的行星是（）【2019年全国小学天文竞赛真题】</w:t>
      </w:r>
    </w:p>
    <w:p>
      <w:pPr>
        <w:spacing w:before="20" w:after="20" w:line="400" w:lineRule="exact"/>
      </w:pPr>
      <w:r>
        <w:rPr>
          <w:rFonts w:ascii="宋体" w:hAnsi="宋体" w:eastAsia="宋体"/>
          <w:b w:val="0"/>
          <w:sz w:val="22"/>
        </w:rPr>
        <w:t xml:space="preserve">    A、水星        B、金星</w:t>
      </w:r>
    </w:p>
    <w:p>
      <w:pPr>
        <w:spacing w:before="20" w:after="80" w:line="400" w:lineRule="exact"/>
      </w:pPr>
      <w:r>
        <w:rPr>
          <w:rFonts w:ascii="宋体" w:hAnsi="宋体" w:eastAsia="宋体"/>
          <w:b w:val="0"/>
          <w:sz w:val="22"/>
        </w:rPr>
        <w:t xml:space="preserve">    C、地球        D、火星</w:t>
      </w:r>
    </w:p>
    <w:p>
      <w:pPr>
        <w:spacing w:before="120" w:after="40" w:line="440" w:lineRule="exact"/>
      </w:pPr>
      <w:r>
        <w:rPr>
          <w:rFonts w:ascii="宋体" w:hAnsi="宋体" w:eastAsia="宋体"/>
          <w:b w:val="0"/>
          <w:sz w:val="24"/>
        </w:rPr>
        <w:t>133. 下列哪种月相在农历十五出现（）【2018年省级小学天文竞赛真题】</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134. 太阳的光和热来自于（）【2021年全国小学天文竞赛真题】</w:t>
      </w:r>
    </w:p>
    <w:p>
      <w:pPr>
        <w:spacing w:before="20" w:after="20" w:line="400" w:lineRule="exact"/>
      </w:pPr>
      <w:r>
        <w:rPr>
          <w:rFonts w:ascii="宋体" w:hAnsi="宋体" w:eastAsia="宋体"/>
          <w:b w:val="0"/>
          <w:sz w:val="22"/>
        </w:rPr>
        <w:t xml:space="preserve">    A、燃烧        B、核聚变</w:t>
      </w:r>
    </w:p>
    <w:p>
      <w:pPr>
        <w:spacing w:before="20" w:after="80" w:line="400" w:lineRule="exact"/>
      </w:pPr>
      <w:r>
        <w:rPr>
          <w:rFonts w:ascii="宋体" w:hAnsi="宋体" w:eastAsia="宋体"/>
          <w:b w:val="0"/>
          <w:sz w:val="22"/>
        </w:rPr>
        <w:t xml:space="preserve">    C、火山爆发        D、化学反应</w:t>
      </w:r>
    </w:p>
    <w:p>
      <w:pPr>
        <w:spacing w:before="120" w:after="40" w:line="440" w:lineRule="exact"/>
      </w:pPr>
      <w:r>
        <w:rPr>
          <w:rFonts w:ascii="宋体" w:hAnsi="宋体" w:eastAsia="宋体"/>
          <w:b w:val="0"/>
          <w:sz w:val="24"/>
        </w:rPr>
        <w:t>135. 下列哪种天体属于彗星（）【2022年市级小学天文竞赛真题】</w:t>
      </w:r>
    </w:p>
    <w:p>
      <w:pPr>
        <w:spacing w:before="20" w:after="20" w:line="400" w:lineRule="exact"/>
      </w:pPr>
      <w:r>
        <w:rPr>
          <w:rFonts w:ascii="宋体" w:hAnsi="宋体" w:eastAsia="宋体"/>
          <w:b w:val="0"/>
          <w:sz w:val="22"/>
        </w:rPr>
        <w:t xml:space="preserve">    A、北斗七星        B、哈雷彗星</w:t>
      </w:r>
    </w:p>
    <w:p>
      <w:pPr>
        <w:spacing w:before="20" w:after="80" w:line="400" w:lineRule="exact"/>
      </w:pPr>
      <w:r>
        <w:rPr>
          <w:rFonts w:ascii="宋体" w:hAnsi="宋体" w:eastAsia="宋体"/>
          <w:b w:val="0"/>
          <w:sz w:val="22"/>
        </w:rPr>
        <w:t xml:space="preserve">    C、火星        D、月球</w:t>
      </w:r>
    </w:p>
    <w:p>
      <w:pPr>
        <w:spacing w:before="120" w:after="40" w:line="440" w:lineRule="exact"/>
      </w:pPr>
      <w:r>
        <w:rPr>
          <w:rFonts w:ascii="宋体" w:hAnsi="宋体" w:eastAsia="宋体"/>
          <w:b w:val="0"/>
          <w:sz w:val="24"/>
        </w:rPr>
        <w:t>136. 下列哪种现象是由地球公转形成的（）【2023年全国小学天文竞赛真题】</w:t>
      </w:r>
    </w:p>
    <w:p>
      <w:pPr>
        <w:spacing w:before="20" w:after="20" w:line="400" w:lineRule="exact"/>
      </w:pPr>
      <w:r>
        <w:rPr>
          <w:rFonts w:ascii="宋体" w:hAnsi="宋体" w:eastAsia="宋体"/>
          <w:b w:val="0"/>
          <w:sz w:val="22"/>
        </w:rPr>
        <w:t xml:space="preserve">    A、昼夜交替        B、四季变化</w:t>
      </w:r>
    </w:p>
    <w:p>
      <w:pPr>
        <w:spacing w:before="20" w:after="80" w:line="400" w:lineRule="exact"/>
      </w:pPr>
      <w:r>
        <w:rPr>
          <w:rFonts w:ascii="宋体" w:hAnsi="宋体" w:eastAsia="宋体"/>
          <w:b w:val="0"/>
          <w:sz w:val="22"/>
        </w:rPr>
        <w:t xml:space="preserve">    C、太阳东升西落        D、影子长短的日变化</w:t>
      </w:r>
    </w:p>
    <w:p>
      <w:pPr>
        <w:spacing w:before="120" w:after="40" w:line="440" w:lineRule="exact"/>
      </w:pPr>
      <w:r>
        <w:rPr>
          <w:rFonts w:ascii="宋体" w:hAnsi="宋体" w:eastAsia="宋体"/>
          <w:b w:val="0"/>
          <w:sz w:val="24"/>
        </w:rPr>
        <w:t>137. 月球表面最显著的地形是（）【2020年省级小学天文竞赛真题】</w:t>
      </w:r>
    </w:p>
    <w:p>
      <w:pPr>
        <w:spacing w:before="20" w:after="20" w:line="400" w:lineRule="exact"/>
      </w:pPr>
      <w:r>
        <w:rPr>
          <w:rFonts w:ascii="宋体" w:hAnsi="宋体" w:eastAsia="宋体"/>
          <w:b w:val="0"/>
          <w:sz w:val="22"/>
        </w:rPr>
        <w:t xml:space="preserve">    A、平原        B、环形山</w:t>
      </w:r>
    </w:p>
    <w:p>
      <w:pPr>
        <w:spacing w:before="20" w:after="80" w:line="400" w:lineRule="exact"/>
      </w:pPr>
      <w:r>
        <w:rPr>
          <w:rFonts w:ascii="宋体" w:hAnsi="宋体" w:eastAsia="宋体"/>
          <w:b w:val="0"/>
          <w:sz w:val="22"/>
        </w:rPr>
        <w:t xml:space="preserve">    C、火山        D、海洋</w:t>
      </w:r>
    </w:p>
    <w:p>
      <w:pPr>
        <w:spacing w:before="120" w:after="40" w:line="440" w:lineRule="exact"/>
      </w:pPr>
      <w:r>
        <w:rPr>
          <w:rFonts w:ascii="宋体" w:hAnsi="宋体" w:eastAsia="宋体"/>
          <w:b w:val="0"/>
          <w:sz w:val="24"/>
        </w:rPr>
        <w:t>138. 太阳系中，体积最大的行星是（）【2019年市级小学天文竞赛真题】</w:t>
      </w:r>
    </w:p>
    <w:p>
      <w:pPr>
        <w:spacing w:before="20" w:after="20" w:line="400" w:lineRule="exact"/>
      </w:pPr>
      <w:r>
        <w:rPr>
          <w:rFonts w:ascii="宋体" w:hAnsi="宋体" w:eastAsia="宋体"/>
          <w:b w:val="0"/>
          <w:sz w:val="22"/>
        </w:rPr>
        <w:t xml:space="preserve">    A、地球        B、木星</w:t>
      </w:r>
    </w:p>
    <w:p>
      <w:pPr>
        <w:spacing w:before="20" w:after="80" w:line="400" w:lineRule="exact"/>
      </w:pPr>
      <w:r>
        <w:rPr>
          <w:rFonts w:ascii="宋体" w:hAnsi="宋体" w:eastAsia="宋体"/>
          <w:b w:val="0"/>
          <w:sz w:val="22"/>
        </w:rPr>
        <w:t xml:space="preserve">    C、土星        D、天王星</w:t>
      </w:r>
    </w:p>
    <w:p>
      <w:pPr>
        <w:spacing w:before="120" w:after="40" w:line="440" w:lineRule="exact"/>
      </w:pPr>
      <w:r>
        <w:rPr>
          <w:rFonts w:ascii="宋体" w:hAnsi="宋体" w:eastAsia="宋体"/>
          <w:b w:val="0"/>
          <w:sz w:val="24"/>
        </w:rPr>
        <w:t>139. 下列哪种星星属于猎户座（）【2021年省级小学天文竞赛真题】</w:t>
      </w:r>
    </w:p>
    <w:p>
      <w:pPr>
        <w:spacing w:before="20" w:after="20" w:line="400" w:lineRule="exact"/>
      </w:pPr>
      <w:r>
        <w:rPr>
          <w:rFonts w:ascii="宋体" w:hAnsi="宋体" w:eastAsia="宋体"/>
          <w:b w:val="0"/>
          <w:sz w:val="22"/>
        </w:rPr>
        <w:t xml:space="preserve">    A、北极星        B、参宿四</w:t>
      </w:r>
    </w:p>
    <w:p>
      <w:pPr>
        <w:spacing w:before="20" w:after="80" w:line="400" w:lineRule="exact"/>
      </w:pPr>
      <w:r>
        <w:rPr>
          <w:rFonts w:ascii="宋体" w:hAnsi="宋体" w:eastAsia="宋体"/>
          <w:b w:val="0"/>
          <w:sz w:val="22"/>
        </w:rPr>
        <w:t xml:space="preserve">    C、织女星        D、牛郎星</w:t>
      </w:r>
    </w:p>
    <w:p>
      <w:pPr>
        <w:spacing w:before="120" w:after="40" w:line="440" w:lineRule="exact"/>
      </w:pPr>
      <w:r>
        <w:rPr>
          <w:rFonts w:ascii="宋体" w:hAnsi="宋体" w:eastAsia="宋体"/>
          <w:b w:val="0"/>
          <w:sz w:val="24"/>
        </w:rPr>
        <w:t>140. 月食发生时，挡住太阳光的天体是（）【2018年市级小学天文竞赛真题】</w:t>
      </w:r>
    </w:p>
    <w:p>
      <w:pPr>
        <w:spacing w:before="20" w:after="20" w:line="400" w:lineRule="exact"/>
      </w:pPr>
      <w:r>
        <w:rPr>
          <w:rFonts w:ascii="宋体" w:hAnsi="宋体" w:eastAsia="宋体"/>
          <w:b w:val="0"/>
          <w:sz w:val="22"/>
        </w:rPr>
        <w:t xml:space="preserve">    A、月球        B、地球</w:t>
      </w:r>
    </w:p>
    <w:p>
      <w:pPr>
        <w:spacing w:before="20" w:after="80" w:line="400" w:lineRule="exact"/>
      </w:pPr>
      <w:r>
        <w:rPr>
          <w:rFonts w:ascii="宋体" w:hAnsi="宋体" w:eastAsia="宋体"/>
          <w:b w:val="0"/>
          <w:sz w:val="22"/>
        </w:rPr>
        <w:t xml:space="preserve">    C、火星        D、金星</w:t>
      </w:r>
    </w:p>
    <w:p>
      <w:pPr>
        <w:spacing w:before="120" w:after="40" w:line="440" w:lineRule="exact"/>
      </w:pPr>
      <w:r>
        <w:rPr>
          <w:rFonts w:ascii="宋体" w:hAnsi="宋体" w:eastAsia="宋体"/>
          <w:b w:val="0"/>
          <w:sz w:val="24"/>
        </w:rPr>
        <w:t>141. 地球自转的方向是（）【2022年全国小学天文竞赛真题】</w:t>
      </w:r>
    </w:p>
    <w:p>
      <w:pPr>
        <w:spacing w:before="20" w:after="20" w:line="400" w:lineRule="exact"/>
      </w:pPr>
      <w:r>
        <w:rPr>
          <w:rFonts w:ascii="宋体" w:hAnsi="宋体" w:eastAsia="宋体"/>
          <w:b w:val="0"/>
          <w:sz w:val="22"/>
        </w:rPr>
        <w:t xml:space="preserve">    A、自西向东        B、自东向西</w:t>
      </w:r>
    </w:p>
    <w:p>
      <w:pPr>
        <w:spacing w:before="20" w:after="80" w:line="400" w:lineRule="exact"/>
      </w:pPr>
      <w:r>
        <w:rPr>
          <w:rFonts w:ascii="宋体" w:hAnsi="宋体" w:eastAsia="宋体"/>
          <w:b w:val="0"/>
          <w:sz w:val="22"/>
        </w:rPr>
        <w:t xml:space="preserve">    C、自南向北        D、自北向南</w:t>
      </w:r>
    </w:p>
    <w:p>
      <w:pPr>
        <w:spacing w:before="120" w:after="40" w:line="440" w:lineRule="exact"/>
      </w:pPr>
      <w:r>
        <w:rPr>
          <w:rFonts w:ascii="宋体" w:hAnsi="宋体" w:eastAsia="宋体"/>
          <w:b w:val="0"/>
          <w:sz w:val="24"/>
        </w:rPr>
        <w:t>142. 下列哪种行星被称为“红色星球”（）【2023年省级小学天文竞赛真题】</w:t>
      </w:r>
    </w:p>
    <w:p>
      <w:pPr>
        <w:spacing w:before="20" w:after="20" w:line="400" w:lineRule="exact"/>
      </w:pPr>
      <w:r>
        <w:rPr>
          <w:rFonts w:ascii="宋体" w:hAnsi="宋体" w:eastAsia="宋体"/>
          <w:b w:val="0"/>
          <w:sz w:val="22"/>
        </w:rPr>
        <w:t xml:space="preserve">    A、金星        B、火星</w:t>
      </w:r>
    </w:p>
    <w:p>
      <w:pPr>
        <w:spacing w:before="20" w:after="80" w:line="400" w:lineRule="exact"/>
      </w:pPr>
      <w:r>
        <w:rPr>
          <w:rFonts w:ascii="宋体" w:hAnsi="宋体" w:eastAsia="宋体"/>
          <w:b w:val="0"/>
          <w:sz w:val="22"/>
        </w:rPr>
        <w:t xml:space="preserve">    C、木星        D、土星</w:t>
      </w:r>
    </w:p>
    <w:p>
      <w:pPr>
        <w:spacing w:before="120" w:after="40" w:line="440" w:lineRule="exact"/>
      </w:pPr>
      <w:r>
        <w:rPr>
          <w:rFonts w:ascii="宋体" w:hAnsi="宋体" w:eastAsia="宋体"/>
          <w:b w:val="0"/>
          <w:sz w:val="24"/>
        </w:rPr>
        <w:t>143. 光年是指（）【2020年市级小学天文竞赛真题】</w:t>
      </w:r>
    </w:p>
    <w:p>
      <w:pPr>
        <w:spacing w:before="20" w:after="20" w:line="400" w:lineRule="exact"/>
      </w:pPr>
      <w:r>
        <w:rPr>
          <w:rFonts w:ascii="宋体" w:hAnsi="宋体" w:eastAsia="宋体"/>
          <w:b w:val="0"/>
          <w:sz w:val="22"/>
        </w:rPr>
        <w:t xml:space="preserve">    A、光在一年里传播的距离        B、一年的时间</w:t>
      </w:r>
    </w:p>
    <w:p>
      <w:pPr>
        <w:spacing w:before="20" w:after="80" w:line="400" w:lineRule="exact"/>
      </w:pPr>
      <w:r>
        <w:rPr>
          <w:rFonts w:ascii="宋体" w:hAnsi="宋体" w:eastAsia="宋体"/>
          <w:b w:val="0"/>
          <w:sz w:val="22"/>
        </w:rPr>
        <w:t xml:space="preserve">    C、光的速度        D、星星的距离</w:t>
      </w:r>
    </w:p>
    <w:p>
      <w:pPr>
        <w:spacing w:before="120" w:after="40" w:line="440" w:lineRule="exact"/>
      </w:pPr>
      <w:r>
        <w:rPr>
          <w:rFonts w:ascii="宋体" w:hAnsi="宋体" w:eastAsia="宋体"/>
          <w:b w:val="0"/>
          <w:sz w:val="24"/>
        </w:rPr>
        <w:t>144. 下列哪种天体不属于太阳系（）【2019年省级小学天文竞赛真题】</w:t>
      </w:r>
    </w:p>
    <w:p>
      <w:pPr>
        <w:spacing w:before="20" w:after="20" w:line="400" w:lineRule="exact"/>
      </w:pPr>
      <w:r>
        <w:rPr>
          <w:rFonts w:ascii="宋体" w:hAnsi="宋体" w:eastAsia="宋体"/>
          <w:b w:val="0"/>
          <w:sz w:val="22"/>
        </w:rPr>
        <w:t xml:space="preserve">    A、水星        B、北极星</w:t>
      </w:r>
    </w:p>
    <w:p>
      <w:pPr>
        <w:spacing w:before="20" w:after="80" w:line="400" w:lineRule="exact"/>
      </w:pPr>
      <w:r>
        <w:rPr>
          <w:rFonts w:ascii="宋体" w:hAnsi="宋体" w:eastAsia="宋体"/>
          <w:b w:val="0"/>
          <w:sz w:val="22"/>
        </w:rPr>
        <w:t xml:space="preserve">    C、土星        D、海王星</w:t>
      </w:r>
    </w:p>
    <w:p>
      <w:pPr>
        <w:spacing w:before="120" w:after="40" w:line="440" w:lineRule="exact"/>
      </w:pPr>
      <w:r>
        <w:rPr>
          <w:rFonts w:ascii="宋体" w:hAnsi="宋体" w:eastAsia="宋体"/>
          <w:b w:val="0"/>
          <w:sz w:val="24"/>
        </w:rPr>
        <w:t>145. 农历初一的月相是（）【2021年全国小学天文竞赛真题】</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146. 下列哪种仪器可以观察天体细节（）【2018年省级小学天文竞赛真题】</w:t>
      </w:r>
    </w:p>
    <w:p>
      <w:pPr>
        <w:spacing w:before="20" w:after="20" w:line="400" w:lineRule="exact"/>
      </w:pPr>
      <w:r>
        <w:rPr>
          <w:rFonts w:ascii="宋体" w:hAnsi="宋体" w:eastAsia="宋体"/>
          <w:b w:val="0"/>
          <w:sz w:val="22"/>
        </w:rPr>
        <w:t xml:space="preserve">    A、显微镜        B、望远镜</w:t>
      </w:r>
    </w:p>
    <w:p>
      <w:pPr>
        <w:spacing w:before="20" w:after="80" w:line="400" w:lineRule="exact"/>
      </w:pPr>
      <w:r>
        <w:rPr>
          <w:rFonts w:ascii="宋体" w:hAnsi="宋体" w:eastAsia="宋体"/>
          <w:b w:val="0"/>
          <w:sz w:val="22"/>
        </w:rPr>
        <w:t xml:space="preserve">    C、指南针        D、星图</w:t>
      </w:r>
    </w:p>
    <w:p>
      <w:pPr>
        <w:spacing w:before="120" w:after="40" w:line="440" w:lineRule="exact"/>
      </w:pPr>
      <w:r>
        <w:rPr>
          <w:rFonts w:ascii="宋体" w:hAnsi="宋体" w:eastAsia="宋体"/>
          <w:b w:val="0"/>
          <w:sz w:val="24"/>
        </w:rPr>
        <w:t>147. 太阳黑子出现在太阳的（）【2022年市级小学天文竞赛真题】</w:t>
      </w:r>
    </w:p>
    <w:p>
      <w:pPr>
        <w:spacing w:before="20" w:after="20" w:line="400" w:lineRule="exact"/>
      </w:pPr>
      <w:r>
        <w:rPr>
          <w:rFonts w:ascii="宋体" w:hAnsi="宋体" w:eastAsia="宋体"/>
          <w:b w:val="0"/>
          <w:sz w:val="22"/>
        </w:rPr>
        <w:t xml:space="preserve">    A、光球层        B、色球层</w:t>
      </w:r>
    </w:p>
    <w:p>
      <w:pPr>
        <w:spacing w:before="20" w:after="80" w:line="400" w:lineRule="exact"/>
      </w:pPr>
      <w:r>
        <w:rPr>
          <w:rFonts w:ascii="宋体" w:hAnsi="宋体" w:eastAsia="宋体"/>
          <w:b w:val="0"/>
          <w:sz w:val="22"/>
        </w:rPr>
        <w:t xml:space="preserve">    C、日冕层        D、内部</w:t>
      </w:r>
    </w:p>
    <w:p>
      <w:pPr>
        <w:spacing w:before="120" w:after="40" w:line="440" w:lineRule="exact"/>
      </w:pPr>
      <w:r>
        <w:rPr>
          <w:rFonts w:ascii="宋体" w:hAnsi="宋体" w:eastAsia="宋体"/>
          <w:b w:val="0"/>
          <w:sz w:val="24"/>
        </w:rPr>
        <w:t>148. 下列哪种现象与月球引力有关（）【2023年市级小学天文竞赛真题】</w:t>
      </w:r>
    </w:p>
    <w:p>
      <w:pPr>
        <w:spacing w:before="20" w:after="20" w:line="400" w:lineRule="exact"/>
      </w:pPr>
      <w:r>
        <w:rPr>
          <w:rFonts w:ascii="宋体" w:hAnsi="宋体" w:eastAsia="宋体"/>
          <w:b w:val="0"/>
          <w:sz w:val="22"/>
        </w:rPr>
        <w:t xml:space="preserve">    A、昼夜交替        B、潮汐涨落</w:t>
      </w:r>
    </w:p>
    <w:p>
      <w:pPr>
        <w:spacing w:before="20" w:after="80" w:line="400" w:lineRule="exact"/>
      </w:pPr>
      <w:r>
        <w:rPr>
          <w:rFonts w:ascii="宋体" w:hAnsi="宋体" w:eastAsia="宋体"/>
          <w:b w:val="0"/>
          <w:sz w:val="22"/>
        </w:rPr>
        <w:t xml:space="preserve">    C、四季变化        D、日食</w:t>
      </w:r>
    </w:p>
    <w:p>
      <w:pPr>
        <w:spacing w:before="120" w:after="40" w:line="440" w:lineRule="exact"/>
      </w:pPr>
      <w:r>
        <w:rPr>
          <w:rFonts w:ascii="宋体" w:hAnsi="宋体" w:eastAsia="宋体"/>
          <w:b w:val="0"/>
          <w:sz w:val="24"/>
        </w:rPr>
        <w:t>149. 太阳系中，离太阳最远的行星是（）【2020年省级小学天文竞赛真题】</w:t>
      </w:r>
    </w:p>
    <w:p>
      <w:pPr>
        <w:spacing w:before="20" w:after="20" w:line="400" w:lineRule="exact"/>
      </w:pPr>
      <w:r>
        <w:rPr>
          <w:rFonts w:ascii="宋体" w:hAnsi="宋体" w:eastAsia="宋体"/>
          <w:b w:val="0"/>
          <w:sz w:val="22"/>
        </w:rPr>
        <w:t xml:space="preserve">    A、天王星        B、海王星</w:t>
      </w:r>
    </w:p>
    <w:p>
      <w:pPr>
        <w:spacing w:before="20" w:after="80" w:line="400" w:lineRule="exact"/>
      </w:pPr>
      <w:r>
        <w:rPr>
          <w:rFonts w:ascii="宋体" w:hAnsi="宋体" w:eastAsia="宋体"/>
          <w:b w:val="0"/>
          <w:sz w:val="22"/>
        </w:rPr>
        <w:t xml:space="preserve">    C、土星        D、木星</w:t>
      </w:r>
    </w:p>
    <w:p>
      <w:pPr>
        <w:spacing w:before="120" w:after="40" w:line="440" w:lineRule="exact"/>
      </w:pPr>
      <w:r>
        <w:rPr>
          <w:rFonts w:ascii="宋体" w:hAnsi="宋体" w:eastAsia="宋体"/>
          <w:b w:val="0"/>
          <w:sz w:val="24"/>
        </w:rPr>
        <w:t>150. 下列哪种星星是北极星（）【2019年全国小学天文竞赛真题】</w:t>
      </w:r>
    </w:p>
    <w:p>
      <w:pPr>
        <w:spacing w:before="20" w:after="20" w:line="400" w:lineRule="exact"/>
      </w:pPr>
      <w:r>
        <w:rPr>
          <w:rFonts w:ascii="宋体" w:hAnsi="宋体" w:eastAsia="宋体"/>
          <w:b w:val="0"/>
          <w:sz w:val="22"/>
        </w:rPr>
        <w:t xml:space="preserve">    A、小熊座最亮的星        B、大熊座最亮的星</w:t>
      </w:r>
    </w:p>
    <w:p>
      <w:pPr>
        <w:spacing w:before="20" w:after="80" w:line="400" w:lineRule="exact"/>
      </w:pPr>
      <w:r>
        <w:rPr>
          <w:rFonts w:ascii="宋体" w:hAnsi="宋体" w:eastAsia="宋体"/>
          <w:b w:val="0"/>
          <w:sz w:val="22"/>
        </w:rPr>
        <w:t xml:space="preserve">    C、猎户座最亮的星        D、天蝎座最亮的星</w:t>
      </w:r>
    </w:p>
    <w:p>
      <w:pPr>
        <w:spacing w:before="120" w:after="40" w:line="440" w:lineRule="exact"/>
      </w:pPr>
      <w:r>
        <w:rPr>
          <w:rFonts w:ascii="宋体" w:hAnsi="宋体" w:eastAsia="宋体"/>
          <w:b w:val="0"/>
          <w:sz w:val="24"/>
        </w:rPr>
        <w:t>151. 月球绕地球公转一周的时间大约是（）【2021年省级小学天文竞赛真题】</w:t>
      </w:r>
    </w:p>
    <w:p>
      <w:pPr>
        <w:spacing w:before="20" w:after="20" w:line="400" w:lineRule="exact"/>
      </w:pPr>
      <w:r>
        <w:rPr>
          <w:rFonts w:ascii="宋体" w:hAnsi="宋体" w:eastAsia="宋体"/>
          <w:b w:val="0"/>
          <w:sz w:val="22"/>
        </w:rPr>
        <w:t xml:space="preserve">    A、一天        B、一个月</w:t>
      </w:r>
    </w:p>
    <w:p>
      <w:pPr>
        <w:spacing w:before="20" w:after="80" w:line="400" w:lineRule="exact"/>
      </w:pPr>
      <w:r>
        <w:rPr>
          <w:rFonts w:ascii="宋体" w:hAnsi="宋体" w:eastAsia="宋体"/>
          <w:b w:val="0"/>
          <w:sz w:val="22"/>
        </w:rPr>
        <w:t xml:space="preserve">    C、一年        D、一周</w:t>
      </w:r>
    </w:p>
    <w:p>
      <w:pPr>
        <w:spacing w:before="120" w:after="40" w:line="440" w:lineRule="exact"/>
      </w:pPr>
      <w:r>
        <w:rPr>
          <w:rFonts w:ascii="宋体" w:hAnsi="宋体" w:eastAsia="宋体"/>
          <w:b w:val="0"/>
          <w:sz w:val="24"/>
        </w:rPr>
        <w:t>152. 下列哪种天体自身能发光发热（）【2018年全国小学天文竞赛真题】</w:t>
      </w:r>
    </w:p>
    <w:p>
      <w:pPr>
        <w:spacing w:before="20" w:after="20" w:line="400" w:lineRule="exact"/>
      </w:pPr>
      <w:r>
        <w:rPr>
          <w:rFonts w:ascii="宋体" w:hAnsi="宋体" w:eastAsia="宋体"/>
          <w:b w:val="0"/>
          <w:sz w:val="22"/>
        </w:rPr>
        <w:t xml:space="preserve">    A、地球        B、月球</w:t>
      </w:r>
    </w:p>
    <w:p>
      <w:pPr>
        <w:spacing w:before="20" w:after="80" w:line="400" w:lineRule="exact"/>
      </w:pPr>
      <w:r>
        <w:rPr>
          <w:rFonts w:ascii="宋体" w:hAnsi="宋体" w:eastAsia="宋体"/>
          <w:b w:val="0"/>
          <w:sz w:val="22"/>
        </w:rPr>
        <w:t xml:space="preserve">    C、太阳        D、火星</w:t>
      </w:r>
    </w:p>
    <w:p>
      <w:pPr>
        <w:spacing w:before="120" w:after="40" w:line="440" w:lineRule="exact"/>
      </w:pPr>
      <w:r>
        <w:rPr>
          <w:rFonts w:ascii="宋体" w:hAnsi="宋体" w:eastAsia="宋体"/>
          <w:b w:val="0"/>
          <w:sz w:val="24"/>
        </w:rPr>
        <w:t>153. 城市里看到的星星比郊区少，主要原因是（）【2022年省级小学天文竞赛真题】</w:t>
      </w:r>
    </w:p>
    <w:p>
      <w:pPr>
        <w:spacing w:before="20" w:after="20" w:line="400" w:lineRule="exact"/>
      </w:pPr>
      <w:r>
        <w:rPr>
          <w:rFonts w:ascii="宋体" w:hAnsi="宋体" w:eastAsia="宋体"/>
          <w:b w:val="0"/>
          <w:sz w:val="22"/>
        </w:rPr>
        <w:t xml:space="preserve">    A、城市灯光太亮        B、城市没有星星</w:t>
      </w:r>
    </w:p>
    <w:p>
      <w:pPr>
        <w:spacing w:before="20" w:after="80" w:line="400" w:lineRule="exact"/>
      </w:pPr>
      <w:r>
        <w:rPr>
          <w:rFonts w:ascii="宋体" w:hAnsi="宋体" w:eastAsia="宋体"/>
          <w:b w:val="0"/>
          <w:sz w:val="22"/>
        </w:rPr>
        <w:t xml:space="preserve">    C、城市有雾霾        D、城市人太多</w:t>
      </w:r>
    </w:p>
    <w:p>
      <w:pPr>
        <w:spacing w:before="120" w:after="40" w:line="440" w:lineRule="exact"/>
      </w:pPr>
      <w:r>
        <w:rPr>
          <w:rFonts w:ascii="宋体" w:hAnsi="宋体" w:eastAsia="宋体"/>
          <w:b w:val="0"/>
          <w:sz w:val="24"/>
        </w:rPr>
        <w:t>154. 下列哪种行星属于类地行星（）【2023年全国小学天文竞赛真题】</w:t>
      </w:r>
    </w:p>
    <w:p>
      <w:pPr>
        <w:spacing w:before="20" w:after="20" w:line="400" w:lineRule="exact"/>
      </w:pPr>
      <w:r>
        <w:rPr>
          <w:rFonts w:ascii="宋体" w:hAnsi="宋体" w:eastAsia="宋体"/>
          <w:b w:val="0"/>
          <w:sz w:val="22"/>
        </w:rPr>
        <w:t xml:space="preserve">    A、木星        B、土星</w:t>
      </w:r>
    </w:p>
    <w:p>
      <w:pPr>
        <w:spacing w:before="20" w:after="80" w:line="400" w:lineRule="exact"/>
      </w:pPr>
      <w:r>
        <w:rPr>
          <w:rFonts w:ascii="宋体" w:hAnsi="宋体" w:eastAsia="宋体"/>
          <w:b w:val="0"/>
          <w:sz w:val="22"/>
        </w:rPr>
        <w:t xml:space="preserve">    C、地球        D、天王星</w:t>
      </w:r>
    </w:p>
    <w:p>
      <w:pPr>
        <w:spacing w:before="120" w:after="40" w:line="440" w:lineRule="exact"/>
      </w:pPr>
      <w:r>
        <w:rPr>
          <w:rFonts w:ascii="宋体" w:hAnsi="宋体" w:eastAsia="宋体"/>
          <w:b w:val="0"/>
          <w:sz w:val="24"/>
        </w:rPr>
        <w:t>155. 月相变化的原因是（）【2020年市级小学天文竞赛真题】</w:t>
      </w:r>
    </w:p>
    <w:p>
      <w:pPr>
        <w:spacing w:before="20" w:after="20" w:line="400" w:lineRule="exact"/>
      </w:pPr>
      <w:r>
        <w:rPr>
          <w:rFonts w:ascii="宋体" w:hAnsi="宋体" w:eastAsia="宋体"/>
          <w:b w:val="0"/>
          <w:sz w:val="22"/>
        </w:rPr>
        <w:t xml:space="preserve">    A、月球自转        B、月球绕地球公转，反射太阳光角度不同</w:t>
      </w:r>
    </w:p>
    <w:p>
      <w:pPr>
        <w:spacing w:before="20" w:after="80" w:line="400" w:lineRule="exact"/>
      </w:pPr>
      <w:r>
        <w:rPr>
          <w:rFonts w:ascii="宋体" w:hAnsi="宋体" w:eastAsia="宋体"/>
          <w:b w:val="0"/>
          <w:sz w:val="22"/>
        </w:rPr>
        <w:t xml:space="preserve">    C、地球绕月球转        D、太阳绕月球转</w:t>
      </w:r>
    </w:p>
    <w:p>
      <w:pPr>
        <w:spacing w:before="120" w:after="40" w:line="440" w:lineRule="exact"/>
      </w:pPr>
      <w:r>
        <w:rPr>
          <w:rFonts w:ascii="宋体" w:hAnsi="宋体" w:eastAsia="宋体"/>
          <w:b w:val="0"/>
          <w:sz w:val="24"/>
        </w:rPr>
        <w:t>156. 下列哪种天体是地球的天然卫星（）【2019年市级小学天文竞赛真题】</w:t>
      </w:r>
    </w:p>
    <w:p>
      <w:pPr>
        <w:spacing w:before="20" w:after="20" w:line="400" w:lineRule="exact"/>
      </w:pPr>
      <w:r>
        <w:rPr>
          <w:rFonts w:ascii="宋体" w:hAnsi="宋体" w:eastAsia="宋体"/>
          <w:b w:val="0"/>
          <w:sz w:val="22"/>
        </w:rPr>
        <w:t xml:space="preserve">    A、人造卫星        B、月球</w:t>
      </w:r>
    </w:p>
    <w:p>
      <w:pPr>
        <w:spacing w:before="20" w:after="80" w:line="400" w:lineRule="exact"/>
      </w:pPr>
      <w:r>
        <w:rPr>
          <w:rFonts w:ascii="宋体" w:hAnsi="宋体" w:eastAsia="宋体"/>
          <w:b w:val="0"/>
          <w:sz w:val="22"/>
        </w:rPr>
        <w:t xml:space="preserve">    C、火星        D、金星</w:t>
      </w:r>
    </w:p>
    <w:p>
      <w:pPr>
        <w:spacing w:before="120" w:after="40" w:line="440" w:lineRule="exact"/>
      </w:pPr>
      <w:r>
        <w:rPr>
          <w:rFonts w:ascii="宋体" w:hAnsi="宋体" w:eastAsia="宋体"/>
          <w:b w:val="0"/>
          <w:sz w:val="24"/>
        </w:rPr>
        <w:t>157. 太阳的光和热来自于内部的（）【2021年省级小学天文竞赛真题】</w:t>
      </w:r>
    </w:p>
    <w:p>
      <w:pPr>
        <w:spacing w:before="20" w:after="20" w:line="400" w:lineRule="exact"/>
      </w:pPr>
      <w:r>
        <w:rPr>
          <w:rFonts w:ascii="宋体" w:hAnsi="宋体" w:eastAsia="宋体"/>
          <w:b w:val="0"/>
          <w:sz w:val="22"/>
        </w:rPr>
        <w:t xml:space="preserve">    A、燃烧反应        B、核聚变反应</w:t>
      </w:r>
    </w:p>
    <w:p>
      <w:pPr>
        <w:spacing w:before="20" w:after="80" w:line="400" w:lineRule="exact"/>
      </w:pPr>
      <w:r>
        <w:rPr>
          <w:rFonts w:ascii="宋体" w:hAnsi="宋体" w:eastAsia="宋体"/>
          <w:b w:val="0"/>
          <w:sz w:val="22"/>
        </w:rPr>
        <w:t xml:space="preserve">    C、核裂变反应        D、化学反应</w:t>
      </w:r>
    </w:p>
    <w:p>
      <w:pPr>
        <w:spacing w:before="120" w:after="40" w:line="440" w:lineRule="exact"/>
      </w:pPr>
      <w:r>
        <w:rPr>
          <w:rFonts w:ascii="宋体" w:hAnsi="宋体" w:eastAsia="宋体"/>
          <w:b w:val="0"/>
          <w:sz w:val="24"/>
        </w:rPr>
        <w:t>158. 下列哪种天文现象发生在新月时（）【2018年市级小学天文竞赛真题】</w:t>
      </w:r>
    </w:p>
    <w:p>
      <w:pPr>
        <w:spacing w:before="20" w:after="20" w:line="400" w:lineRule="exact"/>
      </w:pPr>
      <w:r>
        <w:rPr>
          <w:rFonts w:ascii="宋体" w:hAnsi="宋体" w:eastAsia="宋体"/>
          <w:b w:val="0"/>
          <w:sz w:val="22"/>
        </w:rPr>
        <w:t xml:space="preserve">    A、日食        B、月食</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159. 太阳系中，地球位于哪两颗行星之间（）【2022年全国小学天文竞赛真题】</w:t>
      </w:r>
    </w:p>
    <w:p>
      <w:pPr>
        <w:spacing w:before="20" w:after="20" w:line="400" w:lineRule="exact"/>
      </w:pPr>
      <w:r>
        <w:rPr>
          <w:rFonts w:ascii="宋体" w:hAnsi="宋体" w:eastAsia="宋体"/>
          <w:b w:val="0"/>
          <w:sz w:val="22"/>
        </w:rPr>
        <w:t xml:space="preserve">    A、水星和金星        B、金星和火星</w:t>
      </w:r>
    </w:p>
    <w:p>
      <w:pPr>
        <w:spacing w:before="20" w:after="80" w:line="400" w:lineRule="exact"/>
      </w:pPr>
      <w:r>
        <w:rPr>
          <w:rFonts w:ascii="宋体" w:hAnsi="宋体" w:eastAsia="宋体"/>
          <w:b w:val="0"/>
          <w:sz w:val="22"/>
        </w:rPr>
        <w:t xml:space="preserve">    C、火星和木星        D、木星和土星</w:t>
      </w:r>
    </w:p>
    <w:p>
      <w:pPr>
        <w:spacing w:before="120" w:after="40" w:line="440" w:lineRule="exact"/>
      </w:pPr>
      <w:r>
        <w:rPr>
          <w:rFonts w:ascii="宋体" w:hAnsi="宋体" w:eastAsia="宋体"/>
          <w:b w:val="0"/>
          <w:sz w:val="24"/>
        </w:rPr>
        <w:t>160. 下列哪种仪器不能用于天文观测（）【2023年省级小学天文竞赛真题】</w:t>
      </w:r>
    </w:p>
    <w:p>
      <w:pPr>
        <w:spacing w:before="20" w:after="20" w:line="400" w:lineRule="exact"/>
      </w:pPr>
      <w:r>
        <w:rPr>
          <w:rFonts w:ascii="宋体" w:hAnsi="宋体" w:eastAsia="宋体"/>
          <w:b w:val="0"/>
          <w:sz w:val="22"/>
        </w:rPr>
        <w:t xml:space="preserve">    A、望远镜        B、星图</w:t>
      </w:r>
    </w:p>
    <w:p>
      <w:pPr>
        <w:spacing w:before="20" w:after="80" w:line="400" w:lineRule="exact"/>
      </w:pPr>
      <w:r>
        <w:rPr>
          <w:rFonts w:ascii="宋体" w:hAnsi="宋体" w:eastAsia="宋体"/>
          <w:b w:val="0"/>
          <w:sz w:val="22"/>
        </w:rPr>
        <w:t xml:space="preserve">    C、显微镜        D、天文望远镜</w:t>
      </w:r>
    </w:p>
    <w:p>
      <w:pPr>
        <w:spacing w:before="120" w:after="40" w:line="440" w:lineRule="exact"/>
      </w:pPr>
      <w:r>
        <w:rPr>
          <w:rFonts w:ascii="宋体" w:hAnsi="宋体" w:eastAsia="宋体"/>
          <w:b w:val="0"/>
          <w:sz w:val="24"/>
        </w:rPr>
        <w:t>161. 下列哪种星星属于大熊座（）【2020年全国小学天文竞赛真题】</w:t>
      </w:r>
    </w:p>
    <w:p>
      <w:pPr>
        <w:spacing w:before="20" w:after="20" w:line="400" w:lineRule="exact"/>
      </w:pPr>
      <w:r>
        <w:rPr>
          <w:rFonts w:ascii="宋体" w:hAnsi="宋体" w:eastAsia="宋体"/>
          <w:b w:val="0"/>
          <w:sz w:val="22"/>
        </w:rPr>
        <w:t xml:space="preserve">    A、北极星        B、北斗七星</w:t>
      </w:r>
    </w:p>
    <w:p>
      <w:pPr>
        <w:spacing w:before="20" w:after="80" w:line="400" w:lineRule="exact"/>
      </w:pPr>
      <w:r>
        <w:rPr>
          <w:rFonts w:ascii="宋体" w:hAnsi="宋体" w:eastAsia="宋体"/>
          <w:b w:val="0"/>
          <w:sz w:val="22"/>
        </w:rPr>
        <w:t xml:space="preserve">    C、织女星        D、牛郎星</w:t>
      </w:r>
    </w:p>
    <w:p>
      <w:pPr>
        <w:spacing w:before="120" w:after="40" w:line="440" w:lineRule="exact"/>
      </w:pPr>
      <w:r>
        <w:rPr>
          <w:rFonts w:ascii="宋体" w:hAnsi="宋体" w:eastAsia="宋体"/>
          <w:b w:val="0"/>
          <w:sz w:val="24"/>
        </w:rPr>
        <w:t>162. 月球上的引力大约是地球的（）【2019年省级小学天文竞赛真题】</w:t>
      </w:r>
    </w:p>
    <w:p>
      <w:pPr>
        <w:spacing w:before="20" w:after="20" w:line="400" w:lineRule="exact"/>
      </w:pPr>
      <w:r>
        <w:rPr>
          <w:rFonts w:ascii="宋体" w:hAnsi="宋体" w:eastAsia="宋体"/>
          <w:b w:val="0"/>
          <w:sz w:val="22"/>
        </w:rPr>
        <w:t xml:space="preserve">    A、1/2        B、1/6</w:t>
      </w:r>
    </w:p>
    <w:p>
      <w:pPr>
        <w:spacing w:before="20" w:after="80" w:line="400" w:lineRule="exact"/>
      </w:pPr>
      <w:r>
        <w:rPr>
          <w:rFonts w:ascii="宋体" w:hAnsi="宋体" w:eastAsia="宋体"/>
          <w:b w:val="0"/>
          <w:sz w:val="22"/>
        </w:rPr>
        <w:t xml:space="preserve">    C、1/10        D、1/100</w:t>
      </w:r>
    </w:p>
    <w:p>
      <w:pPr>
        <w:spacing w:before="120" w:after="40" w:line="440" w:lineRule="exact"/>
      </w:pPr>
      <w:r>
        <w:rPr>
          <w:rFonts w:ascii="宋体" w:hAnsi="宋体" w:eastAsia="宋体"/>
          <w:b w:val="0"/>
          <w:sz w:val="24"/>
        </w:rPr>
        <w:t>163. 下列哪种现象与地球自转无关（）【2021年市级小学天文竞赛真题】</w:t>
      </w:r>
    </w:p>
    <w:p>
      <w:pPr>
        <w:spacing w:before="20" w:after="20" w:line="400" w:lineRule="exact"/>
      </w:pPr>
      <w:r>
        <w:rPr>
          <w:rFonts w:ascii="宋体" w:hAnsi="宋体" w:eastAsia="宋体"/>
          <w:b w:val="0"/>
          <w:sz w:val="22"/>
        </w:rPr>
        <w:t xml:space="preserve">    A、昼夜交替        B、太阳东升西落</w:t>
      </w:r>
    </w:p>
    <w:p>
      <w:pPr>
        <w:spacing w:before="20" w:after="80" w:line="400" w:lineRule="exact"/>
      </w:pPr>
      <w:r>
        <w:rPr>
          <w:rFonts w:ascii="宋体" w:hAnsi="宋体" w:eastAsia="宋体"/>
          <w:b w:val="0"/>
          <w:sz w:val="22"/>
        </w:rPr>
        <w:t xml:space="preserve">    C、四季变化        D、一天24小时</w:t>
      </w:r>
    </w:p>
    <w:p>
      <w:pPr>
        <w:spacing w:before="120" w:after="40" w:line="440" w:lineRule="exact"/>
      </w:pPr>
      <w:r>
        <w:rPr>
          <w:rFonts w:ascii="宋体" w:hAnsi="宋体" w:eastAsia="宋体"/>
          <w:b w:val="0"/>
          <w:sz w:val="24"/>
        </w:rPr>
        <w:t>164. 下列哪种天体属于太阳系小天体（）【2018年省级小学天文竞赛真题】</w:t>
      </w:r>
    </w:p>
    <w:p>
      <w:pPr>
        <w:spacing w:before="20" w:after="20" w:line="400" w:lineRule="exact"/>
      </w:pPr>
      <w:r>
        <w:rPr>
          <w:rFonts w:ascii="宋体" w:hAnsi="宋体" w:eastAsia="宋体"/>
          <w:b w:val="0"/>
          <w:sz w:val="22"/>
        </w:rPr>
        <w:t xml:space="preserve">    A、地球        B、月球</w:t>
      </w:r>
    </w:p>
    <w:p>
      <w:pPr>
        <w:spacing w:before="20" w:after="80" w:line="400" w:lineRule="exact"/>
      </w:pPr>
      <w:r>
        <w:rPr>
          <w:rFonts w:ascii="宋体" w:hAnsi="宋体" w:eastAsia="宋体"/>
          <w:b w:val="0"/>
          <w:sz w:val="22"/>
        </w:rPr>
        <w:t xml:space="preserve">    C、流星体        D、木星</w:t>
      </w:r>
    </w:p>
    <w:p>
      <w:pPr>
        <w:spacing w:before="120" w:after="40" w:line="440" w:lineRule="exact"/>
      </w:pPr>
      <w:r>
        <w:rPr>
          <w:rFonts w:ascii="宋体" w:hAnsi="宋体" w:eastAsia="宋体"/>
          <w:b w:val="0"/>
          <w:sz w:val="24"/>
        </w:rPr>
        <w:t>165. 日食一般发生在农历（）【2022年全国小学天文竞赛真题】</w:t>
      </w:r>
    </w:p>
    <w:p>
      <w:pPr>
        <w:spacing w:before="20" w:after="20" w:line="400" w:lineRule="exact"/>
      </w:pPr>
      <w:r>
        <w:rPr>
          <w:rFonts w:ascii="宋体" w:hAnsi="宋体" w:eastAsia="宋体"/>
          <w:b w:val="0"/>
          <w:sz w:val="22"/>
        </w:rPr>
        <w:t xml:space="preserve">    A、初一        B、十五</w:t>
      </w:r>
    </w:p>
    <w:p>
      <w:pPr>
        <w:spacing w:before="20" w:after="80" w:line="400" w:lineRule="exact"/>
      </w:pPr>
      <w:r>
        <w:rPr>
          <w:rFonts w:ascii="宋体" w:hAnsi="宋体" w:eastAsia="宋体"/>
          <w:b w:val="0"/>
          <w:sz w:val="22"/>
        </w:rPr>
        <w:t xml:space="preserve">    C、初八        D、二十三</w:t>
      </w:r>
    </w:p>
    <w:p>
      <w:pPr>
        <w:spacing w:before="120" w:after="40" w:line="440" w:lineRule="exact"/>
      </w:pPr>
      <w:r>
        <w:rPr>
          <w:rFonts w:ascii="宋体" w:hAnsi="宋体" w:eastAsia="宋体"/>
          <w:b w:val="0"/>
          <w:sz w:val="24"/>
        </w:rPr>
        <w:t>166. 下列哪种行星有明显的光环（）【2023年市级小学天文竞赛真题】</w:t>
      </w:r>
    </w:p>
    <w:p>
      <w:pPr>
        <w:spacing w:before="20" w:after="20" w:line="400" w:lineRule="exact"/>
      </w:pPr>
      <w:r>
        <w:rPr>
          <w:rFonts w:ascii="宋体" w:hAnsi="宋体" w:eastAsia="宋体"/>
          <w:b w:val="0"/>
          <w:sz w:val="22"/>
        </w:rPr>
        <w:t xml:space="preserve">    A、地球        B、火星</w:t>
      </w:r>
    </w:p>
    <w:p>
      <w:pPr>
        <w:spacing w:before="20" w:after="80" w:line="400" w:lineRule="exact"/>
      </w:pPr>
      <w:r>
        <w:rPr>
          <w:rFonts w:ascii="宋体" w:hAnsi="宋体" w:eastAsia="宋体"/>
          <w:b w:val="0"/>
          <w:sz w:val="22"/>
        </w:rPr>
        <w:t xml:space="preserve">    C、土星        D、水星</w:t>
      </w:r>
    </w:p>
    <w:p>
      <w:pPr>
        <w:spacing w:before="120" w:after="40" w:line="440" w:lineRule="exact"/>
      </w:pPr>
      <w:r>
        <w:rPr>
          <w:rFonts w:ascii="宋体" w:hAnsi="宋体" w:eastAsia="宋体"/>
          <w:b w:val="0"/>
          <w:sz w:val="24"/>
        </w:rPr>
        <w:t>167. 夜晚看到的银河，主要由大量（）组成【2020年省级小学天文竞赛真题】</w:t>
      </w:r>
    </w:p>
    <w:p>
      <w:pPr>
        <w:spacing w:before="20" w:after="20" w:line="400" w:lineRule="exact"/>
      </w:pPr>
      <w:r>
        <w:rPr>
          <w:rFonts w:ascii="宋体" w:hAnsi="宋体" w:eastAsia="宋体"/>
          <w:b w:val="0"/>
          <w:sz w:val="22"/>
        </w:rPr>
        <w:t xml:space="preserve">    A、行星        B、卫星</w:t>
      </w:r>
    </w:p>
    <w:p>
      <w:pPr>
        <w:spacing w:before="20" w:after="80" w:line="400" w:lineRule="exact"/>
      </w:pPr>
      <w:r>
        <w:rPr>
          <w:rFonts w:ascii="宋体" w:hAnsi="宋体" w:eastAsia="宋体"/>
          <w:b w:val="0"/>
          <w:sz w:val="22"/>
        </w:rPr>
        <w:t xml:space="preserve">    C、恒星        D、流星</w:t>
      </w:r>
    </w:p>
    <w:p>
      <w:pPr>
        <w:spacing w:before="120" w:after="40" w:line="440" w:lineRule="exact"/>
      </w:pPr>
      <w:r>
        <w:rPr>
          <w:rFonts w:ascii="宋体" w:hAnsi="宋体" w:eastAsia="宋体"/>
          <w:b w:val="0"/>
          <w:sz w:val="24"/>
        </w:rPr>
        <w:t>168. 下列哪种说法错误（）【2019年全国小学天文竞赛真题】</w:t>
      </w:r>
    </w:p>
    <w:p>
      <w:pPr>
        <w:spacing w:before="20" w:after="20" w:line="400" w:lineRule="exact"/>
      </w:pPr>
      <w:r>
        <w:rPr>
          <w:rFonts w:ascii="宋体" w:hAnsi="宋体" w:eastAsia="宋体"/>
          <w:b w:val="0"/>
          <w:sz w:val="22"/>
        </w:rPr>
        <w:t xml:space="preserve">    A、太阳是恒星        B、地球是行星</w:t>
      </w:r>
    </w:p>
    <w:p>
      <w:pPr>
        <w:spacing w:before="20" w:after="80" w:line="400" w:lineRule="exact"/>
      </w:pPr>
      <w:r>
        <w:rPr>
          <w:rFonts w:ascii="宋体" w:hAnsi="宋体" w:eastAsia="宋体"/>
          <w:b w:val="0"/>
          <w:sz w:val="22"/>
        </w:rPr>
        <w:t xml:space="preserve">    C、月球是卫星        D、卫星绕恒星转</w:t>
      </w:r>
    </w:p>
    <w:p>
      <w:pPr>
        <w:spacing w:before="120" w:after="40" w:line="440" w:lineRule="exact"/>
      </w:pPr>
      <w:r>
        <w:rPr>
          <w:rFonts w:ascii="宋体" w:hAnsi="宋体" w:eastAsia="宋体"/>
          <w:b w:val="0"/>
          <w:sz w:val="24"/>
        </w:rPr>
        <w:t>169. 光的传播速度大约是每秒（）【2021年省级小学天文竞赛真题】</w:t>
      </w:r>
    </w:p>
    <w:p>
      <w:pPr>
        <w:spacing w:before="20" w:after="20" w:line="400" w:lineRule="exact"/>
      </w:pPr>
      <w:r>
        <w:rPr>
          <w:rFonts w:ascii="宋体" w:hAnsi="宋体" w:eastAsia="宋体"/>
          <w:b w:val="0"/>
          <w:sz w:val="22"/>
        </w:rPr>
        <w:t xml:space="preserve">    A、30千米        B、30万千米</w:t>
      </w:r>
    </w:p>
    <w:p>
      <w:pPr>
        <w:spacing w:before="20" w:after="80" w:line="400" w:lineRule="exact"/>
      </w:pPr>
      <w:r>
        <w:rPr>
          <w:rFonts w:ascii="宋体" w:hAnsi="宋体" w:eastAsia="宋体"/>
          <w:b w:val="0"/>
          <w:sz w:val="22"/>
        </w:rPr>
        <w:t xml:space="preserve">    C、300万千米        D、3千米</w:t>
      </w:r>
    </w:p>
    <w:p>
      <w:pPr>
        <w:spacing w:before="120" w:after="40" w:line="440" w:lineRule="exact"/>
      </w:pPr>
      <w:r>
        <w:rPr>
          <w:rFonts w:ascii="宋体" w:hAnsi="宋体" w:eastAsia="宋体"/>
          <w:b w:val="0"/>
          <w:sz w:val="24"/>
        </w:rPr>
        <w:t>170. 下列哪种天体上有“大红斑”（）【2018年全国小学天文竞赛真题】</w:t>
      </w:r>
    </w:p>
    <w:p>
      <w:pPr>
        <w:spacing w:before="20" w:after="20" w:line="400" w:lineRule="exact"/>
      </w:pPr>
      <w:r>
        <w:rPr>
          <w:rFonts w:ascii="宋体" w:hAnsi="宋体" w:eastAsia="宋体"/>
          <w:b w:val="0"/>
          <w:sz w:val="22"/>
        </w:rPr>
        <w:t xml:space="preserve">    A、地球        B、火星</w:t>
      </w:r>
    </w:p>
    <w:p>
      <w:pPr>
        <w:spacing w:before="20" w:after="80" w:line="400" w:lineRule="exact"/>
      </w:pPr>
      <w:r>
        <w:rPr>
          <w:rFonts w:ascii="宋体" w:hAnsi="宋体" w:eastAsia="宋体"/>
          <w:b w:val="0"/>
          <w:sz w:val="22"/>
        </w:rPr>
        <w:t xml:space="preserve">    C、木星        D、土星</w:t>
      </w:r>
    </w:p>
    <w:p>
      <w:pPr>
        <w:spacing w:before="120" w:after="40" w:line="440" w:lineRule="exact"/>
      </w:pPr>
      <w:r>
        <w:rPr>
          <w:rFonts w:ascii="宋体" w:hAnsi="宋体" w:eastAsia="宋体"/>
          <w:b w:val="0"/>
          <w:sz w:val="24"/>
        </w:rPr>
        <w:t>171. 下列哪种月相在傍晚从东方升起，整夜可见（）【2022年省级小学天文竞赛真题】</w:t>
      </w:r>
    </w:p>
    <w:p>
      <w:pPr>
        <w:spacing w:before="20" w:after="20" w:line="400" w:lineRule="exact"/>
      </w:pPr>
      <w:r>
        <w:rPr>
          <w:rFonts w:ascii="宋体" w:hAnsi="宋体" w:eastAsia="宋体"/>
          <w:b w:val="0"/>
          <w:sz w:val="22"/>
        </w:rPr>
        <w:t xml:space="preserve">    A、新月        B、上弦月</w:t>
      </w:r>
    </w:p>
    <w:p>
      <w:pPr>
        <w:spacing w:before="20" w:after="80" w:line="400" w:lineRule="exact"/>
      </w:pPr>
      <w:r>
        <w:rPr>
          <w:rFonts w:ascii="宋体" w:hAnsi="宋体" w:eastAsia="宋体"/>
          <w:b w:val="0"/>
          <w:sz w:val="22"/>
        </w:rPr>
        <w:t xml:space="preserve">    C、满月        D、下弦月</w:t>
      </w:r>
    </w:p>
    <w:p>
      <w:pPr>
        <w:spacing w:before="120" w:after="40" w:line="440" w:lineRule="exact"/>
      </w:pPr>
      <w:r>
        <w:rPr>
          <w:rFonts w:ascii="宋体" w:hAnsi="宋体" w:eastAsia="宋体"/>
          <w:b w:val="0"/>
          <w:sz w:val="24"/>
        </w:rPr>
        <w:t>172. 离地球最近的恒星是（）【2023年全国小学天文竞赛真题】</w:t>
      </w:r>
    </w:p>
    <w:p>
      <w:pPr>
        <w:spacing w:before="20" w:after="20" w:line="400" w:lineRule="exact"/>
      </w:pPr>
      <w:r>
        <w:rPr>
          <w:rFonts w:ascii="宋体" w:hAnsi="宋体" w:eastAsia="宋体"/>
          <w:b w:val="0"/>
          <w:sz w:val="22"/>
        </w:rPr>
        <w:t xml:space="preserve">    A、北极星        B、太阳</w:t>
      </w:r>
    </w:p>
    <w:p>
      <w:pPr>
        <w:spacing w:before="20" w:after="80" w:line="400" w:lineRule="exact"/>
      </w:pPr>
      <w:r>
        <w:rPr>
          <w:rFonts w:ascii="宋体" w:hAnsi="宋体" w:eastAsia="宋体"/>
          <w:b w:val="0"/>
          <w:sz w:val="22"/>
        </w:rPr>
        <w:t xml:space="preserve">    C、比邻星        D、天狼星</w:t>
      </w:r>
    </w:p>
    <w:p>
      <w:pPr>
        <w:spacing w:before="120" w:after="40" w:line="440" w:lineRule="exact"/>
      </w:pPr>
      <w:r>
        <w:rPr>
          <w:rFonts w:ascii="宋体" w:hAnsi="宋体" w:eastAsia="宋体"/>
          <w:b w:val="0"/>
          <w:sz w:val="24"/>
        </w:rPr>
        <w:t>173. 下列哪种现象由陨石进入地球大气层形成（）【2020年市级小学天文竞赛真题】</w:t>
      </w:r>
    </w:p>
    <w:p>
      <w:pPr>
        <w:spacing w:before="20" w:after="20" w:line="400" w:lineRule="exact"/>
      </w:pPr>
      <w:r>
        <w:rPr>
          <w:rFonts w:ascii="宋体" w:hAnsi="宋体" w:eastAsia="宋体"/>
          <w:b w:val="0"/>
          <w:sz w:val="22"/>
        </w:rPr>
        <w:t xml:space="preserve">    A、日食        B、月食</w:t>
      </w:r>
    </w:p>
    <w:p>
      <w:pPr>
        <w:spacing w:before="20" w:after="80" w:line="400" w:lineRule="exact"/>
      </w:pPr>
      <w:r>
        <w:rPr>
          <w:rFonts w:ascii="宋体" w:hAnsi="宋体" w:eastAsia="宋体"/>
          <w:b w:val="0"/>
          <w:sz w:val="22"/>
        </w:rPr>
        <w:t xml:space="preserve">    C、流星        D、月相</w:t>
      </w:r>
    </w:p>
    <w:p>
      <w:pPr>
        <w:spacing w:before="120" w:after="40" w:line="440" w:lineRule="exact"/>
      </w:pPr>
      <w:r>
        <w:rPr>
          <w:rFonts w:ascii="宋体" w:hAnsi="宋体" w:eastAsia="宋体"/>
          <w:b w:val="0"/>
          <w:sz w:val="24"/>
        </w:rPr>
        <w:t>174. 太阳系一共有（）大行星【2019年省级小学天文竞赛真题】</w:t>
      </w:r>
    </w:p>
    <w:p>
      <w:pPr>
        <w:spacing w:before="20" w:after="20" w:line="400" w:lineRule="exact"/>
      </w:pPr>
      <w:r>
        <w:rPr>
          <w:rFonts w:ascii="宋体" w:hAnsi="宋体" w:eastAsia="宋体"/>
          <w:b w:val="0"/>
          <w:sz w:val="22"/>
        </w:rPr>
        <w:t xml:space="preserve">    A、7        B、8</w:t>
      </w:r>
    </w:p>
    <w:p>
      <w:pPr>
        <w:spacing w:before="20" w:after="80" w:line="400" w:lineRule="exact"/>
      </w:pPr>
      <w:r>
        <w:rPr>
          <w:rFonts w:ascii="宋体" w:hAnsi="宋体" w:eastAsia="宋体"/>
          <w:b w:val="0"/>
          <w:sz w:val="22"/>
        </w:rPr>
        <w:t xml:space="preserve">    C、9        D、10</w:t>
      </w:r>
    </w:p>
    <w:p>
      <w:pPr>
        <w:spacing w:before="120" w:after="40" w:line="440" w:lineRule="exact"/>
      </w:pPr>
      <w:r>
        <w:rPr>
          <w:rFonts w:ascii="宋体" w:hAnsi="宋体" w:eastAsia="宋体"/>
          <w:b w:val="0"/>
          <w:sz w:val="24"/>
        </w:rPr>
        <w:t>175. 下列哪种说法正确（）【2021年全国小学天文竞赛真题】</w:t>
      </w:r>
    </w:p>
    <w:p>
      <w:pPr>
        <w:spacing w:before="20" w:after="20" w:line="400" w:lineRule="exact"/>
      </w:pPr>
      <w:r>
        <w:rPr>
          <w:rFonts w:ascii="宋体" w:hAnsi="宋体" w:eastAsia="宋体"/>
          <w:b w:val="0"/>
          <w:sz w:val="22"/>
        </w:rPr>
        <w:t xml:space="preserve">    A、月球会自己发光        B、月球反射太阳光</w:t>
      </w:r>
    </w:p>
    <w:p>
      <w:pPr>
        <w:spacing w:before="20" w:after="80" w:line="400" w:lineRule="exact"/>
      </w:pPr>
      <w:r>
        <w:rPr>
          <w:rFonts w:ascii="宋体" w:hAnsi="宋体" w:eastAsia="宋体"/>
          <w:b w:val="0"/>
          <w:sz w:val="22"/>
        </w:rPr>
        <w:t xml:space="preserve">    C、地球会自己发光        D、火星会自己发光</w:t>
      </w:r>
    </w:p>
    <w:p>
      <w:pPr>
        <w:spacing w:before="120" w:after="40" w:line="440" w:lineRule="exact"/>
      </w:pPr>
      <w:r>
        <w:rPr>
          <w:rFonts w:ascii="宋体" w:hAnsi="宋体" w:eastAsia="宋体"/>
          <w:b w:val="0"/>
          <w:sz w:val="24"/>
        </w:rPr>
        <w:t>176. 2026年，我国“嫦娥七号”探测器将首次奔赴月球南极，在沙克尔顿坑附近的高地着陆，寻找水冰存在的证据。该着陆区位于下列哪个大型撞击盆地内（）</w:t>
      </w:r>
    </w:p>
    <w:p>
      <w:pPr>
        <w:spacing w:before="20" w:after="20" w:line="400" w:lineRule="exact"/>
      </w:pPr>
      <w:r>
        <w:rPr>
          <w:rFonts w:ascii="宋体" w:hAnsi="宋体" w:eastAsia="宋体"/>
          <w:b w:val="0"/>
          <w:sz w:val="22"/>
        </w:rPr>
        <w:t xml:space="preserve">    A、虹湾        B、冯·卡门撞击坑</w:t>
      </w:r>
    </w:p>
    <w:p>
      <w:pPr>
        <w:spacing w:before="20" w:after="80" w:line="400" w:lineRule="exact"/>
      </w:pPr>
      <w:r>
        <w:rPr>
          <w:rFonts w:ascii="宋体" w:hAnsi="宋体" w:eastAsia="宋体"/>
          <w:b w:val="0"/>
          <w:sz w:val="22"/>
        </w:rPr>
        <w:t xml:space="preserve">    C、南极-艾特肯盆地        D、风暴洋</w:t>
      </w:r>
    </w:p>
    <w:p>
      <w:pPr>
        <w:spacing w:before="120" w:after="40" w:line="440" w:lineRule="exact"/>
      </w:pPr>
      <w:r>
        <w:rPr>
          <w:rFonts w:ascii="宋体" w:hAnsi="宋体" w:eastAsia="宋体"/>
          <w:b w:val="0"/>
          <w:sz w:val="24"/>
        </w:rPr>
        <w:t>177. 国际天文学联合会用中国古代天文学家的名字命名了多颗小行星，其中以东汉天文学家、《浑天仪图注》的作者命名的是（）</w:t>
      </w:r>
    </w:p>
    <w:p>
      <w:pPr>
        <w:spacing w:before="20" w:after="20" w:line="400" w:lineRule="exact"/>
      </w:pPr>
      <w:r>
        <w:rPr>
          <w:rFonts w:ascii="宋体" w:hAnsi="宋体" w:eastAsia="宋体"/>
          <w:b w:val="0"/>
          <w:sz w:val="22"/>
        </w:rPr>
        <w:t xml:space="preserve">    A、张衡星        B、祖冲之星</w:t>
      </w:r>
    </w:p>
    <w:p>
      <w:pPr>
        <w:spacing w:before="20" w:after="80" w:line="400" w:lineRule="exact"/>
      </w:pPr>
      <w:r>
        <w:rPr>
          <w:rFonts w:ascii="宋体" w:hAnsi="宋体" w:eastAsia="宋体"/>
          <w:b w:val="0"/>
          <w:sz w:val="22"/>
        </w:rPr>
        <w:t xml:space="preserve">    C、郭守敬星        D、石申星</w:t>
      </w:r>
    </w:p>
    <w:p>
      <w:pPr>
        <w:spacing w:before="120" w:after="40" w:line="440" w:lineRule="exact"/>
      </w:pPr>
      <w:r>
        <w:rPr>
          <w:rFonts w:ascii="宋体" w:hAnsi="宋体" w:eastAsia="宋体"/>
          <w:b w:val="0"/>
          <w:sz w:val="24"/>
        </w:rPr>
        <w:t>178. NASA“毅力号”火星车在耶泽罗撞击坑采集的岩芯样本中，发现了哪种物质，为火星古代可能存在生命提供了线索（）</w:t>
      </w:r>
    </w:p>
    <w:p>
      <w:pPr>
        <w:spacing w:before="20" w:after="20" w:line="400" w:lineRule="exact"/>
      </w:pPr>
      <w:r>
        <w:rPr>
          <w:rFonts w:ascii="宋体" w:hAnsi="宋体" w:eastAsia="宋体"/>
          <w:b w:val="0"/>
          <w:sz w:val="22"/>
        </w:rPr>
        <w:t xml:space="preserve">    A、液态水        B、有机分子</w:t>
      </w:r>
    </w:p>
    <w:p>
      <w:pPr>
        <w:spacing w:before="20" w:after="80" w:line="400" w:lineRule="exact"/>
      </w:pPr>
      <w:r>
        <w:rPr>
          <w:rFonts w:ascii="宋体" w:hAnsi="宋体" w:eastAsia="宋体"/>
          <w:b w:val="0"/>
          <w:sz w:val="22"/>
        </w:rPr>
        <w:t xml:space="preserve">    C、氧气        D、二氧化碳</w:t>
      </w:r>
    </w:p>
    <w:p>
      <w:pPr>
        <w:spacing w:before="120" w:after="40" w:line="440" w:lineRule="exact"/>
      </w:pPr>
      <w:r>
        <w:rPr>
          <w:rFonts w:ascii="宋体" w:hAnsi="宋体" w:eastAsia="宋体"/>
          <w:b w:val="0"/>
          <w:sz w:val="24"/>
        </w:rPr>
        <w:t>179. 我国首颗综合性太阳观测卫星“夸父一号”以“一磁两暴”为科学目标，其中太阳耀斑和日冕物质抛射主要发生在太阳大气的（）</w:t>
      </w:r>
    </w:p>
    <w:p>
      <w:pPr>
        <w:spacing w:before="20" w:after="20" w:line="400" w:lineRule="exact"/>
      </w:pPr>
      <w:r>
        <w:rPr>
          <w:rFonts w:ascii="宋体" w:hAnsi="宋体" w:eastAsia="宋体"/>
          <w:b w:val="0"/>
          <w:sz w:val="22"/>
        </w:rPr>
        <w:t xml:space="preserve">    A、光球层和色球层        B、色球层和日冕层</w:t>
      </w:r>
    </w:p>
    <w:p>
      <w:pPr>
        <w:spacing w:before="20" w:after="80" w:line="400" w:lineRule="exact"/>
      </w:pPr>
      <w:r>
        <w:rPr>
          <w:rFonts w:ascii="宋体" w:hAnsi="宋体" w:eastAsia="宋体"/>
          <w:b w:val="0"/>
          <w:sz w:val="22"/>
        </w:rPr>
        <w:t xml:space="preserve">    C、光球层和日冕层        D、内部结构</w:t>
      </w:r>
    </w:p>
    <w:p>
      <w:pPr>
        <w:spacing w:before="120" w:after="40" w:line="440" w:lineRule="exact"/>
      </w:pPr>
      <w:r>
        <w:rPr>
          <w:rFonts w:ascii="宋体" w:hAnsi="宋体" w:eastAsia="宋体"/>
          <w:b w:val="0"/>
          <w:sz w:val="24"/>
        </w:rPr>
        <w:t>180. 2027年8月2日将发生一次日全食，全食带经过西班牙、摩洛哥、埃及、沙特阿拉伯等地，持续时间最长可达6分以上。该全食带主要经过的大洲是（）</w:t>
      </w:r>
    </w:p>
    <w:p>
      <w:pPr>
        <w:spacing w:before="20" w:after="20" w:line="400" w:lineRule="exact"/>
      </w:pPr>
      <w:r>
        <w:rPr>
          <w:rFonts w:ascii="宋体" w:hAnsi="宋体" w:eastAsia="宋体"/>
          <w:b w:val="0"/>
          <w:sz w:val="22"/>
        </w:rPr>
        <w:t xml:space="preserve">    A、亚洲和非洲        B、欧洲和美洲</w:t>
      </w:r>
    </w:p>
    <w:p>
      <w:pPr>
        <w:spacing w:before="20" w:after="80" w:line="400" w:lineRule="exact"/>
      </w:pPr>
      <w:r>
        <w:rPr>
          <w:rFonts w:ascii="宋体" w:hAnsi="宋体" w:eastAsia="宋体"/>
          <w:b w:val="0"/>
          <w:sz w:val="22"/>
        </w:rPr>
        <w:t xml:space="preserve">    C、非洲和南美洲        D、亚洲和大洋洲</w:t>
      </w:r>
    </w:p>
    <w:p>
      <w:pPr>
        <w:spacing w:before="120" w:after="40" w:line="440" w:lineRule="exact"/>
      </w:pPr>
      <w:r>
        <w:rPr>
          <w:rFonts w:ascii="宋体" w:hAnsi="宋体" w:eastAsia="宋体"/>
          <w:b w:val="0"/>
          <w:sz w:val="24"/>
        </w:rPr>
        <w:t>181. 欧洲空间局的“木星冰月探测器”（JUICE）计划于2031年抵达木星，重点研究三颗冰卫星，最终将进入哪颗卫星的轨道（）</w:t>
      </w:r>
    </w:p>
    <w:p>
      <w:pPr>
        <w:spacing w:before="20" w:after="20" w:line="400" w:lineRule="exact"/>
      </w:pPr>
      <w:r>
        <w:rPr>
          <w:rFonts w:ascii="宋体" w:hAnsi="宋体" w:eastAsia="宋体"/>
          <w:b w:val="0"/>
          <w:sz w:val="22"/>
        </w:rPr>
        <w:t xml:space="preserve">    A、木卫一        B、木卫二</w:t>
      </w:r>
    </w:p>
    <w:p>
      <w:pPr>
        <w:spacing w:before="20" w:after="80" w:line="400" w:lineRule="exact"/>
      </w:pPr>
      <w:r>
        <w:rPr>
          <w:rFonts w:ascii="宋体" w:hAnsi="宋体" w:eastAsia="宋体"/>
          <w:b w:val="0"/>
          <w:sz w:val="22"/>
        </w:rPr>
        <w:t xml:space="preserve">    C、木卫三        D、木卫四</w:t>
      </w:r>
    </w:p>
    <w:p>
      <w:pPr>
        <w:spacing w:before="120" w:after="40" w:line="440" w:lineRule="exact"/>
      </w:pPr>
      <w:r>
        <w:rPr>
          <w:rFonts w:ascii="宋体" w:hAnsi="宋体" w:eastAsia="宋体"/>
          <w:b w:val="0"/>
          <w:sz w:val="24"/>
        </w:rPr>
        <w:t>182. 2025年5月，我国“天问二号”探测器成功发射，开启我国首次小行星探测与采样返回任务。它的第一个探测目标是（）</w:t>
      </w:r>
    </w:p>
    <w:p>
      <w:pPr>
        <w:spacing w:before="20" w:after="20" w:line="400" w:lineRule="exact"/>
      </w:pPr>
      <w:r>
        <w:rPr>
          <w:rFonts w:ascii="宋体" w:hAnsi="宋体" w:eastAsia="宋体"/>
          <w:b w:val="0"/>
          <w:sz w:val="22"/>
        </w:rPr>
        <w:t xml:space="preserve">    A、近地小行星2016 HO3        B、小行星贝努</w:t>
      </w:r>
    </w:p>
    <w:p>
      <w:pPr>
        <w:spacing w:before="20" w:after="80" w:line="400" w:lineRule="exact"/>
      </w:pPr>
      <w:r>
        <w:rPr>
          <w:rFonts w:ascii="宋体" w:hAnsi="宋体" w:eastAsia="宋体"/>
          <w:b w:val="0"/>
          <w:sz w:val="22"/>
        </w:rPr>
        <w:t xml:space="preserve">    C、彗星67P        D、主带彗星311P</w:t>
      </w:r>
    </w:p>
    <w:p>
      <w:pPr>
        <w:spacing w:before="120" w:after="40" w:line="440" w:lineRule="exact"/>
      </w:pPr>
      <w:r>
        <w:rPr>
          <w:rFonts w:ascii="宋体" w:hAnsi="宋体" w:eastAsia="宋体"/>
          <w:b w:val="0"/>
          <w:sz w:val="24"/>
        </w:rPr>
        <w:t>183. 2024年1月，日本的月球探测器在月面实现了误差仅约100米的高精度着陆，该探测器的名称是（）</w:t>
      </w:r>
    </w:p>
    <w:p>
      <w:pPr>
        <w:spacing w:before="20" w:after="20" w:line="400" w:lineRule="exact"/>
      </w:pPr>
      <w:r>
        <w:rPr>
          <w:rFonts w:ascii="宋体" w:hAnsi="宋体" w:eastAsia="宋体"/>
          <w:b w:val="0"/>
          <w:sz w:val="22"/>
        </w:rPr>
        <w:t xml:space="preserve">    A、嫦娥号        B、阿波罗号</w:t>
      </w:r>
    </w:p>
    <w:p>
      <w:pPr>
        <w:spacing w:before="20" w:after="80" w:line="400" w:lineRule="exact"/>
      </w:pPr>
      <w:r>
        <w:rPr>
          <w:rFonts w:ascii="宋体" w:hAnsi="宋体" w:eastAsia="宋体"/>
          <w:b w:val="0"/>
          <w:sz w:val="22"/>
        </w:rPr>
        <w:t xml:space="preserve">    C、SLIM号        D、天问号</w:t>
      </w:r>
    </w:p>
    <w:p>
      <w:pPr>
        <w:spacing w:before="120" w:after="40" w:line="440" w:lineRule="exact"/>
      </w:pPr>
      <w:r>
        <w:rPr>
          <w:rFonts w:ascii="宋体" w:hAnsi="宋体" w:eastAsia="宋体"/>
          <w:b w:val="0"/>
          <w:sz w:val="24"/>
        </w:rPr>
        <w:t>184. 2022年5月，事件视界望远镜（EHT）公布了银河系中心超大质量黑洞的照片，这个黑洞位于人马座方向，被称为（）</w:t>
      </w:r>
    </w:p>
    <w:p>
      <w:pPr>
        <w:spacing w:before="20" w:after="20" w:line="400" w:lineRule="exact"/>
      </w:pPr>
      <w:r>
        <w:rPr>
          <w:rFonts w:ascii="宋体" w:hAnsi="宋体" w:eastAsia="宋体"/>
          <w:b w:val="0"/>
          <w:sz w:val="22"/>
        </w:rPr>
        <w:t xml:space="preserve">    A、梅西耶87黑洞        B、人马座A*</w:t>
      </w:r>
    </w:p>
    <w:p>
      <w:pPr>
        <w:spacing w:before="20" w:after="80" w:line="400" w:lineRule="exact"/>
      </w:pPr>
      <w:r>
        <w:rPr>
          <w:rFonts w:ascii="宋体" w:hAnsi="宋体" w:eastAsia="宋体"/>
          <w:b w:val="0"/>
          <w:sz w:val="22"/>
        </w:rPr>
        <w:t xml:space="preserve">    C、天鹅座X-1        D、麒麟座V616</w:t>
      </w:r>
    </w:p>
    <w:p>
      <w:pPr>
        <w:spacing w:before="120" w:after="40" w:line="440" w:lineRule="exact"/>
      </w:pPr>
      <w:r>
        <w:rPr>
          <w:rFonts w:ascii="宋体" w:hAnsi="宋体" w:eastAsia="宋体"/>
          <w:b w:val="0"/>
          <w:sz w:val="24"/>
        </w:rPr>
        <w:t>185. 我国“天问三号”任务的核心目标是把火星样品带回地球，该任务属于（）</w:t>
      </w:r>
    </w:p>
    <w:p>
      <w:pPr>
        <w:spacing w:before="20" w:after="20" w:line="400" w:lineRule="exact"/>
      </w:pPr>
      <w:r>
        <w:rPr>
          <w:rFonts w:ascii="宋体" w:hAnsi="宋体" w:eastAsia="宋体"/>
          <w:b w:val="0"/>
          <w:sz w:val="22"/>
        </w:rPr>
        <w:t xml:space="preserve">    A、火星环绕探测        B、火星采样返回</w:t>
      </w:r>
    </w:p>
    <w:p>
      <w:pPr>
        <w:spacing w:before="20" w:after="80" w:line="400" w:lineRule="exact"/>
      </w:pPr>
      <w:r>
        <w:rPr>
          <w:rFonts w:ascii="宋体" w:hAnsi="宋体" w:eastAsia="宋体"/>
          <w:b w:val="0"/>
          <w:sz w:val="22"/>
        </w:rPr>
        <w:t xml:space="preserve">    C、载人登陆火星        D、火星基地建设</w:t>
      </w:r>
    </w:p>
    <w:p>
      <w:pPr>
        <w:spacing w:before="120" w:after="40" w:line="440" w:lineRule="exact"/>
      </w:pPr>
      <w:r>
        <w:rPr>
          <w:rFonts w:ascii="宋体" w:hAnsi="宋体" w:eastAsia="宋体"/>
          <w:b w:val="0"/>
          <w:sz w:val="24"/>
        </w:rPr>
        <w:t>186. 印度空间研究组织（ISRO）的首个空间天文卫星，用于观测宇宙中的X射线源，该卫星是（）</w:t>
      </w:r>
    </w:p>
    <w:p>
      <w:pPr>
        <w:spacing w:before="20" w:after="20" w:line="400" w:lineRule="exact"/>
      </w:pPr>
      <w:r>
        <w:rPr>
          <w:rFonts w:ascii="宋体" w:hAnsi="宋体" w:eastAsia="宋体"/>
          <w:b w:val="0"/>
          <w:sz w:val="22"/>
        </w:rPr>
        <w:t xml:space="preserve">    A、AstroSat（多波段空间天文台）        B、Chandrayaan-3</w:t>
      </w:r>
    </w:p>
    <w:p>
      <w:pPr>
        <w:spacing w:before="20" w:after="80" w:line="400" w:lineRule="exact"/>
      </w:pPr>
      <w:r>
        <w:rPr>
          <w:rFonts w:ascii="宋体" w:hAnsi="宋体" w:eastAsia="宋体"/>
          <w:b w:val="0"/>
          <w:sz w:val="22"/>
        </w:rPr>
        <w:t xml:space="preserve">    C、Mangalyaan-2        D、Aditya-L1</w:t>
      </w:r>
    </w:p>
    <w:p>
      <w:pPr>
        <w:spacing w:before="120" w:after="40" w:line="440" w:lineRule="exact"/>
      </w:pPr>
      <w:r>
        <w:rPr>
          <w:rFonts w:ascii="宋体" w:hAnsi="宋体" w:eastAsia="宋体"/>
          <w:b w:val="0"/>
          <w:sz w:val="24"/>
        </w:rPr>
        <w:t>187. 2024年10月，一颗彗星成为全球天文爱好者的观测热点，它由中国科学院紫金山天文台首先发现，编号为C/2023 A3，被命名为（）</w:t>
      </w:r>
    </w:p>
    <w:p>
      <w:pPr>
        <w:spacing w:before="20" w:after="20" w:line="400" w:lineRule="exact"/>
      </w:pPr>
      <w:r>
        <w:rPr>
          <w:rFonts w:ascii="宋体" w:hAnsi="宋体" w:eastAsia="宋体"/>
          <w:b w:val="0"/>
          <w:sz w:val="22"/>
        </w:rPr>
        <w:t xml:space="preserve">    A、哈雷彗星        B、紫金山-阿特拉斯彗星</w:t>
      </w:r>
    </w:p>
    <w:p>
      <w:pPr>
        <w:spacing w:before="20" w:after="80" w:line="400" w:lineRule="exact"/>
      </w:pPr>
      <w:r>
        <w:rPr>
          <w:rFonts w:ascii="宋体" w:hAnsi="宋体" w:eastAsia="宋体"/>
          <w:b w:val="0"/>
          <w:sz w:val="22"/>
        </w:rPr>
        <w:t xml:space="preserve">    C、池谷-关彗星        D、海尔-波普彗星</w:t>
      </w:r>
    </w:p>
    <w:p>
      <w:pPr>
        <w:spacing w:before="120" w:after="40" w:line="440" w:lineRule="exact"/>
      </w:pPr>
      <w:r>
        <w:rPr>
          <w:rFonts w:ascii="宋体" w:hAnsi="宋体" w:eastAsia="宋体"/>
          <w:b w:val="0"/>
          <w:sz w:val="24"/>
        </w:rPr>
        <w:t>188. 我国在“太阳系外行星世界命名”活动中，把一颗系外行星命名为“望舒”，其母恒星命名为“羲和”。“望舒”在我国神话中指（）</w:t>
      </w:r>
    </w:p>
    <w:p>
      <w:pPr>
        <w:spacing w:before="20" w:after="20" w:line="400" w:lineRule="exact"/>
      </w:pPr>
      <w:r>
        <w:rPr>
          <w:rFonts w:ascii="宋体" w:hAnsi="宋体" w:eastAsia="宋体"/>
          <w:b w:val="0"/>
          <w:sz w:val="22"/>
        </w:rPr>
        <w:t xml:space="preserve">    A、太阳        B、月亮</w:t>
      </w:r>
    </w:p>
    <w:p>
      <w:pPr>
        <w:spacing w:before="20" w:after="80" w:line="400" w:lineRule="exact"/>
      </w:pPr>
      <w:r>
        <w:rPr>
          <w:rFonts w:ascii="宋体" w:hAnsi="宋体" w:eastAsia="宋体"/>
          <w:b w:val="0"/>
          <w:sz w:val="22"/>
        </w:rPr>
        <w:t xml:space="preserve">    C、北极星        D、织女星</w:t>
      </w:r>
    </w:p>
    <w:p>
      <w:pPr>
        <w:spacing w:before="120" w:after="40" w:line="440" w:lineRule="exact"/>
      </w:pPr>
      <w:r>
        <w:rPr>
          <w:rFonts w:ascii="宋体" w:hAnsi="宋体" w:eastAsia="宋体"/>
          <w:b w:val="0"/>
          <w:sz w:val="24"/>
        </w:rPr>
        <w:t>189. 我国“墨子号”量子科学实验卫星实现了千公里级的星地量子密钥分发和量子纠缠分发，其核心原理是（）</w:t>
      </w:r>
    </w:p>
    <w:p>
      <w:pPr>
        <w:spacing w:before="20" w:after="20" w:line="400" w:lineRule="exact"/>
      </w:pPr>
      <w:r>
        <w:rPr>
          <w:rFonts w:ascii="宋体" w:hAnsi="宋体" w:eastAsia="宋体"/>
          <w:b w:val="0"/>
          <w:sz w:val="22"/>
        </w:rPr>
        <w:t xml:space="preserve">    A、量子纠缠        B、万有引力</w:t>
      </w:r>
    </w:p>
    <w:p>
      <w:pPr>
        <w:spacing w:before="20" w:after="80" w:line="400" w:lineRule="exact"/>
      </w:pPr>
      <w:r>
        <w:rPr>
          <w:rFonts w:ascii="宋体" w:hAnsi="宋体" w:eastAsia="宋体"/>
          <w:b w:val="0"/>
          <w:sz w:val="22"/>
        </w:rPr>
        <w:t xml:space="preserve">    C、相对论        D、量子隧穿</w:t>
      </w:r>
    </w:p>
    <w:p>
      <w:pPr>
        <w:spacing w:before="120" w:after="40" w:line="440" w:lineRule="exact"/>
      </w:pPr>
      <w:r>
        <w:rPr>
          <w:rFonts w:ascii="宋体" w:hAnsi="宋体" w:eastAsia="宋体"/>
          <w:b w:val="0"/>
          <w:sz w:val="24"/>
        </w:rPr>
        <w:t>190. 月球南极地区被认为存在大量水冰，这些水冰主要存在于（）</w:t>
      </w:r>
    </w:p>
    <w:p>
      <w:pPr>
        <w:spacing w:before="20" w:after="20" w:line="400" w:lineRule="exact"/>
      </w:pPr>
      <w:r>
        <w:rPr>
          <w:rFonts w:ascii="宋体" w:hAnsi="宋体" w:eastAsia="宋体"/>
          <w:b w:val="0"/>
          <w:sz w:val="22"/>
        </w:rPr>
        <w:t xml:space="preserve">    A、阳光直射的月面        B、永久阴影区的坑底</w:t>
      </w:r>
    </w:p>
    <w:p>
      <w:pPr>
        <w:spacing w:before="20" w:after="80" w:line="400" w:lineRule="exact"/>
      </w:pPr>
      <w:r>
        <w:rPr>
          <w:rFonts w:ascii="宋体" w:hAnsi="宋体" w:eastAsia="宋体"/>
          <w:b w:val="0"/>
          <w:sz w:val="22"/>
        </w:rPr>
        <w:t xml:space="preserve">    C、月海底部        D、月球内部</w:t>
      </w:r>
    </w:p>
    <w:p>
      <w:pPr>
        <w:spacing w:before="120" w:after="40" w:line="440" w:lineRule="exact"/>
      </w:pPr>
      <w:r>
        <w:rPr>
          <w:rFonts w:ascii="宋体" w:hAnsi="宋体" w:eastAsia="宋体"/>
          <w:b w:val="0"/>
          <w:sz w:val="24"/>
        </w:rPr>
        <w:t>191. 我国计划发射的“巡天”空间望远镜（CSST）将与空间站共轨飞行，主要用于大视场巡天，其观测波段是（）</w:t>
      </w:r>
    </w:p>
    <w:p>
      <w:pPr>
        <w:spacing w:before="20" w:after="20" w:line="400" w:lineRule="exact"/>
      </w:pPr>
      <w:r>
        <w:rPr>
          <w:rFonts w:ascii="宋体" w:hAnsi="宋体" w:eastAsia="宋体"/>
          <w:b w:val="0"/>
          <w:sz w:val="22"/>
        </w:rPr>
        <w:t xml:space="preserve">    A、可见光（含近紫外到近红外）        B、射电波</w:t>
      </w:r>
    </w:p>
    <w:p>
      <w:pPr>
        <w:spacing w:before="20" w:after="80" w:line="400" w:lineRule="exact"/>
      </w:pPr>
      <w:r>
        <w:rPr>
          <w:rFonts w:ascii="宋体" w:hAnsi="宋体" w:eastAsia="宋体"/>
          <w:b w:val="0"/>
          <w:sz w:val="22"/>
        </w:rPr>
        <w:t xml:space="preserve">    C、X射线        D、伽马射线</w:t>
      </w:r>
    </w:p>
    <w:p>
      <w:pPr>
        <w:spacing w:before="120" w:after="40" w:line="440" w:lineRule="exact"/>
      </w:pPr>
      <w:r>
        <w:rPr>
          <w:rFonts w:ascii="宋体" w:hAnsi="宋体" w:eastAsia="宋体"/>
          <w:b w:val="0"/>
          <w:sz w:val="24"/>
        </w:rPr>
        <w:t>192. 欧洲航天局与俄罗斯合作的火星车任务因故推迟，该火星车名为（）</w:t>
      </w:r>
    </w:p>
    <w:p>
      <w:pPr>
        <w:spacing w:before="20" w:after="20" w:line="400" w:lineRule="exact"/>
      </w:pPr>
      <w:r>
        <w:rPr>
          <w:rFonts w:ascii="宋体" w:hAnsi="宋体" w:eastAsia="宋体"/>
          <w:b w:val="0"/>
          <w:sz w:val="22"/>
        </w:rPr>
        <w:t xml:space="preserve">    A、罗莎琳德·富兰克林号        B、毅力号</w:t>
      </w:r>
    </w:p>
    <w:p>
      <w:pPr>
        <w:spacing w:before="20" w:after="80" w:line="400" w:lineRule="exact"/>
      </w:pPr>
      <w:r>
        <w:rPr>
          <w:rFonts w:ascii="宋体" w:hAnsi="宋体" w:eastAsia="宋体"/>
          <w:b w:val="0"/>
          <w:sz w:val="22"/>
        </w:rPr>
        <w:t xml:space="preserve">    C、好奇号        D、天问一号</w:t>
      </w:r>
    </w:p>
    <w:p>
      <w:pPr>
        <w:spacing w:before="120" w:after="40" w:line="440" w:lineRule="exact"/>
      </w:pPr>
      <w:r>
        <w:rPr>
          <w:rFonts w:ascii="宋体" w:hAnsi="宋体" w:eastAsia="宋体"/>
          <w:b w:val="0"/>
          <w:sz w:val="24"/>
        </w:rPr>
        <w:t>193. 超新星爆发是恒星演化末期的一种剧烈爆发，它的主要特点是（）</w:t>
      </w:r>
    </w:p>
    <w:p>
      <w:pPr>
        <w:spacing w:before="20" w:after="20" w:line="400" w:lineRule="exact"/>
      </w:pPr>
      <w:r>
        <w:rPr>
          <w:rFonts w:ascii="宋体" w:hAnsi="宋体" w:eastAsia="宋体"/>
          <w:b w:val="0"/>
          <w:sz w:val="22"/>
        </w:rPr>
        <w:t xml:space="preserve">    A、亮度突然大幅增加        B、体积突然缩小</w:t>
      </w:r>
    </w:p>
    <w:p>
      <w:pPr>
        <w:spacing w:before="20" w:after="80" w:line="400" w:lineRule="exact"/>
      </w:pPr>
      <w:r>
        <w:rPr>
          <w:rFonts w:ascii="宋体" w:hAnsi="宋体" w:eastAsia="宋体"/>
          <w:b w:val="0"/>
          <w:sz w:val="22"/>
        </w:rPr>
        <w:t xml:space="preserve">    C、颜色变为黑色        D、速度突然减慢</w:t>
      </w:r>
    </w:p>
    <w:p>
      <w:pPr>
        <w:spacing w:before="120" w:after="40" w:line="440" w:lineRule="exact"/>
      </w:pPr>
      <w:r>
        <w:rPr>
          <w:rFonts w:ascii="宋体" w:hAnsi="宋体" w:eastAsia="宋体"/>
          <w:b w:val="0"/>
          <w:sz w:val="24"/>
        </w:rPr>
        <w:t>194. 我国“嫦娥八号”计划于2028年前后发射，与嫦娥七号协同工作，其主要任务是（）</w:t>
      </w:r>
    </w:p>
    <w:p>
      <w:pPr>
        <w:spacing w:before="20" w:after="20" w:line="400" w:lineRule="exact"/>
      </w:pPr>
      <w:r>
        <w:rPr>
          <w:rFonts w:ascii="宋体" w:hAnsi="宋体" w:eastAsia="宋体"/>
          <w:b w:val="0"/>
          <w:sz w:val="22"/>
        </w:rPr>
        <w:t xml:space="preserve">    A、月球着陆探测        B、月球采样返回</w:t>
      </w:r>
    </w:p>
    <w:p>
      <w:pPr>
        <w:spacing w:before="20" w:after="80" w:line="400" w:lineRule="exact"/>
      </w:pPr>
      <w:r>
        <w:rPr>
          <w:rFonts w:ascii="宋体" w:hAnsi="宋体" w:eastAsia="宋体"/>
          <w:b w:val="0"/>
          <w:sz w:val="22"/>
        </w:rPr>
        <w:t xml:space="preserve">    C、月球基地建设前期勘察        D、月球背面探测</w:t>
      </w:r>
    </w:p>
    <w:p>
      <w:pPr>
        <w:spacing w:before="120" w:after="40" w:line="440" w:lineRule="exact"/>
      </w:pPr>
      <w:r>
        <w:rPr>
          <w:rFonts w:ascii="宋体" w:hAnsi="宋体" w:eastAsia="宋体"/>
          <w:b w:val="0"/>
          <w:sz w:val="24"/>
        </w:rPr>
        <w:t>195. 天文学家利用一台专门测量恒星位置和视差的卫星所获得的数据，绘制出银河系最精细的三维地图，这颗卫星是（）</w:t>
      </w:r>
    </w:p>
    <w:p>
      <w:pPr>
        <w:spacing w:before="20" w:after="20" w:line="400" w:lineRule="exact"/>
      </w:pPr>
      <w:r>
        <w:rPr>
          <w:rFonts w:ascii="宋体" w:hAnsi="宋体" w:eastAsia="宋体"/>
          <w:b w:val="0"/>
          <w:sz w:val="22"/>
        </w:rPr>
        <w:t xml:space="preserve">    A、哈勃望远镜        B、詹姆斯·韦伯望远镜</w:t>
      </w:r>
    </w:p>
    <w:p>
      <w:pPr>
        <w:spacing w:before="20" w:after="80" w:line="400" w:lineRule="exact"/>
      </w:pPr>
      <w:r>
        <w:rPr>
          <w:rFonts w:ascii="宋体" w:hAnsi="宋体" w:eastAsia="宋体"/>
          <w:b w:val="0"/>
          <w:sz w:val="22"/>
        </w:rPr>
        <w:t xml:space="preserve">    C、盖亚望远镜        D、中国天眼FAST</w:t>
      </w:r>
    </w:p>
    <w:p>
      <w:pPr>
        <w:spacing w:before="120" w:after="40" w:line="440" w:lineRule="exact"/>
      </w:pPr>
      <w:r>
        <w:rPr>
          <w:rFonts w:ascii="宋体" w:hAnsi="宋体" w:eastAsia="宋体"/>
          <w:b w:val="0"/>
          <w:sz w:val="24"/>
        </w:rPr>
        <w:t>196. 1992年，我国设立“中国天文日”，以纪念中国天文学会1922年在北京成立。这一节日兼天文科普日是每年的（）</w:t>
      </w:r>
    </w:p>
    <w:p>
      <w:pPr>
        <w:spacing w:before="20" w:after="20" w:line="400" w:lineRule="exact"/>
      </w:pPr>
      <w:r>
        <w:rPr>
          <w:rFonts w:ascii="宋体" w:hAnsi="宋体" w:eastAsia="宋体"/>
          <w:b w:val="0"/>
          <w:sz w:val="22"/>
        </w:rPr>
        <w:t xml:space="preserve">    A、3月23日        B、4月24日</w:t>
      </w:r>
    </w:p>
    <w:p>
      <w:pPr>
        <w:spacing w:before="20" w:after="80" w:line="400" w:lineRule="exact"/>
      </w:pPr>
      <w:r>
        <w:rPr>
          <w:rFonts w:ascii="宋体" w:hAnsi="宋体" w:eastAsia="宋体"/>
          <w:b w:val="0"/>
          <w:sz w:val="22"/>
        </w:rPr>
        <w:t xml:space="preserve">    C、10月30日        D、5月30日</w:t>
      </w:r>
    </w:p>
    <w:p>
      <w:pPr>
        <w:spacing w:before="120" w:after="40" w:line="440" w:lineRule="exact"/>
      </w:pPr>
      <w:r>
        <w:rPr>
          <w:rFonts w:ascii="宋体" w:hAnsi="宋体" w:eastAsia="宋体"/>
          <w:b w:val="0"/>
          <w:sz w:val="24"/>
        </w:rPr>
        <w:t>197. 詹姆斯·韦布空间望远镜确认了当时已知最遥远的星系JADES-GS-z14-0，其红移约14，距离我们约（）</w:t>
      </w:r>
    </w:p>
    <w:p>
      <w:pPr>
        <w:spacing w:before="20" w:after="20" w:line="400" w:lineRule="exact"/>
      </w:pPr>
      <w:r>
        <w:rPr>
          <w:rFonts w:ascii="宋体" w:hAnsi="宋体" w:eastAsia="宋体"/>
          <w:b w:val="0"/>
          <w:sz w:val="22"/>
        </w:rPr>
        <w:t xml:space="preserve">    A、130亿光年        B、100亿光年</w:t>
      </w:r>
    </w:p>
    <w:p>
      <w:pPr>
        <w:spacing w:before="20" w:after="80" w:line="400" w:lineRule="exact"/>
      </w:pPr>
      <w:r>
        <w:rPr>
          <w:rFonts w:ascii="宋体" w:hAnsi="宋体" w:eastAsia="宋体"/>
          <w:b w:val="0"/>
          <w:sz w:val="22"/>
        </w:rPr>
        <w:t xml:space="preserve">    C、80亿光年        D、50亿光年</w:t>
      </w:r>
    </w:p>
    <w:p>
      <w:pPr>
        <w:spacing w:before="120" w:after="40" w:line="440" w:lineRule="exact"/>
      </w:pPr>
      <w:r>
        <w:rPr>
          <w:rFonts w:ascii="宋体" w:hAnsi="宋体" w:eastAsia="宋体"/>
          <w:b w:val="0"/>
          <w:sz w:val="24"/>
        </w:rPr>
        <w:t>198. 我国的北斗卫星导航系统主要提供定位、导航和授时服务，此外还具备下列哪项特色功能（）</w:t>
      </w:r>
    </w:p>
    <w:p>
      <w:pPr>
        <w:spacing w:before="20" w:after="20" w:line="400" w:lineRule="exact"/>
      </w:pPr>
      <w:r>
        <w:rPr>
          <w:rFonts w:ascii="宋体" w:hAnsi="宋体" w:eastAsia="宋体"/>
          <w:b w:val="0"/>
          <w:sz w:val="22"/>
        </w:rPr>
        <w:t xml:space="preserve">    A、短报文通信        B、天体测距</w:t>
      </w:r>
    </w:p>
    <w:p>
      <w:pPr>
        <w:spacing w:before="20" w:after="80" w:line="400" w:lineRule="exact"/>
      </w:pPr>
      <w:r>
        <w:rPr>
          <w:rFonts w:ascii="宋体" w:hAnsi="宋体" w:eastAsia="宋体"/>
          <w:b w:val="0"/>
          <w:sz w:val="22"/>
        </w:rPr>
        <w:t xml:space="preserve">    C、天文成像        D、引力波探测</w:t>
      </w:r>
    </w:p>
    <w:p>
      <w:pPr>
        <w:spacing w:before="120" w:after="40" w:line="440" w:lineRule="exact"/>
      </w:pPr>
      <w:r>
        <w:rPr>
          <w:rFonts w:ascii="宋体" w:hAnsi="宋体" w:eastAsia="宋体"/>
          <w:b w:val="0"/>
          <w:sz w:val="24"/>
        </w:rPr>
        <w:t>199. 日本“隼鸟2号”从小行星“龙宫”带回的样品中发现了什么，说明这类小行星可能在早期为地球送来了水（）</w:t>
      </w:r>
    </w:p>
    <w:p>
      <w:pPr>
        <w:spacing w:before="20" w:after="20" w:line="400" w:lineRule="exact"/>
      </w:pPr>
      <w:r>
        <w:rPr>
          <w:rFonts w:ascii="宋体" w:hAnsi="宋体" w:eastAsia="宋体"/>
          <w:b w:val="0"/>
          <w:sz w:val="22"/>
        </w:rPr>
        <w:t xml:space="preserve">    A、液态水        B、含水矿物</w:t>
      </w:r>
    </w:p>
    <w:p>
      <w:pPr>
        <w:spacing w:before="20" w:after="80" w:line="400" w:lineRule="exact"/>
      </w:pPr>
      <w:r>
        <w:rPr>
          <w:rFonts w:ascii="宋体" w:hAnsi="宋体" w:eastAsia="宋体"/>
          <w:b w:val="0"/>
          <w:sz w:val="22"/>
        </w:rPr>
        <w:t xml:space="preserve">    C、干冰        D、液态甲烷</w:t>
      </w:r>
    </w:p>
    <w:p>
      <w:pPr>
        <w:spacing w:before="120" w:after="40" w:line="440" w:lineRule="exact"/>
      </w:pPr>
      <w:r>
        <w:rPr>
          <w:rFonts w:ascii="宋体" w:hAnsi="宋体" w:eastAsia="宋体"/>
          <w:b w:val="0"/>
          <w:sz w:val="24"/>
        </w:rPr>
        <w:t>200. 我国“中国天眼”（FAST）已发现数百颗脉冲星，脉冲星的主要特点是（）</w:t>
      </w:r>
    </w:p>
    <w:p>
      <w:pPr>
        <w:spacing w:before="20" w:after="20" w:line="400" w:lineRule="exact"/>
      </w:pPr>
      <w:r>
        <w:rPr>
          <w:rFonts w:ascii="宋体" w:hAnsi="宋体" w:eastAsia="宋体"/>
          <w:b w:val="0"/>
          <w:sz w:val="22"/>
        </w:rPr>
        <w:t xml:space="preserve">    A、周期性发射电磁脉冲        B、亮度持续不变</w:t>
      </w:r>
    </w:p>
    <w:p>
      <w:pPr>
        <w:spacing w:before="20" w:after="80" w:line="400" w:lineRule="exact"/>
      </w:pPr>
      <w:r>
        <w:rPr>
          <w:rFonts w:ascii="宋体" w:hAnsi="宋体" w:eastAsia="宋体"/>
          <w:b w:val="0"/>
          <w:sz w:val="22"/>
        </w:rPr>
        <w:t xml:space="preserve">    C、体积巨大        D、质量极小</w:t>
      </w:r>
    </w:p>
    <w:p>
      <w:r>
        <w:br w:type="page"/>
      </w:r>
    </w:p>
    <w:p>
      <w:pPr>
        <w:spacing w:before="240" w:after="240"/>
      </w:pPr>
      <w:r>
        <w:rPr>
          <w:rFonts w:ascii="黑体" w:hAnsi="黑体" w:eastAsia="黑体"/>
          <w:b/>
          <w:sz w:val="32"/>
        </w:rPr>
        <w:t>天文知识竞赛初赛题库 答案解析</w:t>
      </w:r>
    </w:p>
    <w:p>
      <w:pPr>
        <w:spacing w:after="160"/>
      </w:pPr>
      <w:r>
        <w:rPr>
          <w:rFonts w:ascii="黑体" w:hAnsi="黑体" w:eastAsia="黑体"/>
          <w:b/>
          <w:sz w:val="28"/>
        </w:rPr>
        <w:t>答案速查表</w:t>
      </w:r>
    </w:p>
    <w:tbl>
      <w:tblPr>
        <w:tblStyle w:val="TableGrid"/>
        <w:tblW w:type="auto" w:w="0"/>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shd w:val="clear" w:color="auto" w:fill="4472C4"/>
          </w:tcPr>
          <w:p>
            <w:pPr>
              <w:jc w:val="center"/>
            </w:pPr>
            <w:r/>
            <w:r>
              <w:rPr>
                <w:rFonts w:ascii="宋体" w:hAnsi="宋体" w:eastAsia="宋体"/>
                <w:b w:val="0"/>
                <w:color w:val="FFFFFF"/>
                <w:sz w:val="20"/>
              </w:rPr>
              <w:t>1:B</w:t>
            </w:r>
          </w:p>
        </w:tc>
        <w:tc>
          <w:tcPr>
            <w:tcW w:type="dxa" w:w="863"/>
            <w:shd w:val="clear" w:color="auto" w:fill="4472C4"/>
          </w:tcPr>
          <w:p>
            <w:pPr>
              <w:jc w:val="center"/>
            </w:pPr>
            <w:r/>
            <w:r>
              <w:rPr>
                <w:rFonts w:ascii="宋体" w:hAnsi="宋体" w:eastAsia="宋体"/>
                <w:b w:val="0"/>
                <w:color w:val="FFFFFF"/>
                <w:sz w:val="20"/>
              </w:rPr>
              <w:t>2:A</w:t>
            </w:r>
          </w:p>
        </w:tc>
        <w:tc>
          <w:tcPr>
            <w:tcW w:type="dxa" w:w="863"/>
            <w:shd w:val="clear" w:color="auto" w:fill="4472C4"/>
          </w:tcPr>
          <w:p>
            <w:pPr>
              <w:jc w:val="center"/>
            </w:pPr>
            <w:r/>
            <w:r>
              <w:rPr>
                <w:rFonts w:ascii="宋体" w:hAnsi="宋体" w:eastAsia="宋体"/>
                <w:b w:val="0"/>
                <w:color w:val="FFFFFF"/>
                <w:sz w:val="20"/>
              </w:rPr>
              <w:t>3:C</w:t>
            </w:r>
          </w:p>
        </w:tc>
        <w:tc>
          <w:tcPr>
            <w:tcW w:type="dxa" w:w="863"/>
            <w:shd w:val="clear" w:color="auto" w:fill="4472C4"/>
          </w:tcPr>
          <w:p>
            <w:pPr>
              <w:jc w:val="center"/>
            </w:pPr>
            <w:r/>
            <w:r>
              <w:rPr>
                <w:rFonts w:ascii="宋体" w:hAnsi="宋体" w:eastAsia="宋体"/>
                <w:b w:val="0"/>
                <w:color w:val="FFFFFF"/>
                <w:sz w:val="20"/>
              </w:rPr>
              <w:t>4:C</w:t>
            </w:r>
          </w:p>
        </w:tc>
        <w:tc>
          <w:tcPr>
            <w:tcW w:type="dxa" w:w="863"/>
            <w:shd w:val="clear" w:color="auto" w:fill="4472C4"/>
          </w:tcPr>
          <w:p>
            <w:pPr>
              <w:jc w:val="center"/>
            </w:pPr>
            <w:r/>
            <w:r>
              <w:rPr>
                <w:rFonts w:ascii="宋体" w:hAnsi="宋体" w:eastAsia="宋体"/>
                <w:b w:val="0"/>
                <w:color w:val="FFFFFF"/>
                <w:sz w:val="20"/>
              </w:rPr>
              <w:t>5:C</w:t>
            </w:r>
          </w:p>
        </w:tc>
        <w:tc>
          <w:tcPr>
            <w:tcW w:type="dxa" w:w="863"/>
            <w:shd w:val="clear" w:color="auto" w:fill="4472C4"/>
          </w:tcPr>
          <w:p>
            <w:pPr>
              <w:jc w:val="center"/>
            </w:pPr>
            <w:r/>
            <w:r>
              <w:rPr>
                <w:rFonts w:ascii="宋体" w:hAnsi="宋体" w:eastAsia="宋体"/>
                <w:b w:val="0"/>
                <w:color w:val="FFFFFF"/>
                <w:sz w:val="20"/>
              </w:rPr>
              <w:t>6:A</w:t>
            </w:r>
          </w:p>
        </w:tc>
        <w:tc>
          <w:tcPr>
            <w:tcW w:type="dxa" w:w="863"/>
            <w:shd w:val="clear" w:color="auto" w:fill="4472C4"/>
          </w:tcPr>
          <w:p>
            <w:pPr>
              <w:jc w:val="center"/>
            </w:pPr>
            <w:r/>
            <w:r>
              <w:rPr>
                <w:rFonts w:ascii="宋体" w:hAnsi="宋体" w:eastAsia="宋体"/>
                <w:b w:val="0"/>
                <w:color w:val="FFFFFF"/>
                <w:sz w:val="20"/>
              </w:rPr>
              <w:t>7:B</w:t>
            </w:r>
          </w:p>
        </w:tc>
        <w:tc>
          <w:tcPr>
            <w:tcW w:type="dxa" w:w="863"/>
            <w:shd w:val="clear" w:color="auto" w:fill="4472C4"/>
          </w:tcPr>
          <w:p>
            <w:pPr>
              <w:jc w:val="center"/>
            </w:pPr>
            <w:r/>
            <w:r>
              <w:rPr>
                <w:rFonts w:ascii="宋体" w:hAnsi="宋体" w:eastAsia="宋体"/>
                <w:b w:val="0"/>
                <w:color w:val="FFFFFF"/>
                <w:sz w:val="20"/>
              </w:rPr>
              <w:t>8:B</w:t>
            </w:r>
          </w:p>
        </w:tc>
        <w:tc>
          <w:tcPr>
            <w:tcW w:type="dxa" w:w="863"/>
            <w:shd w:val="clear" w:color="auto" w:fill="4472C4"/>
          </w:tcPr>
          <w:p>
            <w:pPr>
              <w:jc w:val="center"/>
            </w:pPr>
            <w:r/>
            <w:r>
              <w:rPr>
                <w:rFonts w:ascii="宋体" w:hAnsi="宋体" w:eastAsia="宋体"/>
                <w:b w:val="0"/>
                <w:color w:val="FFFFFF"/>
                <w:sz w:val="20"/>
              </w:rPr>
              <w:t>9:C</w:t>
            </w:r>
          </w:p>
        </w:tc>
        <w:tc>
          <w:tcPr>
            <w:tcW w:type="dxa" w:w="863"/>
            <w:shd w:val="clear" w:color="auto" w:fill="4472C4"/>
          </w:tcPr>
          <w:p>
            <w:pPr>
              <w:jc w:val="center"/>
            </w:pPr>
            <w:r/>
            <w:r>
              <w:rPr>
                <w:rFonts w:ascii="宋体" w:hAnsi="宋体" w:eastAsia="宋体"/>
                <w:b w:val="0"/>
                <w:color w:val="FFFFFF"/>
                <w:sz w:val="20"/>
              </w:rPr>
              <w:t>10:B</w:t>
            </w:r>
          </w:p>
        </w:tc>
      </w:tr>
      <w:tr>
        <w:tc>
          <w:tcPr>
            <w:tcW w:type="dxa" w:w="863"/>
          </w:tcPr>
          <w:p>
            <w:pPr>
              <w:jc w:val="center"/>
            </w:pPr>
            <w:r/>
            <w:r>
              <w:rPr>
                <w:rFonts w:ascii="宋体" w:hAnsi="宋体" w:eastAsia="宋体"/>
                <w:b w:val="0"/>
                <w:sz w:val="20"/>
              </w:rPr>
              <w:t>11:C</w:t>
            </w:r>
          </w:p>
        </w:tc>
        <w:tc>
          <w:tcPr>
            <w:tcW w:type="dxa" w:w="863"/>
          </w:tcPr>
          <w:p>
            <w:pPr>
              <w:jc w:val="center"/>
            </w:pPr>
            <w:r/>
            <w:r>
              <w:rPr>
                <w:rFonts w:ascii="宋体" w:hAnsi="宋体" w:eastAsia="宋体"/>
                <w:b w:val="0"/>
                <w:sz w:val="20"/>
              </w:rPr>
              <w:t>12:C</w:t>
            </w:r>
          </w:p>
        </w:tc>
        <w:tc>
          <w:tcPr>
            <w:tcW w:type="dxa" w:w="863"/>
          </w:tcPr>
          <w:p>
            <w:pPr>
              <w:jc w:val="center"/>
            </w:pPr>
            <w:r/>
            <w:r>
              <w:rPr>
                <w:rFonts w:ascii="宋体" w:hAnsi="宋体" w:eastAsia="宋体"/>
                <w:b w:val="0"/>
                <w:sz w:val="20"/>
              </w:rPr>
              <w:t>13:B</w:t>
            </w:r>
          </w:p>
        </w:tc>
        <w:tc>
          <w:tcPr>
            <w:tcW w:type="dxa" w:w="863"/>
          </w:tcPr>
          <w:p>
            <w:pPr>
              <w:jc w:val="center"/>
            </w:pPr>
            <w:r/>
            <w:r>
              <w:rPr>
                <w:rFonts w:ascii="宋体" w:hAnsi="宋体" w:eastAsia="宋体"/>
                <w:b w:val="0"/>
                <w:sz w:val="20"/>
              </w:rPr>
              <w:t>14:B</w:t>
            </w:r>
          </w:p>
        </w:tc>
        <w:tc>
          <w:tcPr>
            <w:tcW w:type="dxa" w:w="863"/>
          </w:tcPr>
          <w:p>
            <w:pPr>
              <w:jc w:val="center"/>
            </w:pPr>
            <w:r/>
            <w:r>
              <w:rPr>
                <w:rFonts w:ascii="宋体" w:hAnsi="宋体" w:eastAsia="宋体"/>
                <w:b w:val="0"/>
                <w:sz w:val="20"/>
              </w:rPr>
              <w:t>15:C</w:t>
            </w:r>
          </w:p>
        </w:tc>
        <w:tc>
          <w:tcPr>
            <w:tcW w:type="dxa" w:w="863"/>
          </w:tcPr>
          <w:p>
            <w:pPr>
              <w:jc w:val="center"/>
            </w:pPr>
            <w:r/>
            <w:r>
              <w:rPr>
                <w:rFonts w:ascii="宋体" w:hAnsi="宋体" w:eastAsia="宋体"/>
                <w:b w:val="0"/>
                <w:sz w:val="20"/>
              </w:rPr>
              <w:t>16:B</w:t>
            </w:r>
          </w:p>
        </w:tc>
        <w:tc>
          <w:tcPr>
            <w:tcW w:type="dxa" w:w="863"/>
          </w:tcPr>
          <w:p>
            <w:pPr>
              <w:jc w:val="center"/>
            </w:pPr>
            <w:r/>
            <w:r>
              <w:rPr>
                <w:rFonts w:ascii="宋体" w:hAnsi="宋体" w:eastAsia="宋体"/>
                <w:b w:val="0"/>
                <w:sz w:val="20"/>
              </w:rPr>
              <w:t>17:A</w:t>
            </w:r>
          </w:p>
        </w:tc>
        <w:tc>
          <w:tcPr>
            <w:tcW w:type="dxa" w:w="863"/>
          </w:tcPr>
          <w:p>
            <w:pPr>
              <w:jc w:val="center"/>
            </w:pPr>
            <w:r/>
            <w:r>
              <w:rPr>
                <w:rFonts w:ascii="宋体" w:hAnsi="宋体" w:eastAsia="宋体"/>
                <w:b w:val="0"/>
                <w:sz w:val="20"/>
              </w:rPr>
              <w:t>18:C</w:t>
            </w:r>
          </w:p>
        </w:tc>
        <w:tc>
          <w:tcPr>
            <w:tcW w:type="dxa" w:w="863"/>
          </w:tcPr>
          <w:p>
            <w:pPr>
              <w:jc w:val="center"/>
            </w:pPr>
            <w:r/>
            <w:r>
              <w:rPr>
                <w:rFonts w:ascii="宋体" w:hAnsi="宋体" w:eastAsia="宋体"/>
                <w:b w:val="0"/>
                <w:sz w:val="20"/>
              </w:rPr>
              <w:t>19:C</w:t>
            </w:r>
          </w:p>
        </w:tc>
        <w:tc>
          <w:tcPr>
            <w:tcW w:type="dxa" w:w="863"/>
          </w:tcPr>
          <w:p>
            <w:pPr>
              <w:jc w:val="center"/>
            </w:pPr>
            <w:r/>
            <w:r>
              <w:rPr>
                <w:rFonts w:ascii="宋体" w:hAnsi="宋体" w:eastAsia="宋体"/>
                <w:b w:val="0"/>
                <w:sz w:val="20"/>
              </w:rPr>
              <w:t>20:B</w:t>
            </w:r>
          </w:p>
        </w:tc>
      </w:tr>
      <w:tr>
        <w:tc>
          <w:tcPr>
            <w:tcW w:type="dxa" w:w="863"/>
          </w:tcPr>
          <w:p>
            <w:pPr>
              <w:jc w:val="center"/>
            </w:pPr>
            <w:r/>
            <w:r>
              <w:rPr>
                <w:rFonts w:ascii="宋体" w:hAnsi="宋体" w:eastAsia="宋体"/>
                <w:b w:val="0"/>
                <w:sz w:val="20"/>
              </w:rPr>
              <w:t>21:A</w:t>
            </w:r>
          </w:p>
        </w:tc>
        <w:tc>
          <w:tcPr>
            <w:tcW w:type="dxa" w:w="863"/>
          </w:tcPr>
          <w:p>
            <w:pPr>
              <w:jc w:val="center"/>
            </w:pPr>
            <w:r/>
            <w:r>
              <w:rPr>
                <w:rFonts w:ascii="宋体" w:hAnsi="宋体" w:eastAsia="宋体"/>
                <w:b w:val="0"/>
                <w:sz w:val="20"/>
              </w:rPr>
              <w:t>22:B</w:t>
            </w:r>
          </w:p>
        </w:tc>
        <w:tc>
          <w:tcPr>
            <w:tcW w:type="dxa" w:w="863"/>
          </w:tcPr>
          <w:p>
            <w:pPr>
              <w:jc w:val="center"/>
            </w:pPr>
            <w:r/>
            <w:r>
              <w:rPr>
                <w:rFonts w:ascii="宋体" w:hAnsi="宋体" w:eastAsia="宋体"/>
                <w:b w:val="0"/>
                <w:sz w:val="20"/>
              </w:rPr>
              <w:t>23:B</w:t>
            </w:r>
          </w:p>
        </w:tc>
        <w:tc>
          <w:tcPr>
            <w:tcW w:type="dxa" w:w="863"/>
          </w:tcPr>
          <w:p>
            <w:pPr>
              <w:jc w:val="center"/>
            </w:pPr>
            <w:r/>
            <w:r>
              <w:rPr>
                <w:rFonts w:ascii="宋体" w:hAnsi="宋体" w:eastAsia="宋体"/>
                <w:b w:val="0"/>
                <w:sz w:val="20"/>
              </w:rPr>
              <w:t>24:B</w:t>
            </w:r>
          </w:p>
        </w:tc>
        <w:tc>
          <w:tcPr>
            <w:tcW w:type="dxa" w:w="863"/>
          </w:tcPr>
          <w:p>
            <w:pPr>
              <w:jc w:val="center"/>
            </w:pPr>
            <w:r/>
            <w:r>
              <w:rPr>
                <w:rFonts w:ascii="宋体" w:hAnsi="宋体" w:eastAsia="宋体"/>
                <w:b w:val="0"/>
                <w:sz w:val="20"/>
              </w:rPr>
              <w:t>25:C</w:t>
            </w:r>
          </w:p>
        </w:tc>
        <w:tc>
          <w:tcPr>
            <w:tcW w:type="dxa" w:w="863"/>
          </w:tcPr>
          <w:p>
            <w:pPr>
              <w:jc w:val="center"/>
            </w:pPr>
            <w:r/>
            <w:r>
              <w:rPr>
                <w:rFonts w:ascii="宋体" w:hAnsi="宋体" w:eastAsia="宋体"/>
                <w:b w:val="0"/>
                <w:sz w:val="20"/>
              </w:rPr>
              <w:t>26:A</w:t>
            </w:r>
          </w:p>
        </w:tc>
        <w:tc>
          <w:tcPr>
            <w:tcW w:type="dxa" w:w="863"/>
          </w:tcPr>
          <w:p>
            <w:pPr>
              <w:jc w:val="center"/>
            </w:pPr>
            <w:r/>
            <w:r>
              <w:rPr>
                <w:rFonts w:ascii="宋体" w:hAnsi="宋体" w:eastAsia="宋体"/>
                <w:b w:val="0"/>
                <w:sz w:val="20"/>
              </w:rPr>
              <w:t>27:B</w:t>
            </w:r>
          </w:p>
        </w:tc>
        <w:tc>
          <w:tcPr>
            <w:tcW w:type="dxa" w:w="863"/>
          </w:tcPr>
          <w:p>
            <w:pPr>
              <w:jc w:val="center"/>
            </w:pPr>
            <w:r/>
            <w:r>
              <w:rPr>
                <w:rFonts w:ascii="宋体" w:hAnsi="宋体" w:eastAsia="宋体"/>
                <w:b w:val="0"/>
                <w:sz w:val="20"/>
              </w:rPr>
              <w:t>28:B</w:t>
            </w:r>
          </w:p>
        </w:tc>
        <w:tc>
          <w:tcPr>
            <w:tcW w:type="dxa" w:w="863"/>
          </w:tcPr>
          <w:p>
            <w:pPr>
              <w:jc w:val="center"/>
            </w:pPr>
            <w:r/>
            <w:r>
              <w:rPr>
                <w:rFonts w:ascii="宋体" w:hAnsi="宋体" w:eastAsia="宋体"/>
                <w:b w:val="0"/>
                <w:sz w:val="20"/>
              </w:rPr>
              <w:t>29:B</w:t>
            </w:r>
          </w:p>
        </w:tc>
        <w:tc>
          <w:tcPr>
            <w:tcW w:type="dxa" w:w="863"/>
          </w:tcPr>
          <w:p>
            <w:pPr>
              <w:jc w:val="center"/>
            </w:pPr>
            <w:r/>
            <w:r>
              <w:rPr>
                <w:rFonts w:ascii="宋体" w:hAnsi="宋体" w:eastAsia="宋体"/>
                <w:b w:val="0"/>
                <w:sz w:val="20"/>
              </w:rPr>
              <w:t>30:C</w:t>
            </w:r>
          </w:p>
        </w:tc>
      </w:tr>
      <w:tr>
        <w:tc>
          <w:tcPr>
            <w:tcW w:type="dxa" w:w="863"/>
          </w:tcPr>
          <w:p>
            <w:pPr>
              <w:jc w:val="center"/>
            </w:pPr>
            <w:r>
              <w:t>31:D</w:t>
            </w:r>
            <w:r>
              <w:rPr>
                <w:rFonts w:ascii="宋体" w:hAnsi="宋体" w:eastAsia="宋体"/>
                <w:b w:val="0"/>
                <w:sz w:val="20"/>
              </w:rPr>
            </w:r>
          </w:p>
        </w:tc>
        <w:tc>
          <w:tcPr>
            <w:tcW w:type="dxa" w:w="863"/>
          </w:tcPr>
          <w:p>
            <w:pPr>
              <w:jc w:val="center"/>
            </w:pPr>
            <w:r/>
            <w:r>
              <w:rPr>
                <w:rFonts w:ascii="宋体" w:hAnsi="宋体" w:eastAsia="宋体"/>
                <w:b w:val="0"/>
                <w:sz w:val="20"/>
              </w:rPr>
              <w:t>32:B</w:t>
            </w:r>
          </w:p>
        </w:tc>
        <w:tc>
          <w:tcPr>
            <w:tcW w:type="dxa" w:w="863"/>
          </w:tcPr>
          <w:p>
            <w:pPr>
              <w:jc w:val="center"/>
            </w:pPr>
            <w:r/>
            <w:r>
              <w:rPr>
                <w:rFonts w:ascii="宋体" w:hAnsi="宋体" w:eastAsia="宋体"/>
                <w:b w:val="0"/>
                <w:sz w:val="20"/>
              </w:rPr>
              <w:t>33:B</w:t>
            </w:r>
          </w:p>
        </w:tc>
        <w:tc>
          <w:tcPr>
            <w:tcW w:type="dxa" w:w="863"/>
          </w:tcPr>
          <w:p>
            <w:pPr>
              <w:jc w:val="center"/>
            </w:pPr>
            <w:r/>
            <w:r>
              <w:rPr>
                <w:rFonts w:ascii="宋体" w:hAnsi="宋体" w:eastAsia="宋体"/>
                <w:b w:val="0"/>
                <w:sz w:val="20"/>
              </w:rPr>
              <w:t>34:A</w:t>
            </w:r>
          </w:p>
        </w:tc>
        <w:tc>
          <w:tcPr>
            <w:tcW w:type="dxa" w:w="863"/>
          </w:tcPr>
          <w:p>
            <w:pPr>
              <w:jc w:val="center"/>
            </w:pPr>
            <w:r/>
            <w:r>
              <w:rPr>
                <w:rFonts w:ascii="宋体" w:hAnsi="宋体" w:eastAsia="宋体"/>
                <w:b w:val="0"/>
                <w:sz w:val="20"/>
              </w:rPr>
              <w:t>35:B</w:t>
            </w:r>
          </w:p>
        </w:tc>
        <w:tc>
          <w:tcPr>
            <w:tcW w:type="dxa" w:w="863"/>
          </w:tcPr>
          <w:p>
            <w:pPr>
              <w:jc w:val="center"/>
            </w:pPr>
            <w:r/>
            <w:r>
              <w:rPr>
                <w:rFonts w:ascii="宋体" w:hAnsi="宋体" w:eastAsia="宋体"/>
                <w:b w:val="0"/>
                <w:sz w:val="20"/>
              </w:rPr>
              <w:t>36:B</w:t>
            </w:r>
          </w:p>
        </w:tc>
        <w:tc>
          <w:tcPr>
            <w:tcW w:type="dxa" w:w="863"/>
          </w:tcPr>
          <w:p>
            <w:pPr>
              <w:jc w:val="center"/>
            </w:pPr>
            <w:r/>
            <w:r>
              <w:rPr>
                <w:rFonts w:ascii="宋体" w:hAnsi="宋体" w:eastAsia="宋体"/>
                <w:b w:val="0"/>
                <w:sz w:val="20"/>
              </w:rPr>
              <w:t>37:B</w:t>
            </w:r>
          </w:p>
        </w:tc>
        <w:tc>
          <w:tcPr>
            <w:tcW w:type="dxa" w:w="863"/>
          </w:tcPr>
          <w:p>
            <w:pPr>
              <w:jc w:val="center"/>
            </w:pPr>
            <w:r/>
            <w:r>
              <w:rPr>
                <w:rFonts w:ascii="宋体" w:hAnsi="宋体" w:eastAsia="宋体"/>
                <w:b w:val="0"/>
                <w:sz w:val="20"/>
              </w:rPr>
              <w:t>38:B</w:t>
            </w:r>
          </w:p>
        </w:tc>
        <w:tc>
          <w:tcPr>
            <w:tcW w:type="dxa" w:w="863"/>
          </w:tcPr>
          <w:p>
            <w:pPr>
              <w:jc w:val="center"/>
            </w:pPr>
            <w:r/>
            <w:r>
              <w:rPr>
                <w:rFonts w:ascii="宋体" w:hAnsi="宋体" w:eastAsia="宋体"/>
                <w:b w:val="0"/>
                <w:sz w:val="20"/>
              </w:rPr>
              <w:t>39:C</w:t>
            </w:r>
          </w:p>
        </w:tc>
        <w:tc>
          <w:tcPr>
            <w:tcW w:type="dxa" w:w="863"/>
          </w:tcPr>
          <w:p>
            <w:pPr>
              <w:jc w:val="center"/>
            </w:pPr>
            <w:r/>
            <w:r>
              <w:rPr>
                <w:rFonts w:ascii="宋体" w:hAnsi="宋体" w:eastAsia="宋体"/>
                <w:b w:val="0"/>
                <w:sz w:val="20"/>
              </w:rPr>
              <w:t>40:A</w:t>
            </w:r>
          </w:p>
        </w:tc>
      </w:tr>
      <w:tr>
        <w:tc>
          <w:tcPr>
            <w:tcW w:type="dxa" w:w="863"/>
          </w:tcPr>
          <w:p>
            <w:pPr>
              <w:jc w:val="center"/>
            </w:pPr>
            <w:r/>
            <w:r>
              <w:rPr>
                <w:rFonts w:ascii="宋体" w:hAnsi="宋体" w:eastAsia="宋体"/>
                <w:b w:val="0"/>
                <w:sz w:val="20"/>
              </w:rPr>
              <w:t>41:C</w:t>
            </w:r>
          </w:p>
        </w:tc>
        <w:tc>
          <w:tcPr>
            <w:tcW w:type="dxa" w:w="863"/>
          </w:tcPr>
          <w:p>
            <w:pPr>
              <w:jc w:val="center"/>
            </w:pPr>
            <w:r/>
            <w:r>
              <w:rPr>
                <w:rFonts w:ascii="宋体" w:hAnsi="宋体" w:eastAsia="宋体"/>
                <w:b w:val="0"/>
                <w:sz w:val="20"/>
              </w:rPr>
              <w:t>42:A</w:t>
            </w:r>
          </w:p>
        </w:tc>
        <w:tc>
          <w:tcPr>
            <w:tcW w:type="dxa" w:w="863"/>
          </w:tcPr>
          <w:p>
            <w:pPr>
              <w:jc w:val="center"/>
            </w:pPr>
            <w:r/>
            <w:r>
              <w:rPr>
                <w:rFonts w:ascii="宋体" w:hAnsi="宋体" w:eastAsia="宋体"/>
                <w:b w:val="0"/>
                <w:sz w:val="20"/>
              </w:rPr>
              <w:t>43:C</w:t>
            </w:r>
          </w:p>
        </w:tc>
        <w:tc>
          <w:tcPr>
            <w:tcW w:type="dxa" w:w="863"/>
          </w:tcPr>
          <w:p>
            <w:pPr>
              <w:jc w:val="center"/>
            </w:pPr>
            <w:r/>
            <w:r>
              <w:rPr>
                <w:rFonts w:ascii="宋体" w:hAnsi="宋体" w:eastAsia="宋体"/>
                <w:b w:val="0"/>
                <w:sz w:val="20"/>
              </w:rPr>
              <w:t>44:D</w:t>
            </w:r>
          </w:p>
        </w:tc>
        <w:tc>
          <w:tcPr>
            <w:tcW w:type="dxa" w:w="863"/>
          </w:tcPr>
          <w:p>
            <w:pPr>
              <w:jc w:val="center"/>
            </w:pPr>
            <w:r/>
            <w:r>
              <w:rPr>
                <w:rFonts w:ascii="宋体" w:hAnsi="宋体" w:eastAsia="宋体"/>
                <w:b w:val="0"/>
                <w:sz w:val="20"/>
              </w:rPr>
              <w:t>45:A</w:t>
            </w:r>
          </w:p>
        </w:tc>
        <w:tc>
          <w:tcPr>
            <w:tcW w:type="dxa" w:w="863"/>
          </w:tcPr>
          <w:p>
            <w:pPr>
              <w:jc w:val="center"/>
            </w:pPr>
            <w:r/>
            <w:r>
              <w:rPr>
                <w:rFonts w:ascii="宋体" w:hAnsi="宋体" w:eastAsia="宋体"/>
                <w:b w:val="0"/>
                <w:sz w:val="20"/>
              </w:rPr>
              <w:t>46:B</w:t>
            </w:r>
          </w:p>
        </w:tc>
        <w:tc>
          <w:tcPr>
            <w:tcW w:type="dxa" w:w="863"/>
          </w:tcPr>
          <w:p>
            <w:pPr>
              <w:jc w:val="center"/>
            </w:pPr>
            <w:r/>
            <w:r>
              <w:rPr>
                <w:rFonts w:ascii="宋体" w:hAnsi="宋体" w:eastAsia="宋体"/>
                <w:b w:val="0"/>
                <w:sz w:val="20"/>
              </w:rPr>
              <w:t>47:D</w:t>
            </w:r>
          </w:p>
        </w:tc>
        <w:tc>
          <w:tcPr>
            <w:tcW w:type="dxa" w:w="863"/>
          </w:tcPr>
          <w:p>
            <w:pPr>
              <w:jc w:val="center"/>
            </w:pPr>
            <w:r/>
            <w:r>
              <w:rPr>
                <w:rFonts w:ascii="宋体" w:hAnsi="宋体" w:eastAsia="宋体"/>
                <w:b w:val="0"/>
                <w:sz w:val="20"/>
              </w:rPr>
              <w:t>48:C</w:t>
            </w:r>
          </w:p>
        </w:tc>
        <w:tc>
          <w:tcPr>
            <w:tcW w:type="dxa" w:w="863"/>
          </w:tcPr>
          <w:p>
            <w:pPr>
              <w:jc w:val="center"/>
            </w:pPr>
            <w:r/>
            <w:r>
              <w:rPr>
                <w:rFonts w:ascii="宋体" w:hAnsi="宋体" w:eastAsia="宋体"/>
                <w:b w:val="0"/>
                <w:sz w:val="20"/>
              </w:rPr>
              <w:t>49:D</w:t>
            </w:r>
          </w:p>
        </w:tc>
        <w:tc>
          <w:tcPr>
            <w:tcW w:type="dxa" w:w="863"/>
          </w:tcPr>
          <w:p>
            <w:pPr>
              <w:jc w:val="center"/>
            </w:pPr>
            <w:r/>
            <w:r>
              <w:rPr>
                <w:rFonts w:ascii="宋体" w:hAnsi="宋体" w:eastAsia="宋体"/>
                <w:b w:val="0"/>
                <w:sz w:val="20"/>
              </w:rPr>
              <w:t>50:B</w:t>
            </w:r>
          </w:p>
        </w:tc>
      </w:tr>
      <w:tr>
        <w:tc>
          <w:tcPr>
            <w:tcW w:type="dxa" w:w="863"/>
          </w:tcPr>
          <w:p>
            <w:pPr>
              <w:jc w:val="center"/>
            </w:pPr>
            <w:r/>
            <w:r>
              <w:rPr>
                <w:rFonts w:ascii="宋体" w:hAnsi="宋体" w:eastAsia="宋体"/>
                <w:b w:val="0"/>
                <w:sz w:val="20"/>
              </w:rPr>
              <w:t>51:A</w:t>
            </w:r>
          </w:p>
        </w:tc>
        <w:tc>
          <w:tcPr>
            <w:tcW w:type="dxa" w:w="863"/>
          </w:tcPr>
          <w:p>
            <w:pPr>
              <w:jc w:val="center"/>
            </w:pPr>
            <w:r/>
            <w:r>
              <w:rPr>
                <w:rFonts w:ascii="宋体" w:hAnsi="宋体" w:eastAsia="宋体"/>
                <w:b w:val="0"/>
                <w:sz w:val="20"/>
              </w:rPr>
              <w:t>52:A</w:t>
            </w:r>
          </w:p>
        </w:tc>
        <w:tc>
          <w:tcPr>
            <w:tcW w:type="dxa" w:w="863"/>
          </w:tcPr>
          <w:p>
            <w:pPr>
              <w:jc w:val="center"/>
            </w:pPr>
            <w:r/>
            <w:r>
              <w:rPr>
                <w:rFonts w:ascii="宋体" w:hAnsi="宋体" w:eastAsia="宋体"/>
                <w:b w:val="0"/>
                <w:sz w:val="20"/>
              </w:rPr>
              <w:t>53:B</w:t>
            </w:r>
          </w:p>
        </w:tc>
        <w:tc>
          <w:tcPr>
            <w:tcW w:type="dxa" w:w="863"/>
          </w:tcPr>
          <w:p>
            <w:pPr>
              <w:jc w:val="center"/>
            </w:pPr>
            <w:r/>
            <w:r>
              <w:rPr>
                <w:rFonts w:ascii="宋体" w:hAnsi="宋体" w:eastAsia="宋体"/>
                <w:b w:val="0"/>
                <w:sz w:val="20"/>
              </w:rPr>
              <w:t>54:A</w:t>
            </w:r>
          </w:p>
        </w:tc>
        <w:tc>
          <w:tcPr>
            <w:tcW w:type="dxa" w:w="863"/>
          </w:tcPr>
          <w:p>
            <w:pPr>
              <w:jc w:val="center"/>
            </w:pPr>
            <w:r/>
            <w:r>
              <w:rPr>
                <w:rFonts w:ascii="宋体" w:hAnsi="宋体" w:eastAsia="宋体"/>
                <w:b w:val="0"/>
                <w:sz w:val="20"/>
              </w:rPr>
              <w:t>55:B</w:t>
            </w:r>
          </w:p>
        </w:tc>
        <w:tc>
          <w:tcPr>
            <w:tcW w:type="dxa" w:w="863"/>
          </w:tcPr>
          <w:p>
            <w:pPr>
              <w:jc w:val="center"/>
            </w:pPr>
            <w:r/>
            <w:r>
              <w:rPr>
                <w:rFonts w:ascii="宋体" w:hAnsi="宋体" w:eastAsia="宋体"/>
                <w:b w:val="0"/>
                <w:sz w:val="20"/>
              </w:rPr>
              <w:t>56:A</w:t>
            </w:r>
          </w:p>
        </w:tc>
        <w:tc>
          <w:tcPr>
            <w:tcW w:type="dxa" w:w="863"/>
          </w:tcPr>
          <w:p>
            <w:pPr>
              <w:jc w:val="center"/>
            </w:pPr>
            <w:r/>
            <w:r>
              <w:rPr>
                <w:rFonts w:ascii="宋体" w:hAnsi="宋体" w:eastAsia="宋体"/>
                <w:b w:val="0"/>
                <w:sz w:val="20"/>
              </w:rPr>
              <w:t>57:B</w:t>
            </w:r>
          </w:p>
        </w:tc>
        <w:tc>
          <w:tcPr>
            <w:tcW w:type="dxa" w:w="863"/>
          </w:tcPr>
          <w:p>
            <w:pPr>
              <w:jc w:val="center"/>
            </w:pPr>
            <w:r/>
            <w:r>
              <w:rPr>
                <w:rFonts w:ascii="宋体" w:hAnsi="宋体" w:eastAsia="宋体"/>
                <w:b w:val="0"/>
                <w:sz w:val="20"/>
              </w:rPr>
              <w:t>58:B</w:t>
            </w:r>
          </w:p>
        </w:tc>
        <w:tc>
          <w:tcPr>
            <w:tcW w:type="dxa" w:w="863"/>
          </w:tcPr>
          <w:p>
            <w:pPr>
              <w:jc w:val="center"/>
            </w:pPr>
            <w:r/>
            <w:r>
              <w:rPr>
                <w:rFonts w:ascii="宋体" w:hAnsi="宋体" w:eastAsia="宋体"/>
                <w:b w:val="0"/>
                <w:sz w:val="20"/>
              </w:rPr>
              <w:t>59:B</w:t>
            </w:r>
          </w:p>
        </w:tc>
        <w:tc>
          <w:tcPr>
            <w:tcW w:type="dxa" w:w="863"/>
          </w:tcPr>
          <w:p>
            <w:pPr>
              <w:jc w:val="center"/>
            </w:pPr>
            <w:r/>
            <w:r>
              <w:rPr>
                <w:rFonts w:ascii="宋体" w:hAnsi="宋体" w:eastAsia="宋体"/>
                <w:b w:val="0"/>
                <w:sz w:val="20"/>
              </w:rPr>
              <w:t>60:B</w:t>
            </w:r>
          </w:p>
        </w:tc>
      </w:tr>
      <w:tr>
        <w:tc>
          <w:tcPr>
            <w:tcW w:type="dxa" w:w="863"/>
          </w:tcPr>
          <w:p>
            <w:pPr>
              <w:jc w:val="center"/>
            </w:pPr>
            <w:r/>
            <w:r>
              <w:rPr>
                <w:rFonts w:ascii="宋体" w:hAnsi="宋体" w:eastAsia="宋体"/>
                <w:b w:val="0"/>
                <w:sz w:val="20"/>
              </w:rPr>
              <w:t>61:A</w:t>
            </w:r>
          </w:p>
        </w:tc>
        <w:tc>
          <w:tcPr>
            <w:tcW w:type="dxa" w:w="863"/>
          </w:tcPr>
          <w:p>
            <w:pPr>
              <w:jc w:val="center"/>
            </w:pPr>
            <w:r/>
            <w:r>
              <w:rPr>
                <w:rFonts w:ascii="宋体" w:hAnsi="宋体" w:eastAsia="宋体"/>
                <w:b w:val="0"/>
                <w:sz w:val="20"/>
              </w:rPr>
              <w:t>62:B</w:t>
            </w:r>
          </w:p>
        </w:tc>
        <w:tc>
          <w:tcPr>
            <w:tcW w:type="dxa" w:w="863"/>
          </w:tcPr>
          <w:p>
            <w:pPr>
              <w:jc w:val="center"/>
            </w:pPr>
            <w:r/>
            <w:r>
              <w:rPr>
                <w:rFonts w:ascii="宋体" w:hAnsi="宋体" w:eastAsia="宋体"/>
                <w:b w:val="0"/>
                <w:sz w:val="20"/>
              </w:rPr>
              <w:t>63:B</w:t>
            </w:r>
          </w:p>
        </w:tc>
        <w:tc>
          <w:tcPr>
            <w:tcW w:type="dxa" w:w="863"/>
          </w:tcPr>
          <w:p>
            <w:pPr>
              <w:jc w:val="center"/>
            </w:pPr>
            <w:r/>
            <w:r>
              <w:rPr>
                <w:rFonts w:ascii="宋体" w:hAnsi="宋体" w:eastAsia="宋体"/>
                <w:b w:val="0"/>
                <w:sz w:val="20"/>
              </w:rPr>
              <w:t>64:C</w:t>
            </w:r>
          </w:p>
        </w:tc>
        <w:tc>
          <w:tcPr>
            <w:tcW w:type="dxa" w:w="863"/>
          </w:tcPr>
          <w:p>
            <w:pPr>
              <w:jc w:val="center"/>
            </w:pPr>
            <w:r/>
            <w:r>
              <w:rPr>
                <w:rFonts w:ascii="宋体" w:hAnsi="宋体" w:eastAsia="宋体"/>
                <w:b w:val="0"/>
                <w:sz w:val="20"/>
              </w:rPr>
              <w:t>65:B</w:t>
            </w:r>
          </w:p>
        </w:tc>
        <w:tc>
          <w:tcPr>
            <w:tcW w:type="dxa" w:w="863"/>
          </w:tcPr>
          <w:p>
            <w:pPr>
              <w:jc w:val="center"/>
            </w:pPr>
            <w:r/>
            <w:r>
              <w:rPr>
                <w:rFonts w:ascii="宋体" w:hAnsi="宋体" w:eastAsia="宋体"/>
                <w:b w:val="0"/>
                <w:sz w:val="20"/>
              </w:rPr>
              <w:t>66:C</w:t>
            </w:r>
          </w:p>
        </w:tc>
        <w:tc>
          <w:tcPr>
            <w:tcW w:type="dxa" w:w="863"/>
          </w:tcPr>
          <w:p>
            <w:pPr>
              <w:jc w:val="center"/>
            </w:pPr>
            <w:r/>
            <w:r>
              <w:rPr>
                <w:rFonts w:ascii="宋体" w:hAnsi="宋体" w:eastAsia="宋体"/>
                <w:b w:val="0"/>
                <w:sz w:val="20"/>
              </w:rPr>
              <w:t>67:B</w:t>
            </w:r>
          </w:p>
        </w:tc>
        <w:tc>
          <w:tcPr>
            <w:tcW w:type="dxa" w:w="863"/>
          </w:tcPr>
          <w:p>
            <w:pPr>
              <w:jc w:val="center"/>
            </w:pPr>
            <w:r/>
            <w:r>
              <w:rPr>
                <w:rFonts w:ascii="宋体" w:hAnsi="宋体" w:eastAsia="宋体"/>
                <w:b w:val="0"/>
                <w:sz w:val="20"/>
              </w:rPr>
              <w:t>68:D</w:t>
            </w:r>
          </w:p>
        </w:tc>
        <w:tc>
          <w:tcPr>
            <w:tcW w:type="dxa" w:w="863"/>
          </w:tcPr>
          <w:p>
            <w:pPr>
              <w:jc w:val="center"/>
            </w:pPr>
            <w:r/>
            <w:r>
              <w:rPr>
                <w:rFonts w:ascii="宋体" w:hAnsi="宋体" w:eastAsia="宋体"/>
                <w:b w:val="0"/>
                <w:sz w:val="20"/>
              </w:rPr>
              <w:t>69:C</w:t>
            </w:r>
          </w:p>
        </w:tc>
        <w:tc>
          <w:tcPr>
            <w:tcW w:type="dxa" w:w="863"/>
          </w:tcPr>
          <w:p>
            <w:pPr>
              <w:jc w:val="center"/>
            </w:pPr>
            <w:r/>
            <w:r>
              <w:rPr>
                <w:rFonts w:ascii="宋体" w:hAnsi="宋体" w:eastAsia="宋体"/>
                <w:b w:val="0"/>
                <w:sz w:val="20"/>
              </w:rPr>
              <w:t>70:C</w:t>
            </w:r>
          </w:p>
        </w:tc>
      </w:tr>
      <w:tr>
        <w:tc>
          <w:tcPr>
            <w:tcW w:type="dxa" w:w="863"/>
          </w:tcPr>
          <w:p>
            <w:pPr>
              <w:jc w:val="center"/>
            </w:pPr>
            <w:r/>
            <w:r>
              <w:rPr>
                <w:rFonts w:ascii="宋体" w:hAnsi="宋体" w:eastAsia="宋体"/>
                <w:b w:val="0"/>
                <w:sz w:val="20"/>
              </w:rPr>
              <w:t>71:B</w:t>
            </w:r>
          </w:p>
        </w:tc>
        <w:tc>
          <w:tcPr>
            <w:tcW w:type="dxa" w:w="863"/>
          </w:tcPr>
          <w:p>
            <w:pPr>
              <w:jc w:val="center"/>
            </w:pPr>
            <w:r/>
            <w:r>
              <w:rPr>
                <w:rFonts w:ascii="宋体" w:hAnsi="宋体" w:eastAsia="宋体"/>
                <w:b w:val="0"/>
                <w:sz w:val="20"/>
              </w:rPr>
              <w:t>72:B</w:t>
            </w:r>
          </w:p>
        </w:tc>
        <w:tc>
          <w:tcPr>
            <w:tcW w:type="dxa" w:w="863"/>
          </w:tcPr>
          <w:p>
            <w:pPr>
              <w:jc w:val="center"/>
            </w:pPr>
            <w:r/>
            <w:r>
              <w:rPr>
                <w:rFonts w:ascii="宋体" w:hAnsi="宋体" w:eastAsia="宋体"/>
                <w:b w:val="0"/>
                <w:sz w:val="20"/>
              </w:rPr>
              <w:t>73:B</w:t>
            </w:r>
          </w:p>
        </w:tc>
        <w:tc>
          <w:tcPr>
            <w:tcW w:type="dxa" w:w="863"/>
          </w:tcPr>
          <w:p>
            <w:pPr>
              <w:jc w:val="center"/>
            </w:pPr>
            <w:r/>
            <w:r>
              <w:rPr>
                <w:rFonts w:ascii="宋体" w:hAnsi="宋体" w:eastAsia="宋体"/>
                <w:b w:val="0"/>
                <w:sz w:val="20"/>
              </w:rPr>
              <w:t>74:B</w:t>
            </w:r>
          </w:p>
        </w:tc>
        <w:tc>
          <w:tcPr>
            <w:tcW w:type="dxa" w:w="863"/>
          </w:tcPr>
          <w:p>
            <w:pPr>
              <w:jc w:val="center"/>
            </w:pPr>
            <w:r/>
            <w:r>
              <w:rPr>
                <w:rFonts w:ascii="宋体" w:hAnsi="宋体" w:eastAsia="宋体"/>
                <w:b w:val="0"/>
                <w:sz w:val="20"/>
              </w:rPr>
              <w:t>75:B</w:t>
            </w:r>
          </w:p>
        </w:tc>
        <w:tc>
          <w:tcPr>
            <w:tcW w:type="dxa" w:w="863"/>
          </w:tcPr>
          <w:p>
            <w:pPr>
              <w:jc w:val="center"/>
            </w:pPr>
            <w:r/>
            <w:r>
              <w:rPr>
                <w:rFonts w:ascii="宋体" w:hAnsi="宋体" w:eastAsia="宋体"/>
                <w:b w:val="0"/>
                <w:sz w:val="20"/>
              </w:rPr>
              <w:t>76:C</w:t>
            </w:r>
          </w:p>
        </w:tc>
        <w:tc>
          <w:tcPr>
            <w:tcW w:type="dxa" w:w="863"/>
          </w:tcPr>
          <w:p>
            <w:pPr>
              <w:jc w:val="center"/>
            </w:pPr>
            <w:r/>
            <w:r>
              <w:rPr>
                <w:rFonts w:ascii="宋体" w:hAnsi="宋体" w:eastAsia="宋体"/>
                <w:b w:val="0"/>
                <w:sz w:val="20"/>
              </w:rPr>
              <w:t>77:C</w:t>
            </w:r>
          </w:p>
        </w:tc>
        <w:tc>
          <w:tcPr>
            <w:tcW w:type="dxa" w:w="863"/>
          </w:tcPr>
          <w:p>
            <w:pPr>
              <w:jc w:val="center"/>
            </w:pPr>
            <w:r/>
            <w:r>
              <w:rPr>
                <w:rFonts w:ascii="宋体" w:hAnsi="宋体" w:eastAsia="宋体"/>
                <w:b w:val="0"/>
                <w:sz w:val="20"/>
              </w:rPr>
              <w:t>78:B</w:t>
            </w:r>
          </w:p>
        </w:tc>
        <w:tc>
          <w:tcPr>
            <w:tcW w:type="dxa" w:w="863"/>
          </w:tcPr>
          <w:p>
            <w:pPr>
              <w:jc w:val="center"/>
            </w:pPr>
            <w:r/>
            <w:r>
              <w:rPr>
                <w:rFonts w:ascii="宋体" w:hAnsi="宋体" w:eastAsia="宋体"/>
                <w:b w:val="0"/>
                <w:sz w:val="20"/>
              </w:rPr>
              <w:t>79:B</w:t>
            </w:r>
          </w:p>
        </w:tc>
        <w:tc>
          <w:tcPr>
            <w:tcW w:type="dxa" w:w="863"/>
          </w:tcPr>
          <w:p>
            <w:pPr>
              <w:jc w:val="center"/>
            </w:pPr>
            <w:r/>
            <w:r>
              <w:rPr>
                <w:rFonts w:ascii="宋体" w:hAnsi="宋体" w:eastAsia="宋体"/>
                <w:b w:val="0"/>
                <w:sz w:val="20"/>
              </w:rPr>
              <w:t>80:C</w:t>
            </w:r>
          </w:p>
        </w:tc>
      </w:tr>
      <w:tr>
        <w:tc>
          <w:tcPr>
            <w:tcW w:type="dxa" w:w="863"/>
          </w:tcPr>
          <w:p>
            <w:pPr>
              <w:jc w:val="center"/>
            </w:pPr>
            <w:r/>
            <w:r>
              <w:rPr>
                <w:rFonts w:ascii="宋体" w:hAnsi="宋体" w:eastAsia="宋体"/>
                <w:b w:val="0"/>
                <w:sz w:val="20"/>
              </w:rPr>
              <w:t>81:B</w:t>
            </w:r>
          </w:p>
        </w:tc>
        <w:tc>
          <w:tcPr>
            <w:tcW w:type="dxa" w:w="863"/>
          </w:tcPr>
          <w:p>
            <w:pPr>
              <w:jc w:val="center"/>
            </w:pPr>
            <w:r/>
            <w:r>
              <w:rPr>
                <w:rFonts w:ascii="宋体" w:hAnsi="宋体" w:eastAsia="宋体"/>
                <w:b w:val="0"/>
                <w:sz w:val="20"/>
              </w:rPr>
              <w:t>82:B</w:t>
            </w:r>
          </w:p>
        </w:tc>
        <w:tc>
          <w:tcPr>
            <w:tcW w:type="dxa" w:w="863"/>
          </w:tcPr>
          <w:p>
            <w:pPr>
              <w:jc w:val="center"/>
            </w:pPr>
            <w:r/>
            <w:r>
              <w:rPr>
                <w:rFonts w:ascii="宋体" w:hAnsi="宋体" w:eastAsia="宋体"/>
                <w:b w:val="0"/>
                <w:sz w:val="20"/>
              </w:rPr>
              <w:t>83:B</w:t>
            </w:r>
          </w:p>
        </w:tc>
        <w:tc>
          <w:tcPr>
            <w:tcW w:type="dxa" w:w="863"/>
          </w:tcPr>
          <w:p>
            <w:pPr>
              <w:jc w:val="center"/>
            </w:pPr>
            <w:r/>
            <w:r>
              <w:rPr>
                <w:rFonts w:ascii="宋体" w:hAnsi="宋体" w:eastAsia="宋体"/>
                <w:b w:val="0"/>
                <w:sz w:val="20"/>
              </w:rPr>
              <w:t>84:B</w:t>
            </w:r>
          </w:p>
        </w:tc>
        <w:tc>
          <w:tcPr>
            <w:tcW w:type="dxa" w:w="863"/>
          </w:tcPr>
          <w:p>
            <w:pPr>
              <w:jc w:val="center"/>
            </w:pPr>
            <w:r/>
            <w:r>
              <w:rPr>
                <w:rFonts w:ascii="宋体" w:hAnsi="宋体" w:eastAsia="宋体"/>
                <w:b w:val="0"/>
                <w:sz w:val="20"/>
              </w:rPr>
              <w:t>85:D</w:t>
            </w:r>
          </w:p>
        </w:tc>
        <w:tc>
          <w:tcPr>
            <w:tcW w:type="dxa" w:w="863"/>
          </w:tcPr>
          <w:p>
            <w:pPr>
              <w:jc w:val="center"/>
            </w:pPr>
            <w:r/>
            <w:r>
              <w:rPr>
                <w:rFonts w:ascii="宋体" w:hAnsi="宋体" w:eastAsia="宋体"/>
                <w:b w:val="0"/>
                <w:sz w:val="20"/>
              </w:rPr>
              <w:t>86:B</w:t>
            </w:r>
          </w:p>
        </w:tc>
        <w:tc>
          <w:tcPr>
            <w:tcW w:type="dxa" w:w="863"/>
          </w:tcPr>
          <w:p>
            <w:pPr>
              <w:jc w:val="center"/>
            </w:pPr>
            <w:r/>
            <w:r>
              <w:rPr>
                <w:rFonts w:ascii="宋体" w:hAnsi="宋体" w:eastAsia="宋体"/>
                <w:b w:val="0"/>
                <w:sz w:val="20"/>
              </w:rPr>
              <w:t>87:C</w:t>
            </w:r>
          </w:p>
        </w:tc>
        <w:tc>
          <w:tcPr>
            <w:tcW w:type="dxa" w:w="863"/>
          </w:tcPr>
          <w:p>
            <w:pPr>
              <w:jc w:val="center"/>
            </w:pPr>
            <w:r/>
            <w:r>
              <w:rPr>
                <w:rFonts w:ascii="宋体" w:hAnsi="宋体" w:eastAsia="宋体"/>
                <w:b w:val="0"/>
                <w:sz w:val="20"/>
              </w:rPr>
              <w:t>88:A</w:t>
            </w:r>
          </w:p>
        </w:tc>
        <w:tc>
          <w:tcPr>
            <w:tcW w:type="dxa" w:w="863"/>
          </w:tcPr>
          <w:p>
            <w:pPr>
              <w:jc w:val="center"/>
            </w:pPr>
            <w:r/>
            <w:r>
              <w:rPr>
                <w:rFonts w:ascii="宋体" w:hAnsi="宋体" w:eastAsia="宋体"/>
                <w:b w:val="0"/>
                <w:sz w:val="20"/>
              </w:rPr>
              <w:t>89:B</w:t>
            </w:r>
          </w:p>
        </w:tc>
        <w:tc>
          <w:tcPr>
            <w:tcW w:type="dxa" w:w="863"/>
          </w:tcPr>
          <w:p>
            <w:pPr>
              <w:jc w:val="center"/>
            </w:pPr>
            <w:r/>
            <w:r>
              <w:rPr>
                <w:rFonts w:ascii="宋体" w:hAnsi="宋体" w:eastAsia="宋体"/>
                <w:b w:val="0"/>
                <w:sz w:val="20"/>
              </w:rPr>
              <w:t>90:C</w:t>
            </w:r>
          </w:p>
        </w:tc>
      </w:tr>
      <w:tr>
        <w:tc>
          <w:tcPr>
            <w:tcW w:type="dxa" w:w="863"/>
          </w:tcPr>
          <w:p>
            <w:pPr>
              <w:jc w:val="center"/>
            </w:pPr>
            <w:r/>
            <w:r>
              <w:rPr>
                <w:rFonts w:ascii="宋体" w:hAnsi="宋体" w:eastAsia="宋体"/>
                <w:b w:val="0"/>
                <w:sz w:val="20"/>
              </w:rPr>
              <w:t>91:B</w:t>
            </w:r>
          </w:p>
        </w:tc>
        <w:tc>
          <w:tcPr>
            <w:tcW w:type="dxa" w:w="863"/>
          </w:tcPr>
          <w:p>
            <w:pPr>
              <w:jc w:val="center"/>
            </w:pPr>
            <w:r/>
            <w:r>
              <w:rPr>
                <w:rFonts w:ascii="宋体" w:hAnsi="宋体" w:eastAsia="宋体"/>
                <w:b w:val="0"/>
                <w:sz w:val="20"/>
              </w:rPr>
              <w:t>92:B</w:t>
            </w:r>
          </w:p>
        </w:tc>
        <w:tc>
          <w:tcPr>
            <w:tcW w:type="dxa" w:w="863"/>
          </w:tcPr>
          <w:p>
            <w:pPr>
              <w:jc w:val="center"/>
            </w:pPr>
            <w:r/>
            <w:r>
              <w:rPr>
                <w:rFonts w:ascii="宋体" w:hAnsi="宋体" w:eastAsia="宋体"/>
                <w:b w:val="0"/>
                <w:sz w:val="20"/>
              </w:rPr>
              <w:t>93:B</w:t>
            </w:r>
          </w:p>
        </w:tc>
        <w:tc>
          <w:tcPr>
            <w:tcW w:type="dxa" w:w="863"/>
          </w:tcPr>
          <w:p>
            <w:pPr>
              <w:jc w:val="center"/>
            </w:pPr>
            <w:r/>
            <w:r>
              <w:rPr>
                <w:rFonts w:ascii="宋体" w:hAnsi="宋体" w:eastAsia="宋体"/>
                <w:b w:val="0"/>
                <w:sz w:val="20"/>
              </w:rPr>
              <w:t>94:C</w:t>
            </w:r>
          </w:p>
        </w:tc>
        <w:tc>
          <w:tcPr>
            <w:tcW w:type="dxa" w:w="863"/>
          </w:tcPr>
          <w:p>
            <w:pPr>
              <w:jc w:val="center"/>
            </w:pPr>
            <w:r/>
            <w:r>
              <w:rPr>
                <w:rFonts w:ascii="宋体" w:hAnsi="宋体" w:eastAsia="宋体"/>
                <w:b w:val="0"/>
                <w:sz w:val="20"/>
              </w:rPr>
              <w:t>95:C</w:t>
            </w:r>
          </w:p>
        </w:tc>
        <w:tc>
          <w:tcPr>
            <w:tcW w:type="dxa" w:w="863"/>
          </w:tcPr>
          <w:p>
            <w:pPr>
              <w:jc w:val="center"/>
            </w:pPr>
            <w:r/>
            <w:r>
              <w:rPr>
                <w:rFonts w:ascii="宋体" w:hAnsi="宋体" w:eastAsia="宋体"/>
                <w:b w:val="0"/>
                <w:sz w:val="20"/>
              </w:rPr>
              <w:t>96:C</w:t>
            </w:r>
          </w:p>
        </w:tc>
        <w:tc>
          <w:tcPr>
            <w:tcW w:type="dxa" w:w="863"/>
          </w:tcPr>
          <w:p>
            <w:pPr>
              <w:jc w:val="center"/>
            </w:pPr>
            <w:r/>
            <w:r>
              <w:rPr>
                <w:rFonts w:ascii="宋体" w:hAnsi="宋体" w:eastAsia="宋体"/>
                <w:b w:val="0"/>
                <w:sz w:val="20"/>
              </w:rPr>
              <w:t>97:B</w:t>
            </w:r>
          </w:p>
        </w:tc>
        <w:tc>
          <w:tcPr>
            <w:tcW w:type="dxa" w:w="863"/>
          </w:tcPr>
          <w:p>
            <w:pPr>
              <w:jc w:val="center"/>
            </w:pPr>
            <w:r/>
            <w:r>
              <w:rPr>
                <w:rFonts w:ascii="宋体" w:hAnsi="宋体" w:eastAsia="宋体"/>
                <w:b w:val="0"/>
                <w:sz w:val="20"/>
              </w:rPr>
              <w:t>98:B</w:t>
            </w:r>
          </w:p>
        </w:tc>
        <w:tc>
          <w:tcPr>
            <w:tcW w:type="dxa" w:w="863"/>
          </w:tcPr>
          <w:p>
            <w:pPr>
              <w:jc w:val="center"/>
            </w:pPr>
            <w:r/>
            <w:r>
              <w:rPr>
                <w:rFonts w:ascii="宋体" w:hAnsi="宋体" w:eastAsia="宋体"/>
                <w:b w:val="0"/>
                <w:sz w:val="20"/>
              </w:rPr>
              <w:t>99:B</w:t>
            </w:r>
          </w:p>
        </w:tc>
        <w:tc>
          <w:tcPr>
            <w:tcW w:type="dxa" w:w="863"/>
          </w:tcPr>
          <w:p>
            <w:pPr>
              <w:jc w:val="center"/>
            </w:pPr>
            <w:r/>
            <w:r>
              <w:rPr>
                <w:rFonts w:ascii="宋体" w:hAnsi="宋体" w:eastAsia="宋体"/>
                <w:b w:val="0"/>
                <w:sz w:val="20"/>
              </w:rPr>
              <w:t>100:C</w:t>
            </w:r>
          </w:p>
        </w:tc>
      </w:tr>
      <w:tr>
        <w:tc>
          <w:tcPr>
            <w:tcW w:type="dxa" w:w="863"/>
          </w:tcPr>
          <w:p>
            <w:pPr>
              <w:jc w:val="center"/>
            </w:pPr>
            <w:r/>
            <w:r>
              <w:rPr>
                <w:rFonts w:ascii="宋体" w:hAnsi="宋体" w:eastAsia="宋体"/>
                <w:b w:val="0"/>
                <w:sz w:val="20"/>
              </w:rPr>
              <w:t>101:C</w:t>
            </w:r>
          </w:p>
        </w:tc>
        <w:tc>
          <w:tcPr>
            <w:tcW w:type="dxa" w:w="863"/>
          </w:tcPr>
          <w:p>
            <w:pPr>
              <w:jc w:val="center"/>
            </w:pPr>
            <w:r/>
            <w:r>
              <w:rPr>
                <w:rFonts w:ascii="宋体" w:hAnsi="宋体" w:eastAsia="宋体"/>
                <w:b w:val="0"/>
                <w:sz w:val="20"/>
              </w:rPr>
              <w:t>102:C</w:t>
            </w:r>
          </w:p>
        </w:tc>
        <w:tc>
          <w:tcPr>
            <w:tcW w:type="dxa" w:w="863"/>
          </w:tcPr>
          <w:p>
            <w:pPr>
              <w:jc w:val="center"/>
            </w:pPr>
            <w:r/>
            <w:r>
              <w:rPr>
                <w:rFonts w:ascii="宋体" w:hAnsi="宋体" w:eastAsia="宋体"/>
                <w:b w:val="0"/>
                <w:sz w:val="20"/>
              </w:rPr>
              <w:t>103:A</w:t>
            </w:r>
          </w:p>
        </w:tc>
        <w:tc>
          <w:tcPr>
            <w:tcW w:type="dxa" w:w="863"/>
          </w:tcPr>
          <w:p>
            <w:pPr>
              <w:jc w:val="center"/>
            </w:pPr>
            <w:r/>
            <w:r>
              <w:rPr>
                <w:rFonts w:ascii="宋体" w:hAnsi="宋体" w:eastAsia="宋体"/>
                <w:b w:val="0"/>
                <w:sz w:val="20"/>
              </w:rPr>
              <w:t>104:A</w:t>
            </w:r>
          </w:p>
        </w:tc>
        <w:tc>
          <w:tcPr>
            <w:tcW w:type="dxa" w:w="863"/>
          </w:tcPr>
          <w:p>
            <w:pPr>
              <w:jc w:val="center"/>
            </w:pPr>
            <w:r/>
            <w:r>
              <w:rPr>
                <w:rFonts w:ascii="宋体" w:hAnsi="宋体" w:eastAsia="宋体"/>
                <w:b w:val="0"/>
                <w:sz w:val="20"/>
              </w:rPr>
              <w:t>105:D</w:t>
            </w:r>
          </w:p>
        </w:tc>
        <w:tc>
          <w:tcPr>
            <w:tcW w:type="dxa" w:w="863"/>
          </w:tcPr>
          <w:p>
            <w:pPr>
              <w:jc w:val="center"/>
            </w:pPr>
            <w:r/>
            <w:r>
              <w:rPr>
                <w:rFonts w:ascii="宋体" w:hAnsi="宋体" w:eastAsia="宋体"/>
                <w:b w:val="0"/>
                <w:sz w:val="20"/>
              </w:rPr>
              <w:t>106:C</w:t>
            </w:r>
          </w:p>
        </w:tc>
        <w:tc>
          <w:tcPr>
            <w:tcW w:type="dxa" w:w="863"/>
          </w:tcPr>
          <w:p>
            <w:pPr>
              <w:jc w:val="center"/>
            </w:pPr>
            <w:r/>
            <w:r>
              <w:rPr>
                <w:rFonts w:ascii="宋体" w:hAnsi="宋体" w:eastAsia="宋体"/>
                <w:b w:val="0"/>
                <w:sz w:val="20"/>
              </w:rPr>
              <w:t>107:A</w:t>
            </w:r>
          </w:p>
        </w:tc>
        <w:tc>
          <w:tcPr>
            <w:tcW w:type="dxa" w:w="863"/>
          </w:tcPr>
          <w:p>
            <w:pPr>
              <w:jc w:val="center"/>
            </w:pPr>
            <w:r/>
            <w:r>
              <w:rPr>
                <w:rFonts w:ascii="宋体" w:hAnsi="宋体" w:eastAsia="宋体"/>
                <w:b w:val="0"/>
                <w:sz w:val="20"/>
              </w:rPr>
              <w:t>108:C</w:t>
            </w:r>
          </w:p>
        </w:tc>
        <w:tc>
          <w:tcPr>
            <w:tcW w:type="dxa" w:w="863"/>
          </w:tcPr>
          <w:p>
            <w:pPr>
              <w:jc w:val="center"/>
            </w:pPr>
            <w:r/>
            <w:r>
              <w:rPr>
                <w:rFonts w:ascii="宋体" w:hAnsi="宋体" w:eastAsia="宋体"/>
                <w:b w:val="0"/>
                <w:sz w:val="20"/>
              </w:rPr>
              <w:t>109:B</w:t>
            </w:r>
          </w:p>
        </w:tc>
        <w:tc>
          <w:tcPr>
            <w:tcW w:type="dxa" w:w="863"/>
          </w:tcPr>
          <w:p>
            <w:pPr>
              <w:jc w:val="center"/>
            </w:pPr>
            <w:r/>
            <w:r>
              <w:rPr>
                <w:rFonts w:ascii="宋体" w:hAnsi="宋体" w:eastAsia="宋体"/>
                <w:b w:val="0"/>
                <w:sz w:val="20"/>
              </w:rPr>
              <w:t>110:B</w:t>
            </w:r>
          </w:p>
        </w:tc>
      </w:tr>
      <w:tr>
        <w:tc>
          <w:tcPr>
            <w:tcW w:type="dxa" w:w="863"/>
          </w:tcPr>
          <w:p>
            <w:pPr>
              <w:jc w:val="center"/>
            </w:pPr>
            <w:r/>
            <w:r>
              <w:rPr>
                <w:rFonts w:ascii="宋体" w:hAnsi="宋体" w:eastAsia="宋体"/>
                <w:b w:val="0"/>
                <w:sz w:val="20"/>
              </w:rPr>
              <w:t>111:B</w:t>
            </w:r>
          </w:p>
        </w:tc>
        <w:tc>
          <w:tcPr>
            <w:tcW w:type="dxa" w:w="863"/>
          </w:tcPr>
          <w:p>
            <w:pPr>
              <w:jc w:val="center"/>
            </w:pPr>
            <w:r/>
            <w:r>
              <w:rPr>
                <w:rFonts w:ascii="宋体" w:hAnsi="宋体" w:eastAsia="宋体"/>
                <w:b w:val="0"/>
                <w:sz w:val="20"/>
              </w:rPr>
              <w:t>112:C</w:t>
            </w:r>
          </w:p>
        </w:tc>
        <w:tc>
          <w:tcPr>
            <w:tcW w:type="dxa" w:w="863"/>
          </w:tcPr>
          <w:p>
            <w:pPr>
              <w:jc w:val="center"/>
            </w:pPr>
            <w:r/>
            <w:r>
              <w:rPr>
                <w:rFonts w:ascii="宋体" w:hAnsi="宋体" w:eastAsia="宋体"/>
                <w:b w:val="0"/>
                <w:sz w:val="20"/>
              </w:rPr>
              <w:t>113:B</w:t>
            </w:r>
          </w:p>
        </w:tc>
        <w:tc>
          <w:tcPr>
            <w:tcW w:type="dxa" w:w="863"/>
          </w:tcPr>
          <w:p>
            <w:pPr>
              <w:jc w:val="center"/>
            </w:pPr>
            <w:r/>
            <w:r>
              <w:rPr>
                <w:rFonts w:ascii="宋体" w:hAnsi="宋体" w:eastAsia="宋体"/>
                <w:b w:val="0"/>
                <w:sz w:val="20"/>
              </w:rPr>
              <w:t>114:B</w:t>
            </w:r>
          </w:p>
        </w:tc>
        <w:tc>
          <w:tcPr>
            <w:tcW w:type="dxa" w:w="863"/>
          </w:tcPr>
          <w:p>
            <w:pPr>
              <w:jc w:val="center"/>
            </w:pPr>
            <w:r/>
            <w:r>
              <w:rPr>
                <w:rFonts w:ascii="宋体" w:hAnsi="宋体" w:eastAsia="宋体"/>
                <w:b w:val="0"/>
                <w:sz w:val="20"/>
              </w:rPr>
              <w:t>115:B</w:t>
            </w:r>
          </w:p>
        </w:tc>
        <w:tc>
          <w:tcPr>
            <w:tcW w:type="dxa" w:w="863"/>
          </w:tcPr>
          <w:p>
            <w:pPr>
              <w:jc w:val="center"/>
            </w:pPr>
            <w:r/>
            <w:r>
              <w:rPr>
                <w:rFonts w:ascii="宋体" w:hAnsi="宋体" w:eastAsia="宋体"/>
                <w:b w:val="0"/>
                <w:sz w:val="20"/>
              </w:rPr>
              <w:t>116:C</w:t>
            </w:r>
          </w:p>
        </w:tc>
        <w:tc>
          <w:tcPr>
            <w:tcW w:type="dxa" w:w="863"/>
          </w:tcPr>
          <w:p>
            <w:pPr>
              <w:jc w:val="center"/>
            </w:pPr>
            <w:r/>
            <w:r>
              <w:rPr>
                <w:rFonts w:ascii="宋体" w:hAnsi="宋体" w:eastAsia="宋体"/>
                <w:b w:val="0"/>
                <w:sz w:val="20"/>
              </w:rPr>
              <w:t>117:D</w:t>
            </w:r>
          </w:p>
        </w:tc>
        <w:tc>
          <w:tcPr>
            <w:tcW w:type="dxa" w:w="863"/>
          </w:tcPr>
          <w:p>
            <w:pPr>
              <w:jc w:val="center"/>
            </w:pPr>
            <w:r/>
            <w:r>
              <w:rPr>
                <w:rFonts w:ascii="宋体" w:hAnsi="宋体" w:eastAsia="宋体"/>
                <w:b w:val="0"/>
                <w:sz w:val="20"/>
              </w:rPr>
              <w:t>118:B</w:t>
            </w:r>
          </w:p>
        </w:tc>
        <w:tc>
          <w:tcPr>
            <w:tcW w:type="dxa" w:w="863"/>
          </w:tcPr>
          <w:p>
            <w:pPr>
              <w:jc w:val="center"/>
            </w:pPr>
            <w:r/>
            <w:r>
              <w:rPr>
                <w:rFonts w:ascii="宋体" w:hAnsi="宋体" w:eastAsia="宋体"/>
                <w:b w:val="0"/>
                <w:sz w:val="20"/>
              </w:rPr>
              <w:t>119:A</w:t>
            </w:r>
          </w:p>
        </w:tc>
        <w:tc>
          <w:tcPr>
            <w:tcW w:type="dxa" w:w="863"/>
          </w:tcPr>
          <w:p>
            <w:pPr>
              <w:jc w:val="center"/>
            </w:pPr>
            <w:r/>
            <w:r>
              <w:rPr>
                <w:rFonts w:ascii="宋体" w:hAnsi="宋体" w:eastAsia="宋体"/>
                <w:b w:val="0"/>
                <w:sz w:val="20"/>
              </w:rPr>
              <w:t>120:A</w:t>
            </w:r>
          </w:p>
        </w:tc>
      </w:tr>
      <w:tr>
        <w:tc>
          <w:tcPr>
            <w:tcW w:type="dxa" w:w="863"/>
          </w:tcPr>
          <w:p>
            <w:pPr>
              <w:jc w:val="center"/>
            </w:pPr>
            <w:r/>
            <w:r>
              <w:rPr>
                <w:rFonts w:ascii="宋体" w:hAnsi="宋体" w:eastAsia="宋体"/>
                <w:b w:val="0"/>
                <w:sz w:val="20"/>
              </w:rPr>
              <w:t>121:B</w:t>
            </w:r>
          </w:p>
        </w:tc>
        <w:tc>
          <w:tcPr>
            <w:tcW w:type="dxa" w:w="863"/>
          </w:tcPr>
          <w:p>
            <w:pPr>
              <w:jc w:val="center"/>
            </w:pPr>
            <w:r/>
            <w:r>
              <w:rPr>
                <w:rFonts w:ascii="宋体" w:hAnsi="宋体" w:eastAsia="宋体"/>
                <w:b w:val="0"/>
                <w:sz w:val="20"/>
              </w:rPr>
              <w:t>122:C</w:t>
            </w:r>
          </w:p>
        </w:tc>
        <w:tc>
          <w:tcPr>
            <w:tcW w:type="dxa" w:w="863"/>
          </w:tcPr>
          <w:p>
            <w:pPr>
              <w:jc w:val="center"/>
            </w:pPr>
            <w:r/>
            <w:r>
              <w:rPr>
                <w:rFonts w:ascii="宋体" w:hAnsi="宋体" w:eastAsia="宋体"/>
                <w:b w:val="0"/>
                <w:sz w:val="20"/>
              </w:rPr>
              <w:t>123:B</w:t>
            </w:r>
          </w:p>
        </w:tc>
        <w:tc>
          <w:tcPr>
            <w:tcW w:type="dxa" w:w="863"/>
          </w:tcPr>
          <w:p>
            <w:pPr>
              <w:jc w:val="center"/>
            </w:pPr>
            <w:r/>
            <w:r>
              <w:rPr>
                <w:rFonts w:ascii="宋体" w:hAnsi="宋体" w:eastAsia="宋体"/>
                <w:b w:val="0"/>
                <w:sz w:val="20"/>
              </w:rPr>
              <w:t>124:D</w:t>
            </w:r>
          </w:p>
        </w:tc>
        <w:tc>
          <w:tcPr>
            <w:tcW w:type="dxa" w:w="863"/>
          </w:tcPr>
          <w:p>
            <w:pPr>
              <w:jc w:val="center"/>
            </w:pPr>
            <w:r/>
            <w:r>
              <w:rPr>
                <w:rFonts w:ascii="宋体" w:hAnsi="宋体" w:eastAsia="宋体"/>
                <w:b w:val="0"/>
                <w:sz w:val="20"/>
              </w:rPr>
              <w:t>125:B</w:t>
            </w:r>
          </w:p>
        </w:tc>
        <w:tc>
          <w:tcPr>
            <w:tcW w:type="dxa" w:w="863"/>
          </w:tcPr>
          <w:p>
            <w:pPr>
              <w:jc w:val="center"/>
            </w:pPr>
            <w:r/>
            <w:r>
              <w:rPr>
                <w:rFonts w:ascii="宋体" w:hAnsi="宋体" w:eastAsia="宋体"/>
                <w:b w:val="0"/>
                <w:sz w:val="20"/>
              </w:rPr>
              <w:t>126:B</w:t>
            </w:r>
          </w:p>
        </w:tc>
        <w:tc>
          <w:tcPr>
            <w:tcW w:type="dxa" w:w="863"/>
          </w:tcPr>
          <w:p>
            <w:pPr>
              <w:jc w:val="center"/>
            </w:pPr>
            <w:r/>
            <w:r>
              <w:rPr>
                <w:rFonts w:ascii="宋体" w:hAnsi="宋体" w:eastAsia="宋体"/>
                <w:b w:val="0"/>
                <w:sz w:val="20"/>
              </w:rPr>
              <w:t>127:A</w:t>
            </w:r>
          </w:p>
        </w:tc>
        <w:tc>
          <w:tcPr>
            <w:tcW w:type="dxa" w:w="863"/>
          </w:tcPr>
          <w:p>
            <w:pPr>
              <w:jc w:val="center"/>
            </w:pPr>
            <w:r/>
            <w:r>
              <w:rPr>
                <w:rFonts w:ascii="宋体" w:hAnsi="宋体" w:eastAsia="宋体"/>
                <w:b w:val="0"/>
                <w:sz w:val="20"/>
              </w:rPr>
              <w:t>128:B</w:t>
            </w:r>
          </w:p>
        </w:tc>
        <w:tc>
          <w:tcPr>
            <w:tcW w:type="dxa" w:w="863"/>
          </w:tcPr>
          <w:p>
            <w:pPr>
              <w:jc w:val="center"/>
            </w:pPr>
            <w:r/>
            <w:r>
              <w:rPr>
                <w:rFonts w:ascii="宋体" w:hAnsi="宋体" w:eastAsia="宋体"/>
                <w:b w:val="0"/>
                <w:sz w:val="20"/>
              </w:rPr>
              <w:t>129:B</w:t>
            </w:r>
          </w:p>
        </w:tc>
        <w:tc>
          <w:tcPr>
            <w:tcW w:type="dxa" w:w="863"/>
          </w:tcPr>
          <w:p>
            <w:pPr>
              <w:jc w:val="center"/>
            </w:pPr>
            <w:r/>
            <w:r>
              <w:rPr>
                <w:rFonts w:ascii="宋体" w:hAnsi="宋体" w:eastAsia="宋体"/>
                <w:b w:val="0"/>
                <w:sz w:val="20"/>
              </w:rPr>
              <w:t>130:B</w:t>
            </w:r>
          </w:p>
        </w:tc>
      </w:tr>
      <w:tr>
        <w:tc>
          <w:tcPr>
            <w:tcW w:type="dxa" w:w="863"/>
          </w:tcPr>
          <w:p>
            <w:pPr>
              <w:jc w:val="center"/>
            </w:pPr>
            <w:r/>
            <w:r>
              <w:rPr>
                <w:rFonts w:ascii="宋体" w:hAnsi="宋体" w:eastAsia="宋体"/>
                <w:b w:val="0"/>
                <w:sz w:val="20"/>
              </w:rPr>
              <w:t>131:B</w:t>
            </w:r>
          </w:p>
        </w:tc>
        <w:tc>
          <w:tcPr>
            <w:tcW w:type="dxa" w:w="863"/>
          </w:tcPr>
          <w:p>
            <w:pPr>
              <w:jc w:val="center"/>
            </w:pPr>
            <w:r/>
            <w:r>
              <w:rPr>
                <w:rFonts w:ascii="宋体" w:hAnsi="宋体" w:eastAsia="宋体"/>
                <w:b w:val="0"/>
                <w:sz w:val="20"/>
              </w:rPr>
              <w:t>132:A</w:t>
            </w:r>
          </w:p>
        </w:tc>
        <w:tc>
          <w:tcPr>
            <w:tcW w:type="dxa" w:w="863"/>
          </w:tcPr>
          <w:p>
            <w:pPr>
              <w:jc w:val="center"/>
            </w:pPr>
            <w:r/>
            <w:r>
              <w:rPr>
                <w:rFonts w:ascii="宋体" w:hAnsi="宋体" w:eastAsia="宋体"/>
                <w:b w:val="0"/>
                <w:sz w:val="20"/>
              </w:rPr>
              <w:t>133:C</w:t>
            </w:r>
          </w:p>
        </w:tc>
        <w:tc>
          <w:tcPr>
            <w:tcW w:type="dxa" w:w="863"/>
          </w:tcPr>
          <w:p>
            <w:pPr>
              <w:jc w:val="center"/>
            </w:pPr>
            <w:r/>
            <w:r>
              <w:rPr>
                <w:rFonts w:ascii="宋体" w:hAnsi="宋体" w:eastAsia="宋体"/>
                <w:b w:val="0"/>
                <w:sz w:val="20"/>
              </w:rPr>
              <w:t>134:B</w:t>
            </w:r>
          </w:p>
        </w:tc>
        <w:tc>
          <w:tcPr>
            <w:tcW w:type="dxa" w:w="863"/>
          </w:tcPr>
          <w:p>
            <w:pPr>
              <w:jc w:val="center"/>
            </w:pPr>
            <w:r/>
            <w:r>
              <w:rPr>
                <w:rFonts w:ascii="宋体" w:hAnsi="宋体" w:eastAsia="宋体"/>
                <w:b w:val="0"/>
                <w:sz w:val="20"/>
              </w:rPr>
              <w:t>135:B</w:t>
            </w:r>
          </w:p>
        </w:tc>
        <w:tc>
          <w:tcPr>
            <w:tcW w:type="dxa" w:w="863"/>
          </w:tcPr>
          <w:p>
            <w:pPr>
              <w:jc w:val="center"/>
            </w:pPr>
            <w:r/>
            <w:r>
              <w:rPr>
                <w:rFonts w:ascii="宋体" w:hAnsi="宋体" w:eastAsia="宋体"/>
                <w:b w:val="0"/>
                <w:sz w:val="20"/>
              </w:rPr>
              <w:t>136:B</w:t>
            </w:r>
          </w:p>
        </w:tc>
        <w:tc>
          <w:tcPr>
            <w:tcW w:type="dxa" w:w="863"/>
          </w:tcPr>
          <w:p>
            <w:pPr>
              <w:jc w:val="center"/>
            </w:pPr>
            <w:r/>
            <w:r>
              <w:rPr>
                <w:rFonts w:ascii="宋体" w:hAnsi="宋体" w:eastAsia="宋体"/>
                <w:b w:val="0"/>
                <w:sz w:val="20"/>
              </w:rPr>
              <w:t>137:B</w:t>
            </w:r>
          </w:p>
        </w:tc>
        <w:tc>
          <w:tcPr>
            <w:tcW w:type="dxa" w:w="863"/>
          </w:tcPr>
          <w:p>
            <w:pPr>
              <w:jc w:val="center"/>
            </w:pPr>
            <w:r/>
            <w:r>
              <w:rPr>
                <w:rFonts w:ascii="宋体" w:hAnsi="宋体" w:eastAsia="宋体"/>
                <w:b w:val="0"/>
                <w:sz w:val="20"/>
              </w:rPr>
              <w:t>138:B</w:t>
            </w:r>
          </w:p>
        </w:tc>
        <w:tc>
          <w:tcPr>
            <w:tcW w:type="dxa" w:w="863"/>
          </w:tcPr>
          <w:p>
            <w:pPr>
              <w:jc w:val="center"/>
            </w:pPr>
            <w:r/>
            <w:r>
              <w:rPr>
                <w:rFonts w:ascii="宋体" w:hAnsi="宋体" w:eastAsia="宋体"/>
                <w:b w:val="0"/>
                <w:sz w:val="20"/>
              </w:rPr>
              <w:t>139:B</w:t>
            </w:r>
          </w:p>
        </w:tc>
        <w:tc>
          <w:tcPr>
            <w:tcW w:type="dxa" w:w="863"/>
          </w:tcPr>
          <w:p>
            <w:pPr>
              <w:jc w:val="center"/>
            </w:pPr>
            <w:r/>
            <w:r>
              <w:rPr>
                <w:rFonts w:ascii="宋体" w:hAnsi="宋体" w:eastAsia="宋体"/>
                <w:b w:val="0"/>
                <w:sz w:val="20"/>
              </w:rPr>
              <w:t>140:B</w:t>
            </w:r>
          </w:p>
        </w:tc>
      </w:tr>
      <w:tr>
        <w:tc>
          <w:tcPr>
            <w:tcW w:type="dxa" w:w="863"/>
          </w:tcPr>
          <w:p>
            <w:pPr>
              <w:jc w:val="center"/>
            </w:pPr>
            <w:r/>
            <w:r>
              <w:rPr>
                <w:rFonts w:ascii="宋体" w:hAnsi="宋体" w:eastAsia="宋体"/>
                <w:b w:val="0"/>
                <w:sz w:val="20"/>
              </w:rPr>
              <w:t>141:A</w:t>
            </w:r>
          </w:p>
        </w:tc>
        <w:tc>
          <w:tcPr>
            <w:tcW w:type="dxa" w:w="863"/>
          </w:tcPr>
          <w:p>
            <w:pPr>
              <w:jc w:val="center"/>
            </w:pPr>
            <w:r/>
            <w:r>
              <w:rPr>
                <w:rFonts w:ascii="宋体" w:hAnsi="宋体" w:eastAsia="宋体"/>
                <w:b w:val="0"/>
                <w:sz w:val="20"/>
              </w:rPr>
              <w:t>142:B</w:t>
            </w:r>
          </w:p>
        </w:tc>
        <w:tc>
          <w:tcPr>
            <w:tcW w:type="dxa" w:w="863"/>
          </w:tcPr>
          <w:p>
            <w:pPr>
              <w:jc w:val="center"/>
            </w:pPr>
            <w:r/>
            <w:r>
              <w:rPr>
                <w:rFonts w:ascii="宋体" w:hAnsi="宋体" w:eastAsia="宋体"/>
                <w:b w:val="0"/>
                <w:sz w:val="20"/>
              </w:rPr>
              <w:t>143:A</w:t>
            </w:r>
          </w:p>
        </w:tc>
        <w:tc>
          <w:tcPr>
            <w:tcW w:type="dxa" w:w="863"/>
          </w:tcPr>
          <w:p>
            <w:pPr>
              <w:jc w:val="center"/>
            </w:pPr>
            <w:r/>
            <w:r>
              <w:rPr>
                <w:rFonts w:ascii="宋体" w:hAnsi="宋体" w:eastAsia="宋体"/>
                <w:b w:val="0"/>
                <w:sz w:val="20"/>
              </w:rPr>
              <w:t>144:B</w:t>
            </w:r>
          </w:p>
        </w:tc>
        <w:tc>
          <w:tcPr>
            <w:tcW w:type="dxa" w:w="863"/>
          </w:tcPr>
          <w:p>
            <w:pPr>
              <w:jc w:val="center"/>
            </w:pPr>
            <w:r/>
            <w:r>
              <w:rPr>
                <w:rFonts w:ascii="宋体" w:hAnsi="宋体" w:eastAsia="宋体"/>
                <w:b w:val="0"/>
                <w:sz w:val="20"/>
              </w:rPr>
              <w:t>145:A</w:t>
            </w:r>
          </w:p>
        </w:tc>
        <w:tc>
          <w:tcPr>
            <w:tcW w:type="dxa" w:w="863"/>
          </w:tcPr>
          <w:p>
            <w:pPr>
              <w:jc w:val="center"/>
            </w:pPr>
            <w:r/>
            <w:r>
              <w:rPr>
                <w:rFonts w:ascii="宋体" w:hAnsi="宋体" w:eastAsia="宋体"/>
                <w:b w:val="0"/>
                <w:sz w:val="20"/>
              </w:rPr>
              <w:t>146:B</w:t>
            </w:r>
          </w:p>
        </w:tc>
        <w:tc>
          <w:tcPr>
            <w:tcW w:type="dxa" w:w="863"/>
          </w:tcPr>
          <w:p>
            <w:pPr>
              <w:jc w:val="center"/>
            </w:pPr>
            <w:r/>
            <w:r>
              <w:rPr>
                <w:rFonts w:ascii="宋体" w:hAnsi="宋体" w:eastAsia="宋体"/>
                <w:b w:val="0"/>
                <w:sz w:val="20"/>
              </w:rPr>
              <w:t>147:A</w:t>
            </w:r>
          </w:p>
        </w:tc>
        <w:tc>
          <w:tcPr>
            <w:tcW w:type="dxa" w:w="863"/>
          </w:tcPr>
          <w:p>
            <w:pPr>
              <w:jc w:val="center"/>
            </w:pPr>
            <w:r/>
            <w:r>
              <w:rPr>
                <w:rFonts w:ascii="宋体" w:hAnsi="宋体" w:eastAsia="宋体"/>
                <w:b w:val="0"/>
                <w:sz w:val="20"/>
              </w:rPr>
              <w:t>148:B</w:t>
            </w:r>
          </w:p>
        </w:tc>
        <w:tc>
          <w:tcPr>
            <w:tcW w:type="dxa" w:w="863"/>
          </w:tcPr>
          <w:p>
            <w:pPr>
              <w:jc w:val="center"/>
            </w:pPr>
            <w:r/>
            <w:r>
              <w:rPr>
                <w:rFonts w:ascii="宋体" w:hAnsi="宋体" w:eastAsia="宋体"/>
                <w:b w:val="0"/>
                <w:sz w:val="20"/>
              </w:rPr>
              <w:t>149:B</w:t>
            </w:r>
          </w:p>
        </w:tc>
        <w:tc>
          <w:tcPr>
            <w:tcW w:type="dxa" w:w="863"/>
          </w:tcPr>
          <w:p>
            <w:pPr>
              <w:jc w:val="center"/>
            </w:pPr>
            <w:r/>
            <w:r>
              <w:rPr>
                <w:rFonts w:ascii="宋体" w:hAnsi="宋体" w:eastAsia="宋体"/>
                <w:b w:val="0"/>
                <w:sz w:val="20"/>
              </w:rPr>
              <w:t>150:A</w:t>
            </w:r>
          </w:p>
        </w:tc>
      </w:tr>
      <w:tr>
        <w:tc>
          <w:tcPr>
            <w:tcW w:type="dxa" w:w="863"/>
          </w:tcPr>
          <w:p>
            <w:pPr>
              <w:jc w:val="center"/>
            </w:pPr>
            <w:r/>
            <w:r>
              <w:rPr>
                <w:rFonts w:ascii="宋体" w:hAnsi="宋体" w:eastAsia="宋体"/>
                <w:b w:val="0"/>
                <w:sz w:val="20"/>
              </w:rPr>
              <w:t>151:B</w:t>
            </w:r>
          </w:p>
        </w:tc>
        <w:tc>
          <w:tcPr>
            <w:tcW w:type="dxa" w:w="863"/>
          </w:tcPr>
          <w:p>
            <w:pPr>
              <w:jc w:val="center"/>
            </w:pPr>
            <w:r/>
            <w:r>
              <w:rPr>
                <w:rFonts w:ascii="宋体" w:hAnsi="宋体" w:eastAsia="宋体"/>
                <w:b w:val="0"/>
                <w:sz w:val="20"/>
              </w:rPr>
              <w:t>152:C</w:t>
            </w:r>
          </w:p>
        </w:tc>
        <w:tc>
          <w:tcPr>
            <w:tcW w:type="dxa" w:w="863"/>
          </w:tcPr>
          <w:p>
            <w:pPr>
              <w:jc w:val="center"/>
            </w:pPr>
            <w:r/>
            <w:r>
              <w:rPr>
                <w:rFonts w:ascii="宋体" w:hAnsi="宋体" w:eastAsia="宋体"/>
                <w:b w:val="0"/>
                <w:sz w:val="20"/>
              </w:rPr>
              <w:t>153:A</w:t>
            </w:r>
          </w:p>
        </w:tc>
        <w:tc>
          <w:tcPr>
            <w:tcW w:type="dxa" w:w="863"/>
          </w:tcPr>
          <w:p>
            <w:pPr>
              <w:jc w:val="center"/>
            </w:pPr>
            <w:r/>
            <w:r>
              <w:rPr>
                <w:rFonts w:ascii="宋体" w:hAnsi="宋体" w:eastAsia="宋体"/>
                <w:b w:val="0"/>
                <w:sz w:val="20"/>
              </w:rPr>
              <w:t>154:C</w:t>
            </w:r>
          </w:p>
        </w:tc>
        <w:tc>
          <w:tcPr>
            <w:tcW w:type="dxa" w:w="863"/>
          </w:tcPr>
          <w:p>
            <w:pPr>
              <w:jc w:val="center"/>
            </w:pPr>
            <w:r/>
            <w:r>
              <w:rPr>
                <w:rFonts w:ascii="宋体" w:hAnsi="宋体" w:eastAsia="宋体"/>
                <w:b w:val="0"/>
                <w:sz w:val="20"/>
              </w:rPr>
              <w:t>155:B</w:t>
            </w:r>
          </w:p>
        </w:tc>
        <w:tc>
          <w:tcPr>
            <w:tcW w:type="dxa" w:w="863"/>
          </w:tcPr>
          <w:p>
            <w:pPr>
              <w:jc w:val="center"/>
            </w:pPr>
            <w:r/>
            <w:r>
              <w:rPr>
                <w:rFonts w:ascii="宋体" w:hAnsi="宋体" w:eastAsia="宋体"/>
                <w:b w:val="0"/>
                <w:sz w:val="20"/>
              </w:rPr>
              <w:t>156:B</w:t>
            </w:r>
          </w:p>
        </w:tc>
        <w:tc>
          <w:tcPr>
            <w:tcW w:type="dxa" w:w="863"/>
          </w:tcPr>
          <w:p>
            <w:pPr>
              <w:jc w:val="center"/>
            </w:pPr>
            <w:r/>
            <w:r>
              <w:rPr>
                <w:rFonts w:ascii="宋体" w:hAnsi="宋体" w:eastAsia="宋体"/>
                <w:b w:val="0"/>
                <w:sz w:val="20"/>
              </w:rPr>
              <w:t>157:B</w:t>
            </w:r>
          </w:p>
        </w:tc>
        <w:tc>
          <w:tcPr>
            <w:tcW w:type="dxa" w:w="863"/>
          </w:tcPr>
          <w:p>
            <w:pPr>
              <w:jc w:val="center"/>
            </w:pPr>
            <w:r/>
            <w:r>
              <w:rPr>
                <w:rFonts w:ascii="宋体" w:hAnsi="宋体" w:eastAsia="宋体"/>
                <w:b w:val="0"/>
                <w:sz w:val="20"/>
              </w:rPr>
              <w:t>158:A</w:t>
            </w:r>
          </w:p>
        </w:tc>
        <w:tc>
          <w:tcPr>
            <w:tcW w:type="dxa" w:w="863"/>
          </w:tcPr>
          <w:p>
            <w:pPr>
              <w:jc w:val="center"/>
            </w:pPr>
            <w:r/>
            <w:r>
              <w:rPr>
                <w:rFonts w:ascii="宋体" w:hAnsi="宋体" w:eastAsia="宋体"/>
                <w:b w:val="0"/>
                <w:sz w:val="20"/>
              </w:rPr>
              <w:t>159:B</w:t>
            </w:r>
          </w:p>
        </w:tc>
        <w:tc>
          <w:tcPr>
            <w:tcW w:type="dxa" w:w="863"/>
          </w:tcPr>
          <w:p>
            <w:pPr>
              <w:jc w:val="center"/>
            </w:pPr>
            <w:r/>
            <w:r>
              <w:rPr>
                <w:rFonts w:ascii="宋体" w:hAnsi="宋体" w:eastAsia="宋体"/>
                <w:b w:val="0"/>
                <w:sz w:val="20"/>
              </w:rPr>
              <w:t>160:C</w:t>
            </w:r>
          </w:p>
        </w:tc>
      </w:tr>
      <w:tr>
        <w:tc>
          <w:tcPr>
            <w:tcW w:type="dxa" w:w="863"/>
          </w:tcPr>
          <w:p>
            <w:pPr>
              <w:jc w:val="center"/>
            </w:pPr>
            <w:r/>
            <w:r>
              <w:rPr>
                <w:rFonts w:ascii="宋体" w:hAnsi="宋体" w:eastAsia="宋体"/>
                <w:b w:val="0"/>
                <w:sz w:val="20"/>
              </w:rPr>
              <w:t>161:B</w:t>
            </w:r>
          </w:p>
        </w:tc>
        <w:tc>
          <w:tcPr>
            <w:tcW w:type="dxa" w:w="863"/>
          </w:tcPr>
          <w:p>
            <w:pPr>
              <w:jc w:val="center"/>
            </w:pPr>
            <w:r/>
            <w:r>
              <w:rPr>
                <w:rFonts w:ascii="宋体" w:hAnsi="宋体" w:eastAsia="宋体"/>
                <w:b w:val="0"/>
                <w:sz w:val="20"/>
              </w:rPr>
              <w:t>162:B</w:t>
            </w:r>
          </w:p>
        </w:tc>
        <w:tc>
          <w:tcPr>
            <w:tcW w:type="dxa" w:w="863"/>
          </w:tcPr>
          <w:p>
            <w:pPr>
              <w:jc w:val="center"/>
            </w:pPr>
            <w:r/>
            <w:r>
              <w:rPr>
                <w:rFonts w:ascii="宋体" w:hAnsi="宋体" w:eastAsia="宋体"/>
                <w:b w:val="0"/>
                <w:sz w:val="20"/>
              </w:rPr>
              <w:t>163:C</w:t>
            </w:r>
          </w:p>
        </w:tc>
        <w:tc>
          <w:tcPr>
            <w:tcW w:type="dxa" w:w="863"/>
          </w:tcPr>
          <w:p>
            <w:pPr>
              <w:jc w:val="center"/>
            </w:pPr>
            <w:r/>
            <w:r>
              <w:rPr>
                <w:rFonts w:ascii="宋体" w:hAnsi="宋体" w:eastAsia="宋体"/>
                <w:b w:val="0"/>
                <w:sz w:val="20"/>
              </w:rPr>
              <w:t>164:C</w:t>
            </w:r>
          </w:p>
        </w:tc>
        <w:tc>
          <w:tcPr>
            <w:tcW w:type="dxa" w:w="863"/>
          </w:tcPr>
          <w:p>
            <w:pPr>
              <w:jc w:val="center"/>
            </w:pPr>
            <w:r/>
            <w:r>
              <w:rPr>
                <w:rFonts w:ascii="宋体" w:hAnsi="宋体" w:eastAsia="宋体"/>
                <w:b w:val="0"/>
                <w:sz w:val="20"/>
              </w:rPr>
              <w:t>165:A</w:t>
            </w:r>
          </w:p>
        </w:tc>
        <w:tc>
          <w:tcPr>
            <w:tcW w:type="dxa" w:w="863"/>
          </w:tcPr>
          <w:p>
            <w:pPr>
              <w:jc w:val="center"/>
            </w:pPr>
            <w:r/>
            <w:r>
              <w:rPr>
                <w:rFonts w:ascii="宋体" w:hAnsi="宋体" w:eastAsia="宋体"/>
                <w:b w:val="0"/>
                <w:sz w:val="20"/>
              </w:rPr>
              <w:t>166:C</w:t>
            </w:r>
          </w:p>
        </w:tc>
        <w:tc>
          <w:tcPr>
            <w:tcW w:type="dxa" w:w="863"/>
          </w:tcPr>
          <w:p>
            <w:pPr>
              <w:jc w:val="center"/>
            </w:pPr>
            <w:r/>
            <w:r>
              <w:rPr>
                <w:rFonts w:ascii="宋体" w:hAnsi="宋体" w:eastAsia="宋体"/>
                <w:b w:val="0"/>
                <w:sz w:val="20"/>
              </w:rPr>
              <w:t>167:C</w:t>
            </w:r>
          </w:p>
        </w:tc>
        <w:tc>
          <w:tcPr>
            <w:tcW w:type="dxa" w:w="863"/>
          </w:tcPr>
          <w:p>
            <w:pPr>
              <w:jc w:val="center"/>
            </w:pPr>
            <w:r/>
            <w:r>
              <w:rPr>
                <w:rFonts w:ascii="宋体" w:hAnsi="宋体" w:eastAsia="宋体"/>
                <w:b w:val="0"/>
                <w:sz w:val="20"/>
              </w:rPr>
              <w:t>168:D</w:t>
            </w:r>
          </w:p>
        </w:tc>
        <w:tc>
          <w:tcPr>
            <w:tcW w:type="dxa" w:w="863"/>
          </w:tcPr>
          <w:p>
            <w:pPr>
              <w:jc w:val="center"/>
            </w:pPr>
            <w:r/>
            <w:r>
              <w:rPr>
                <w:rFonts w:ascii="宋体" w:hAnsi="宋体" w:eastAsia="宋体"/>
                <w:b w:val="0"/>
                <w:sz w:val="20"/>
              </w:rPr>
              <w:t>169:B</w:t>
            </w:r>
          </w:p>
        </w:tc>
        <w:tc>
          <w:tcPr>
            <w:tcW w:type="dxa" w:w="863"/>
          </w:tcPr>
          <w:p>
            <w:pPr>
              <w:jc w:val="center"/>
            </w:pPr>
            <w:r/>
            <w:r>
              <w:rPr>
                <w:rFonts w:ascii="宋体" w:hAnsi="宋体" w:eastAsia="宋体"/>
                <w:b w:val="0"/>
                <w:sz w:val="20"/>
              </w:rPr>
              <w:t>170:C</w:t>
            </w:r>
          </w:p>
        </w:tc>
      </w:tr>
      <w:tr>
        <w:tc>
          <w:tcPr>
            <w:tcW w:type="dxa" w:w="863"/>
          </w:tcPr>
          <w:p>
            <w:pPr>
              <w:jc w:val="center"/>
            </w:pPr>
            <w:r/>
            <w:r>
              <w:rPr>
                <w:rFonts w:ascii="宋体" w:hAnsi="宋体" w:eastAsia="宋体"/>
                <w:b w:val="0"/>
                <w:sz w:val="20"/>
              </w:rPr>
              <w:t>171:C</w:t>
            </w:r>
          </w:p>
        </w:tc>
        <w:tc>
          <w:tcPr>
            <w:tcW w:type="dxa" w:w="863"/>
          </w:tcPr>
          <w:p>
            <w:pPr>
              <w:jc w:val="center"/>
            </w:pPr>
            <w:r/>
            <w:r>
              <w:rPr>
                <w:rFonts w:ascii="宋体" w:hAnsi="宋体" w:eastAsia="宋体"/>
                <w:b w:val="0"/>
                <w:sz w:val="20"/>
              </w:rPr>
              <w:t>172:B</w:t>
            </w:r>
          </w:p>
        </w:tc>
        <w:tc>
          <w:tcPr>
            <w:tcW w:type="dxa" w:w="863"/>
          </w:tcPr>
          <w:p>
            <w:pPr>
              <w:jc w:val="center"/>
            </w:pPr>
            <w:r/>
            <w:r>
              <w:rPr>
                <w:rFonts w:ascii="宋体" w:hAnsi="宋体" w:eastAsia="宋体"/>
                <w:b w:val="0"/>
                <w:sz w:val="20"/>
              </w:rPr>
              <w:t>173:C</w:t>
            </w:r>
          </w:p>
        </w:tc>
        <w:tc>
          <w:tcPr>
            <w:tcW w:type="dxa" w:w="863"/>
          </w:tcPr>
          <w:p>
            <w:pPr>
              <w:jc w:val="center"/>
            </w:pPr>
            <w:r/>
            <w:r>
              <w:rPr>
                <w:rFonts w:ascii="宋体" w:hAnsi="宋体" w:eastAsia="宋体"/>
                <w:b w:val="0"/>
                <w:sz w:val="20"/>
              </w:rPr>
              <w:t>174:B</w:t>
            </w:r>
          </w:p>
        </w:tc>
        <w:tc>
          <w:tcPr>
            <w:tcW w:type="dxa" w:w="863"/>
          </w:tcPr>
          <w:p>
            <w:pPr>
              <w:jc w:val="center"/>
            </w:pPr>
            <w:r/>
            <w:r>
              <w:rPr>
                <w:rFonts w:ascii="宋体" w:hAnsi="宋体" w:eastAsia="宋体"/>
                <w:b w:val="0"/>
                <w:sz w:val="20"/>
              </w:rPr>
              <w:t>175:B</w:t>
            </w:r>
          </w:p>
        </w:tc>
        <w:tc>
          <w:tcPr>
            <w:tcW w:type="dxa" w:w="863"/>
          </w:tcPr>
          <w:p>
            <w:pPr>
              <w:jc w:val="center"/>
            </w:pPr>
            <w:r/>
            <w:r>
              <w:rPr>
                <w:rFonts w:ascii="宋体" w:hAnsi="宋体" w:eastAsia="宋体"/>
                <w:b w:val="0"/>
                <w:sz w:val="20"/>
              </w:rPr>
              <w:t>176:C</w:t>
            </w:r>
          </w:p>
        </w:tc>
        <w:tc>
          <w:tcPr>
            <w:tcW w:type="dxa" w:w="863"/>
          </w:tcPr>
          <w:p>
            <w:pPr>
              <w:jc w:val="center"/>
            </w:pPr>
            <w:r/>
            <w:r>
              <w:rPr>
                <w:rFonts w:ascii="宋体" w:hAnsi="宋体" w:eastAsia="宋体"/>
                <w:b w:val="0"/>
                <w:sz w:val="20"/>
              </w:rPr>
              <w:t>177:A</w:t>
            </w:r>
          </w:p>
        </w:tc>
        <w:tc>
          <w:tcPr>
            <w:tcW w:type="dxa" w:w="863"/>
          </w:tcPr>
          <w:p>
            <w:pPr>
              <w:jc w:val="center"/>
            </w:pPr>
            <w:r/>
            <w:r>
              <w:rPr>
                <w:rFonts w:ascii="宋体" w:hAnsi="宋体" w:eastAsia="宋体"/>
                <w:b w:val="0"/>
                <w:sz w:val="20"/>
              </w:rPr>
              <w:t>178:B</w:t>
            </w:r>
          </w:p>
        </w:tc>
        <w:tc>
          <w:tcPr>
            <w:tcW w:type="dxa" w:w="863"/>
          </w:tcPr>
          <w:p>
            <w:pPr>
              <w:jc w:val="center"/>
            </w:pPr>
            <w:r/>
            <w:r>
              <w:rPr>
                <w:rFonts w:ascii="宋体" w:hAnsi="宋体" w:eastAsia="宋体"/>
                <w:b w:val="0"/>
                <w:sz w:val="20"/>
              </w:rPr>
              <w:t>179:B</w:t>
            </w:r>
          </w:p>
        </w:tc>
        <w:tc>
          <w:tcPr>
            <w:tcW w:type="dxa" w:w="863"/>
          </w:tcPr>
          <w:p>
            <w:pPr>
              <w:jc w:val="center"/>
            </w:pPr>
            <w:r/>
            <w:r>
              <w:rPr>
                <w:rFonts w:ascii="宋体" w:hAnsi="宋体" w:eastAsia="宋体"/>
                <w:b w:val="0"/>
                <w:sz w:val="20"/>
              </w:rPr>
              <w:t>180:A</w:t>
            </w:r>
          </w:p>
        </w:tc>
      </w:tr>
      <w:tr>
        <w:tc>
          <w:tcPr>
            <w:tcW w:type="dxa" w:w="863"/>
          </w:tcPr>
          <w:p>
            <w:pPr>
              <w:jc w:val="center"/>
            </w:pPr>
            <w:r>
              <w:t>181:C</w:t>
            </w:r>
            <w:r>
              <w:rPr>
                <w:rFonts w:ascii="宋体" w:hAnsi="宋体" w:eastAsia="宋体"/>
                <w:b w:val="0"/>
                <w:sz w:val="20"/>
              </w:rPr>
            </w:r>
          </w:p>
        </w:tc>
        <w:tc>
          <w:tcPr>
            <w:tcW w:type="dxa" w:w="863"/>
          </w:tcPr>
          <w:p>
            <w:pPr>
              <w:jc w:val="center"/>
            </w:pPr>
            <w:r/>
            <w:r>
              <w:rPr>
                <w:rFonts w:ascii="宋体" w:hAnsi="宋体" w:eastAsia="宋体"/>
                <w:b w:val="0"/>
                <w:sz w:val="20"/>
              </w:rPr>
              <w:t>182:A</w:t>
            </w:r>
          </w:p>
        </w:tc>
        <w:tc>
          <w:tcPr>
            <w:tcW w:type="dxa" w:w="863"/>
          </w:tcPr>
          <w:p>
            <w:pPr>
              <w:jc w:val="center"/>
            </w:pPr>
            <w:r/>
            <w:r>
              <w:rPr>
                <w:rFonts w:ascii="宋体" w:hAnsi="宋体" w:eastAsia="宋体"/>
                <w:b w:val="0"/>
                <w:sz w:val="20"/>
              </w:rPr>
              <w:t>183:C</w:t>
            </w:r>
          </w:p>
        </w:tc>
        <w:tc>
          <w:tcPr>
            <w:tcW w:type="dxa" w:w="863"/>
          </w:tcPr>
          <w:p>
            <w:pPr>
              <w:jc w:val="center"/>
            </w:pPr>
            <w:r/>
            <w:r>
              <w:rPr>
                <w:rFonts w:ascii="宋体" w:hAnsi="宋体" w:eastAsia="宋体"/>
                <w:b w:val="0"/>
                <w:sz w:val="20"/>
              </w:rPr>
              <w:t>184:B</w:t>
            </w:r>
          </w:p>
        </w:tc>
        <w:tc>
          <w:tcPr>
            <w:tcW w:type="dxa" w:w="863"/>
          </w:tcPr>
          <w:p>
            <w:pPr>
              <w:jc w:val="center"/>
            </w:pPr>
            <w:r>
              <w:t>185:B</w:t>
            </w:r>
            <w:r>
              <w:rPr>
                <w:rFonts w:ascii="宋体" w:hAnsi="宋体" w:eastAsia="宋体"/>
                <w:b w:val="0"/>
                <w:sz w:val="20"/>
              </w:rPr>
            </w:r>
          </w:p>
        </w:tc>
        <w:tc>
          <w:tcPr>
            <w:tcW w:type="dxa" w:w="863"/>
          </w:tcPr>
          <w:p>
            <w:pPr>
              <w:jc w:val="center"/>
            </w:pPr>
            <w:r/>
            <w:r>
              <w:rPr>
                <w:rFonts w:ascii="宋体" w:hAnsi="宋体" w:eastAsia="宋体"/>
                <w:b w:val="0"/>
                <w:sz w:val="20"/>
              </w:rPr>
              <w:t>186:A</w:t>
            </w:r>
          </w:p>
        </w:tc>
        <w:tc>
          <w:tcPr>
            <w:tcW w:type="dxa" w:w="863"/>
          </w:tcPr>
          <w:p>
            <w:pPr>
              <w:jc w:val="center"/>
            </w:pPr>
            <w:r>
              <w:t>187:B</w:t>
            </w:r>
            <w:r>
              <w:rPr>
                <w:rFonts w:ascii="宋体" w:hAnsi="宋体" w:eastAsia="宋体"/>
                <w:b w:val="0"/>
                <w:sz w:val="20"/>
              </w:rPr>
            </w:r>
          </w:p>
        </w:tc>
        <w:tc>
          <w:tcPr>
            <w:tcW w:type="dxa" w:w="863"/>
          </w:tcPr>
          <w:p>
            <w:pPr>
              <w:jc w:val="center"/>
            </w:pPr>
            <w:r/>
            <w:r>
              <w:rPr>
                <w:rFonts w:ascii="宋体" w:hAnsi="宋体" w:eastAsia="宋体"/>
                <w:b w:val="0"/>
                <w:sz w:val="20"/>
              </w:rPr>
              <w:t>188:B</w:t>
            </w:r>
          </w:p>
        </w:tc>
        <w:tc>
          <w:tcPr>
            <w:tcW w:type="dxa" w:w="863"/>
          </w:tcPr>
          <w:p>
            <w:pPr>
              <w:jc w:val="center"/>
            </w:pPr>
            <w:r/>
            <w:r>
              <w:rPr>
                <w:rFonts w:ascii="宋体" w:hAnsi="宋体" w:eastAsia="宋体"/>
                <w:b w:val="0"/>
                <w:sz w:val="20"/>
              </w:rPr>
              <w:t>189:A</w:t>
            </w:r>
          </w:p>
        </w:tc>
        <w:tc>
          <w:tcPr>
            <w:tcW w:type="dxa" w:w="863"/>
          </w:tcPr>
          <w:p>
            <w:pPr>
              <w:jc w:val="center"/>
            </w:pPr>
            <w:r/>
            <w:r>
              <w:rPr>
                <w:rFonts w:ascii="宋体" w:hAnsi="宋体" w:eastAsia="宋体"/>
                <w:b w:val="0"/>
                <w:sz w:val="20"/>
              </w:rPr>
              <w:t>190:B</w:t>
            </w:r>
          </w:p>
        </w:tc>
      </w:tr>
      <w:tr>
        <w:tc>
          <w:tcPr>
            <w:tcW w:type="dxa" w:w="863"/>
          </w:tcPr>
          <w:p>
            <w:pPr>
              <w:jc w:val="center"/>
            </w:pPr>
            <w:r/>
            <w:r>
              <w:rPr>
                <w:rFonts w:ascii="宋体" w:hAnsi="宋体" w:eastAsia="宋体"/>
                <w:b w:val="0"/>
                <w:sz w:val="20"/>
              </w:rPr>
              <w:t>191:A</w:t>
            </w:r>
          </w:p>
        </w:tc>
        <w:tc>
          <w:tcPr>
            <w:tcW w:type="dxa" w:w="863"/>
          </w:tcPr>
          <w:p>
            <w:pPr>
              <w:jc w:val="center"/>
            </w:pPr>
            <w:r>
              <w:t>192:A</w:t>
            </w:r>
            <w:r>
              <w:rPr>
                <w:rFonts w:ascii="宋体" w:hAnsi="宋体" w:eastAsia="宋体"/>
                <w:b w:val="0"/>
                <w:sz w:val="20"/>
              </w:rPr>
            </w:r>
          </w:p>
        </w:tc>
        <w:tc>
          <w:tcPr>
            <w:tcW w:type="dxa" w:w="863"/>
          </w:tcPr>
          <w:p>
            <w:pPr>
              <w:jc w:val="center"/>
            </w:pPr>
            <w:r/>
            <w:r>
              <w:rPr>
                <w:rFonts w:ascii="宋体" w:hAnsi="宋体" w:eastAsia="宋体"/>
                <w:b w:val="0"/>
                <w:sz w:val="20"/>
              </w:rPr>
              <w:t>193:A</w:t>
            </w:r>
          </w:p>
        </w:tc>
        <w:tc>
          <w:tcPr>
            <w:tcW w:type="dxa" w:w="863"/>
          </w:tcPr>
          <w:p>
            <w:pPr>
              <w:jc w:val="center"/>
            </w:pPr>
            <w:r/>
            <w:r>
              <w:rPr>
                <w:rFonts w:ascii="宋体" w:hAnsi="宋体" w:eastAsia="宋体"/>
                <w:b w:val="0"/>
                <w:sz w:val="20"/>
              </w:rPr>
              <w:t>194:C</w:t>
            </w:r>
          </w:p>
        </w:tc>
        <w:tc>
          <w:tcPr>
            <w:tcW w:type="dxa" w:w="863"/>
          </w:tcPr>
          <w:p>
            <w:pPr>
              <w:jc w:val="center"/>
            </w:pPr>
            <w:r/>
            <w:r>
              <w:rPr>
                <w:rFonts w:ascii="宋体" w:hAnsi="宋体" w:eastAsia="宋体"/>
                <w:b w:val="0"/>
                <w:sz w:val="20"/>
              </w:rPr>
              <w:t>195:C</w:t>
            </w:r>
          </w:p>
        </w:tc>
        <w:tc>
          <w:tcPr>
            <w:tcW w:type="dxa" w:w="863"/>
          </w:tcPr>
          <w:p>
            <w:pPr>
              <w:jc w:val="center"/>
            </w:pPr>
            <w:r>
              <w:t>196:C</w:t>
            </w:r>
            <w:r>
              <w:rPr>
                <w:rFonts w:ascii="宋体" w:hAnsi="宋体" w:eastAsia="宋体"/>
                <w:b w:val="0"/>
                <w:sz w:val="20"/>
              </w:rPr>
            </w:r>
          </w:p>
        </w:tc>
        <w:tc>
          <w:tcPr>
            <w:tcW w:type="dxa" w:w="863"/>
          </w:tcPr>
          <w:p>
            <w:pPr>
              <w:jc w:val="center"/>
            </w:pPr>
            <w:r/>
            <w:r>
              <w:rPr>
                <w:rFonts w:ascii="宋体" w:hAnsi="宋体" w:eastAsia="宋体"/>
                <w:b w:val="0"/>
                <w:sz w:val="20"/>
              </w:rPr>
              <w:t>197:A</w:t>
            </w:r>
          </w:p>
        </w:tc>
        <w:tc>
          <w:tcPr>
            <w:tcW w:type="dxa" w:w="863"/>
          </w:tcPr>
          <w:p>
            <w:pPr>
              <w:jc w:val="center"/>
            </w:pPr>
            <w:r/>
            <w:r>
              <w:rPr>
                <w:rFonts w:ascii="宋体" w:hAnsi="宋体" w:eastAsia="宋体"/>
                <w:b w:val="0"/>
                <w:sz w:val="20"/>
              </w:rPr>
              <w:t>198:A</w:t>
            </w:r>
          </w:p>
        </w:tc>
        <w:tc>
          <w:tcPr>
            <w:tcW w:type="dxa" w:w="863"/>
          </w:tcPr>
          <w:p>
            <w:pPr>
              <w:jc w:val="center"/>
            </w:pPr>
            <w:r/>
            <w:r>
              <w:rPr>
                <w:rFonts w:ascii="宋体" w:hAnsi="宋体" w:eastAsia="宋体"/>
                <w:b w:val="0"/>
                <w:sz w:val="20"/>
              </w:rPr>
              <w:t>199:B</w:t>
            </w:r>
          </w:p>
        </w:tc>
        <w:tc>
          <w:tcPr>
            <w:tcW w:type="dxa" w:w="863"/>
          </w:tcPr>
          <w:p>
            <w:pPr>
              <w:jc w:val="center"/>
            </w:pPr>
            <w:r/>
            <w:r>
              <w:rPr>
                <w:rFonts w:ascii="宋体" w:hAnsi="宋体" w:eastAsia="宋体"/>
                <w:b w:val="0"/>
                <w:sz w:val="20"/>
              </w:rPr>
              <w:t>200:A</w:t>
            </w:r>
          </w:p>
        </w:tc>
      </w:tr>
    </w:tbl>
    <w:p/>
    <w:p>
      <w:pPr>
        <w:spacing w:after="160"/>
      </w:pPr>
      <w:r>
        <w:rPr>
          <w:rFonts w:ascii="黑体" w:hAnsi="黑体" w:eastAsia="黑体"/>
          <w:b/>
          <w:sz w:val="28"/>
        </w:rPr>
        <w:t>逐题解析</w:t>
      </w:r>
    </w:p>
    <w:p>
      <w:pPr>
        <w:spacing w:after="80" w:line="360" w:lineRule="exact"/>
      </w:pPr>
      <w:r>
        <w:rPr>
          <w:rFonts w:ascii="宋体" w:hAnsi="宋体" w:eastAsia="宋体"/>
          <w:b w:val="0"/>
          <w:sz w:val="22"/>
        </w:rPr>
        <w:t xml:space="preserve">1. </w:t>
      </w:r>
      <w:r>
        <w:rPr>
          <w:rFonts w:ascii="宋体" w:hAnsi="宋体" w:eastAsia="宋体"/>
          <w:b/>
          <w:color w:val="CC0000"/>
          <w:sz w:val="22"/>
        </w:rPr>
        <w:t>B</w:t>
      </w:r>
      <w:r>
        <w:rPr>
          <w:rFonts w:ascii="宋体" w:hAnsi="宋体" w:eastAsia="宋体"/>
          <w:b w:val="0"/>
          <w:color w:val="646464"/>
          <w:sz w:val="20"/>
        </w:rPr>
        <w:t xml:space="preserve">  太阳是太阳系的中心天体，也是恒星，自身能发光发热。地球是行星，月球是卫星，火星是行星。</w:t>
      </w:r>
    </w:p>
    <w:p>
      <w:pPr>
        <w:spacing w:after="80" w:line="360" w:lineRule="exact"/>
      </w:pPr>
      <w:r>
        <w:rPr>
          <w:rFonts w:ascii="宋体" w:hAnsi="宋体" w:eastAsia="宋体"/>
          <w:b w:val="0"/>
          <w:sz w:val="22"/>
        </w:rPr>
        <w:t xml:space="preserve">2. </w:t>
      </w:r>
      <w:r>
        <w:rPr>
          <w:rFonts w:ascii="宋体" w:hAnsi="宋体" w:eastAsia="宋体"/>
          <w:b/>
          <w:color w:val="CC0000"/>
          <w:sz w:val="22"/>
        </w:rPr>
        <w:t>A</w:t>
      </w:r>
      <w:r>
        <w:rPr>
          <w:rFonts w:ascii="宋体" w:hAnsi="宋体" w:eastAsia="宋体"/>
          <w:b w:val="0"/>
          <w:color w:val="646464"/>
          <w:sz w:val="20"/>
        </w:rPr>
        <w:t xml:space="preserve">  地球自转一周的时间约为24小时，即一天。30天约为一个月，365天为一年。</w:t>
      </w:r>
    </w:p>
    <w:p>
      <w:pPr>
        <w:spacing w:after="80" w:line="360" w:lineRule="exact"/>
      </w:pPr>
      <w:r>
        <w:rPr>
          <w:rFonts w:ascii="宋体" w:hAnsi="宋体" w:eastAsia="宋体"/>
          <w:b w:val="0"/>
          <w:sz w:val="22"/>
        </w:rPr>
        <w:t xml:space="preserve">3. </w:t>
      </w:r>
      <w:r>
        <w:rPr>
          <w:rFonts w:ascii="宋体" w:hAnsi="宋体" w:eastAsia="宋体"/>
          <w:b/>
          <w:color w:val="CC0000"/>
          <w:sz w:val="22"/>
        </w:rPr>
        <w:t>C</w:t>
      </w:r>
      <w:r>
        <w:rPr>
          <w:rFonts w:ascii="宋体" w:hAnsi="宋体" w:eastAsia="宋体"/>
          <w:b w:val="0"/>
          <w:color w:val="646464"/>
          <w:sz w:val="20"/>
        </w:rPr>
        <w:t xml:space="preserve">  地球公转导致太阳直射点在南北回归线之间移动，产生四季变化。昼夜交替和太阳东升西落均为自转产生的现象。</w:t>
      </w:r>
    </w:p>
    <w:p>
      <w:pPr>
        <w:spacing w:after="80" w:line="360" w:lineRule="exact"/>
      </w:pPr>
      <w:r>
        <w:rPr>
          <w:rFonts w:ascii="宋体" w:hAnsi="宋体" w:eastAsia="宋体"/>
          <w:b w:val="0"/>
          <w:sz w:val="22"/>
        </w:rPr>
        <w:t xml:space="preserve">4. </w:t>
      </w:r>
      <w:r>
        <w:rPr>
          <w:rFonts w:ascii="宋体" w:hAnsi="宋体" w:eastAsia="宋体"/>
          <w:b/>
          <w:color w:val="CC0000"/>
          <w:sz w:val="22"/>
        </w:rPr>
        <w:t>C</w:t>
      </w:r>
      <w:r>
        <w:rPr>
          <w:rFonts w:ascii="宋体" w:hAnsi="宋体" w:eastAsia="宋体"/>
          <w:b w:val="0"/>
          <w:color w:val="646464"/>
          <w:sz w:val="20"/>
        </w:rPr>
        <w:t xml:space="preserve">  月球是地球唯一的天然卫星，围绕地球公转。</w:t>
      </w:r>
    </w:p>
    <w:p>
      <w:pPr>
        <w:spacing w:after="80" w:line="360" w:lineRule="exact"/>
      </w:pPr>
      <w:r>
        <w:rPr>
          <w:rFonts w:ascii="宋体" w:hAnsi="宋体" w:eastAsia="宋体"/>
          <w:b w:val="0"/>
          <w:sz w:val="22"/>
        </w:rPr>
        <w:t xml:space="preserve">5. </w:t>
      </w:r>
      <w:r>
        <w:rPr>
          <w:rFonts w:ascii="宋体" w:hAnsi="宋体" w:eastAsia="宋体"/>
          <w:b/>
          <w:color w:val="CC0000"/>
          <w:sz w:val="22"/>
        </w:rPr>
        <w:t>C</w:t>
      </w:r>
      <w:r>
        <w:rPr>
          <w:rFonts w:ascii="宋体" w:hAnsi="宋体" w:eastAsia="宋体"/>
          <w:b w:val="0"/>
          <w:color w:val="646464"/>
          <w:sz w:val="20"/>
        </w:rPr>
        <w:t xml:space="preserve">  月球本身不发光，我们看到的月光是月球反射的太阳光。</w:t>
      </w:r>
    </w:p>
    <w:p>
      <w:pPr>
        <w:spacing w:after="80" w:line="360" w:lineRule="exact"/>
      </w:pPr>
      <w:r>
        <w:rPr>
          <w:rFonts w:ascii="宋体" w:hAnsi="宋体" w:eastAsia="宋体"/>
          <w:b w:val="0"/>
          <w:sz w:val="22"/>
        </w:rPr>
        <w:t xml:space="preserve">6. </w:t>
      </w:r>
      <w:r>
        <w:rPr>
          <w:rFonts w:ascii="宋体" w:hAnsi="宋体" w:eastAsia="宋体"/>
          <w:b/>
          <w:color w:val="CC0000"/>
          <w:sz w:val="22"/>
        </w:rPr>
        <w:t>A</w:t>
      </w:r>
      <w:r>
        <w:rPr>
          <w:rFonts w:ascii="宋体" w:hAnsi="宋体" w:eastAsia="宋体"/>
          <w:b w:val="0"/>
          <w:color w:val="646464"/>
          <w:sz w:val="20"/>
        </w:rPr>
        <w:t xml:space="preserve">  太阳系八大行星按离太阳由近及远依次为：水星、金星、地球、火星、木星、土星、天王星、海王星。</w:t>
      </w:r>
    </w:p>
    <w:p>
      <w:pPr>
        <w:spacing w:after="80" w:line="360" w:lineRule="exact"/>
      </w:pPr>
      <w:r>
        <w:rPr>
          <w:rFonts w:ascii="宋体" w:hAnsi="宋体" w:eastAsia="宋体"/>
          <w:b w:val="0"/>
          <w:sz w:val="22"/>
        </w:rPr>
        <w:t xml:space="preserve">7. </w:t>
      </w:r>
      <w:r>
        <w:rPr>
          <w:rFonts w:ascii="宋体" w:hAnsi="宋体" w:eastAsia="宋体"/>
          <w:b/>
          <w:color w:val="CC0000"/>
          <w:sz w:val="22"/>
        </w:rPr>
        <w:t>B</w:t>
      </w:r>
      <w:r>
        <w:rPr>
          <w:rFonts w:ascii="宋体" w:hAnsi="宋体" w:eastAsia="宋体"/>
          <w:b w:val="0"/>
          <w:color w:val="646464"/>
          <w:sz w:val="20"/>
        </w:rPr>
        <w:t xml:space="preserve">  火星表面富含氧化铁，呈现明显的红色特征，被称为红色星球。</w:t>
      </w:r>
    </w:p>
    <w:p>
      <w:pPr>
        <w:spacing w:after="80" w:line="360" w:lineRule="exact"/>
      </w:pPr>
      <w:r>
        <w:rPr>
          <w:rFonts w:ascii="宋体" w:hAnsi="宋体" w:eastAsia="宋体"/>
          <w:b w:val="0"/>
          <w:sz w:val="22"/>
        </w:rPr>
        <w:t xml:space="preserve">8. </w:t>
      </w:r>
      <w:r>
        <w:rPr>
          <w:rFonts w:ascii="宋体" w:hAnsi="宋体" w:eastAsia="宋体"/>
          <w:b/>
          <w:color w:val="CC0000"/>
          <w:sz w:val="22"/>
        </w:rPr>
        <w:t>B</w:t>
      </w:r>
      <w:r>
        <w:rPr>
          <w:rFonts w:ascii="宋体" w:hAnsi="宋体" w:eastAsia="宋体"/>
          <w:b w:val="0"/>
          <w:color w:val="646464"/>
          <w:sz w:val="20"/>
        </w:rPr>
        <w:t xml:space="preserve">  木星是太阳系中体积和质量最大的行星，属于气态巨行星。</w:t>
      </w:r>
    </w:p>
    <w:p>
      <w:pPr>
        <w:spacing w:after="80" w:line="360" w:lineRule="exact"/>
      </w:pPr>
      <w:r>
        <w:rPr>
          <w:rFonts w:ascii="宋体" w:hAnsi="宋体" w:eastAsia="宋体"/>
          <w:b w:val="0"/>
          <w:sz w:val="22"/>
        </w:rPr>
        <w:t xml:space="preserve">9. </w:t>
      </w:r>
      <w:r>
        <w:rPr>
          <w:rFonts w:ascii="宋体" w:hAnsi="宋体" w:eastAsia="宋体"/>
          <w:b/>
          <w:color w:val="CC0000"/>
          <w:sz w:val="22"/>
        </w:rPr>
        <w:t>C</w:t>
      </w:r>
      <w:r>
        <w:rPr>
          <w:rFonts w:ascii="宋体" w:hAnsi="宋体" w:eastAsia="宋体"/>
          <w:b w:val="0"/>
          <w:color w:val="646464"/>
          <w:sz w:val="20"/>
        </w:rPr>
        <w:t xml:space="preserve">  土星拥有最明显且美丽的光环系统，是太阳系中最具特色的行星。</w:t>
      </w:r>
    </w:p>
    <w:p>
      <w:pPr>
        <w:spacing w:after="80" w:line="360" w:lineRule="exact"/>
      </w:pPr>
      <w:r>
        <w:rPr>
          <w:rFonts w:ascii="宋体" w:hAnsi="宋体" w:eastAsia="宋体"/>
          <w:b w:val="0"/>
          <w:sz w:val="22"/>
        </w:rPr>
        <w:t xml:space="preserve">10. </w:t>
      </w:r>
      <w:r>
        <w:rPr>
          <w:rFonts w:ascii="宋体" w:hAnsi="宋体" w:eastAsia="宋体"/>
          <w:b/>
          <w:color w:val="CC0000"/>
          <w:sz w:val="22"/>
        </w:rPr>
        <w:t>B</w:t>
      </w:r>
      <w:r>
        <w:rPr>
          <w:rFonts w:ascii="宋体" w:hAnsi="宋体" w:eastAsia="宋体"/>
          <w:b w:val="0"/>
          <w:color w:val="646464"/>
          <w:sz w:val="20"/>
        </w:rPr>
        <w:t xml:space="preserve">  日食发生时，月球运行到太阳和地球之间，挡住了太阳光。</w:t>
      </w:r>
    </w:p>
    <w:p>
      <w:pPr>
        <w:spacing w:after="80" w:line="360" w:lineRule="exact"/>
      </w:pPr>
      <w:r>
        <w:rPr>
          <w:rFonts w:ascii="宋体" w:hAnsi="宋体" w:eastAsia="宋体"/>
          <w:b w:val="0"/>
          <w:sz w:val="22"/>
        </w:rPr>
        <w:t xml:space="preserve">11. </w:t>
      </w:r>
      <w:r>
        <w:rPr>
          <w:rFonts w:ascii="宋体" w:hAnsi="宋体" w:eastAsia="宋体"/>
          <w:b/>
          <w:color w:val="CC0000"/>
          <w:sz w:val="22"/>
        </w:rPr>
        <w:t>C  月食时地球位于太阳和月球之间，即太阳→地球→月球，月球进入地球的影子。</w:t>
      </w:r>
    </w:p>
    <w:p>
      <w:pPr>
        <w:spacing w:after="80" w:line="360" w:lineRule="exact"/>
      </w:pPr>
      <w:r>
        <w:rPr>
          <w:rFonts w:ascii="宋体" w:hAnsi="宋体" w:eastAsia="宋体"/>
          <w:b w:val="0"/>
          <w:sz w:val="22"/>
        </w:rPr>
        <w:t xml:space="preserve">12. </w:t>
      </w:r>
      <w:r>
        <w:rPr>
          <w:rFonts w:ascii="宋体" w:hAnsi="宋体" w:eastAsia="宋体"/>
          <w:b/>
          <w:color w:val="CC0000"/>
          <w:sz w:val="22"/>
        </w:rPr>
        <w:t>C  农历十五、十六，月球被太阳照亮的一面几乎完全朝向地球，为满月。</w:t>
      </w:r>
    </w:p>
    <w:p>
      <w:pPr>
        <w:spacing w:after="80" w:line="360" w:lineRule="exact"/>
      </w:pPr>
      <w:r>
        <w:rPr>
          <w:rFonts w:ascii="宋体" w:hAnsi="宋体" w:eastAsia="宋体"/>
          <w:b w:val="0"/>
          <w:sz w:val="22"/>
        </w:rPr>
        <w:t xml:space="preserve">13. </w:t>
      </w:r>
      <w:r>
        <w:rPr>
          <w:rFonts w:ascii="宋体" w:hAnsi="宋体" w:eastAsia="宋体"/>
          <w:b/>
          <w:color w:val="CC0000"/>
          <w:sz w:val="22"/>
        </w:rPr>
        <w:t>B  月相变化的周期约29.5天（朔望月），约一个月。</w:t>
      </w:r>
    </w:p>
    <w:p>
      <w:pPr>
        <w:spacing w:after="80" w:line="360" w:lineRule="exact"/>
      </w:pPr>
      <w:r>
        <w:rPr>
          <w:rFonts w:ascii="宋体" w:hAnsi="宋体" w:eastAsia="宋体"/>
          <w:b w:val="0"/>
          <w:sz w:val="22"/>
        </w:rPr>
        <w:t xml:space="preserve">14. </w:t>
      </w:r>
      <w:r>
        <w:rPr>
          <w:rFonts w:ascii="宋体" w:hAnsi="宋体" w:eastAsia="宋体"/>
          <w:b/>
          <w:color w:val="CC0000"/>
          <w:sz w:val="22"/>
        </w:rPr>
        <w:t>B  光年是天文学中的长度单位，指光在真空中一年走过的距离，约9.46万亿千米。</w:t>
      </w:r>
    </w:p>
    <w:p>
      <w:pPr>
        <w:spacing w:after="80" w:line="360" w:lineRule="exact"/>
      </w:pPr>
      <w:r>
        <w:rPr>
          <w:rFonts w:ascii="宋体" w:hAnsi="宋体" w:eastAsia="宋体"/>
          <w:b w:val="0"/>
          <w:sz w:val="22"/>
        </w:rPr>
        <w:t xml:space="preserve">15. </w:t>
      </w:r>
      <w:r>
        <w:rPr>
          <w:rFonts w:ascii="宋体" w:hAnsi="宋体" w:eastAsia="宋体"/>
          <w:b/>
          <w:color w:val="CC0000"/>
          <w:sz w:val="22"/>
        </w:rPr>
        <w:t>C  北极星几乎位于北天极，位置看起来几乎不动，常用来指示正北方向。</w:t>
      </w:r>
    </w:p>
    <w:p>
      <w:pPr>
        <w:spacing w:after="80" w:line="360" w:lineRule="exact"/>
      </w:pPr>
      <w:r>
        <w:rPr>
          <w:rFonts w:ascii="宋体" w:hAnsi="宋体" w:eastAsia="宋体"/>
          <w:b w:val="0"/>
          <w:sz w:val="22"/>
        </w:rPr>
        <w:t xml:space="preserve">16. </w:t>
      </w:r>
      <w:r>
        <w:rPr>
          <w:rFonts w:ascii="宋体" w:hAnsi="宋体" w:eastAsia="宋体"/>
          <w:b/>
          <w:color w:val="CC0000"/>
          <w:sz w:val="22"/>
        </w:rPr>
        <w:t>B  北极星是小熊座α星（勾陈一），位于小熊座尾部末端。</w:t>
      </w:r>
    </w:p>
    <w:p>
      <w:pPr>
        <w:spacing w:after="80" w:line="360" w:lineRule="exact"/>
      </w:pPr>
      <w:r>
        <w:rPr>
          <w:rFonts w:ascii="宋体" w:hAnsi="宋体" w:eastAsia="宋体"/>
          <w:b w:val="0"/>
          <w:sz w:val="22"/>
        </w:rPr>
        <w:t xml:space="preserve">17. </w:t>
      </w:r>
      <w:r>
        <w:rPr>
          <w:rFonts w:ascii="宋体" w:hAnsi="宋体" w:eastAsia="宋体"/>
          <w:b/>
          <w:color w:val="CC0000"/>
          <w:sz w:val="22"/>
        </w:rPr>
        <w:t>A  北斗七星属于大熊座，构成大熊的尾巴和身体后部。</w:t>
      </w:r>
    </w:p>
    <w:p>
      <w:pPr>
        <w:spacing w:after="80" w:line="360" w:lineRule="exact"/>
      </w:pPr>
      <w:r>
        <w:rPr>
          <w:rFonts w:ascii="宋体" w:hAnsi="宋体" w:eastAsia="宋体"/>
          <w:b w:val="0"/>
          <w:sz w:val="22"/>
        </w:rPr>
        <w:t xml:space="preserve">18. </w:t>
      </w:r>
      <w:r>
        <w:rPr>
          <w:rFonts w:ascii="宋体" w:hAnsi="宋体" w:eastAsia="宋体"/>
          <w:b/>
          <w:color w:val="CC0000"/>
          <w:sz w:val="22"/>
        </w:rPr>
        <w:t>C  夜空中肉眼可见的星星绝大多数是恒星，只有少数几颗亮星是行星。</w:t>
      </w:r>
    </w:p>
    <w:p>
      <w:pPr>
        <w:spacing w:after="80" w:line="360" w:lineRule="exact"/>
      </w:pPr>
      <w:r>
        <w:rPr>
          <w:rFonts w:ascii="宋体" w:hAnsi="宋体" w:eastAsia="宋体"/>
          <w:b w:val="0"/>
          <w:sz w:val="22"/>
        </w:rPr>
        <w:t xml:space="preserve">19. </w:t>
      </w:r>
      <w:r>
        <w:rPr>
          <w:rFonts w:ascii="宋体" w:hAnsi="宋体" w:eastAsia="宋体"/>
          <w:b/>
          <w:color w:val="CC0000"/>
          <w:sz w:val="22"/>
        </w:rPr>
        <w:t>C  太阳是恒星，自身能发光发热；地球、火星、月球都只是反射太阳光。</w:t>
      </w:r>
    </w:p>
    <w:p>
      <w:pPr>
        <w:spacing w:after="80" w:line="360" w:lineRule="exact"/>
      </w:pPr>
      <w:r>
        <w:rPr>
          <w:rFonts w:ascii="宋体" w:hAnsi="宋体" w:eastAsia="宋体"/>
          <w:b w:val="0"/>
          <w:sz w:val="22"/>
        </w:rPr>
        <w:t xml:space="preserve">20. </w:t>
      </w:r>
      <w:r>
        <w:rPr>
          <w:rFonts w:ascii="宋体" w:hAnsi="宋体" w:eastAsia="宋体"/>
          <w:b/>
          <w:color w:val="CC0000"/>
          <w:sz w:val="22"/>
        </w:rPr>
        <w:t>B  地球是一个两极稍扁、赤道略鼓的椭球体。</w:t>
      </w:r>
    </w:p>
    <w:p>
      <w:pPr>
        <w:spacing w:after="80" w:line="360" w:lineRule="exact"/>
      </w:pPr>
      <w:r>
        <w:rPr>
          <w:rFonts w:ascii="宋体" w:hAnsi="宋体" w:eastAsia="宋体"/>
          <w:b w:val="0"/>
          <w:sz w:val="22"/>
        </w:rPr>
        <w:t xml:space="preserve">21. </w:t>
      </w:r>
      <w:r>
        <w:rPr>
          <w:rFonts w:ascii="宋体" w:hAnsi="宋体" w:eastAsia="宋体"/>
          <w:b/>
          <w:color w:val="CC0000"/>
          <w:sz w:val="22"/>
        </w:rPr>
        <w:t>A  地球赤道周长约4万千米。</w:t>
      </w:r>
    </w:p>
    <w:p>
      <w:pPr>
        <w:spacing w:after="80" w:line="360" w:lineRule="exact"/>
      </w:pPr>
      <w:r>
        <w:rPr>
          <w:rFonts w:ascii="宋体" w:hAnsi="宋体" w:eastAsia="宋体"/>
          <w:b w:val="0"/>
          <w:sz w:val="22"/>
        </w:rPr>
        <w:t xml:space="preserve">22. </w:t>
      </w:r>
      <w:r>
        <w:rPr>
          <w:rFonts w:ascii="宋体" w:hAnsi="宋体" w:eastAsia="宋体"/>
          <w:b/>
          <w:color w:val="CC0000"/>
          <w:sz w:val="22"/>
        </w:rPr>
        <w:t>B  月食时地球投在月面上的影子边缘是圆弧形，说明地球是球体；其余三项都由自转或公转造成。</w:t>
      </w:r>
    </w:p>
    <w:p>
      <w:pPr>
        <w:spacing w:after="80" w:line="360" w:lineRule="exact"/>
      </w:pPr>
      <w:r>
        <w:rPr>
          <w:rFonts w:ascii="宋体" w:hAnsi="宋体" w:eastAsia="宋体"/>
          <w:b w:val="0"/>
          <w:sz w:val="22"/>
        </w:rPr>
        <w:t xml:space="preserve">23. </w:t>
      </w:r>
      <w:r>
        <w:rPr>
          <w:rFonts w:ascii="宋体" w:hAnsi="宋体" w:eastAsia="宋体"/>
          <w:b/>
          <w:color w:val="CC0000"/>
          <w:sz w:val="22"/>
        </w:rPr>
        <w:t>B  太阳黑子出现在光球层，是温度较低（约4000 K）的区域，因而显得比周围暗。</w:t>
      </w:r>
    </w:p>
    <w:p>
      <w:pPr>
        <w:spacing w:after="80" w:line="360" w:lineRule="exact"/>
      </w:pPr>
      <w:r>
        <w:rPr>
          <w:rFonts w:ascii="宋体" w:hAnsi="宋体" w:eastAsia="宋体"/>
          <w:b w:val="0"/>
          <w:sz w:val="22"/>
        </w:rPr>
        <w:t xml:space="preserve">24. </w:t>
      </w:r>
      <w:r>
        <w:rPr>
          <w:rFonts w:ascii="宋体" w:hAnsi="宋体" w:eastAsia="宋体"/>
          <w:b/>
          <w:color w:val="CC0000"/>
          <w:sz w:val="22"/>
        </w:rPr>
        <w:t>B  太阳的能量来自其核心的氢核聚变为氦的热核反应。</w:t>
      </w:r>
    </w:p>
    <w:p>
      <w:pPr>
        <w:spacing w:after="80" w:line="360" w:lineRule="exact"/>
      </w:pPr>
      <w:r>
        <w:rPr>
          <w:rFonts w:ascii="宋体" w:hAnsi="宋体" w:eastAsia="宋体"/>
          <w:b w:val="0"/>
          <w:sz w:val="22"/>
        </w:rPr>
        <w:t xml:space="preserve">25. </w:t>
      </w:r>
      <w:r>
        <w:rPr>
          <w:rFonts w:ascii="宋体" w:hAnsi="宋体" w:eastAsia="宋体"/>
          <w:b/>
          <w:color w:val="CC0000"/>
          <w:sz w:val="22"/>
        </w:rPr>
        <w:t>C  月球表面最显著的地貌是环形山（撞击坑），此外还有大片月海。</w:t>
      </w:r>
    </w:p>
    <w:p>
      <w:pPr>
        <w:spacing w:after="80" w:line="360" w:lineRule="exact"/>
      </w:pPr>
      <w:r>
        <w:rPr>
          <w:rFonts w:ascii="宋体" w:hAnsi="宋体" w:eastAsia="宋体"/>
          <w:b w:val="0"/>
          <w:sz w:val="22"/>
        </w:rPr>
        <w:t xml:space="preserve">26. </w:t>
      </w:r>
      <w:r>
        <w:rPr>
          <w:rFonts w:ascii="宋体" w:hAnsi="宋体" w:eastAsia="宋体"/>
          <w:b/>
          <w:color w:val="CC0000"/>
          <w:sz w:val="22"/>
        </w:rPr>
        <w:t>A  声音的传播需要介质，月球上没有空气，所以声音无法传播；光可以在真空中传播。</w:t>
      </w:r>
    </w:p>
    <w:p>
      <w:pPr>
        <w:spacing w:after="80" w:line="360" w:lineRule="exact"/>
      </w:pPr>
      <w:r>
        <w:rPr>
          <w:rFonts w:ascii="宋体" w:hAnsi="宋体" w:eastAsia="宋体"/>
          <w:b w:val="0"/>
          <w:sz w:val="22"/>
        </w:rPr>
        <w:t xml:space="preserve">27. </w:t>
      </w:r>
      <w:r>
        <w:rPr>
          <w:rFonts w:ascii="宋体" w:hAnsi="宋体" w:eastAsia="宋体"/>
          <w:b/>
          <w:color w:val="CC0000"/>
          <w:sz w:val="22"/>
        </w:rPr>
        <w:t>B  月球表面的重力约为地球的1/6。</w:t>
      </w:r>
    </w:p>
    <w:p>
      <w:pPr>
        <w:spacing w:after="80" w:line="360" w:lineRule="exact"/>
      </w:pPr>
      <w:r>
        <w:rPr>
          <w:rFonts w:ascii="宋体" w:hAnsi="宋体" w:eastAsia="宋体"/>
          <w:b w:val="0"/>
          <w:sz w:val="22"/>
        </w:rPr>
        <w:t xml:space="preserve">28. </w:t>
      </w:r>
      <w:r>
        <w:rPr>
          <w:rFonts w:ascii="宋体" w:hAnsi="宋体" w:eastAsia="宋体"/>
          <w:b/>
          <w:color w:val="CC0000"/>
          <w:sz w:val="22"/>
        </w:rPr>
        <w:t>B  望远镜能收集更多光并把天体放大，可看清其细节。</w:t>
      </w:r>
    </w:p>
    <w:p>
      <w:pPr>
        <w:spacing w:after="80" w:line="360" w:lineRule="exact"/>
      </w:pPr>
      <w:r>
        <w:rPr>
          <w:rFonts w:ascii="宋体" w:hAnsi="宋体" w:eastAsia="宋体"/>
          <w:b w:val="0"/>
          <w:sz w:val="22"/>
        </w:rPr>
        <w:t xml:space="preserve">29. </w:t>
      </w:r>
      <w:r>
        <w:rPr>
          <w:rFonts w:ascii="宋体" w:hAnsi="宋体" w:eastAsia="宋体"/>
          <w:b/>
          <w:color w:val="CC0000"/>
          <w:sz w:val="22"/>
        </w:rPr>
        <w:t>B  星图把天体按坐标投影到平面上，用来辨认和查找天体位置。</w:t>
      </w:r>
    </w:p>
    <w:p>
      <w:pPr>
        <w:spacing w:after="80" w:line="360" w:lineRule="exact"/>
      </w:pPr>
      <w:r>
        <w:rPr>
          <w:rFonts w:ascii="宋体" w:hAnsi="宋体" w:eastAsia="宋体"/>
          <w:b w:val="0"/>
          <w:sz w:val="22"/>
        </w:rPr>
        <w:t xml:space="preserve">30. </w:t>
      </w:r>
      <w:r>
        <w:rPr>
          <w:rFonts w:ascii="宋体" w:hAnsi="宋体" w:eastAsia="宋体"/>
          <w:b/>
          <w:color w:val="CC0000"/>
          <w:sz w:val="22"/>
        </w:rPr>
        <w:t>C  太阳系小天体包括小行星、彗星、流星体等；地球、月球、木星都是大天体。</w:t>
      </w:r>
    </w:p>
    <w:p>
      <w:pPr>
        <w:spacing w:after="80" w:line="360" w:lineRule="exact"/>
      </w:pPr>
      <w:r>
        <w:rPr>
          <w:rFonts w:ascii="宋体" w:hAnsi="宋体" w:eastAsia="宋体"/>
          <w:b w:val="0"/>
          <w:sz w:val="22"/>
        </w:rPr>
        <w:t xml:space="preserve">31. </w:t>
      </w:r>
      <w:r>
        <w:rPr>
          <w:rFonts w:ascii="宋体" w:hAnsi="宋体" w:eastAsia="宋体"/>
          <w:b/>
          <w:color w:val="CC0000"/>
          <w:sz w:val="22"/>
        </w:rPr>
        <w:t>D  流星雨是地球穿过彗星（或小行星）遗留在轨道上的尘埃带时形成的，因此与彗星密切相关。</w:t>
      </w:r>
    </w:p>
    <w:p>
      <w:pPr>
        <w:spacing w:after="80" w:line="360" w:lineRule="exact"/>
      </w:pPr>
      <w:r>
        <w:rPr>
          <w:rFonts w:ascii="宋体" w:hAnsi="宋体" w:eastAsia="宋体"/>
          <w:b w:val="0"/>
          <w:sz w:val="22"/>
        </w:rPr>
        <w:t xml:space="preserve">32. </w:t>
      </w:r>
      <w:r>
        <w:rPr>
          <w:rFonts w:ascii="宋体" w:hAnsi="宋体" w:eastAsia="宋体"/>
          <w:b/>
          <w:color w:val="CC0000"/>
          <w:sz w:val="22"/>
        </w:rPr>
        <w:t>B  哈雷彗星是著名的周期彗星，约76年回归一次；北斗七星是恒星，火星和月球都不是彗星。</w:t>
      </w:r>
    </w:p>
    <w:p>
      <w:pPr>
        <w:spacing w:after="80" w:line="360" w:lineRule="exact"/>
      </w:pPr>
      <w:r>
        <w:rPr>
          <w:rFonts w:ascii="宋体" w:hAnsi="宋体" w:eastAsia="宋体"/>
          <w:b w:val="0"/>
          <w:sz w:val="22"/>
        </w:rPr>
        <w:t xml:space="preserve">33. </w:t>
      </w:r>
      <w:r>
        <w:rPr>
          <w:rFonts w:ascii="宋体" w:hAnsi="宋体" w:eastAsia="宋体"/>
          <w:b/>
          <w:color w:val="CC0000"/>
          <w:sz w:val="22"/>
        </w:rPr>
        <w:t>B  地球公转轨道是接近正圆的椭圆，太阳位于其中一个焦点上。</w:t>
      </w:r>
    </w:p>
    <w:p>
      <w:pPr>
        <w:spacing w:after="80" w:line="360" w:lineRule="exact"/>
      </w:pPr>
      <w:r>
        <w:rPr>
          <w:rFonts w:ascii="宋体" w:hAnsi="宋体" w:eastAsia="宋体"/>
          <w:b w:val="0"/>
          <w:sz w:val="22"/>
        </w:rPr>
        <w:t xml:space="preserve">34. </w:t>
      </w:r>
      <w:r>
        <w:rPr>
          <w:rFonts w:ascii="宋体" w:hAnsi="宋体" w:eastAsia="宋体"/>
          <w:b/>
          <w:color w:val="CC0000"/>
          <w:sz w:val="22"/>
        </w:rPr>
        <w:t>A  地球自转造成昼夜交替。</w:t>
      </w:r>
    </w:p>
    <w:p>
      <w:pPr>
        <w:spacing w:after="80" w:line="360" w:lineRule="exact"/>
      </w:pPr>
      <w:r>
        <w:rPr>
          <w:rFonts w:ascii="宋体" w:hAnsi="宋体" w:eastAsia="宋体"/>
          <w:b w:val="0"/>
          <w:sz w:val="22"/>
        </w:rPr>
        <w:t xml:space="preserve">35. </w:t>
      </w:r>
      <w:r>
        <w:rPr>
          <w:rFonts w:ascii="宋体" w:hAnsi="宋体" w:eastAsia="宋体"/>
          <w:b/>
          <w:color w:val="CC0000"/>
          <w:sz w:val="22"/>
        </w:rPr>
        <w:t>B  四季变化的根本原因是地轴倾斜且指向不变，加之地球公转，使太阳直射点在南北回归线之间往返移动。</w:t>
      </w:r>
    </w:p>
    <w:p>
      <w:pPr>
        <w:spacing w:after="80" w:line="360" w:lineRule="exact"/>
      </w:pPr>
      <w:r>
        <w:rPr>
          <w:rFonts w:ascii="宋体" w:hAnsi="宋体" w:eastAsia="宋体"/>
          <w:b w:val="0"/>
          <w:sz w:val="22"/>
        </w:rPr>
        <w:t xml:space="preserve">36. </w:t>
      </w:r>
      <w:r>
        <w:rPr>
          <w:rFonts w:ascii="宋体" w:hAnsi="宋体" w:eastAsia="宋体"/>
          <w:b/>
          <w:color w:val="CC0000"/>
          <w:sz w:val="22"/>
        </w:rPr>
        <w:t>B  水星和金星没有天然卫星；地球有1颗，火星有2颗，木星有九十多颗。</w:t>
      </w:r>
    </w:p>
    <w:p>
      <w:pPr>
        <w:spacing w:after="80" w:line="360" w:lineRule="exact"/>
      </w:pPr>
      <w:r>
        <w:rPr>
          <w:rFonts w:ascii="宋体" w:hAnsi="宋体" w:eastAsia="宋体"/>
          <w:b w:val="0"/>
          <w:sz w:val="22"/>
        </w:rPr>
        <w:t xml:space="preserve">37. </w:t>
      </w:r>
      <w:r>
        <w:rPr>
          <w:rFonts w:ascii="宋体" w:hAnsi="宋体" w:eastAsia="宋体"/>
          <w:b/>
          <w:color w:val="CC0000"/>
          <w:sz w:val="22"/>
        </w:rPr>
        <w:t>B  金星是离地球最近的行星，最近时约4000万千米。</w:t>
      </w:r>
    </w:p>
    <w:p>
      <w:pPr>
        <w:spacing w:after="80" w:line="360" w:lineRule="exact"/>
      </w:pPr>
      <w:r>
        <w:rPr>
          <w:rFonts w:ascii="宋体" w:hAnsi="宋体" w:eastAsia="宋体"/>
          <w:b w:val="0"/>
          <w:sz w:val="22"/>
        </w:rPr>
        <w:t xml:space="preserve">38. </w:t>
      </w:r>
      <w:r>
        <w:rPr>
          <w:rFonts w:ascii="宋体" w:hAnsi="宋体" w:eastAsia="宋体"/>
          <w:b/>
          <w:color w:val="CC0000"/>
          <w:sz w:val="22"/>
        </w:rPr>
        <w:t>B  离地球最近的恒星是太阳，平均约1.5亿千米；比邻星是除太阳外最近的恒星。</w:t>
      </w:r>
    </w:p>
    <w:p>
      <w:pPr>
        <w:spacing w:after="80" w:line="360" w:lineRule="exact"/>
      </w:pPr>
      <w:r>
        <w:rPr>
          <w:rFonts w:ascii="宋体" w:hAnsi="宋体" w:eastAsia="宋体"/>
          <w:b w:val="0"/>
          <w:sz w:val="22"/>
        </w:rPr>
        <w:t xml:space="preserve">39. </w:t>
      </w:r>
      <w:r>
        <w:rPr>
          <w:rFonts w:ascii="宋体" w:hAnsi="宋体" w:eastAsia="宋体"/>
          <w:b/>
          <w:color w:val="CC0000"/>
          <w:sz w:val="22"/>
        </w:rPr>
        <w:t>C  北极星是恒星，位于银河系中，但不是太阳系的成员。</w:t>
      </w:r>
    </w:p>
    <w:p>
      <w:pPr>
        <w:spacing w:after="80" w:line="360" w:lineRule="exact"/>
      </w:pPr>
      <w:r>
        <w:rPr>
          <w:rFonts w:ascii="宋体" w:hAnsi="宋体" w:eastAsia="宋体"/>
          <w:b w:val="0"/>
          <w:sz w:val="22"/>
        </w:rPr>
        <w:t xml:space="preserve">40. </w:t>
      </w:r>
      <w:r>
        <w:rPr>
          <w:rFonts w:ascii="宋体" w:hAnsi="宋体" w:eastAsia="宋体"/>
          <w:b/>
          <w:color w:val="CC0000"/>
          <w:sz w:val="22"/>
        </w:rPr>
        <w:t>A  人造卫星是人类发射的绕地球运行的人造天体；行星、恒星、彗星都是天然天体。</w:t>
      </w:r>
    </w:p>
    <w:p>
      <w:pPr>
        <w:spacing w:after="80" w:line="360" w:lineRule="exact"/>
      </w:pPr>
      <w:r>
        <w:rPr>
          <w:rFonts w:ascii="宋体" w:hAnsi="宋体" w:eastAsia="宋体"/>
          <w:b w:val="0"/>
          <w:sz w:val="22"/>
        </w:rPr>
        <w:t xml:space="preserve">41. </w:t>
      </w:r>
      <w:r>
        <w:rPr>
          <w:rFonts w:ascii="宋体" w:hAnsi="宋体" w:eastAsia="宋体"/>
          <w:b/>
          <w:color w:val="CC0000"/>
          <w:sz w:val="22"/>
        </w:rPr>
        <w:t>C  潮汐主要由月球（其次是太阳）的引力造成。</w:t>
      </w:r>
    </w:p>
    <w:p>
      <w:pPr>
        <w:spacing w:after="80" w:line="360" w:lineRule="exact"/>
      </w:pPr>
      <w:r>
        <w:rPr>
          <w:rFonts w:ascii="宋体" w:hAnsi="宋体" w:eastAsia="宋体"/>
          <w:b w:val="0"/>
          <w:sz w:val="22"/>
        </w:rPr>
        <w:t xml:space="preserve">42. </w:t>
      </w:r>
      <w:r>
        <w:rPr>
          <w:rFonts w:ascii="宋体" w:hAnsi="宋体" w:eastAsia="宋体"/>
          <w:b/>
          <w:color w:val="CC0000"/>
          <w:sz w:val="22"/>
        </w:rPr>
        <w:t>A  太阳光极强，直接观看会灼伤视网膜，必须使用专用日食镜或滤光片。</w:t>
      </w:r>
    </w:p>
    <w:p>
      <w:pPr>
        <w:spacing w:after="80" w:line="360" w:lineRule="exact"/>
      </w:pPr>
      <w:r>
        <w:rPr>
          <w:rFonts w:ascii="宋体" w:hAnsi="宋体" w:eastAsia="宋体"/>
          <w:b w:val="0"/>
          <w:sz w:val="22"/>
        </w:rPr>
        <w:t xml:space="preserve">43. </w:t>
      </w:r>
      <w:r>
        <w:rPr>
          <w:rFonts w:ascii="宋体" w:hAnsi="宋体" w:eastAsia="宋体"/>
          <w:b/>
          <w:color w:val="CC0000"/>
          <w:sz w:val="22"/>
        </w:rPr>
        <w:t>C  满月傍晚从东方升起、次日清晨在西方落下，整夜可见（上弦月傍晚只在西南方短暂可见）。</w:t>
      </w:r>
    </w:p>
    <w:p>
      <w:pPr>
        <w:spacing w:after="80" w:line="360" w:lineRule="exact"/>
      </w:pPr>
      <w:r>
        <w:rPr>
          <w:rFonts w:ascii="宋体" w:hAnsi="宋体" w:eastAsia="宋体"/>
          <w:b w:val="0"/>
          <w:sz w:val="22"/>
        </w:rPr>
        <w:t xml:space="preserve">44. </w:t>
      </w:r>
      <w:r>
        <w:rPr>
          <w:rFonts w:ascii="宋体" w:hAnsi="宋体" w:eastAsia="宋体"/>
          <w:b/>
          <w:color w:val="CC0000"/>
          <w:sz w:val="22"/>
        </w:rPr>
        <w:t>D  下弦月约在半夜升起，黎明时位于南方天空，亮面朝东。</w:t>
      </w:r>
    </w:p>
    <w:p>
      <w:pPr>
        <w:spacing w:after="80" w:line="360" w:lineRule="exact"/>
      </w:pPr>
      <w:r>
        <w:rPr>
          <w:rFonts w:ascii="宋体" w:hAnsi="宋体" w:eastAsia="宋体"/>
          <w:b w:val="0"/>
          <w:sz w:val="22"/>
        </w:rPr>
        <w:t xml:space="preserve">45. </w:t>
      </w:r>
      <w:r>
        <w:rPr>
          <w:rFonts w:ascii="宋体" w:hAnsi="宋体" w:eastAsia="宋体"/>
          <w:b/>
          <w:color w:val="CC0000"/>
          <w:sz w:val="22"/>
        </w:rPr>
        <w:t>A  农历初一月球位于太阳和地球之间，暗面朝向地球，为新月（朔）。</w:t>
      </w:r>
    </w:p>
    <w:p>
      <w:pPr>
        <w:spacing w:after="80" w:line="360" w:lineRule="exact"/>
      </w:pPr>
      <w:r>
        <w:rPr>
          <w:rFonts w:ascii="宋体" w:hAnsi="宋体" w:eastAsia="宋体"/>
          <w:b w:val="0"/>
          <w:sz w:val="22"/>
        </w:rPr>
        <w:t xml:space="preserve">46. </w:t>
      </w:r>
      <w:r>
        <w:rPr>
          <w:rFonts w:ascii="宋体" w:hAnsi="宋体" w:eastAsia="宋体"/>
          <w:b/>
          <w:color w:val="CC0000"/>
          <w:sz w:val="22"/>
        </w:rPr>
        <w:t>B  农历初七、初八，月球西半边被照亮，为上弦月，傍晚出现在南方天空。</w:t>
      </w:r>
    </w:p>
    <w:p>
      <w:pPr>
        <w:spacing w:after="80" w:line="360" w:lineRule="exact"/>
      </w:pPr>
      <w:r>
        <w:rPr>
          <w:rFonts w:ascii="宋体" w:hAnsi="宋体" w:eastAsia="宋体"/>
          <w:b w:val="0"/>
          <w:sz w:val="22"/>
        </w:rPr>
        <w:t xml:space="preserve">47. </w:t>
      </w:r>
      <w:r>
        <w:rPr>
          <w:rFonts w:ascii="宋体" w:hAnsi="宋体" w:eastAsia="宋体"/>
          <w:b/>
          <w:color w:val="CC0000"/>
          <w:sz w:val="22"/>
        </w:rPr>
        <w:t>D  农历二十二、二十三，月球东半边被照亮，为下弦月。</w:t>
      </w:r>
    </w:p>
    <w:p>
      <w:pPr>
        <w:spacing w:after="80" w:line="360" w:lineRule="exact"/>
      </w:pPr>
      <w:r>
        <w:rPr>
          <w:rFonts w:ascii="宋体" w:hAnsi="宋体" w:eastAsia="宋体"/>
          <w:b w:val="0"/>
          <w:sz w:val="22"/>
        </w:rPr>
        <w:t xml:space="preserve">48. </w:t>
      </w:r>
      <w:r>
        <w:rPr>
          <w:rFonts w:ascii="宋体" w:hAnsi="宋体" w:eastAsia="宋体"/>
          <w:b/>
          <w:color w:val="CC0000"/>
          <w:sz w:val="22"/>
        </w:rPr>
        <w:t>C  地球绕太阳公转，月球绕地球公转。</w:t>
      </w:r>
    </w:p>
    <w:p>
      <w:pPr>
        <w:spacing w:after="80" w:line="360" w:lineRule="exact"/>
      </w:pPr>
      <w:r>
        <w:rPr>
          <w:rFonts w:ascii="宋体" w:hAnsi="宋体" w:eastAsia="宋体"/>
          <w:b w:val="0"/>
          <w:sz w:val="22"/>
        </w:rPr>
        <w:t xml:space="preserve">49. </w:t>
      </w:r>
      <w:r>
        <w:rPr>
          <w:rFonts w:ascii="宋体" w:hAnsi="宋体" w:eastAsia="宋体"/>
          <w:b/>
          <w:color w:val="CC0000"/>
          <w:sz w:val="22"/>
        </w:rPr>
        <w:t>D  行星本身不发光，只反射恒星的阳光，所以“行星会自己发光”的说法错误。</w:t>
      </w:r>
    </w:p>
    <w:p>
      <w:pPr>
        <w:spacing w:after="80" w:line="360" w:lineRule="exact"/>
      </w:pPr>
      <w:r>
        <w:rPr>
          <w:rFonts w:ascii="宋体" w:hAnsi="宋体" w:eastAsia="宋体"/>
          <w:b w:val="0"/>
          <w:sz w:val="22"/>
        </w:rPr>
        <w:t xml:space="preserve">50. </w:t>
      </w:r>
      <w:r>
        <w:rPr>
          <w:rFonts w:ascii="宋体" w:hAnsi="宋体" w:eastAsia="宋体"/>
          <w:b/>
          <w:color w:val="CC0000"/>
          <w:sz w:val="22"/>
        </w:rPr>
        <w:t>B  太阳光比星光强得多，白天大气散射的阳光把星星淹没在明亮的背景里。</w:t>
      </w:r>
    </w:p>
    <w:p>
      <w:pPr>
        <w:spacing w:after="80" w:line="360" w:lineRule="exact"/>
      </w:pPr>
      <w:r>
        <w:rPr>
          <w:rFonts w:ascii="宋体" w:hAnsi="宋体" w:eastAsia="宋体"/>
          <w:b w:val="0"/>
          <w:sz w:val="22"/>
        </w:rPr>
        <w:t xml:space="preserve">51. </w:t>
      </w:r>
      <w:r>
        <w:rPr>
          <w:rFonts w:ascii="宋体" w:hAnsi="宋体" w:eastAsia="宋体"/>
          <w:b/>
          <w:color w:val="CC0000"/>
          <w:sz w:val="22"/>
        </w:rPr>
        <w:t>A  月球绕地球公转的方向与地球自转方向相同，都是自西向东。</w:t>
      </w:r>
    </w:p>
    <w:p>
      <w:pPr>
        <w:spacing w:after="80" w:line="360" w:lineRule="exact"/>
      </w:pPr>
      <w:r>
        <w:rPr>
          <w:rFonts w:ascii="宋体" w:hAnsi="宋体" w:eastAsia="宋体"/>
          <w:b w:val="0"/>
          <w:sz w:val="22"/>
        </w:rPr>
        <w:t xml:space="preserve">52. </w:t>
      </w:r>
      <w:r>
        <w:rPr>
          <w:rFonts w:ascii="宋体" w:hAnsi="宋体" w:eastAsia="宋体"/>
          <w:b/>
          <w:color w:val="CC0000"/>
          <w:sz w:val="22"/>
        </w:rPr>
        <w:t>A  地球自转方向是自西向东，所以太阳东升西落。</w:t>
      </w:r>
    </w:p>
    <w:p>
      <w:pPr>
        <w:spacing w:after="80" w:line="360" w:lineRule="exact"/>
      </w:pPr>
      <w:r>
        <w:rPr>
          <w:rFonts w:ascii="宋体" w:hAnsi="宋体" w:eastAsia="宋体"/>
          <w:b w:val="0"/>
          <w:sz w:val="22"/>
        </w:rPr>
        <w:t xml:space="preserve">53. </w:t>
      </w:r>
      <w:r>
        <w:rPr>
          <w:rFonts w:ascii="宋体" w:hAnsi="宋体" w:eastAsia="宋体"/>
          <w:b/>
          <w:color w:val="CC0000"/>
          <w:sz w:val="22"/>
        </w:rPr>
        <w:t>B  木星的质量约为其他七颗行星质量总和的2.5倍，是质量最大的行星。</w:t>
      </w:r>
    </w:p>
    <w:p>
      <w:pPr>
        <w:spacing w:after="80" w:line="360" w:lineRule="exact"/>
      </w:pPr>
      <w:r>
        <w:rPr>
          <w:rFonts w:ascii="宋体" w:hAnsi="宋体" w:eastAsia="宋体"/>
          <w:b w:val="0"/>
          <w:sz w:val="22"/>
        </w:rPr>
        <w:t xml:space="preserve">54. </w:t>
      </w:r>
      <w:r>
        <w:rPr>
          <w:rFonts w:ascii="宋体" w:hAnsi="宋体" w:eastAsia="宋体"/>
          <w:b/>
          <w:color w:val="CC0000"/>
          <w:sz w:val="22"/>
        </w:rPr>
        <w:t>A  水星是八大行星中体积和质量最小的行星。</w:t>
      </w:r>
    </w:p>
    <w:p>
      <w:pPr>
        <w:spacing w:after="80" w:line="360" w:lineRule="exact"/>
      </w:pPr>
      <w:r>
        <w:rPr>
          <w:rFonts w:ascii="宋体" w:hAnsi="宋体" w:eastAsia="宋体"/>
          <w:b w:val="0"/>
          <w:sz w:val="22"/>
        </w:rPr>
        <w:t xml:space="preserve">55. </w:t>
      </w:r>
      <w:r>
        <w:rPr>
          <w:rFonts w:ascii="宋体" w:hAnsi="宋体" w:eastAsia="宋体"/>
          <w:b/>
          <w:color w:val="CC0000"/>
          <w:sz w:val="22"/>
        </w:rPr>
        <w:t>B  目前只有地球被证实存在生命。</w:t>
      </w:r>
    </w:p>
    <w:p>
      <w:pPr>
        <w:spacing w:after="80" w:line="360" w:lineRule="exact"/>
      </w:pPr>
      <w:r>
        <w:rPr>
          <w:rFonts w:ascii="宋体" w:hAnsi="宋体" w:eastAsia="宋体"/>
          <w:b w:val="0"/>
          <w:sz w:val="22"/>
        </w:rPr>
        <w:t xml:space="preserve">56. </w:t>
      </w:r>
      <w:r>
        <w:rPr>
          <w:rFonts w:ascii="宋体" w:hAnsi="宋体" w:eastAsia="宋体"/>
          <w:b/>
          <w:color w:val="CC0000"/>
          <w:sz w:val="22"/>
        </w:rPr>
        <w:t>A  月球没有大气层、没有液态水，也没有磁场保护，因此不适合生命存在。</w:t>
      </w:r>
    </w:p>
    <w:p>
      <w:pPr>
        <w:spacing w:after="80" w:line="360" w:lineRule="exact"/>
      </w:pPr>
      <w:r>
        <w:rPr>
          <w:rFonts w:ascii="宋体" w:hAnsi="宋体" w:eastAsia="宋体"/>
          <w:b w:val="0"/>
          <w:sz w:val="22"/>
        </w:rPr>
        <w:t xml:space="preserve">57. </w:t>
      </w:r>
      <w:r>
        <w:rPr>
          <w:rFonts w:ascii="宋体" w:hAnsi="宋体" w:eastAsia="宋体"/>
          <w:b/>
          <w:color w:val="CC0000"/>
          <w:sz w:val="22"/>
        </w:rPr>
        <w:t>B  太阳以电磁辐射的形式向地球输送光和热，是地球最主要的能量来源。</w:t>
      </w:r>
    </w:p>
    <w:p>
      <w:pPr>
        <w:spacing w:after="80" w:line="360" w:lineRule="exact"/>
      </w:pPr>
      <w:r>
        <w:rPr>
          <w:rFonts w:ascii="宋体" w:hAnsi="宋体" w:eastAsia="宋体"/>
          <w:b w:val="0"/>
          <w:sz w:val="22"/>
        </w:rPr>
        <w:t xml:space="preserve">58. </w:t>
      </w:r>
      <w:r>
        <w:rPr>
          <w:rFonts w:ascii="宋体" w:hAnsi="宋体" w:eastAsia="宋体"/>
          <w:b/>
          <w:color w:val="CC0000"/>
          <w:sz w:val="22"/>
        </w:rPr>
        <w:t>B  正午12点前后太阳升到一天中最高的位置，此时影子最短。</w:t>
      </w:r>
    </w:p>
    <w:p>
      <w:pPr>
        <w:spacing w:after="80" w:line="360" w:lineRule="exact"/>
      </w:pPr>
      <w:r>
        <w:rPr>
          <w:rFonts w:ascii="宋体" w:hAnsi="宋体" w:eastAsia="宋体"/>
          <w:b w:val="0"/>
          <w:sz w:val="22"/>
        </w:rPr>
        <w:t xml:space="preserve">59. </w:t>
      </w:r>
      <w:r>
        <w:rPr>
          <w:rFonts w:ascii="宋体" w:hAnsi="宋体" w:eastAsia="宋体"/>
          <w:b/>
          <w:color w:val="CC0000"/>
          <w:sz w:val="22"/>
        </w:rPr>
        <w:t>B  太阳在天空中的位置（高度和方位）不断变化，影子的长短和方向随之改变。</w:t>
      </w:r>
    </w:p>
    <w:p>
      <w:pPr>
        <w:spacing w:after="80" w:line="360" w:lineRule="exact"/>
      </w:pPr>
      <w:r>
        <w:rPr>
          <w:rFonts w:ascii="宋体" w:hAnsi="宋体" w:eastAsia="宋体"/>
          <w:b w:val="0"/>
          <w:sz w:val="22"/>
        </w:rPr>
        <w:t xml:space="preserve">60. </w:t>
      </w:r>
      <w:r>
        <w:rPr>
          <w:rFonts w:ascii="宋体" w:hAnsi="宋体" w:eastAsia="宋体"/>
          <w:b/>
          <w:color w:val="CC0000"/>
          <w:sz w:val="22"/>
        </w:rPr>
        <w:t>B  太阳高度角越大（太阳越高），物体的影子越短。</w:t>
      </w:r>
    </w:p>
    <w:p>
      <w:pPr>
        <w:spacing w:after="80" w:line="360" w:lineRule="exact"/>
      </w:pPr>
      <w:r>
        <w:rPr>
          <w:rFonts w:ascii="宋体" w:hAnsi="宋体" w:eastAsia="宋体"/>
          <w:b w:val="0"/>
          <w:sz w:val="22"/>
        </w:rPr>
        <w:t xml:space="preserve">61. </w:t>
      </w:r>
      <w:r>
        <w:rPr>
          <w:rFonts w:ascii="宋体" w:hAnsi="宋体" w:eastAsia="宋体"/>
          <w:b/>
          <w:color w:val="CC0000"/>
          <w:sz w:val="22"/>
        </w:rPr>
        <w:t>A  太阳高度角越小（太阳越低），物体的影子越长。</w:t>
      </w:r>
    </w:p>
    <w:p>
      <w:pPr>
        <w:spacing w:after="80" w:line="360" w:lineRule="exact"/>
      </w:pPr>
      <w:r>
        <w:rPr>
          <w:rFonts w:ascii="宋体" w:hAnsi="宋体" w:eastAsia="宋体"/>
          <w:b w:val="0"/>
          <w:sz w:val="22"/>
        </w:rPr>
        <w:t xml:space="preserve">62. </w:t>
      </w:r>
      <w:r>
        <w:rPr>
          <w:rFonts w:ascii="宋体" w:hAnsi="宋体" w:eastAsia="宋体"/>
          <w:b/>
          <w:color w:val="CC0000"/>
          <w:sz w:val="22"/>
        </w:rPr>
        <w:t>B  日晷利用晷针影子方向的变化来指示时刻。</w:t>
      </w:r>
    </w:p>
    <w:p>
      <w:pPr>
        <w:spacing w:after="80" w:line="360" w:lineRule="exact"/>
      </w:pPr>
      <w:r>
        <w:rPr>
          <w:rFonts w:ascii="宋体" w:hAnsi="宋体" w:eastAsia="宋体"/>
          <w:b w:val="0"/>
          <w:sz w:val="22"/>
        </w:rPr>
        <w:t xml:space="preserve">63. </w:t>
      </w:r>
      <w:r>
        <w:rPr>
          <w:rFonts w:ascii="宋体" w:hAnsi="宋体" w:eastAsia="宋体"/>
          <w:b/>
          <w:color w:val="CC0000"/>
          <w:sz w:val="22"/>
        </w:rPr>
        <w:t>B  晷针影子的方向和长度随太阳位置改变，因此可以计时。</w:t>
      </w:r>
    </w:p>
    <w:p>
      <w:pPr>
        <w:spacing w:after="80" w:line="360" w:lineRule="exact"/>
      </w:pPr>
      <w:r>
        <w:rPr>
          <w:rFonts w:ascii="宋体" w:hAnsi="宋体" w:eastAsia="宋体"/>
          <w:b w:val="0"/>
          <w:sz w:val="22"/>
        </w:rPr>
        <w:t xml:space="preserve">64. </w:t>
      </w:r>
      <w:r>
        <w:rPr>
          <w:rFonts w:ascii="宋体" w:hAnsi="宋体" w:eastAsia="宋体"/>
          <w:b/>
          <w:color w:val="CC0000"/>
          <w:sz w:val="22"/>
        </w:rPr>
        <w:t>C  显微镜用于观察微小物体，不能用于天文观测；望远镜和星图都是天文工具。</w:t>
      </w:r>
    </w:p>
    <w:p>
      <w:pPr>
        <w:spacing w:after="80" w:line="360" w:lineRule="exact"/>
      </w:pPr>
      <w:r>
        <w:rPr>
          <w:rFonts w:ascii="宋体" w:hAnsi="宋体" w:eastAsia="宋体"/>
          <w:b w:val="0"/>
          <w:sz w:val="22"/>
        </w:rPr>
        <w:t xml:space="preserve">65. </w:t>
      </w:r>
      <w:r>
        <w:rPr>
          <w:rFonts w:ascii="宋体" w:hAnsi="宋体" w:eastAsia="宋体"/>
          <w:b/>
          <w:color w:val="CC0000"/>
          <w:sz w:val="22"/>
        </w:rPr>
        <w:t>B  星座是把天球划分为若干区域，而不是一个个星球。</w:t>
      </w:r>
    </w:p>
    <w:p>
      <w:pPr>
        <w:spacing w:after="80" w:line="360" w:lineRule="exact"/>
      </w:pPr>
      <w:r>
        <w:rPr>
          <w:rFonts w:ascii="宋体" w:hAnsi="宋体" w:eastAsia="宋体"/>
          <w:b w:val="0"/>
          <w:sz w:val="22"/>
        </w:rPr>
        <w:t xml:space="preserve">66. </w:t>
      </w:r>
      <w:r>
        <w:rPr>
          <w:rFonts w:ascii="宋体" w:hAnsi="宋体" w:eastAsia="宋体"/>
          <w:b/>
          <w:color w:val="CC0000"/>
          <w:sz w:val="22"/>
        </w:rPr>
        <w:t>C  猎户座是北半球冬季星空的代表星座，冬夜高悬南方天空。</w:t>
      </w:r>
    </w:p>
    <w:p>
      <w:pPr>
        <w:spacing w:after="80" w:line="360" w:lineRule="exact"/>
      </w:pPr>
      <w:r>
        <w:rPr>
          <w:rFonts w:ascii="宋体" w:hAnsi="宋体" w:eastAsia="宋体"/>
          <w:b w:val="0"/>
          <w:sz w:val="22"/>
        </w:rPr>
        <w:t xml:space="preserve">67. </w:t>
      </w:r>
      <w:r>
        <w:rPr>
          <w:rFonts w:ascii="宋体" w:hAnsi="宋体" w:eastAsia="宋体"/>
          <w:b/>
          <w:color w:val="CC0000"/>
          <w:sz w:val="22"/>
        </w:rPr>
        <w:t>B  夏季大三角由织女星（天琴座α）、牛郎星（天鹰座α）和天津四（天鹅座α）组成。</w:t>
      </w:r>
    </w:p>
    <w:p>
      <w:pPr>
        <w:spacing w:after="80" w:line="360" w:lineRule="exact"/>
      </w:pPr>
      <w:r>
        <w:rPr>
          <w:rFonts w:ascii="宋体" w:hAnsi="宋体" w:eastAsia="宋体"/>
          <w:b w:val="0"/>
          <w:sz w:val="22"/>
        </w:rPr>
        <w:t xml:space="preserve">68. </w:t>
      </w:r>
      <w:r>
        <w:rPr>
          <w:rFonts w:ascii="宋体" w:hAnsi="宋体" w:eastAsia="宋体"/>
          <w:b/>
          <w:color w:val="CC0000"/>
          <w:sz w:val="22"/>
        </w:rPr>
        <w:t>D  仙女座星系是银河系之外的一个星系，不属于银河系。</w:t>
      </w:r>
    </w:p>
    <w:p>
      <w:pPr>
        <w:spacing w:after="80" w:line="360" w:lineRule="exact"/>
      </w:pPr>
      <w:r>
        <w:rPr>
          <w:rFonts w:ascii="宋体" w:hAnsi="宋体" w:eastAsia="宋体"/>
          <w:b w:val="0"/>
          <w:sz w:val="22"/>
        </w:rPr>
        <w:t xml:space="preserve">69. </w:t>
      </w:r>
      <w:r>
        <w:rPr>
          <w:rFonts w:ascii="宋体" w:hAnsi="宋体" w:eastAsia="宋体"/>
          <w:b/>
          <w:color w:val="CC0000"/>
          <w:sz w:val="22"/>
        </w:rPr>
        <w:t>C  银河系是一个棒旋星系，从侧面看呈扁平的漩涡状盘状结构。</w:t>
      </w:r>
    </w:p>
    <w:p>
      <w:pPr>
        <w:spacing w:after="80" w:line="360" w:lineRule="exact"/>
      </w:pPr>
      <w:r>
        <w:rPr>
          <w:rFonts w:ascii="宋体" w:hAnsi="宋体" w:eastAsia="宋体"/>
          <w:b w:val="0"/>
          <w:sz w:val="22"/>
        </w:rPr>
        <w:t xml:space="preserve">70. </w:t>
      </w:r>
      <w:r>
        <w:rPr>
          <w:rFonts w:ascii="宋体" w:hAnsi="宋体" w:eastAsia="宋体"/>
          <w:b/>
          <w:color w:val="CC0000"/>
          <w:sz w:val="22"/>
        </w:rPr>
        <w:t>C  木星和土星是气态巨行星；地球、火星、水星都是类地行星。</w:t>
      </w:r>
    </w:p>
    <w:p>
      <w:pPr>
        <w:spacing w:after="80" w:line="360" w:lineRule="exact"/>
      </w:pPr>
      <w:r>
        <w:rPr>
          <w:rFonts w:ascii="宋体" w:hAnsi="宋体" w:eastAsia="宋体"/>
          <w:b w:val="0"/>
          <w:sz w:val="22"/>
        </w:rPr>
        <w:t xml:space="preserve">71. </w:t>
      </w:r>
      <w:r>
        <w:rPr>
          <w:rFonts w:ascii="宋体" w:hAnsi="宋体" w:eastAsia="宋体"/>
          <w:b/>
          <w:color w:val="CC0000"/>
          <w:sz w:val="22"/>
        </w:rPr>
        <w:t>B  月球没有大气调节，白天可达约120℃，夜间降到约-180℃，温差远大于地球。</w:t>
      </w:r>
    </w:p>
    <w:p>
      <w:pPr>
        <w:spacing w:after="80" w:line="360" w:lineRule="exact"/>
      </w:pPr>
      <w:r>
        <w:rPr>
          <w:rFonts w:ascii="宋体" w:hAnsi="宋体" w:eastAsia="宋体"/>
          <w:b w:val="0"/>
          <w:sz w:val="22"/>
        </w:rPr>
        <w:t xml:space="preserve">72. </w:t>
      </w:r>
      <w:r>
        <w:rPr>
          <w:rFonts w:ascii="宋体" w:hAnsi="宋体" w:eastAsia="宋体"/>
          <w:b/>
          <w:color w:val="CC0000"/>
          <w:sz w:val="22"/>
        </w:rPr>
        <w:t>B  月海是月球上大片低平的玄武岩平原，其中并没有水。</w:t>
      </w:r>
    </w:p>
    <w:p>
      <w:pPr>
        <w:spacing w:after="80" w:line="360" w:lineRule="exact"/>
      </w:pPr>
      <w:r>
        <w:rPr>
          <w:rFonts w:ascii="宋体" w:hAnsi="宋体" w:eastAsia="宋体"/>
          <w:b w:val="0"/>
          <w:sz w:val="22"/>
        </w:rPr>
        <w:t xml:space="preserve">73. </w:t>
      </w:r>
      <w:r>
        <w:rPr>
          <w:rFonts w:ascii="宋体" w:hAnsi="宋体" w:eastAsia="宋体"/>
          <w:b/>
          <w:color w:val="CC0000"/>
          <w:sz w:val="22"/>
        </w:rPr>
        <w:t>B  环形山主要由小行星和彗星撞击形成，少数为火山成因。</w:t>
      </w:r>
    </w:p>
    <w:p>
      <w:pPr>
        <w:spacing w:after="80" w:line="360" w:lineRule="exact"/>
      </w:pPr>
      <w:r>
        <w:rPr>
          <w:rFonts w:ascii="宋体" w:hAnsi="宋体" w:eastAsia="宋体"/>
          <w:b w:val="0"/>
          <w:sz w:val="22"/>
        </w:rPr>
        <w:t xml:space="preserve">74. </w:t>
      </w:r>
      <w:r>
        <w:rPr>
          <w:rFonts w:ascii="宋体" w:hAnsi="宋体" w:eastAsia="宋体"/>
          <w:b/>
          <w:color w:val="CC0000"/>
          <w:sz w:val="22"/>
        </w:rPr>
        <w:t>B  月球自转周期与公转周期相同（约27.3天），所以总是同一面朝向地球。</w:t>
      </w:r>
    </w:p>
    <w:p>
      <w:pPr>
        <w:spacing w:after="80" w:line="360" w:lineRule="exact"/>
      </w:pPr>
      <w:r>
        <w:rPr>
          <w:rFonts w:ascii="宋体" w:hAnsi="宋体" w:eastAsia="宋体"/>
          <w:b w:val="0"/>
          <w:sz w:val="22"/>
        </w:rPr>
        <w:t xml:space="preserve">75. </w:t>
      </w:r>
      <w:r>
        <w:rPr>
          <w:rFonts w:ascii="宋体" w:hAnsi="宋体" w:eastAsia="宋体"/>
          <w:b/>
          <w:color w:val="CC0000"/>
          <w:sz w:val="22"/>
        </w:rPr>
        <w:t>B  月球绕地球公转时日、地、月相对位置不断改变，我们看到月球被照亮部分的比例随之变化。</w:t>
      </w:r>
    </w:p>
    <w:p>
      <w:pPr>
        <w:spacing w:after="80" w:line="360" w:lineRule="exact"/>
      </w:pPr>
      <w:r>
        <w:rPr>
          <w:rFonts w:ascii="宋体" w:hAnsi="宋体" w:eastAsia="宋体"/>
          <w:b w:val="0"/>
          <w:sz w:val="22"/>
        </w:rPr>
        <w:t xml:space="preserve">76. </w:t>
      </w:r>
      <w:r>
        <w:rPr>
          <w:rFonts w:ascii="宋体" w:hAnsi="宋体" w:eastAsia="宋体"/>
          <w:b/>
          <w:color w:val="CC0000"/>
          <w:sz w:val="22"/>
        </w:rPr>
        <w:t>C  四季变化由地球公转造成，与自转无关；其余三项都与自转有关。</w:t>
      </w:r>
    </w:p>
    <w:p>
      <w:pPr>
        <w:spacing w:after="80" w:line="360" w:lineRule="exact"/>
      </w:pPr>
      <w:r>
        <w:rPr>
          <w:rFonts w:ascii="宋体" w:hAnsi="宋体" w:eastAsia="宋体"/>
          <w:b w:val="0"/>
          <w:sz w:val="22"/>
        </w:rPr>
        <w:t xml:space="preserve">77. </w:t>
      </w:r>
      <w:r>
        <w:rPr>
          <w:rFonts w:ascii="宋体" w:hAnsi="宋体" w:eastAsia="宋体"/>
          <w:b/>
          <w:color w:val="CC0000"/>
          <w:sz w:val="22"/>
        </w:rPr>
        <w:t>C  昼夜交替由地球自转造成，与公转无关。</w:t>
      </w:r>
    </w:p>
    <w:p>
      <w:pPr>
        <w:spacing w:after="80" w:line="360" w:lineRule="exact"/>
      </w:pPr>
      <w:r>
        <w:rPr>
          <w:rFonts w:ascii="宋体" w:hAnsi="宋体" w:eastAsia="宋体"/>
          <w:b w:val="0"/>
          <w:sz w:val="22"/>
        </w:rPr>
        <w:t xml:space="preserve">78. </w:t>
      </w:r>
      <w:r>
        <w:rPr>
          <w:rFonts w:ascii="宋体" w:hAnsi="宋体" w:eastAsia="宋体"/>
          <w:b/>
          <w:color w:val="CC0000"/>
          <w:sz w:val="22"/>
        </w:rPr>
        <w:t>B  海王星是离太阳最远的行星，平均距离约30个天文单位。</w:t>
      </w:r>
    </w:p>
    <w:p>
      <w:pPr>
        <w:spacing w:after="80" w:line="360" w:lineRule="exact"/>
      </w:pPr>
      <w:r>
        <w:rPr>
          <w:rFonts w:ascii="宋体" w:hAnsi="宋体" w:eastAsia="宋体"/>
          <w:b w:val="0"/>
          <w:sz w:val="22"/>
        </w:rPr>
        <w:t xml:space="preserve">79. </w:t>
      </w:r>
      <w:r>
        <w:rPr>
          <w:rFonts w:ascii="宋体" w:hAnsi="宋体" w:eastAsia="宋体"/>
          <w:b/>
          <w:color w:val="CC0000"/>
          <w:sz w:val="22"/>
        </w:rPr>
        <w:t>B  比邻星（半人马座α星C）距我们约4.2光年，是除太阳外最近的恒星。</w:t>
      </w:r>
    </w:p>
    <w:p>
      <w:pPr>
        <w:spacing w:after="80" w:line="360" w:lineRule="exact"/>
      </w:pPr>
      <w:r>
        <w:rPr>
          <w:rFonts w:ascii="宋体" w:hAnsi="宋体" w:eastAsia="宋体"/>
          <w:b w:val="0"/>
          <w:sz w:val="22"/>
        </w:rPr>
        <w:t xml:space="preserve">80. </w:t>
      </w:r>
      <w:r>
        <w:rPr>
          <w:rFonts w:ascii="宋体" w:hAnsi="宋体" w:eastAsia="宋体"/>
          <w:b/>
          <w:color w:val="CC0000"/>
          <w:sz w:val="22"/>
        </w:rPr>
        <w:t>C  太阳自身发光，不靠反射；地球、月球、火星都反射太阳光。</w:t>
      </w:r>
    </w:p>
    <w:p>
      <w:pPr>
        <w:spacing w:after="80" w:line="360" w:lineRule="exact"/>
      </w:pPr>
      <w:r>
        <w:rPr>
          <w:rFonts w:ascii="宋体" w:hAnsi="宋体" w:eastAsia="宋体"/>
          <w:b w:val="0"/>
          <w:sz w:val="22"/>
        </w:rPr>
        <w:t xml:space="preserve">81. </w:t>
      </w:r>
      <w:r>
        <w:rPr>
          <w:rFonts w:ascii="宋体" w:hAnsi="宋体" w:eastAsia="宋体"/>
          <w:b/>
          <w:color w:val="CC0000"/>
          <w:sz w:val="22"/>
        </w:rPr>
        <w:t>B  月球反射太阳光；地球和火星同样不发光，也都靠反射阳光。</w:t>
      </w:r>
    </w:p>
    <w:p>
      <w:pPr>
        <w:spacing w:after="80" w:line="360" w:lineRule="exact"/>
      </w:pPr>
      <w:r>
        <w:rPr>
          <w:rFonts w:ascii="宋体" w:hAnsi="宋体" w:eastAsia="宋体"/>
          <w:b w:val="0"/>
          <w:sz w:val="22"/>
        </w:rPr>
        <w:t xml:space="preserve">82. </w:t>
      </w:r>
      <w:r>
        <w:rPr>
          <w:rFonts w:ascii="宋体" w:hAnsi="宋体" w:eastAsia="宋体"/>
          <w:b/>
          <w:color w:val="CC0000"/>
          <w:sz w:val="22"/>
        </w:rPr>
        <w:t>B  郊区没有灯光干扰、空气较洁净，是观测星空的好地方。</w:t>
      </w:r>
    </w:p>
    <w:p>
      <w:pPr>
        <w:spacing w:after="80" w:line="360" w:lineRule="exact"/>
      </w:pPr>
      <w:r>
        <w:rPr>
          <w:rFonts w:ascii="宋体" w:hAnsi="宋体" w:eastAsia="宋体"/>
          <w:b w:val="0"/>
          <w:sz w:val="22"/>
        </w:rPr>
        <w:t xml:space="preserve">83. </w:t>
      </w:r>
      <w:r>
        <w:rPr>
          <w:rFonts w:ascii="宋体" w:hAnsi="宋体" w:eastAsia="宋体"/>
          <w:b/>
          <w:color w:val="CC0000"/>
          <w:sz w:val="22"/>
        </w:rPr>
        <w:t>B  城市灯光把天空照亮（光污染），使暗弱的星星看不见。</w:t>
      </w:r>
    </w:p>
    <w:p>
      <w:pPr>
        <w:spacing w:after="80" w:line="360" w:lineRule="exact"/>
      </w:pPr>
      <w:r>
        <w:rPr>
          <w:rFonts w:ascii="宋体" w:hAnsi="宋体" w:eastAsia="宋体"/>
          <w:b w:val="0"/>
          <w:sz w:val="22"/>
        </w:rPr>
        <w:t xml:space="preserve">84. </w:t>
      </w:r>
      <w:r>
        <w:rPr>
          <w:rFonts w:ascii="宋体" w:hAnsi="宋体" w:eastAsia="宋体"/>
          <w:b/>
          <w:color w:val="CC0000"/>
          <w:sz w:val="22"/>
        </w:rPr>
        <w:t>B  天宫空间站是人造航天器，绕地球运行；月球是地球的天然卫星。</w:t>
      </w:r>
    </w:p>
    <w:p>
      <w:pPr>
        <w:spacing w:after="80" w:line="360" w:lineRule="exact"/>
      </w:pPr>
      <w:r>
        <w:rPr>
          <w:rFonts w:ascii="宋体" w:hAnsi="宋体" w:eastAsia="宋体"/>
          <w:b w:val="0"/>
          <w:sz w:val="22"/>
        </w:rPr>
        <w:t xml:space="preserve">85. </w:t>
      </w:r>
      <w:r>
        <w:rPr>
          <w:rFonts w:ascii="宋体" w:hAnsi="宋体" w:eastAsia="宋体"/>
          <w:b/>
          <w:color w:val="CC0000"/>
          <w:sz w:val="22"/>
        </w:rPr>
        <w:t>D  人造卫星可用于通信、导航、气象和天文观测等，但不能“产生光能”。</w:t>
      </w:r>
    </w:p>
    <w:p>
      <w:pPr>
        <w:spacing w:after="80" w:line="360" w:lineRule="exact"/>
      </w:pPr>
      <w:r>
        <w:rPr>
          <w:rFonts w:ascii="宋体" w:hAnsi="宋体" w:eastAsia="宋体"/>
          <w:b w:val="0"/>
          <w:sz w:val="22"/>
        </w:rPr>
        <w:t xml:space="preserve">86. </w:t>
      </w:r>
      <w:r>
        <w:rPr>
          <w:rFonts w:ascii="宋体" w:hAnsi="宋体" w:eastAsia="宋体"/>
          <w:b/>
          <w:color w:val="CC0000"/>
          <w:sz w:val="22"/>
        </w:rPr>
        <w:t>B  光在真空中的速度约每秒30万千米（3×10⁵ km/s）。</w:t>
      </w:r>
    </w:p>
    <w:p>
      <w:pPr>
        <w:spacing w:after="80" w:line="360" w:lineRule="exact"/>
      </w:pPr>
      <w:r>
        <w:rPr>
          <w:rFonts w:ascii="宋体" w:hAnsi="宋体" w:eastAsia="宋体"/>
          <w:b w:val="0"/>
          <w:sz w:val="22"/>
        </w:rPr>
        <w:t xml:space="preserve">87. </w:t>
      </w:r>
      <w:r>
        <w:rPr>
          <w:rFonts w:ascii="宋体" w:hAnsi="宋体" w:eastAsia="宋体"/>
          <w:b/>
          <w:color w:val="CC0000"/>
          <w:sz w:val="22"/>
        </w:rPr>
        <w:t>C  日食时月球挡住太阳，到达地面的阳光减少，天空明显变暗。</w:t>
      </w:r>
    </w:p>
    <w:p>
      <w:pPr>
        <w:spacing w:after="80" w:line="360" w:lineRule="exact"/>
      </w:pPr>
      <w:r>
        <w:rPr>
          <w:rFonts w:ascii="宋体" w:hAnsi="宋体" w:eastAsia="宋体"/>
          <w:b w:val="0"/>
          <w:sz w:val="22"/>
        </w:rPr>
        <w:t xml:space="preserve">88. </w:t>
      </w:r>
      <w:r>
        <w:rPr>
          <w:rFonts w:ascii="宋体" w:hAnsi="宋体" w:eastAsia="宋体"/>
          <w:b/>
          <w:color w:val="CC0000"/>
          <w:sz w:val="22"/>
        </w:rPr>
        <w:t>A  日食发生在朔日，即农历初一。</w:t>
      </w:r>
    </w:p>
    <w:p>
      <w:pPr>
        <w:spacing w:after="80" w:line="360" w:lineRule="exact"/>
      </w:pPr>
      <w:r>
        <w:rPr>
          <w:rFonts w:ascii="宋体" w:hAnsi="宋体" w:eastAsia="宋体"/>
          <w:b w:val="0"/>
          <w:sz w:val="22"/>
        </w:rPr>
        <w:t xml:space="preserve">89. </w:t>
      </w:r>
      <w:r>
        <w:rPr>
          <w:rFonts w:ascii="宋体" w:hAnsi="宋体" w:eastAsia="宋体"/>
          <w:b/>
          <w:color w:val="CC0000"/>
          <w:sz w:val="22"/>
        </w:rPr>
        <w:t>B  月食发生在望日，即农历十五前后。</w:t>
      </w:r>
    </w:p>
    <w:p>
      <w:pPr>
        <w:spacing w:after="80" w:line="360" w:lineRule="exact"/>
      </w:pPr>
      <w:r>
        <w:rPr>
          <w:rFonts w:ascii="宋体" w:hAnsi="宋体" w:eastAsia="宋体"/>
          <w:b w:val="0"/>
          <w:sz w:val="22"/>
        </w:rPr>
        <w:t xml:space="preserve">90. </w:t>
      </w:r>
      <w:r>
        <w:rPr>
          <w:rFonts w:ascii="宋体" w:hAnsi="宋体" w:eastAsia="宋体"/>
          <w:b/>
          <w:color w:val="CC0000"/>
          <w:sz w:val="22"/>
        </w:rPr>
        <w:t>C  大红斑是木星南半球的巨大反气旋风暴。</w:t>
      </w:r>
    </w:p>
    <w:p>
      <w:pPr>
        <w:spacing w:after="80" w:line="360" w:lineRule="exact"/>
      </w:pPr>
      <w:r>
        <w:rPr>
          <w:rFonts w:ascii="宋体" w:hAnsi="宋体" w:eastAsia="宋体"/>
          <w:b w:val="0"/>
          <w:sz w:val="22"/>
        </w:rPr>
        <w:t xml:space="preserve">91. </w:t>
      </w:r>
      <w:r>
        <w:rPr>
          <w:rFonts w:ascii="宋体" w:hAnsi="宋体" w:eastAsia="宋体"/>
          <w:b/>
          <w:color w:val="CC0000"/>
          <w:sz w:val="22"/>
        </w:rPr>
        <w:t>B  金星黎明前出现在东方叫“启明星”，黄昏后出现在西方叫“长庚星”。</w:t>
      </w:r>
    </w:p>
    <w:p>
      <w:pPr>
        <w:spacing w:after="80" w:line="360" w:lineRule="exact"/>
      </w:pPr>
      <w:r>
        <w:rPr>
          <w:rFonts w:ascii="宋体" w:hAnsi="宋体" w:eastAsia="宋体"/>
          <w:b w:val="0"/>
          <w:sz w:val="22"/>
        </w:rPr>
        <w:t xml:space="preserve">92. </w:t>
      </w:r>
      <w:r>
        <w:rPr>
          <w:rFonts w:ascii="宋体" w:hAnsi="宋体" w:eastAsia="宋体"/>
          <w:b/>
          <w:color w:val="CC0000"/>
          <w:sz w:val="22"/>
        </w:rPr>
        <w:t>B  火星表面富含氧化铁而呈红色，被称为“红色星球”。</w:t>
      </w:r>
    </w:p>
    <w:p>
      <w:pPr>
        <w:spacing w:after="80" w:line="360" w:lineRule="exact"/>
      </w:pPr>
      <w:r>
        <w:rPr>
          <w:rFonts w:ascii="宋体" w:hAnsi="宋体" w:eastAsia="宋体"/>
          <w:b w:val="0"/>
          <w:sz w:val="22"/>
        </w:rPr>
        <w:t xml:space="preserve">93. </w:t>
      </w:r>
      <w:r>
        <w:rPr>
          <w:rFonts w:ascii="宋体" w:hAnsi="宋体" w:eastAsia="宋体"/>
          <w:b/>
          <w:color w:val="CC0000"/>
          <w:sz w:val="22"/>
        </w:rPr>
        <w:t>B  2006年国际天文学联合会重新定义行星后，太阳系有8颗大行星。</w:t>
      </w:r>
    </w:p>
    <w:p>
      <w:pPr>
        <w:spacing w:after="80" w:line="360" w:lineRule="exact"/>
      </w:pPr>
      <w:r>
        <w:rPr>
          <w:rFonts w:ascii="宋体" w:hAnsi="宋体" w:eastAsia="宋体"/>
          <w:b w:val="0"/>
          <w:sz w:val="22"/>
        </w:rPr>
        <w:t xml:space="preserve">94. </w:t>
      </w:r>
      <w:r>
        <w:rPr>
          <w:rFonts w:ascii="宋体" w:hAnsi="宋体" w:eastAsia="宋体"/>
          <w:b/>
          <w:color w:val="CC0000"/>
          <w:sz w:val="22"/>
        </w:rPr>
        <w:t>C  织女星是恒星；月球是卫星，地球和火星是行星。</w:t>
      </w:r>
    </w:p>
    <w:p>
      <w:pPr>
        <w:spacing w:after="80" w:line="360" w:lineRule="exact"/>
      </w:pPr>
      <w:r>
        <w:rPr>
          <w:rFonts w:ascii="宋体" w:hAnsi="宋体" w:eastAsia="宋体"/>
          <w:b w:val="0"/>
          <w:sz w:val="22"/>
        </w:rPr>
        <w:t xml:space="preserve">95. </w:t>
      </w:r>
      <w:r>
        <w:rPr>
          <w:rFonts w:ascii="宋体" w:hAnsi="宋体" w:eastAsia="宋体"/>
          <w:b/>
          <w:color w:val="CC0000"/>
          <w:sz w:val="22"/>
        </w:rPr>
        <w:t>C  地球是行星；太阳和北极星是恒星，月球是卫星。</w:t>
      </w:r>
    </w:p>
    <w:p>
      <w:pPr>
        <w:spacing w:after="80" w:line="360" w:lineRule="exact"/>
      </w:pPr>
      <w:r>
        <w:rPr>
          <w:rFonts w:ascii="宋体" w:hAnsi="宋体" w:eastAsia="宋体"/>
          <w:b w:val="0"/>
          <w:sz w:val="22"/>
        </w:rPr>
        <w:t xml:space="preserve">96. </w:t>
      </w:r>
      <w:r>
        <w:rPr>
          <w:rFonts w:ascii="宋体" w:hAnsi="宋体" w:eastAsia="宋体"/>
          <w:b/>
          <w:color w:val="CC0000"/>
          <w:sz w:val="22"/>
        </w:rPr>
        <w:t>C  月球是地球的天然卫星。</w:t>
      </w:r>
    </w:p>
    <w:p>
      <w:pPr>
        <w:spacing w:after="80" w:line="360" w:lineRule="exact"/>
      </w:pPr>
      <w:r>
        <w:rPr>
          <w:rFonts w:ascii="宋体" w:hAnsi="宋体" w:eastAsia="宋体"/>
          <w:b w:val="0"/>
          <w:sz w:val="22"/>
        </w:rPr>
        <w:t xml:space="preserve">97. </w:t>
      </w:r>
      <w:r>
        <w:rPr>
          <w:rFonts w:ascii="宋体" w:hAnsi="宋体" w:eastAsia="宋体"/>
          <w:b/>
          <w:color w:val="CC0000"/>
          <w:sz w:val="22"/>
        </w:rPr>
        <w:t>B  行星围绕恒星（太阳）运转。</w:t>
      </w:r>
    </w:p>
    <w:p>
      <w:pPr>
        <w:spacing w:after="80" w:line="360" w:lineRule="exact"/>
      </w:pPr>
      <w:r>
        <w:rPr>
          <w:rFonts w:ascii="宋体" w:hAnsi="宋体" w:eastAsia="宋体"/>
          <w:b w:val="0"/>
          <w:sz w:val="22"/>
        </w:rPr>
        <w:t xml:space="preserve">98. </w:t>
      </w:r>
      <w:r>
        <w:rPr>
          <w:rFonts w:ascii="宋体" w:hAnsi="宋体" w:eastAsia="宋体"/>
          <w:b/>
          <w:color w:val="CC0000"/>
          <w:sz w:val="22"/>
        </w:rPr>
        <w:t>B  卫星围绕行星运转，如月球绕地球。</w:t>
      </w:r>
    </w:p>
    <w:p>
      <w:pPr>
        <w:spacing w:after="80" w:line="360" w:lineRule="exact"/>
      </w:pPr>
      <w:r>
        <w:rPr>
          <w:rFonts w:ascii="宋体" w:hAnsi="宋体" w:eastAsia="宋体"/>
          <w:b w:val="0"/>
          <w:sz w:val="22"/>
        </w:rPr>
        <w:t xml:space="preserve">99. </w:t>
      </w:r>
      <w:r>
        <w:rPr>
          <w:rFonts w:ascii="宋体" w:hAnsi="宋体" w:eastAsia="宋体"/>
          <w:b/>
          <w:color w:val="CC0000"/>
          <w:sz w:val="22"/>
        </w:rPr>
        <w:t>B  地月平均距离约38万千米。</w:t>
      </w:r>
    </w:p>
    <w:p>
      <w:pPr>
        <w:spacing w:after="80" w:line="360" w:lineRule="exact"/>
      </w:pPr>
      <w:r>
        <w:rPr>
          <w:rFonts w:ascii="宋体" w:hAnsi="宋体" w:eastAsia="宋体"/>
          <w:b w:val="0"/>
          <w:sz w:val="22"/>
        </w:rPr>
        <w:t xml:space="preserve">100. </w:t>
      </w:r>
      <w:r>
        <w:rPr>
          <w:rFonts w:ascii="宋体" w:hAnsi="宋体" w:eastAsia="宋体"/>
          <w:b/>
          <w:color w:val="CC0000"/>
          <w:sz w:val="22"/>
        </w:rPr>
        <w:t>C  地球公转一周约365天，即一年。</w:t>
      </w:r>
    </w:p>
    <w:p>
      <w:pPr>
        <w:spacing w:after="80" w:line="360" w:lineRule="exact"/>
      </w:pPr>
      <w:r>
        <w:rPr>
          <w:rFonts w:ascii="宋体" w:hAnsi="宋体" w:eastAsia="宋体"/>
          <w:b w:val="0"/>
          <w:sz w:val="22"/>
        </w:rPr>
        <w:t xml:space="preserve">101. </w:t>
      </w:r>
      <w:r>
        <w:rPr>
          <w:rFonts w:ascii="宋体" w:hAnsi="宋体" w:eastAsia="宋体"/>
          <w:b/>
          <w:color w:val="CC0000"/>
          <w:sz w:val="22"/>
        </w:rPr>
        <w:t>C  流星是流星体进入地球大气层、与大气摩擦燃烧发光形成的。</w:t>
      </w:r>
    </w:p>
    <w:p>
      <w:pPr>
        <w:spacing w:after="80" w:line="360" w:lineRule="exact"/>
      </w:pPr>
      <w:r>
        <w:rPr>
          <w:rFonts w:ascii="宋体" w:hAnsi="宋体" w:eastAsia="宋体"/>
          <w:b w:val="0"/>
          <w:sz w:val="22"/>
        </w:rPr>
        <w:t xml:space="preserve">102. </w:t>
      </w:r>
      <w:r>
        <w:rPr>
          <w:rFonts w:ascii="宋体" w:hAnsi="宋体" w:eastAsia="宋体"/>
          <w:b/>
          <w:color w:val="CC0000"/>
          <w:sz w:val="22"/>
        </w:rPr>
        <w:t>C  利用星图可以按方位和高度找到北极星等天体。</w:t>
      </w:r>
    </w:p>
    <w:p>
      <w:pPr>
        <w:spacing w:after="80" w:line="360" w:lineRule="exact"/>
      </w:pPr>
      <w:r>
        <w:rPr>
          <w:rFonts w:ascii="宋体" w:hAnsi="宋体" w:eastAsia="宋体"/>
          <w:b w:val="0"/>
          <w:sz w:val="22"/>
        </w:rPr>
        <w:t xml:space="preserve">103. </w:t>
      </w:r>
      <w:r>
        <w:rPr>
          <w:rFonts w:ascii="宋体" w:hAnsi="宋体" w:eastAsia="宋体"/>
          <w:b/>
          <w:color w:val="CC0000"/>
          <w:sz w:val="22"/>
        </w:rPr>
        <w:t>A  地轴与公转轨道面垂线的夹角约23.5°（黄赤交角约23.5°）。</w:t>
      </w:r>
    </w:p>
    <w:p>
      <w:pPr>
        <w:spacing w:after="80" w:line="360" w:lineRule="exact"/>
      </w:pPr>
      <w:r>
        <w:rPr>
          <w:rFonts w:ascii="宋体" w:hAnsi="宋体" w:eastAsia="宋体"/>
          <w:b w:val="0"/>
          <w:sz w:val="22"/>
        </w:rPr>
        <w:t xml:space="preserve">104. </w:t>
      </w:r>
      <w:r>
        <w:rPr>
          <w:rFonts w:ascii="宋体" w:hAnsi="宋体" w:eastAsia="宋体"/>
          <w:b/>
          <w:color w:val="CC0000"/>
          <w:sz w:val="22"/>
        </w:rPr>
        <w:t>A  新月时月球暗面朝向地球，与太阳同升同落，因此看不到月亮。</w:t>
      </w:r>
    </w:p>
    <w:p>
      <w:pPr>
        <w:spacing w:after="80" w:line="360" w:lineRule="exact"/>
      </w:pPr>
      <w:r>
        <w:rPr>
          <w:rFonts w:ascii="宋体" w:hAnsi="宋体" w:eastAsia="宋体"/>
          <w:b w:val="0"/>
          <w:sz w:val="22"/>
        </w:rPr>
        <w:t xml:space="preserve">105. </w:t>
      </w:r>
      <w:r>
        <w:rPr>
          <w:rFonts w:ascii="宋体" w:hAnsi="宋体" w:eastAsia="宋体"/>
          <w:b/>
          <w:color w:val="CC0000"/>
          <w:sz w:val="22"/>
        </w:rPr>
        <w:t>D  卫星绕行星转、行星绕恒星转，“卫星绕恒星转”是错误的。</w:t>
      </w:r>
    </w:p>
    <w:p>
      <w:pPr>
        <w:spacing w:after="80" w:line="360" w:lineRule="exact"/>
      </w:pPr>
      <w:r>
        <w:rPr>
          <w:rFonts w:ascii="宋体" w:hAnsi="宋体" w:eastAsia="宋体"/>
          <w:b w:val="0"/>
          <w:sz w:val="22"/>
        </w:rPr>
        <w:t xml:space="preserve">106. </w:t>
      </w:r>
      <w:r>
        <w:rPr>
          <w:rFonts w:ascii="宋体" w:hAnsi="宋体" w:eastAsia="宋体"/>
          <w:b/>
          <w:color w:val="CC0000"/>
          <w:sz w:val="22"/>
        </w:rPr>
        <w:t>C  银河是银河系盘面上大量恒星的光汇聚而成的。</w:t>
      </w:r>
    </w:p>
    <w:p>
      <w:pPr>
        <w:spacing w:after="80" w:line="360" w:lineRule="exact"/>
      </w:pPr>
      <w:r>
        <w:rPr>
          <w:rFonts w:ascii="宋体" w:hAnsi="宋体" w:eastAsia="宋体"/>
          <w:b w:val="0"/>
          <w:sz w:val="22"/>
        </w:rPr>
        <w:t xml:space="preserve">107. </w:t>
      </w:r>
      <w:r>
        <w:rPr>
          <w:rFonts w:ascii="宋体" w:hAnsi="宋体" w:eastAsia="宋体"/>
          <w:b/>
          <w:color w:val="CC0000"/>
          <w:sz w:val="22"/>
        </w:rPr>
        <w:t>A  太阳表面温度约5500℃，远高于地球、月球和火星。</w:t>
      </w:r>
    </w:p>
    <w:p>
      <w:pPr>
        <w:spacing w:after="80" w:line="360" w:lineRule="exact"/>
      </w:pPr>
      <w:r>
        <w:rPr>
          <w:rFonts w:ascii="宋体" w:hAnsi="宋体" w:eastAsia="宋体"/>
          <w:b w:val="0"/>
          <w:sz w:val="22"/>
        </w:rPr>
        <w:t xml:space="preserve">108. </w:t>
      </w:r>
      <w:r>
        <w:rPr>
          <w:rFonts w:ascii="宋体" w:hAnsi="宋体" w:eastAsia="宋体"/>
          <w:b/>
          <w:color w:val="CC0000"/>
          <w:sz w:val="22"/>
        </w:rPr>
        <w:t>C  昼夜交替由地球自转造成，与月球无关。</w:t>
      </w:r>
    </w:p>
    <w:p>
      <w:pPr>
        <w:spacing w:after="80" w:line="360" w:lineRule="exact"/>
      </w:pPr>
      <w:r>
        <w:rPr>
          <w:rFonts w:ascii="宋体" w:hAnsi="宋体" w:eastAsia="宋体"/>
          <w:b w:val="0"/>
          <w:sz w:val="22"/>
        </w:rPr>
        <w:t xml:space="preserve">109. </w:t>
      </w:r>
      <w:r>
        <w:rPr>
          <w:rFonts w:ascii="宋体" w:hAnsi="宋体" w:eastAsia="宋体"/>
          <w:b/>
          <w:color w:val="CC0000"/>
          <w:sz w:val="22"/>
        </w:rPr>
        <w:t>B  大气层能保温、阻挡紫外线和大部分流星体，保护地球并调节温度。</w:t>
      </w:r>
    </w:p>
    <w:p>
      <w:pPr>
        <w:spacing w:after="80" w:line="360" w:lineRule="exact"/>
      </w:pPr>
      <w:r>
        <w:rPr>
          <w:rFonts w:ascii="宋体" w:hAnsi="宋体" w:eastAsia="宋体"/>
          <w:b w:val="0"/>
          <w:sz w:val="22"/>
        </w:rPr>
        <w:t xml:space="preserve">110. </w:t>
      </w:r>
      <w:r>
        <w:rPr>
          <w:rFonts w:ascii="宋体" w:hAnsi="宋体" w:eastAsia="宋体"/>
          <w:b/>
          <w:color w:val="CC0000"/>
          <w:sz w:val="22"/>
        </w:rPr>
        <w:t>B  北极星是小熊座α星。</w:t>
      </w:r>
    </w:p>
    <w:p>
      <w:pPr>
        <w:spacing w:after="80" w:line="360" w:lineRule="exact"/>
      </w:pPr>
      <w:r>
        <w:rPr>
          <w:rFonts w:ascii="宋体" w:hAnsi="宋体" w:eastAsia="宋体"/>
          <w:b w:val="0"/>
          <w:sz w:val="22"/>
        </w:rPr>
        <w:t xml:space="preserve">111. </w:t>
      </w:r>
      <w:r>
        <w:rPr>
          <w:rFonts w:ascii="宋体" w:hAnsi="宋体" w:eastAsia="宋体"/>
          <w:b/>
          <w:color w:val="CC0000"/>
          <w:sz w:val="22"/>
        </w:rPr>
        <w:t>B  北斗七星属于大熊座。</w:t>
      </w:r>
    </w:p>
    <w:p>
      <w:pPr>
        <w:spacing w:after="80" w:line="360" w:lineRule="exact"/>
      </w:pPr>
      <w:r>
        <w:rPr>
          <w:rFonts w:ascii="宋体" w:hAnsi="宋体" w:eastAsia="宋体"/>
          <w:b w:val="0"/>
          <w:sz w:val="22"/>
        </w:rPr>
        <w:t xml:space="preserve">112. </w:t>
      </w:r>
      <w:r>
        <w:rPr>
          <w:rFonts w:ascii="宋体" w:hAnsi="宋体" w:eastAsia="宋体"/>
          <w:b/>
          <w:color w:val="CC0000"/>
          <w:sz w:val="22"/>
        </w:rPr>
        <w:t>C  土星有最明显的光环；木星、天王星、海王星也有环但很暗弱。</w:t>
      </w:r>
    </w:p>
    <w:p>
      <w:pPr>
        <w:spacing w:after="80" w:line="360" w:lineRule="exact"/>
      </w:pPr>
      <w:r>
        <w:rPr>
          <w:rFonts w:ascii="宋体" w:hAnsi="宋体" w:eastAsia="宋体"/>
          <w:b w:val="0"/>
          <w:sz w:val="22"/>
        </w:rPr>
        <w:t xml:space="preserve">113. </w:t>
      </w:r>
      <w:r>
        <w:rPr>
          <w:rFonts w:ascii="宋体" w:hAnsi="宋体" w:eastAsia="宋体"/>
          <w:b/>
          <w:color w:val="CC0000"/>
          <w:sz w:val="22"/>
        </w:rPr>
        <w:t>B  月球岩石主要是玄武岩和斜长岩，都属于岩浆岩（火成岩）。</w:t>
      </w:r>
    </w:p>
    <w:p>
      <w:pPr>
        <w:spacing w:after="80" w:line="360" w:lineRule="exact"/>
      </w:pPr>
      <w:r>
        <w:rPr>
          <w:rFonts w:ascii="宋体" w:hAnsi="宋体" w:eastAsia="宋体"/>
          <w:b w:val="0"/>
          <w:sz w:val="22"/>
        </w:rPr>
        <w:t xml:space="preserve">114. </w:t>
      </w:r>
      <w:r>
        <w:rPr>
          <w:rFonts w:ascii="宋体" w:hAnsi="宋体" w:eastAsia="宋体"/>
          <w:b/>
          <w:color w:val="CC0000"/>
          <w:sz w:val="22"/>
        </w:rPr>
        <w:t>B  昼夜现象由地球自转形成。</w:t>
      </w:r>
    </w:p>
    <w:p>
      <w:pPr>
        <w:spacing w:after="80" w:line="360" w:lineRule="exact"/>
      </w:pPr>
      <w:r>
        <w:rPr>
          <w:rFonts w:ascii="宋体" w:hAnsi="宋体" w:eastAsia="宋体"/>
          <w:b w:val="0"/>
          <w:sz w:val="22"/>
        </w:rPr>
        <w:t xml:space="preserve">115. </w:t>
      </w:r>
      <w:r>
        <w:rPr>
          <w:rFonts w:ascii="宋体" w:hAnsi="宋体" w:eastAsia="宋体"/>
          <w:b/>
          <w:color w:val="CC0000"/>
          <w:sz w:val="22"/>
        </w:rPr>
        <w:t>B  四季变化由地球公转形成。</w:t>
      </w:r>
    </w:p>
    <w:p>
      <w:pPr>
        <w:spacing w:after="80" w:line="360" w:lineRule="exact"/>
      </w:pPr>
      <w:r>
        <w:rPr>
          <w:rFonts w:ascii="宋体" w:hAnsi="宋体" w:eastAsia="宋体"/>
          <w:b w:val="0"/>
          <w:sz w:val="22"/>
        </w:rPr>
        <w:t xml:space="preserve">116. </w:t>
      </w:r>
      <w:r>
        <w:rPr>
          <w:rFonts w:ascii="宋体" w:hAnsi="宋体" w:eastAsia="宋体"/>
          <w:b/>
          <w:color w:val="CC0000"/>
          <w:sz w:val="22"/>
        </w:rPr>
        <w:t>C  必须用专用滤光片或足够深色的玻璃减弱阳光后才能观测太阳，绝不能直接用眼睛或望远镜看。</w:t>
      </w:r>
    </w:p>
    <w:p>
      <w:pPr>
        <w:spacing w:after="80" w:line="360" w:lineRule="exact"/>
      </w:pPr>
      <w:r>
        <w:rPr>
          <w:rFonts w:ascii="宋体" w:hAnsi="宋体" w:eastAsia="宋体"/>
          <w:b w:val="0"/>
          <w:sz w:val="22"/>
        </w:rPr>
        <w:t xml:space="preserve">117. </w:t>
      </w:r>
      <w:r>
        <w:rPr>
          <w:rFonts w:ascii="宋体" w:hAnsi="宋体" w:eastAsia="宋体"/>
          <w:b/>
          <w:color w:val="CC0000"/>
          <w:sz w:val="22"/>
        </w:rPr>
        <w:t>D  月球是地球的卫星，属于大天体，不是太阳系小天体。</w:t>
      </w:r>
    </w:p>
    <w:p>
      <w:pPr>
        <w:spacing w:after="80" w:line="360" w:lineRule="exact"/>
      </w:pPr>
      <w:r>
        <w:rPr>
          <w:rFonts w:ascii="宋体" w:hAnsi="宋体" w:eastAsia="宋体"/>
          <w:b w:val="0"/>
          <w:sz w:val="22"/>
        </w:rPr>
        <w:t xml:space="preserve">118. </w:t>
      </w:r>
      <w:r>
        <w:rPr>
          <w:rFonts w:ascii="宋体" w:hAnsi="宋体" w:eastAsia="宋体"/>
          <w:b/>
          <w:color w:val="CC0000"/>
          <w:sz w:val="22"/>
        </w:rPr>
        <w:t>B  太阳黑子是光球层上温度较低的区域，并非黑色石头、黑洞或火山。</w:t>
      </w:r>
    </w:p>
    <w:p>
      <w:pPr>
        <w:spacing w:after="80" w:line="360" w:lineRule="exact"/>
      </w:pPr>
      <w:r>
        <w:rPr>
          <w:rFonts w:ascii="宋体" w:hAnsi="宋体" w:eastAsia="宋体"/>
          <w:b w:val="0"/>
          <w:sz w:val="22"/>
        </w:rPr>
        <w:t xml:space="preserve">119. </w:t>
      </w:r>
      <w:r>
        <w:rPr>
          <w:rFonts w:ascii="宋体" w:hAnsi="宋体" w:eastAsia="宋体"/>
          <w:b/>
          <w:color w:val="CC0000"/>
          <w:sz w:val="22"/>
        </w:rPr>
        <w:t>A  月球重力小，同一物体在月球上受到的重力只有地球上的1/6，所以“变轻”。</w:t>
      </w:r>
    </w:p>
    <w:p>
      <w:pPr>
        <w:spacing w:after="80" w:line="360" w:lineRule="exact"/>
      </w:pPr>
      <w:r>
        <w:rPr>
          <w:rFonts w:ascii="宋体" w:hAnsi="宋体" w:eastAsia="宋体"/>
          <w:b w:val="0"/>
          <w:sz w:val="22"/>
        </w:rPr>
        <w:t xml:space="preserve">120. </w:t>
      </w:r>
      <w:r>
        <w:rPr>
          <w:rFonts w:ascii="宋体" w:hAnsi="宋体" w:eastAsia="宋体"/>
          <w:b/>
          <w:color w:val="CC0000"/>
          <w:sz w:val="22"/>
        </w:rPr>
        <w:t>A  日食每年至少发生2次，是每年必然发生的现象；月食有些年份一次也没有，日全食、日环食更不是年年都有。</w:t>
      </w:r>
    </w:p>
    <w:p>
      <w:pPr>
        <w:spacing w:after="80" w:line="360" w:lineRule="exact"/>
      </w:pPr>
      <w:r>
        <w:rPr>
          <w:rFonts w:ascii="宋体" w:hAnsi="宋体" w:eastAsia="宋体"/>
          <w:b w:val="0"/>
          <w:sz w:val="22"/>
        </w:rPr>
        <w:t xml:space="preserve">121. </w:t>
      </w:r>
      <w:r>
        <w:rPr>
          <w:rFonts w:ascii="宋体" w:hAnsi="宋体" w:eastAsia="宋体"/>
          <w:b/>
          <w:color w:val="CC0000"/>
          <w:sz w:val="22"/>
        </w:rPr>
        <w:t>B  地球轨道位于金星和火星之间。</w:t>
      </w:r>
    </w:p>
    <w:p>
      <w:pPr>
        <w:spacing w:after="80" w:line="360" w:lineRule="exact"/>
      </w:pPr>
      <w:r>
        <w:rPr>
          <w:rFonts w:ascii="宋体" w:hAnsi="宋体" w:eastAsia="宋体"/>
          <w:b w:val="0"/>
          <w:sz w:val="22"/>
        </w:rPr>
        <w:t xml:space="preserve">122. </w:t>
      </w:r>
      <w:r>
        <w:rPr>
          <w:rFonts w:ascii="宋体" w:hAnsi="宋体" w:eastAsia="宋体"/>
          <w:b/>
          <w:color w:val="CC0000"/>
          <w:sz w:val="22"/>
        </w:rPr>
        <w:t>C  北极星位于北天极附近，位置看起来几乎不变。</w:t>
      </w:r>
    </w:p>
    <w:p>
      <w:pPr>
        <w:spacing w:after="80" w:line="360" w:lineRule="exact"/>
      </w:pPr>
      <w:r>
        <w:rPr>
          <w:rFonts w:ascii="宋体" w:hAnsi="宋体" w:eastAsia="宋体"/>
          <w:b w:val="0"/>
          <w:sz w:val="22"/>
        </w:rPr>
        <w:t xml:space="preserve">123. </w:t>
      </w:r>
      <w:r>
        <w:rPr>
          <w:rFonts w:ascii="宋体" w:hAnsi="宋体" w:eastAsia="宋体"/>
          <w:b/>
          <w:color w:val="CC0000"/>
          <w:sz w:val="22"/>
        </w:rPr>
        <w:t>B  望远镜能放大天体的视角，并收集更多光线。</w:t>
      </w:r>
    </w:p>
    <w:p>
      <w:pPr>
        <w:spacing w:after="80" w:line="360" w:lineRule="exact"/>
      </w:pPr>
      <w:r>
        <w:rPr>
          <w:rFonts w:ascii="宋体" w:hAnsi="宋体" w:eastAsia="宋体"/>
          <w:b w:val="0"/>
          <w:sz w:val="22"/>
        </w:rPr>
        <w:t xml:space="preserve">124. </w:t>
      </w:r>
      <w:r>
        <w:rPr>
          <w:rFonts w:ascii="宋体" w:hAnsi="宋体" w:eastAsia="宋体"/>
          <w:b/>
          <w:color w:val="CC0000"/>
          <w:sz w:val="22"/>
        </w:rPr>
        <w:t>D  大多数恒星是球体，但星云、小行星、星系等并不是球体，所以“星星都是球体”错误。</w:t>
      </w:r>
    </w:p>
    <w:p>
      <w:pPr>
        <w:spacing w:after="80" w:line="360" w:lineRule="exact"/>
      </w:pPr>
      <w:r>
        <w:rPr>
          <w:rFonts w:ascii="宋体" w:hAnsi="宋体" w:eastAsia="宋体"/>
          <w:b w:val="0"/>
          <w:sz w:val="22"/>
        </w:rPr>
        <w:t xml:space="preserve">125. </w:t>
      </w:r>
      <w:r>
        <w:rPr>
          <w:rFonts w:ascii="宋体" w:hAnsi="宋体" w:eastAsia="宋体"/>
          <w:b/>
          <w:color w:val="CC0000"/>
          <w:sz w:val="22"/>
        </w:rPr>
        <w:t>B  1969年阿波罗11号首次把人送上月球，阿姆斯特朗是第一个踏上月面的人。</w:t>
      </w:r>
    </w:p>
    <w:p>
      <w:pPr>
        <w:spacing w:after="80" w:line="360" w:lineRule="exact"/>
      </w:pPr>
      <w:r>
        <w:rPr>
          <w:rFonts w:ascii="宋体" w:hAnsi="宋体" w:eastAsia="宋体"/>
          <w:b w:val="0"/>
          <w:sz w:val="22"/>
        </w:rPr>
        <w:t xml:space="preserve">126. </w:t>
      </w:r>
      <w:r>
        <w:rPr>
          <w:rFonts w:ascii="宋体" w:hAnsi="宋体" w:eastAsia="宋体"/>
          <w:b/>
          <w:color w:val="CC0000"/>
          <w:sz w:val="22"/>
        </w:rPr>
        <w:t>B  太阳的质量约占太阳系总质量的99.86%，远大于地球、月球和火星。</w:t>
      </w:r>
    </w:p>
    <w:p>
      <w:pPr>
        <w:spacing w:after="80" w:line="360" w:lineRule="exact"/>
      </w:pPr>
      <w:r>
        <w:rPr>
          <w:rFonts w:ascii="宋体" w:hAnsi="宋体" w:eastAsia="宋体"/>
          <w:b w:val="0"/>
          <w:sz w:val="22"/>
        </w:rPr>
        <w:t xml:space="preserve">127. </w:t>
      </w:r>
      <w:r>
        <w:rPr>
          <w:rFonts w:ascii="宋体" w:hAnsi="宋体" w:eastAsia="宋体"/>
          <w:b/>
          <w:color w:val="CC0000"/>
          <w:sz w:val="22"/>
        </w:rPr>
        <w:t>A  日食时月球位于太阳和地球之间，即太阳→月球→地球。</w:t>
      </w:r>
    </w:p>
    <w:p>
      <w:pPr>
        <w:spacing w:after="80" w:line="360" w:lineRule="exact"/>
      </w:pPr>
      <w:r>
        <w:rPr>
          <w:rFonts w:ascii="宋体" w:hAnsi="宋体" w:eastAsia="宋体"/>
          <w:b w:val="0"/>
          <w:sz w:val="22"/>
        </w:rPr>
        <w:t xml:space="preserve">128. </w:t>
      </w:r>
      <w:r>
        <w:rPr>
          <w:rFonts w:ascii="宋体" w:hAnsi="宋体" w:eastAsia="宋体"/>
          <w:b/>
          <w:color w:val="CC0000"/>
          <w:sz w:val="22"/>
        </w:rPr>
        <w:t>B  光年是长度单位，指光在真空中一年内传播的距离，约 9.46×10¹² km。它常被误当作时间单位，实际上是描述天体距离的尺度（如比邻星距我们约 4.2 光年）。</w:t>
      </w:r>
    </w:p>
    <w:p>
      <w:pPr>
        <w:spacing w:after="80" w:line="360" w:lineRule="exact"/>
      </w:pPr>
      <w:r>
        <w:rPr>
          <w:rFonts w:ascii="宋体" w:hAnsi="宋体" w:eastAsia="宋体"/>
          <w:b w:val="0"/>
          <w:sz w:val="22"/>
        </w:rPr>
        <w:t xml:space="preserve">129. </w:t>
      </w:r>
      <w:r>
        <w:rPr>
          <w:rFonts w:ascii="宋体" w:hAnsi="宋体" w:eastAsia="宋体"/>
          <w:b/>
          <w:color w:val="CC0000"/>
          <w:sz w:val="22"/>
        </w:rPr>
        <w:t>B  月球绕地球公转一周约27.3天，约30天（一个月）。</w:t>
      </w:r>
    </w:p>
    <w:p>
      <w:pPr>
        <w:spacing w:after="80" w:line="360" w:lineRule="exact"/>
      </w:pPr>
      <w:r>
        <w:rPr>
          <w:rFonts w:ascii="宋体" w:hAnsi="宋体" w:eastAsia="宋体"/>
          <w:b w:val="0"/>
          <w:sz w:val="22"/>
        </w:rPr>
        <w:t xml:space="preserve">130. </w:t>
      </w:r>
      <w:r>
        <w:rPr>
          <w:rFonts w:ascii="宋体" w:hAnsi="宋体" w:eastAsia="宋体"/>
          <w:b/>
          <w:color w:val="CC0000"/>
          <w:sz w:val="22"/>
        </w:rPr>
        <w:t>B  水星没有天然卫星（金星也没有）。</w:t>
      </w:r>
    </w:p>
    <w:p>
      <w:pPr>
        <w:spacing w:after="80" w:line="360" w:lineRule="exact"/>
      </w:pPr>
      <w:r>
        <w:rPr>
          <w:rFonts w:ascii="宋体" w:hAnsi="宋体" w:eastAsia="宋体"/>
          <w:b w:val="0"/>
          <w:sz w:val="22"/>
        </w:rPr>
        <w:t xml:space="preserve">131. </w:t>
      </w:r>
      <w:r>
        <w:rPr>
          <w:rFonts w:ascii="宋体" w:hAnsi="宋体" w:eastAsia="宋体"/>
          <w:b/>
          <w:color w:val="CC0000"/>
          <w:sz w:val="22"/>
        </w:rPr>
        <w:t>B  北极星即小熊座 α（勾陈一），位于小熊座，是目前最靠近北天极的亮星。用北斗七星斗口的指极星（天璇→天枢）延长约 5 倍即可找到它，其地平高度约等于观测地的地理纬度。</w:t>
      </w:r>
    </w:p>
    <w:p>
      <w:pPr>
        <w:spacing w:after="80" w:line="360" w:lineRule="exact"/>
      </w:pPr>
      <w:r>
        <w:rPr>
          <w:rFonts w:ascii="宋体" w:hAnsi="宋体" w:eastAsia="宋体"/>
          <w:b w:val="0"/>
          <w:sz w:val="22"/>
        </w:rPr>
        <w:t xml:space="preserve">132. </w:t>
      </w:r>
      <w:r>
        <w:rPr>
          <w:rFonts w:ascii="宋体" w:hAnsi="宋体" w:eastAsia="宋体"/>
          <w:b/>
          <w:color w:val="CC0000"/>
          <w:sz w:val="22"/>
        </w:rPr>
        <w:t>A  水星是离太阳最近的行星。</w:t>
      </w:r>
    </w:p>
    <w:p>
      <w:pPr>
        <w:spacing w:after="80" w:line="360" w:lineRule="exact"/>
      </w:pPr>
      <w:r>
        <w:rPr>
          <w:rFonts w:ascii="宋体" w:hAnsi="宋体" w:eastAsia="宋体"/>
          <w:b w:val="0"/>
          <w:sz w:val="22"/>
        </w:rPr>
        <w:t xml:space="preserve">133. </w:t>
      </w:r>
      <w:r>
        <w:rPr>
          <w:rFonts w:ascii="宋体" w:hAnsi="宋体" w:eastAsia="宋体"/>
          <w:b/>
          <w:color w:val="CC0000"/>
          <w:sz w:val="22"/>
        </w:rPr>
        <w:t>C  农历十五前后月球被照亮的一面完全朝向地球，为满月。</w:t>
      </w:r>
    </w:p>
    <w:p>
      <w:pPr>
        <w:spacing w:after="80" w:line="360" w:lineRule="exact"/>
      </w:pPr>
      <w:r>
        <w:rPr>
          <w:rFonts w:ascii="宋体" w:hAnsi="宋体" w:eastAsia="宋体"/>
          <w:b w:val="0"/>
          <w:sz w:val="22"/>
        </w:rPr>
        <w:t xml:space="preserve">134. </w:t>
      </w:r>
      <w:r>
        <w:rPr>
          <w:rFonts w:ascii="宋体" w:hAnsi="宋体" w:eastAsia="宋体"/>
          <w:b/>
          <w:color w:val="CC0000"/>
          <w:sz w:val="22"/>
        </w:rPr>
        <w:t>B  太阳的能量来自核心的氢核聚变。</w:t>
      </w:r>
    </w:p>
    <w:p>
      <w:pPr>
        <w:spacing w:after="80" w:line="360" w:lineRule="exact"/>
      </w:pPr>
      <w:r>
        <w:rPr>
          <w:rFonts w:ascii="宋体" w:hAnsi="宋体" w:eastAsia="宋体"/>
          <w:b w:val="0"/>
          <w:sz w:val="22"/>
        </w:rPr>
        <w:t xml:space="preserve">135. </w:t>
      </w:r>
      <w:r>
        <w:rPr>
          <w:rFonts w:ascii="宋体" w:hAnsi="宋体" w:eastAsia="宋体"/>
          <w:b/>
          <w:color w:val="CC0000"/>
          <w:sz w:val="22"/>
        </w:rPr>
        <w:t>B  哈雷彗星是彗星，北斗七星是恒星。</w:t>
      </w:r>
    </w:p>
    <w:p>
      <w:pPr>
        <w:spacing w:after="80" w:line="360" w:lineRule="exact"/>
      </w:pPr>
      <w:r>
        <w:rPr>
          <w:rFonts w:ascii="宋体" w:hAnsi="宋体" w:eastAsia="宋体"/>
          <w:b w:val="0"/>
          <w:sz w:val="22"/>
        </w:rPr>
        <w:t xml:space="preserve">136. </w:t>
      </w:r>
      <w:r>
        <w:rPr>
          <w:rFonts w:ascii="宋体" w:hAnsi="宋体" w:eastAsia="宋体"/>
          <w:b/>
          <w:color w:val="CC0000"/>
          <w:sz w:val="22"/>
        </w:rPr>
        <w:t>B  四季变化由地球公转形成。</w:t>
      </w:r>
    </w:p>
    <w:p>
      <w:pPr>
        <w:spacing w:after="80" w:line="360" w:lineRule="exact"/>
      </w:pPr>
      <w:r>
        <w:rPr>
          <w:rFonts w:ascii="宋体" w:hAnsi="宋体" w:eastAsia="宋体"/>
          <w:b w:val="0"/>
          <w:sz w:val="22"/>
        </w:rPr>
        <w:t xml:space="preserve">137. </w:t>
      </w:r>
      <w:r>
        <w:rPr>
          <w:rFonts w:ascii="宋体" w:hAnsi="宋体" w:eastAsia="宋体"/>
          <w:b/>
          <w:color w:val="CC0000"/>
          <w:sz w:val="22"/>
        </w:rPr>
        <w:t>B  环形山是月球表面最显著的地形。</w:t>
      </w:r>
    </w:p>
    <w:p>
      <w:pPr>
        <w:spacing w:after="80" w:line="360" w:lineRule="exact"/>
      </w:pPr>
      <w:r>
        <w:rPr>
          <w:rFonts w:ascii="宋体" w:hAnsi="宋体" w:eastAsia="宋体"/>
          <w:b w:val="0"/>
          <w:sz w:val="22"/>
        </w:rPr>
        <w:t xml:space="preserve">138. </w:t>
      </w:r>
      <w:r>
        <w:rPr>
          <w:rFonts w:ascii="宋体" w:hAnsi="宋体" w:eastAsia="宋体"/>
          <w:b/>
          <w:color w:val="CC0000"/>
          <w:sz w:val="22"/>
        </w:rPr>
        <w:t>B  木星是体积最大的行星。</w:t>
      </w:r>
    </w:p>
    <w:p>
      <w:pPr>
        <w:spacing w:after="80" w:line="360" w:lineRule="exact"/>
      </w:pPr>
      <w:r>
        <w:rPr>
          <w:rFonts w:ascii="宋体" w:hAnsi="宋体" w:eastAsia="宋体"/>
          <w:b w:val="0"/>
          <w:sz w:val="22"/>
        </w:rPr>
        <w:t xml:space="preserve">139. </w:t>
      </w:r>
      <w:r>
        <w:rPr>
          <w:rFonts w:ascii="宋体" w:hAnsi="宋体" w:eastAsia="宋体"/>
          <w:b/>
          <w:color w:val="CC0000"/>
          <w:sz w:val="22"/>
        </w:rPr>
        <w:t>B  参宿四（猎户座α）是猎户座的主星之一，是一颗红超巨星。</w:t>
      </w:r>
    </w:p>
    <w:p>
      <w:pPr>
        <w:spacing w:after="80" w:line="360" w:lineRule="exact"/>
      </w:pPr>
      <w:r>
        <w:rPr>
          <w:rFonts w:ascii="宋体" w:hAnsi="宋体" w:eastAsia="宋体"/>
          <w:b w:val="0"/>
          <w:sz w:val="22"/>
        </w:rPr>
        <w:t xml:space="preserve">140. </w:t>
      </w:r>
      <w:r>
        <w:rPr>
          <w:rFonts w:ascii="宋体" w:hAnsi="宋体" w:eastAsia="宋体"/>
          <w:b/>
          <w:color w:val="CC0000"/>
          <w:sz w:val="22"/>
        </w:rPr>
        <w:t>B  月食时地球挡住了射向月球的太阳光。</w:t>
      </w:r>
    </w:p>
    <w:p>
      <w:pPr>
        <w:spacing w:after="80" w:line="360" w:lineRule="exact"/>
      </w:pPr>
      <w:r>
        <w:rPr>
          <w:rFonts w:ascii="宋体" w:hAnsi="宋体" w:eastAsia="宋体"/>
          <w:b w:val="0"/>
          <w:sz w:val="22"/>
        </w:rPr>
        <w:t xml:space="preserve">141. </w:t>
      </w:r>
      <w:r>
        <w:rPr>
          <w:rFonts w:ascii="宋体" w:hAnsi="宋体" w:eastAsia="宋体"/>
          <w:b/>
          <w:color w:val="CC0000"/>
          <w:sz w:val="22"/>
        </w:rPr>
        <w:t>A  地球自转方向是自西向东。</w:t>
      </w:r>
    </w:p>
    <w:p>
      <w:pPr>
        <w:spacing w:after="80" w:line="360" w:lineRule="exact"/>
      </w:pPr>
      <w:r>
        <w:rPr>
          <w:rFonts w:ascii="宋体" w:hAnsi="宋体" w:eastAsia="宋体"/>
          <w:b w:val="0"/>
          <w:sz w:val="22"/>
        </w:rPr>
        <w:t xml:space="preserve">142. </w:t>
      </w:r>
      <w:r>
        <w:rPr>
          <w:rFonts w:ascii="宋体" w:hAnsi="宋体" w:eastAsia="宋体"/>
          <w:b/>
          <w:color w:val="CC0000"/>
          <w:sz w:val="22"/>
        </w:rPr>
        <w:t>B  火星因表面富含氧化铁而被称为“红色星球”。</w:t>
      </w:r>
    </w:p>
    <w:p>
      <w:pPr>
        <w:spacing w:after="80" w:line="360" w:lineRule="exact"/>
      </w:pPr>
      <w:r>
        <w:rPr>
          <w:rFonts w:ascii="宋体" w:hAnsi="宋体" w:eastAsia="宋体"/>
          <w:b w:val="0"/>
          <w:sz w:val="22"/>
        </w:rPr>
        <w:t xml:space="preserve">143. </w:t>
      </w:r>
      <w:r>
        <w:rPr>
          <w:rFonts w:ascii="宋体" w:hAnsi="宋体" w:eastAsia="宋体"/>
          <w:b/>
          <w:color w:val="CC0000"/>
          <w:sz w:val="22"/>
        </w:rPr>
        <w:t>A  光年指光在一年中传播的距离，约9.46万亿千米。</w:t>
      </w:r>
    </w:p>
    <w:p>
      <w:pPr>
        <w:spacing w:after="80" w:line="360" w:lineRule="exact"/>
      </w:pPr>
      <w:r>
        <w:rPr>
          <w:rFonts w:ascii="宋体" w:hAnsi="宋体" w:eastAsia="宋体"/>
          <w:b w:val="0"/>
          <w:sz w:val="22"/>
        </w:rPr>
        <w:t xml:space="preserve">144. </w:t>
      </w:r>
      <w:r>
        <w:rPr>
          <w:rFonts w:ascii="宋体" w:hAnsi="宋体" w:eastAsia="宋体"/>
          <w:b/>
          <w:color w:val="CC0000"/>
          <w:sz w:val="22"/>
        </w:rPr>
        <w:t>B  北极星不在太阳系内。</w:t>
      </w:r>
    </w:p>
    <w:p>
      <w:pPr>
        <w:spacing w:after="80" w:line="360" w:lineRule="exact"/>
      </w:pPr>
      <w:r>
        <w:rPr>
          <w:rFonts w:ascii="宋体" w:hAnsi="宋体" w:eastAsia="宋体"/>
          <w:b w:val="0"/>
          <w:sz w:val="22"/>
        </w:rPr>
        <w:t xml:space="preserve">145. </w:t>
      </w:r>
      <w:r>
        <w:rPr>
          <w:rFonts w:ascii="宋体" w:hAnsi="宋体" w:eastAsia="宋体"/>
          <w:b/>
          <w:color w:val="CC0000"/>
          <w:sz w:val="22"/>
        </w:rPr>
        <w:t>A  农历初一为“朔”，此时月球位于太阳与地球之间，被照亮的一面完全背对地球，与太阳同升同落，整夜不可见，称为新月。到农历十五前后为“望”，即满月。</w:t>
      </w:r>
    </w:p>
    <w:p>
      <w:pPr>
        <w:spacing w:after="80" w:line="360" w:lineRule="exact"/>
      </w:pPr>
      <w:r>
        <w:rPr>
          <w:rFonts w:ascii="宋体" w:hAnsi="宋体" w:eastAsia="宋体"/>
          <w:b w:val="0"/>
          <w:sz w:val="22"/>
        </w:rPr>
        <w:t xml:space="preserve">146. </w:t>
      </w:r>
      <w:r>
        <w:rPr>
          <w:rFonts w:ascii="宋体" w:hAnsi="宋体" w:eastAsia="宋体"/>
          <w:b/>
          <w:color w:val="CC0000"/>
          <w:sz w:val="22"/>
        </w:rPr>
        <w:t>B  望远镜用于观察天体细节。</w:t>
      </w:r>
    </w:p>
    <w:p>
      <w:pPr>
        <w:spacing w:after="80" w:line="360" w:lineRule="exact"/>
      </w:pPr>
      <w:r>
        <w:rPr>
          <w:rFonts w:ascii="宋体" w:hAnsi="宋体" w:eastAsia="宋体"/>
          <w:b w:val="0"/>
          <w:sz w:val="22"/>
        </w:rPr>
        <w:t xml:space="preserve">147. </w:t>
      </w:r>
      <w:r>
        <w:rPr>
          <w:rFonts w:ascii="宋体" w:hAnsi="宋体" w:eastAsia="宋体"/>
          <w:b/>
          <w:color w:val="CC0000"/>
          <w:sz w:val="22"/>
        </w:rPr>
        <w:t>A  太阳黑子出现在光球层。</w:t>
      </w:r>
    </w:p>
    <w:p>
      <w:pPr>
        <w:spacing w:after="80" w:line="360" w:lineRule="exact"/>
      </w:pPr>
      <w:r>
        <w:rPr>
          <w:rFonts w:ascii="宋体" w:hAnsi="宋体" w:eastAsia="宋体"/>
          <w:b w:val="0"/>
          <w:sz w:val="22"/>
        </w:rPr>
        <w:t xml:space="preserve">148. </w:t>
      </w:r>
      <w:r>
        <w:rPr>
          <w:rFonts w:ascii="宋体" w:hAnsi="宋体" w:eastAsia="宋体"/>
          <w:b/>
          <w:color w:val="CC0000"/>
          <w:sz w:val="22"/>
        </w:rPr>
        <w:t>B  潮汐涨落与月球（和太阳）的引力有关。</w:t>
      </w:r>
    </w:p>
    <w:p>
      <w:pPr>
        <w:spacing w:after="80" w:line="360" w:lineRule="exact"/>
      </w:pPr>
      <w:r>
        <w:rPr>
          <w:rFonts w:ascii="宋体" w:hAnsi="宋体" w:eastAsia="宋体"/>
          <w:b w:val="0"/>
          <w:sz w:val="22"/>
        </w:rPr>
        <w:t xml:space="preserve">149. </w:t>
      </w:r>
      <w:r>
        <w:rPr>
          <w:rFonts w:ascii="宋体" w:hAnsi="宋体" w:eastAsia="宋体"/>
          <w:b/>
          <w:color w:val="CC0000"/>
          <w:sz w:val="22"/>
        </w:rPr>
        <w:t>B  海王星是离太阳最远的行星。</w:t>
      </w:r>
    </w:p>
    <w:p>
      <w:pPr>
        <w:spacing w:after="80" w:line="360" w:lineRule="exact"/>
      </w:pPr>
      <w:r>
        <w:rPr>
          <w:rFonts w:ascii="宋体" w:hAnsi="宋体" w:eastAsia="宋体"/>
          <w:b w:val="0"/>
          <w:sz w:val="22"/>
        </w:rPr>
        <w:t xml:space="preserve">150. </w:t>
      </w:r>
      <w:r>
        <w:rPr>
          <w:rFonts w:ascii="宋体" w:hAnsi="宋体" w:eastAsia="宋体"/>
          <w:b/>
          <w:color w:val="CC0000"/>
          <w:sz w:val="22"/>
        </w:rPr>
        <w:t>A  北极星是小熊座最亮的恒星（小熊座α）。</w:t>
      </w:r>
    </w:p>
    <w:p>
      <w:pPr>
        <w:spacing w:after="80" w:line="360" w:lineRule="exact"/>
      </w:pPr>
      <w:r>
        <w:rPr>
          <w:rFonts w:ascii="宋体" w:hAnsi="宋体" w:eastAsia="宋体"/>
          <w:b w:val="0"/>
          <w:sz w:val="22"/>
        </w:rPr>
        <w:t xml:space="preserve">151. </w:t>
      </w:r>
      <w:r>
        <w:rPr>
          <w:rFonts w:ascii="宋体" w:hAnsi="宋体" w:eastAsia="宋体"/>
          <w:b/>
          <w:color w:val="CC0000"/>
          <w:sz w:val="22"/>
        </w:rPr>
        <w:t>B  月球绕地球公转一周约一个月。</w:t>
      </w:r>
    </w:p>
    <w:p>
      <w:pPr>
        <w:spacing w:after="80" w:line="360" w:lineRule="exact"/>
      </w:pPr>
      <w:r>
        <w:rPr>
          <w:rFonts w:ascii="宋体" w:hAnsi="宋体" w:eastAsia="宋体"/>
          <w:b w:val="0"/>
          <w:sz w:val="22"/>
        </w:rPr>
        <w:t xml:space="preserve">152. </w:t>
      </w:r>
      <w:r>
        <w:rPr>
          <w:rFonts w:ascii="宋体" w:hAnsi="宋体" w:eastAsia="宋体"/>
          <w:b/>
          <w:color w:val="CC0000"/>
          <w:sz w:val="22"/>
        </w:rPr>
        <w:t>C  太阳自身能发光发热。</w:t>
      </w:r>
    </w:p>
    <w:p>
      <w:pPr>
        <w:spacing w:after="80" w:line="360" w:lineRule="exact"/>
      </w:pPr>
      <w:r>
        <w:rPr>
          <w:rFonts w:ascii="宋体" w:hAnsi="宋体" w:eastAsia="宋体"/>
          <w:b w:val="0"/>
          <w:sz w:val="22"/>
        </w:rPr>
        <w:t xml:space="preserve">153. </w:t>
      </w:r>
      <w:r>
        <w:rPr>
          <w:rFonts w:ascii="宋体" w:hAnsi="宋体" w:eastAsia="宋体"/>
          <w:b/>
          <w:color w:val="CC0000"/>
          <w:sz w:val="22"/>
        </w:rPr>
        <w:t>A  城市灯光造成光污染，使能看到的星星变少。</w:t>
      </w:r>
    </w:p>
    <w:p>
      <w:pPr>
        <w:spacing w:after="80" w:line="360" w:lineRule="exact"/>
      </w:pPr>
      <w:r>
        <w:rPr>
          <w:rFonts w:ascii="宋体" w:hAnsi="宋体" w:eastAsia="宋体"/>
          <w:b w:val="0"/>
          <w:sz w:val="22"/>
        </w:rPr>
        <w:t xml:space="preserve">154. </w:t>
      </w:r>
      <w:r>
        <w:rPr>
          <w:rFonts w:ascii="宋体" w:hAnsi="宋体" w:eastAsia="宋体"/>
          <w:b/>
          <w:color w:val="CC0000"/>
          <w:sz w:val="22"/>
        </w:rPr>
        <w:t>C  地球是类地行星；木星、土星是气态巨行星，天王星是冰巨星。</w:t>
      </w:r>
    </w:p>
    <w:p>
      <w:pPr>
        <w:spacing w:after="80" w:line="360" w:lineRule="exact"/>
      </w:pPr>
      <w:r>
        <w:rPr>
          <w:rFonts w:ascii="宋体" w:hAnsi="宋体" w:eastAsia="宋体"/>
          <w:b w:val="0"/>
          <w:sz w:val="22"/>
        </w:rPr>
        <w:t xml:space="preserve">155. </w:t>
      </w:r>
      <w:r>
        <w:rPr>
          <w:rFonts w:ascii="宋体" w:hAnsi="宋体" w:eastAsia="宋体"/>
          <w:b/>
          <w:color w:val="CC0000"/>
          <w:sz w:val="22"/>
        </w:rPr>
        <w:t>B  月相变化由月球绕地球公转、日地月相对位置改变造成。</w:t>
      </w:r>
    </w:p>
    <w:p>
      <w:pPr>
        <w:spacing w:after="80" w:line="360" w:lineRule="exact"/>
      </w:pPr>
      <w:r>
        <w:rPr>
          <w:rFonts w:ascii="宋体" w:hAnsi="宋体" w:eastAsia="宋体"/>
          <w:b w:val="0"/>
          <w:sz w:val="22"/>
        </w:rPr>
        <w:t xml:space="preserve">156. </w:t>
      </w:r>
      <w:r>
        <w:rPr>
          <w:rFonts w:ascii="宋体" w:hAnsi="宋体" w:eastAsia="宋体"/>
          <w:b/>
          <w:color w:val="CC0000"/>
          <w:sz w:val="22"/>
        </w:rPr>
        <w:t>B  月球是地球唯一的天然卫星。</w:t>
      </w:r>
    </w:p>
    <w:p>
      <w:pPr>
        <w:spacing w:after="80" w:line="360" w:lineRule="exact"/>
      </w:pPr>
      <w:r>
        <w:rPr>
          <w:rFonts w:ascii="宋体" w:hAnsi="宋体" w:eastAsia="宋体"/>
          <w:b w:val="0"/>
          <w:sz w:val="22"/>
        </w:rPr>
        <w:t xml:space="preserve">157. </w:t>
      </w:r>
      <w:r>
        <w:rPr>
          <w:rFonts w:ascii="宋体" w:hAnsi="宋体" w:eastAsia="宋体"/>
          <w:b/>
          <w:color w:val="CC0000"/>
          <w:sz w:val="22"/>
        </w:rPr>
        <w:t>B  太阳的能量来自氢核聚变反应。</w:t>
      </w:r>
    </w:p>
    <w:p>
      <w:pPr>
        <w:spacing w:after="80" w:line="360" w:lineRule="exact"/>
      </w:pPr>
      <w:r>
        <w:rPr>
          <w:rFonts w:ascii="宋体" w:hAnsi="宋体" w:eastAsia="宋体"/>
          <w:b w:val="0"/>
          <w:sz w:val="22"/>
        </w:rPr>
        <w:t xml:space="preserve">158. </w:t>
      </w:r>
      <w:r>
        <w:rPr>
          <w:rFonts w:ascii="宋体" w:hAnsi="宋体" w:eastAsia="宋体"/>
          <w:b/>
          <w:color w:val="CC0000"/>
          <w:sz w:val="22"/>
        </w:rPr>
        <w:t>A  新月时日月同向，月球可能挡住太阳而发生日食。</w:t>
      </w:r>
    </w:p>
    <w:p>
      <w:pPr>
        <w:spacing w:after="80" w:line="360" w:lineRule="exact"/>
      </w:pPr>
      <w:r>
        <w:rPr>
          <w:rFonts w:ascii="宋体" w:hAnsi="宋体" w:eastAsia="宋体"/>
          <w:b w:val="0"/>
          <w:sz w:val="22"/>
        </w:rPr>
        <w:t xml:space="preserve">159. </w:t>
      </w:r>
      <w:r>
        <w:rPr>
          <w:rFonts w:ascii="宋体" w:hAnsi="宋体" w:eastAsia="宋体"/>
          <w:b/>
          <w:color w:val="CC0000"/>
          <w:sz w:val="22"/>
        </w:rPr>
        <w:t>B  地球位于金星和火星之间。</w:t>
      </w:r>
    </w:p>
    <w:p>
      <w:pPr>
        <w:spacing w:after="80" w:line="360" w:lineRule="exact"/>
      </w:pPr>
      <w:r>
        <w:rPr>
          <w:rFonts w:ascii="宋体" w:hAnsi="宋体" w:eastAsia="宋体"/>
          <w:b w:val="0"/>
          <w:sz w:val="22"/>
        </w:rPr>
        <w:t xml:space="preserve">160. </w:t>
      </w:r>
      <w:r>
        <w:rPr>
          <w:rFonts w:ascii="宋体" w:hAnsi="宋体" w:eastAsia="宋体"/>
          <w:b/>
          <w:color w:val="CC0000"/>
          <w:sz w:val="22"/>
        </w:rPr>
        <w:t>C  显微镜用于观察微小物体，不能用于天文观测。</w:t>
      </w:r>
    </w:p>
    <w:p>
      <w:pPr>
        <w:spacing w:after="80" w:line="360" w:lineRule="exact"/>
      </w:pPr>
      <w:r>
        <w:rPr>
          <w:rFonts w:ascii="宋体" w:hAnsi="宋体" w:eastAsia="宋体"/>
          <w:b w:val="0"/>
          <w:sz w:val="22"/>
        </w:rPr>
        <w:t xml:space="preserve">161. </w:t>
      </w:r>
      <w:r>
        <w:rPr>
          <w:rFonts w:ascii="宋体" w:hAnsi="宋体" w:eastAsia="宋体"/>
          <w:b/>
          <w:color w:val="CC0000"/>
          <w:sz w:val="22"/>
        </w:rPr>
        <w:t>B  北斗七星属于大熊座。</w:t>
      </w:r>
    </w:p>
    <w:p>
      <w:pPr>
        <w:spacing w:after="80" w:line="360" w:lineRule="exact"/>
      </w:pPr>
      <w:r>
        <w:rPr>
          <w:rFonts w:ascii="宋体" w:hAnsi="宋体" w:eastAsia="宋体"/>
          <w:b w:val="0"/>
          <w:sz w:val="22"/>
        </w:rPr>
        <w:t xml:space="preserve">162. </w:t>
      </w:r>
      <w:r>
        <w:rPr>
          <w:rFonts w:ascii="宋体" w:hAnsi="宋体" w:eastAsia="宋体"/>
          <w:b/>
          <w:color w:val="CC0000"/>
          <w:sz w:val="22"/>
        </w:rPr>
        <w:t>B  月球表面的重力约为地球的1/6。</w:t>
      </w:r>
    </w:p>
    <w:p>
      <w:pPr>
        <w:spacing w:after="80" w:line="360" w:lineRule="exact"/>
      </w:pPr>
      <w:r>
        <w:rPr>
          <w:rFonts w:ascii="宋体" w:hAnsi="宋体" w:eastAsia="宋体"/>
          <w:b w:val="0"/>
          <w:sz w:val="22"/>
        </w:rPr>
        <w:t xml:space="preserve">163. </w:t>
      </w:r>
      <w:r>
        <w:rPr>
          <w:rFonts w:ascii="宋体" w:hAnsi="宋体" w:eastAsia="宋体"/>
          <w:b/>
          <w:color w:val="CC0000"/>
          <w:sz w:val="22"/>
        </w:rPr>
        <w:t>C  四季变化与地球自转无关，由公转和地轴倾斜造成。</w:t>
      </w:r>
    </w:p>
    <w:p>
      <w:pPr>
        <w:spacing w:after="80" w:line="360" w:lineRule="exact"/>
      </w:pPr>
      <w:r>
        <w:rPr>
          <w:rFonts w:ascii="宋体" w:hAnsi="宋体" w:eastAsia="宋体"/>
          <w:b w:val="0"/>
          <w:sz w:val="22"/>
        </w:rPr>
        <w:t xml:space="preserve">164. </w:t>
      </w:r>
      <w:r>
        <w:rPr>
          <w:rFonts w:ascii="宋体" w:hAnsi="宋体" w:eastAsia="宋体"/>
          <w:b/>
          <w:color w:val="CC0000"/>
          <w:sz w:val="22"/>
        </w:rPr>
        <w:t>C  流星体属于太阳系小天体。</w:t>
      </w:r>
    </w:p>
    <w:p>
      <w:pPr>
        <w:spacing w:after="80" w:line="360" w:lineRule="exact"/>
      </w:pPr>
      <w:r>
        <w:rPr>
          <w:rFonts w:ascii="宋体" w:hAnsi="宋体" w:eastAsia="宋体"/>
          <w:b w:val="0"/>
          <w:sz w:val="22"/>
        </w:rPr>
        <w:t xml:space="preserve">165. </w:t>
      </w:r>
      <w:r>
        <w:rPr>
          <w:rFonts w:ascii="宋体" w:hAnsi="宋体" w:eastAsia="宋体"/>
          <w:b/>
          <w:color w:val="CC0000"/>
          <w:sz w:val="22"/>
        </w:rPr>
        <w:t>A  日食发生在农历初一（朔日）。</w:t>
      </w:r>
    </w:p>
    <w:p>
      <w:pPr>
        <w:spacing w:after="80" w:line="360" w:lineRule="exact"/>
      </w:pPr>
      <w:r>
        <w:rPr>
          <w:rFonts w:ascii="宋体" w:hAnsi="宋体" w:eastAsia="宋体"/>
          <w:b w:val="0"/>
          <w:sz w:val="22"/>
        </w:rPr>
        <w:t xml:space="preserve">166. </w:t>
      </w:r>
      <w:r>
        <w:rPr>
          <w:rFonts w:ascii="宋体" w:hAnsi="宋体" w:eastAsia="宋体"/>
          <w:b/>
          <w:color w:val="CC0000"/>
          <w:sz w:val="22"/>
        </w:rPr>
        <w:t>C  土星拥有太阳系中最壮观的行星环，主要由无数冰粒和岩块组成，宽达数十万千米而厚度仅数十米，用小型望远镜就能看到，是业余观测中最容易辨认的目标之一。</w:t>
      </w:r>
    </w:p>
    <w:p>
      <w:pPr>
        <w:spacing w:after="80" w:line="360" w:lineRule="exact"/>
      </w:pPr>
      <w:r>
        <w:rPr>
          <w:rFonts w:ascii="宋体" w:hAnsi="宋体" w:eastAsia="宋体"/>
          <w:b w:val="0"/>
          <w:sz w:val="22"/>
        </w:rPr>
        <w:t xml:space="preserve">167. </w:t>
      </w:r>
      <w:r>
        <w:rPr>
          <w:rFonts w:ascii="宋体" w:hAnsi="宋体" w:eastAsia="宋体"/>
          <w:b/>
          <w:color w:val="CC0000"/>
          <w:sz w:val="22"/>
        </w:rPr>
        <w:t>C  银河由大量恒星组成。</w:t>
      </w:r>
    </w:p>
    <w:p>
      <w:pPr>
        <w:spacing w:after="80" w:line="360" w:lineRule="exact"/>
      </w:pPr>
      <w:r>
        <w:rPr>
          <w:rFonts w:ascii="宋体" w:hAnsi="宋体" w:eastAsia="宋体"/>
          <w:b w:val="0"/>
          <w:sz w:val="22"/>
        </w:rPr>
        <w:t xml:space="preserve">168. </w:t>
      </w:r>
      <w:r>
        <w:rPr>
          <w:rFonts w:ascii="宋体" w:hAnsi="宋体" w:eastAsia="宋体"/>
          <w:b/>
          <w:color w:val="CC0000"/>
          <w:sz w:val="22"/>
        </w:rPr>
        <w:t>D  卫星绕行星转，不是绕恒星转。</w:t>
      </w:r>
    </w:p>
    <w:p>
      <w:pPr>
        <w:spacing w:after="80" w:line="360" w:lineRule="exact"/>
      </w:pPr>
      <w:r>
        <w:rPr>
          <w:rFonts w:ascii="宋体" w:hAnsi="宋体" w:eastAsia="宋体"/>
          <w:b w:val="0"/>
          <w:sz w:val="22"/>
        </w:rPr>
        <w:t xml:space="preserve">169. </w:t>
      </w:r>
      <w:r>
        <w:rPr>
          <w:rFonts w:ascii="宋体" w:hAnsi="宋体" w:eastAsia="宋体"/>
          <w:b/>
          <w:color w:val="CC0000"/>
          <w:sz w:val="22"/>
        </w:rPr>
        <w:t>B  光速约每秒30万千米。</w:t>
      </w:r>
    </w:p>
    <w:p>
      <w:pPr>
        <w:spacing w:after="80" w:line="360" w:lineRule="exact"/>
      </w:pPr>
      <w:r>
        <w:rPr>
          <w:rFonts w:ascii="宋体" w:hAnsi="宋体" w:eastAsia="宋体"/>
          <w:b w:val="0"/>
          <w:sz w:val="22"/>
        </w:rPr>
        <w:t xml:space="preserve">170. </w:t>
      </w:r>
      <w:r>
        <w:rPr>
          <w:rFonts w:ascii="宋体" w:hAnsi="宋体" w:eastAsia="宋体"/>
          <w:b/>
          <w:color w:val="CC0000"/>
          <w:sz w:val="22"/>
        </w:rPr>
        <w:t>C  大红斑是木星南半球的巨型反气旋风暴，呈红褐色，自 17 世纪起被持续观测，直径一度超过地球，如今已缩小到约 1.3 万千米，但仍比地球大。</w:t>
      </w:r>
    </w:p>
    <w:p>
      <w:pPr>
        <w:spacing w:after="80" w:line="360" w:lineRule="exact"/>
      </w:pPr>
      <w:r>
        <w:rPr>
          <w:rFonts w:ascii="宋体" w:hAnsi="宋体" w:eastAsia="宋体"/>
          <w:b w:val="0"/>
          <w:sz w:val="22"/>
        </w:rPr>
        <w:t xml:space="preserve">171. </w:t>
      </w:r>
      <w:r>
        <w:rPr>
          <w:rFonts w:ascii="宋体" w:hAnsi="宋体" w:eastAsia="宋体"/>
          <w:b/>
          <w:color w:val="CC0000"/>
          <w:sz w:val="22"/>
        </w:rPr>
        <w:t>C  满月傍晚从东方升起、清晨西落，整夜可见。</w:t>
      </w:r>
    </w:p>
    <w:p>
      <w:pPr>
        <w:spacing w:after="80" w:line="360" w:lineRule="exact"/>
      </w:pPr>
      <w:r>
        <w:rPr>
          <w:rFonts w:ascii="宋体" w:hAnsi="宋体" w:eastAsia="宋体"/>
          <w:b w:val="0"/>
          <w:sz w:val="22"/>
        </w:rPr>
        <w:t xml:space="preserve">172. </w:t>
      </w:r>
      <w:r>
        <w:rPr>
          <w:rFonts w:ascii="宋体" w:hAnsi="宋体" w:eastAsia="宋体"/>
          <w:b/>
          <w:color w:val="CC0000"/>
          <w:sz w:val="22"/>
        </w:rPr>
        <w:t>B  太阳是离地球最近的恒星。</w:t>
      </w:r>
    </w:p>
    <w:p>
      <w:pPr>
        <w:spacing w:after="80" w:line="360" w:lineRule="exact"/>
      </w:pPr>
      <w:r>
        <w:rPr>
          <w:rFonts w:ascii="宋体" w:hAnsi="宋体" w:eastAsia="宋体"/>
          <w:b w:val="0"/>
          <w:sz w:val="22"/>
        </w:rPr>
        <w:t xml:space="preserve">173. </w:t>
      </w:r>
      <w:r>
        <w:rPr>
          <w:rFonts w:ascii="宋体" w:hAnsi="宋体" w:eastAsia="宋体"/>
          <w:b/>
          <w:color w:val="CC0000"/>
          <w:sz w:val="22"/>
        </w:rPr>
        <w:t>C  流星由流星体进入地球大气层摩擦燃烧形成。</w:t>
      </w:r>
    </w:p>
    <w:p>
      <w:pPr>
        <w:spacing w:after="80" w:line="360" w:lineRule="exact"/>
      </w:pPr>
      <w:r>
        <w:rPr>
          <w:rFonts w:ascii="宋体" w:hAnsi="宋体" w:eastAsia="宋体"/>
          <w:b w:val="0"/>
          <w:sz w:val="22"/>
        </w:rPr>
        <w:t xml:space="preserve">174. </w:t>
      </w:r>
      <w:r>
        <w:rPr>
          <w:rFonts w:ascii="宋体" w:hAnsi="宋体" w:eastAsia="宋体"/>
          <w:b/>
          <w:color w:val="CC0000"/>
          <w:sz w:val="22"/>
        </w:rPr>
        <w:t>B  太阳系共有8颗大行星。</w:t>
      </w:r>
    </w:p>
    <w:p>
      <w:pPr>
        <w:spacing w:after="80" w:line="360" w:lineRule="exact"/>
      </w:pPr>
      <w:r>
        <w:rPr>
          <w:rFonts w:ascii="宋体" w:hAnsi="宋体" w:eastAsia="宋体"/>
          <w:b w:val="0"/>
          <w:sz w:val="22"/>
        </w:rPr>
        <w:t xml:space="preserve">175. </w:t>
      </w:r>
      <w:r>
        <w:rPr>
          <w:rFonts w:ascii="宋体" w:hAnsi="宋体" w:eastAsia="宋体"/>
          <w:b/>
          <w:color w:val="CC0000"/>
          <w:sz w:val="22"/>
        </w:rPr>
        <w:t>B  月球反射太阳光，自己并不发光。</w:t>
      </w:r>
    </w:p>
    <w:p>
      <w:pPr>
        <w:spacing w:after="80" w:line="360" w:lineRule="exact"/>
      </w:pPr>
      <w:r>
        <w:rPr>
          <w:rFonts w:ascii="宋体" w:hAnsi="宋体" w:eastAsia="宋体"/>
          <w:b w:val="0"/>
          <w:sz w:val="22"/>
        </w:rPr>
        <w:t xml:space="preserve">176. </w:t>
      </w:r>
      <w:r>
        <w:rPr>
          <w:rFonts w:ascii="宋体" w:hAnsi="宋体" w:eastAsia="宋体"/>
          <w:b/>
          <w:color w:val="CC0000"/>
          <w:sz w:val="22"/>
        </w:rPr>
        <w:t>C  嫦娥七号计划2026年发射，将在月球南极沙克尔顿坑附近的高地着陆，该区域位于巨大的南极-艾特肯盆地内，重点是寻找水冰。</w:t>
      </w:r>
    </w:p>
    <w:p>
      <w:pPr>
        <w:spacing w:after="80" w:line="360" w:lineRule="exact"/>
      </w:pPr>
      <w:r>
        <w:rPr>
          <w:rFonts w:ascii="宋体" w:hAnsi="宋体" w:eastAsia="宋体"/>
          <w:b w:val="0"/>
          <w:sz w:val="22"/>
        </w:rPr>
        <w:t xml:space="preserve">177. </w:t>
      </w:r>
      <w:r>
        <w:rPr>
          <w:rFonts w:ascii="宋体" w:hAnsi="宋体" w:eastAsia="宋体"/>
          <w:b/>
          <w:color w:val="CC0000"/>
          <w:sz w:val="22"/>
        </w:rPr>
        <w:t>A  张衡是东汉天文学家，制浑天仪、著《浑天仪图注》，小行星1802号被命名为“张衡星”。</w:t>
      </w:r>
    </w:p>
    <w:p>
      <w:pPr>
        <w:spacing w:after="80" w:line="360" w:lineRule="exact"/>
      </w:pPr>
      <w:r>
        <w:rPr>
          <w:rFonts w:ascii="宋体" w:hAnsi="宋体" w:eastAsia="宋体"/>
          <w:b w:val="0"/>
          <w:sz w:val="22"/>
        </w:rPr>
        <w:t xml:space="preserve">178. </w:t>
      </w:r>
      <w:r>
        <w:rPr>
          <w:rFonts w:ascii="宋体" w:hAnsi="宋体" w:eastAsia="宋体"/>
          <w:b/>
          <w:color w:val="CC0000"/>
          <w:sz w:val="22"/>
        </w:rPr>
        <w:t>B  毅力号在耶泽罗撞击坑采集的岩芯样本中发现了有机分子，这是火星古代可能宜居的重要线索。</w:t>
      </w:r>
    </w:p>
    <w:p>
      <w:pPr>
        <w:spacing w:after="80" w:line="360" w:lineRule="exact"/>
      </w:pPr>
      <w:r>
        <w:rPr>
          <w:rFonts w:ascii="宋体" w:hAnsi="宋体" w:eastAsia="宋体"/>
          <w:b w:val="0"/>
          <w:sz w:val="22"/>
        </w:rPr>
        <w:t xml:space="preserve">179. </w:t>
      </w:r>
      <w:r>
        <w:rPr>
          <w:rFonts w:ascii="宋体" w:hAnsi="宋体" w:eastAsia="宋体"/>
          <w:b/>
          <w:color w:val="CC0000"/>
          <w:sz w:val="22"/>
        </w:rPr>
        <w:t>B  夸父一号以“一磁两暴”为科学目标，太阳耀斑和日冕物质抛射主要发生在色球层和日冕层。</w:t>
      </w:r>
    </w:p>
    <w:p>
      <w:pPr>
        <w:spacing w:after="80" w:line="360" w:lineRule="exact"/>
      </w:pPr>
      <w:r>
        <w:rPr>
          <w:rFonts w:ascii="宋体" w:hAnsi="宋体" w:eastAsia="宋体"/>
          <w:b w:val="0"/>
          <w:sz w:val="22"/>
        </w:rPr>
        <w:t xml:space="preserve">180. </w:t>
      </w:r>
      <w:r>
        <w:rPr>
          <w:rFonts w:ascii="宋体" w:hAnsi="宋体" w:eastAsia="宋体"/>
          <w:b/>
          <w:color w:val="CC0000"/>
          <w:sz w:val="22"/>
        </w:rPr>
        <w:t>A  2027年8月2日的日全食，全食带经过西班牙、摩洛哥、阿尔及利亚、利比亚、埃及、沙特阿拉伯等地，主要位于非洲和亚洲。</w:t>
      </w:r>
    </w:p>
    <w:p>
      <w:pPr>
        <w:spacing w:after="80" w:line="360" w:lineRule="exact"/>
      </w:pPr>
      <w:r>
        <w:rPr>
          <w:rFonts w:ascii="宋体" w:hAnsi="宋体" w:eastAsia="宋体"/>
          <w:b w:val="0"/>
          <w:sz w:val="22"/>
        </w:rPr>
        <w:t xml:space="preserve">181. </w:t>
      </w:r>
      <w:r>
        <w:rPr>
          <w:rFonts w:ascii="宋体" w:hAnsi="宋体" w:eastAsia="宋体"/>
          <w:b/>
          <w:color w:val="CC0000"/>
          <w:sz w:val="22"/>
        </w:rPr>
        <w:t>C  JUICE将依次飞越木卫二、木卫四，重点研究木卫三，最终进入木卫三（盖尼米德）轨道，它是太阳系最大的卫星。</w:t>
      </w:r>
    </w:p>
    <w:p>
      <w:pPr>
        <w:spacing w:after="80" w:line="360" w:lineRule="exact"/>
      </w:pPr>
      <w:r>
        <w:rPr>
          <w:rFonts w:ascii="宋体" w:hAnsi="宋体" w:eastAsia="宋体"/>
          <w:b w:val="0"/>
          <w:sz w:val="22"/>
        </w:rPr>
        <w:t xml:space="preserve">182. </w:t>
      </w:r>
      <w:r>
        <w:rPr>
          <w:rFonts w:ascii="宋体" w:hAnsi="宋体" w:eastAsia="宋体"/>
          <w:b/>
          <w:color w:val="CC0000"/>
          <w:sz w:val="22"/>
        </w:rPr>
        <w:t>A  天问二号于2025年5月发射，首个目标是近地小行星2016 HO3（469219），之后将飞往主带彗星311P。</w:t>
      </w:r>
    </w:p>
    <w:p>
      <w:pPr>
        <w:spacing w:after="80" w:line="360" w:lineRule="exact"/>
      </w:pPr>
      <w:r>
        <w:rPr>
          <w:rFonts w:ascii="宋体" w:hAnsi="宋体" w:eastAsia="宋体"/>
          <w:b w:val="0"/>
          <w:sz w:val="22"/>
        </w:rPr>
        <w:t xml:space="preserve">183. </w:t>
      </w:r>
      <w:r>
        <w:rPr>
          <w:rFonts w:ascii="宋体" w:hAnsi="宋体" w:eastAsia="宋体"/>
          <w:b/>
          <w:color w:val="CC0000"/>
          <w:sz w:val="22"/>
        </w:rPr>
        <w:t>C  日本“小型月着陆实证机”SLIM于2024年1月在月面实现了误差约100米的高精度着陆。</w:t>
      </w:r>
    </w:p>
    <w:p>
      <w:pPr>
        <w:spacing w:after="80" w:line="360" w:lineRule="exact"/>
      </w:pPr>
      <w:r>
        <w:rPr>
          <w:rFonts w:ascii="宋体" w:hAnsi="宋体" w:eastAsia="宋体"/>
          <w:b w:val="0"/>
          <w:sz w:val="22"/>
        </w:rPr>
        <w:t xml:space="preserve">184. </w:t>
      </w:r>
      <w:r>
        <w:rPr>
          <w:rFonts w:ascii="宋体" w:hAnsi="宋体" w:eastAsia="宋体"/>
          <w:b/>
          <w:color w:val="CC0000"/>
          <w:sz w:val="22"/>
        </w:rPr>
        <w:t>B  银河系中心位于人马座方向，那里的超大质量黑洞被称为人马座A*，2022年事件视界望远镜公布了它的照片。</w:t>
      </w:r>
    </w:p>
    <w:p>
      <w:pPr>
        <w:spacing w:after="80" w:line="360" w:lineRule="exact"/>
      </w:pPr>
      <w:r>
        <w:rPr>
          <w:rFonts w:ascii="宋体" w:hAnsi="宋体" w:eastAsia="宋体"/>
          <w:b w:val="0"/>
          <w:sz w:val="22"/>
        </w:rPr>
        <w:t xml:space="preserve">185. </w:t>
      </w:r>
      <w:r>
        <w:rPr>
          <w:rFonts w:ascii="宋体" w:hAnsi="宋体" w:eastAsia="宋体"/>
          <w:b/>
          <w:color w:val="CC0000"/>
          <w:sz w:val="22"/>
        </w:rPr>
        <w:t>B  天问三号的核心目标是火星采样返回，计划2028年前后发射，把火星样品带回地球。</w:t>
      </w:r>
    </w:p>
    <w:p>
      <w:pPr>
        <w:spacing w:after="80" w:line="360" w:lineRule="exact"/>
      </w:pPr>
      <w:r>
        <w:rPr>
          <w:rFonts w:ascii="宋体" w:hAnsi="宋体" w:eastAsia="宋体"/>
          <w:b w:val="0"/>
          <w:sz w:val="22"/>
        </w:rPr>
        <w:t xml:space="preserve">186. </w:t>
      </w:r>
      <w:r>
        <w:rPr>
          <w:rFonts w:ascii="宋体" w:hAnsi="宋体" w:eastAsia="宋体"/>
          <w:b/>
          <w:color w:val="CC0000"/>
          <w:sz w:val="22"/>
        </w:rPr>
        <w:t>A  AstroSat是印度首个空间天文卫星，用于观测X射线等波段；Chandrayaan是月球任务，Aditya-L1是太阳探测器。</w:t>
      </w:r>
    </w:p>
    <w:p>
      <w:pPr>
        <w:spacing w:after="80" w:line="360" w:lineRule="exact"/>
      </w:pPr>
      <w:r>
        <w:rPr>
          <w:rFonts w:ascii="宋体" w:hAnsi="宋体" w:eastAsia="宋体"/>
          <w:b w:val="0"/>
          <w:sz w:val="22"/>
        </w:rPr>
        <w:t xml:space="preserve">187. </w:t>
      </w:r>
      <w:r>
        <w:rPr>
          <w:rFonts w:ascii="宋体" w:hAnsi="宋体" w:eastAsia="宋体"/>
          <w:b/>
          <w:color w:val="CC0000"/>
          <w:sz w:val="22"/>
        </w:rPr>
        <w:t>B  C/2023 A3由中国科学院紫金山天文台首先发现，被命名为“紫金山-阿特拉斯”彗星，2024年10月成为观测热点。</w:t>
      </w:r>
    </w:p>
    <w:p>
      <w:pPr>
        <w:spacing w:after="80" w:line="360" w:lineRule="exact"/>
      </w:pPr>
      <w:r>
        <w:rPr>
          <w:rFonts w:ascii="宋体" w:hAnsi="宋体" w:eastAsia="宋体"/>
          <w:b w:val="0"/>
          <w:sz w:val="22"/>
        </w:rPr>
        <w:t xml:space="preserve">188. </w:t>
      </w:r>
      <w:r>
        <w:rPr>
          <w:rFonts w:ascii="宋体" w:hAnsi="宋体" w:eastAsia="宋体"/>
          <w:b/>
          <w:color w:val="CC0000"/>
          <w:sz w:val="22"/>
        </w:rPr>
        <w:t>B  望舒在我国神话中是为月亮驾车的神，也常用来代指月亮。</w:t>
      </w:r>
    </w:p>
    <w:p>
      <w:pPr>
        <w:spacing w:after="80" w:line="360" w:lineRule="exact"/>
      </w:pPr>
      <w:r>
        <w:rPr>
          <w:rFonts w:ascii="宋体" w:hAnsi="宋体" w:eastAsia="宋体"/>
          <w:b w:val="0"/>
          <w:sz w:val="22"/>
        </w:rPr>
        <w:t xml:space="preserve">189. </w:t>
      </w:r>
      <w:r>
        <w:rPr>
          <w:rFonts w:ascii="宋体" w:hAnsi="宋体" w:eastAsia="宋体"/>
          <w:b/>
          <w:color w:val="CC0000"/>
          <w:sz w:val="22"/>
        </w:rPr>
        <w:t>A  墨子号利用量子纠缠分发和量子密钥分发，实现了星地之间的量子通信实验。</w:t>
      </w:r>
    </w:p>
    <w:p>
      <w:pPr>
        <w:spacing w:after="80" w:line="360" w:lineRule="exact"/>
      </w:pPr>
      <w:r>
        <w:rPr>
          <w:rFonts w:ascii="宋体" w:hAnsi="宋体" w:eastAsia="宋体"/>
          <w:b w:val="0"/>
          <w:sz w:val="22"/>
        </w:rPr>
        <w:t xml:space="preserve">190. </w:t>
      </w:r>
      <w:r>
        <w:rPr>
          <w:rFonts w:ascii="宋体" w:hAnsi="宋体" w:eastAsia="宋体"/>
          <w:b/>
          <w:color w:val="CC0000"/>
          <w:sz w:val="22"/>
        </w:rPr>
        <w:t>B  月球南极的永久阴影区（撞击坑底部）终年不见阳光、温度极低，可能保存大量水冰。</w:t>
      </w:r>
    </w:p>
    <w:p>
      <w:pPr>
        <w:spacing w:after="80" w:line="360" w:lineRule="exact"/>
      </w:pPr>
      <w:r>
        <w:rPr>
          <w:rFonts w:ascii="宋体" w:hAnsi="宋体" w:eastAsia="宋体"/>
          <w:b w:val="0"/>
          <w:sz w:val="22"/>
        </w:rPr>
        <w:t xml:space="preserve">191. </w:t>
      </w:r>
      <w:r>
        <w:rPr>
          <w:rFonts w:ascii="宋体" w:hAnsi="宋体" w:eastAsia="宋体"/>
          <w:b/>
          <w:color w:val="CC0000"/>
          <w:sz w:val="22"/>
        </w:rPr>
        <w:t>A  巡天空间望远镜主要在可见光（含近紫外到近红外）波段开展大视场巡天。</w:t>
      </w:r>
    </w:p>
    <w:p>
      <w:pPr>
        <w:spacing w:after="80" w:line="360" w:lineRule="exact"/>
      </w:pPr>
      <w:r>
        <w:rPr>
          <w:rFonts w:ascii="宋体" w:hAnsi="宋体" w:eastAsia="宋体"/>
          <w:b w:val="0"/>
          <w:sz w:val="22"/>
        </w:rPr>
        <w:t xml:space="preserve">192. </w:t>
      </w:r>
      <w:r>
        <w:rPr>
          <w:rFonts w:ascii="宋体" w:hAnsi="宋体" w:eastAsia="宋体"/>
          <w:b/>
          <w:color w:val="CC0000"/>
          <w:sz w:val="22"/>
        </w:rPr>
        <w:t>A  欧航局与俄罗斯合作的ExoMars任务，其火星车名为“罗莎琳德·富兰克林号”。</w:t>
      </w:r>
    </w:p>
    <w:p>
      <w:pPr>
        <w:spacing w:after="80" w:line="360" w:lineRule="exact"/>
      </w:pPr>
      <w:r>
        <w:rPr>
          <w:rFonts w:ascii="宋体" w:hAnsi="宋体" w:eastAsia="宋体"/>
          <w:b w:val="0"/>
          <w:sz w:val="22"/>
        </w:rPr>
        <w:t xml:space="preserve">193. </w:t>
      </w:r>
      <w:r>
        <w:rPr>
          <w:rFonts w:ascii="宋体" w:hAnsi="宋体" w:eastAsia="宋体"/>
          <w:b/>
          <w:color w:val="CC0000"/>
          <w:sz w:val="22"/>
        </w:rPr>
        <w:t>A  超新星爆发时亮度会突然增大上亿倍，是恒星演化末期的一种剧烈爆发。</w:t>
      </w:r>
    </w:p>
    <w:p>
      <w:pPr>
        <w:spacing w:after="80" w:line="360" w:lineRule="exact"/>
      </w:pPr>
      <w:r>
        <w:rPr>
          <w:rFonts w:ascii="宋体" w:hAnsi="宋体" w:eastAsia="宋体"/>
          <w:b w:val="0"/>
          <w:sz w:val="22"/>
        </w:rPr>
        <w:t xml:space="preserve">194. </w:t>
      </w:r>
      <w:r>
        <w:rPr>
          <w:rFonts w:ascii="宋体" w:hAnsi="宋体" w:eastAsia="宋体"/>
          <w:b/>
          <w:color w:val="CC0000"/>
          <w:sz w:val="22"/>
        </w:rPr>
        <w:t>C  嫦娥八号计划2028年前后发射，与嫦娥七号协同，开展月球资源原位利用试验，为国际月球科研站建设做前期勘察。</w:t>
      </w:r>
    </w:p>
    <w:p>
      <w:pPr>
        <w:spacing w:after="80" w:line="360" w:lineRule="exact"/>
      </w:pPr>
      <w:r>
        <w:rPr>
          <w:rFonts w:ascii="宋体" w:hAnsi="宋体" w:eastAsia="宋体"/>
          <w:b w:val="0"/>
          <w:sz w:val="22"/>
        </w:rPr>
        <w:t xml:space="preserve">195. </w:t>
      </w:r>
      <w:r>
        <w:rPr>
          <w:rFonts w:ascii="宋体" w:hAnsi="宋体" w:eastAsia="宋体"/>
          <w:b/>
          <w:color w:val="CC0000"/>
          <w:sz w:val="22"/>
        </w:rPr>
        <w:t>C  盖亚（Gaia）卫星通过高精度测量恒星位置和视差，绘制出银河系最精细的三维地图。</w:t>
      </w:r>
    </w:p>
    <w:p>
      <w:pPr>
        <w:spacing w:after="80" w:line="360" w:lineRule="exact"/>
      </w:pPr>
      <w:r>
        <w:rPr>
          <w:rFonts w:ascii="宋体" w:hAnsi="宋体" w:eastAsia="宋体"/>
          <w:b w:val="0"/>
          <w:sz w:val="22"/>
        </w:rPr>
        <w:t xml:space="preserve">196. </w:t>
      </w:r>
      <w:r>
        <w:rPr>
          <w:rFonts w:ascii="宋体" w:hAnsi="宋体" w:eastAsia="宋体"/>
          <w:b/>
          <w:color w:val="CC0000"/>
          <w:sz w:val="22"/>
        </w:rPr>
        <w:t>C  1922年10月30日，中国天文学会在北京古观象台（当时为中央观象台）成立；1992年设立“中国天文日”以纪念此事，并作为开展天文科普的日子，故为10月30日。注意与4月24日“中国航天日”（纪念1970年东方红一号发射成功）区分。</w:t>
      </w:r>
    </w:p>
    <w:p>
      <w:pPr>
        <w:spacing w:after="80" w:line="360" w:lineRule="exact"/>
      </w:pPr>
      <w:r>
        <w:rPr>
          <w:rFonts w:ascii="宋体" w:hAnsi="宋体" w:eastAsia="宋体"/>
          <w:b w:val="0"/>
          <w:sz w:val="22"/>
        </w:rPr>
        <w:t xml:space="preserve">197. </w:t>
      </w:r>
      <w:r>
        <w:rPr>
          <w:rFonts w:ascii="宋体" w:hAnsi="宋体" w:eastAsia="宋体"/>
          <w:b/>
          <w:color w:val="CC0000"/>
          <w:sz w:val="22"/>
        </w:rPr>
        <w:t>A  已知最遥远星系的红移约14，距离我们约135亿光年（光行距），选项中130亿光年最接近。</w:t>
      </w:r>
    </w:p>
    <w:p>
      <w:pPr>
        <w:spacing w:after="80" w:line="360" w:lineRule="exact"/>
      </w:pPr>
      <w:r>
        <w:rPr>
          <w:rFonts w:ascii="宋体" w:hAnsi="宋体" w:eastAsia="宋体"/>
          <w:b w:val="0"/>
          <w:sz w:val="22"/>
        </w:rPr>
        <w:t xml:space="preserve">198. </w:t>
      </w:r>
      <w:r>
        <w:rPr>
          <w:rFonts w:ascii="宋体" w:hAnsi="宋体" w:eastAsia="宋体"/>
          <w:b/>
          <w:color w:val="CC0000"/>
          <w:sz w:val="22"/>
        </w:rPr>
        <w:t>A  北斗系统除提供定位、导航、授时服务外，还具备短报文通信功能。</w:t>
      </w:r>
    </w:p>
    <w:p>
      <w:pPr>
        <w:spacing w:after="80" w:line="360" w:lineRule="exact"/>
      </w:pPr>
      <w:r>
        <w:rPr>
          <w:rFonts w:ascii="宋体" w:hAnsi="宋体" w:eastAsia="宋体"/>
          <w:b w:val="0"/>
          <w:sz w:val="22"/>
        </w:rPr>
        <w:t xml:space="preserve">199. </w:t>
      </w:r>
      <w:r>
        <w:rPr>
          <w:rFonts w:ascii="宋体" w:hAnsi="宋体" w:eastAsia="宋体"/>
          <w:b/>
          <w:color w:val="CC0000"/>
          <w:sz w:val="22"/>
        </w:rPr>
        <w:t>B  隼鸟2号从小行星“龙宫”带回的样品中发现了含水矿物，说明这类碳质小行星可能在早期为地球送来水。</w:t>
      </w:r>
    </w:p>
    <w:p>
      <w:pPr>
        <w:spacing w:after="80" w:line="360" w:lineRule="exact"/>
      </w:pPr>
      <w:r>
        <w:rPr>
          <w:rFonts w:ascii="宋体" w:hAnsi="宋体" w:eastAsia="宋体"/>
          <w:b w:val="0"/>
          <w:sz w:val="22"/>
        </w:rPr>
        <w:t xml:space="preserve">200. </w:t>
      </w:r>
      <w:r>
        <w:rPr>
          <w:rFonts w:ascii="宋体" w:hAnsi="宋体" w:eastAsia="宋体"/>
          <w:b/>
          <w:color w:val="CC0000"/>
          <w:sz w:val="22"/>
        </w:rPr>
        <w:t>A  脉冲星是快速自转的中子星，沿磁极方向周期性地发射电磁脉冲。</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