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/>
        <w:jc w:val="center"/>
      </w:pPr>
      <w:r>
        <w:rPr>
          <w:rFonts w:ascii="黑体" w:hAnsi="黑体" w:eastAsia="黑体"/>
          <w:b/>
          <w:color w:val="000000"/>
          <w:sz w:val="36"/>
        </w:rPr>
        <w:t>天文知识竞赛练习题</w:t>
      </w:r>
    </w:p>
    <w:p>
      <w:pPr>
        <w:spacing w:before="120" w:after="240"/>
        <w:jc w:val="center"/>
      </w:pPr>
      <w:r>
        <w:rPr>
          <w:rFonts w:ascii="黑体" w:hAnsi="黑体" w:eastAsia="黑体"/>
          <w:b w:val="0"/>
          <w:color w:val="666666"/>
          <w:sz w:val="24"/>
        </w:rPr>
        <w:t>（共50题，试题与答案分离版）</w:t>
      </w:r>
    </w:p>
    <w:p>
      <w:pPr>
        <w:spacing w:before="120" w:after="240"/>
        <w:jc w:val="left"/>
      </w:pPr>
      <w:r>
        <w:rPr>
          <w:rFonts w:ascii="宋体" w:hAnsi="宋体" w:eastAsia="宋体"/>
          <w:b w:val="0"/>
          <w:sz w:val="24"/>
        </w:rPr>
        <w:t>姓名：__________    班级：__________    得分：__________</w:t>
      </w:r>
    </w:p>
    <w:p>
      <w:pPr>
        <w:spacing w:before="0" w:after="120"/>
      </w:pPr>
      <w:r>
        <w:rPr>
          <w:rFonts w:ascii="宋体" w:hAnsi="宋体" w:eastAsia="宋体"/>
          <w:b w:val="0"/>
          <w:color w:val="B4B4B4"/>
          <w:sz w:val="20"/>
        </w:rPr>
        <w:t>━━━━━━━━━━━━━━━━━━━━━━━━━━━━━━━━━━━━━━━━</w:t>
      </w:r>
    </w:p>
    <w:p>
      <w:pPr>
        <w:spacing w:before="240" w:after="120"/>
        <w:jc w:val="left"/>
      </w:pPr>
      <w:r>
        <w:rPr>
          <w:rFonts w:ascii="黑体" w:hAnsi="黑体" w:eastAsia="黑体"/>
          <w:b/>
          <w:color w:val="000000"/>
          <w:sz w:val="28"/>
        </w:rPr>
        <w:t>一、单选题（共50题）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1. 光年是天文学中的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时间单位          B. 长度单位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光速单位          D. 质量单位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2. 农历中，会发生日食的日期是哪一天？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初一          B. 初八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十五          D. 廿二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3. 太阳系中，体积最小的行星是：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地球          B. 火星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水星          D. 海王星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4. 在北京，下列哪一选项是一年四季都能看到的星座？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天琴座          B. 狮子座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小熊座          D. 北冕座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5. 恒星的周年视差是地球的什么运动的反映？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自转          B. 公转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随太阳绕银河系中心的运动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6. 下列行星中，卫星最多的是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木星          B. 土星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火星          D. 海王星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7. 肉眼看来，星空中最亮的恒星是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大角星          B. 织女星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天狼星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8. 古诗十九首：迢迢牵牛星，皎皎河汉女。请问织女星位于哪一个星座？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仙女座          B. 室女座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天琴座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9. 牛郎星位于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金牛座          B. 天鹰座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飞马座          D. 天鹅座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10. 以下行星中，离太阳最近和最远的是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水星、天王星          B. 水星、海王星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金星、海王星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11. 月食出现的时候，地球、太阳、月亮是（ ）排列的。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地球在月亮和太阳之间          B. 月亮在地球和太阳之中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太阳在地球和月亮之间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12. 月球绕地球公转的周期是（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12小时          B. 半个月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一个月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13. 为什么流星会有'尾巴'（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与大气摩擦使其燃烧          B. 自身是火球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太阳光反射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14. 我们所看到的恒星是（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固定不变的          B. 时刻运动的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有时动，有时不动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15. 在北半球，全年都可以看到仙后座和（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天秤座          B. 大熊座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狮子座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16. 著名的小行星带位于哪两颗行星之间？（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土、木          B. 火、木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天、土          D. 天、海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17. 在以下行星中，没有卫星的是（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水、金          B. 火、金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水、火          D. 金、木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18. 太阳系中唯一自转逆向的行星是（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水星          B. 金星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火星          D. 冥王星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19. 以下关于远日行星的叙述不正确的是（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天王星距离太阳最远          B. 海王星有光环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天王星有四季          D. 海王星体积最小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20. 下列哪一种不是计时仪器？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摆钟          B. 漏壶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水运仪象台          D. 纪限仪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21. 现在的北极星位于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天鹅座          B. 天龙座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小熊座          D. 小犬座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22. 月球地貌最显著的特征是：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山脉          B. 无大气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平原          D. '环形山'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23. 脉冲星的密度高达10亿吨/立方厘米，它主要是由___组成。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质子          B. 中子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电子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24. 下弦月观测月亮的时间和方位是：（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傍晚，西部天空          B. 上半夜，东部天空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下半夜，西部天空          D. 下半夜，东部天空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25. 中秋佳节之时，我们看到的月相是怎样的？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蛾眉月          B. 上弦月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满月          D. 残月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26. 太阳的直径大约是地球直径的多少倍？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10          B. 100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1000          D. 10000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27. 国际天文学联合会规定全天有星座多少个？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12          B. 28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88          D. 108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28. 第一位登上月球的宇航员是？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加加林          B. 阿姆斯特朗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捷列什科娃          D. 奥尔德林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29. 以下的四颗恒星，看起来是红色的是哪颗？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南河三          B. 天狼星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参宿七          D. 心宿二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30. 科幻电影《星际穿越》提到了一种具有强大引力的天体，它是？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黑洞          B. 虫洞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白洞          D. 超新星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31. 人们将月球表面最大的月海称为：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雨海          B. 静海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风暴洋          D. 危海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32. 太阳光从太阳表面发出到达地球表面，大约要经过多长的时间？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8秒钟          B. 8分钟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8小时          D. 8天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33. 八大行星中，平均密度最小的是？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木星          B. 土星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天王星          D. 海王星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34. 人们在哪个纬度范围内可以看到较多的星座？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高纬度          B. 中纬度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低纬度          D. 任意纬度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35. 在北半球生活的居民，下列哪个月份的白昼时间最长？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1月          B. 4月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6月          D. 9月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36. 朔望月中的'朔'指的是农历每个月的哪一天：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初一          B. 初八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十五          D. 三十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37. 不属于'夏季大三角'的恒星是：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织女星          B. 心宿二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天津四          D. 牛郎星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38. 如果发现天文望远镜物镜镜头上有一些尘埃，你应该如何处理？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用纸巾擦除          B. 用干净的手指擦除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用镜头布擦除          D. 用喷水壶喷水擦除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39. 下面四个年份中，不是公历闰年的是？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2016          B. 2060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2100          D. 2404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40. 如果你看到一颗比较明亮，而且不会'眨眼'的星星，它最有可能是：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行星          B. 彗星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小行星          D. 星云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41. 以下哪种掩食现象是不可能发生的？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日环食          B. 日偏食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月环食          D. 月全食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42. 北京和乌鲁木齐两个城市相比，哪个城市先观察到这一天文奇观（日出）？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北京          B. 乌鲁木齐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同时观察到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43. 傅科摆作为（ ）的有力证据，已被世界公认。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地球公转          B. 地球自转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地轴倾斜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44. 6月，位于北半球的杭州是夏季，而位于南半球的新西兰是（ ）。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春季或秋季          B. 夏季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冬季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45. 春夏秋冬四季交替现象，与（ ）无关。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地轴倾斜          B. 地球公转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地球自转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46. 6月，下列哪种现象在南极是不可能看到的（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艳阳高照          B. 满天星斗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冰天雪地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47. 地球绕太阳公转一周的时间是（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24小时          B. 一个月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一年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48. 波兰天文学家（ ）首次提出了地球自转的观点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托勒密          B. 哥白尼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傅科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49. 在探究地球运动的过程中，如果将地球的地轴垂直于桌面摆放而不倾斜，那么在模拟地球运动的实验中，下列哪种现象不会发生（ ）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昼夜交替现象          B. 标杆的影长变化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四季交替现象</w:t>
      </w:r>
    </w:p>
    <w:p>
      <w:pPr>
        <w:spacing w:before="80" w:after="40" w:line="440" w:lineRule="exact"/>
      </w:pPr>
      <w:r>
        <w:rPr>
          <w:rFonts w:ascii="宋体" w:hAnsi="宋体" w:eastAsia="宋体"/>
          <w:b w:val="0"/>
          <w:sz w:val="24"/>
        </w:rPr>
        <w:t>50. 某位旅行家在北极地区行进时，发现太阳在24小时内没有落下，此时北极地区进入了什么状态？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A. 极昼          B. 极夜</w:t>
      </w:r>
    </w:p>
    <w:p>
      <w:pPr>
        <w:spacing w:before="20" w:after="20" w:line="400" w:lineRule="exact"/>
        <w:ind w:left="567"/>
      </w:pPr>
      <w:r>
        <w:rPr>
          <w:rFonts w:ascii="宋体" w:hAnsi="宋体" w:eastAsia="宋体"/>
          <w:b w:val="0"/>
          <w:sz w:val="24"/>
        </w:rPr>
        <w:t>C. 昼夜交替          D. 无月夜</w:t>
      </w:r>
    </w:p>
    <w:p>
      <w:r>
        <w:br w:type="page"/>
      </w:r>
    </w:p>
    <w:p>
      <w:pPr>
        <w:spacing w:before="120" w:after="240"/>
        <w:jc w:val="center"/>
      </w:pPr>
      <w:r>
        <w:rPr>
          <w:rFonts w:ascii="黑体" w:hAnsi="黑体" w:eastAsia="黑体"/>
          <w:b/>
          <w:color w:val="000000"/>
          <w:sz w:val="36"/>
        </w:rPr>
        <w:t>天文知识竞赛练习题50题 答案解析</w:t>
      </w:r>
    </w:p>
    <w:p>
      <w:pPr>
        <w:spacing w:before="0" w:after="120"/>
      </w:pPr>
      <w:r>
        <w:rPr>
          <w:rFonts w:ascii="宋体" w:hAnsi="宋体" w:eastAsia="宋体"/>
          <w:b w:val="0"/>
          <w:color w:val="B4B4B4"/>
          <w:sz w:val="20"/>
        </w:rPr>
        <w:t>━━━━━━━━━━━━━━━━━━━━━━━━━━━━━━━━━━━━━━━━</w:t>
      </w:r>
    </w:p>
    <w:p>
      <w:pPr>
        <w:spacing w:before="240" w:after="120"/>
        <w:jc w:val="left"/>
      </w:pPr>
      <w:r>
        <w:rPr>
          <w:rFonts w:ascii="黑体" w:hAnsi="黑体" w:eastAsia="黑体"/>
          <w:b/>
          <w:color w:val="000000"/>
          <w:sz w:val="28"/>
        </w:rPr>
        <w:t>一、单选题答案（共50题）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1. </w:t>
      </w:r>
      <w:r>
        <w:rPr>
          <w:rFonts w:ascii="宋体" w:hAnsi="宋体" w:eastAsia="宋体"/>
          <w:b w:val="0"/>
          <w:color w:val="666666"/>
          <w:sz w:val="22"/>
        </w:rPr>
        <w:t>B  光年是长度单位，指光在真空中一年所走的距离，约9.46万亿千米。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2. </w:t>
      </w:r>
      <w:r>
        <w:rPr>
          <w:rFonts w:ascii="宋体" w:hAnsi="宋体" w:eastAsia="宋体"/>
          <w:b w:val="0"/>
          <w:color w:val="666666"/>
          <w:sz w:val="22"/>
        </w:rPr>
        <w:t>A  日食只可能发生在农历初一（朔日），此时月球位于太阳和地球之间。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3. </w:t>
      </w:r>
      <w:r>
        <w:rPr>
          <w:rFonts w:ascii="宋体" w:hAnsi="宋体" w:eastAsia="宋体"/>
          <w:b w:val="0"/>
          <w:color w:val="666666"/>
          <w:sz w:val="22"/>
        </w:rPr>
        <w:t>C  水星是太阳系八大行星中体积和质量最小的行星。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4. </w:t>
      </w:r>
      <w:r>
        <w:rPr>
          <w:rFonts w:ascii="宋体" w:hAnsi="宋体" w:eastAsia="宋体"/>
          <w:b w:val="0"/>
          <w:color w:val="666666"/>
          <w:sz w:val="22"/>
        </w:rPr>
        <w:t>C  小熊座位于北天极附近，属于拱极星座，在北京全年可见。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5. </w:t>
      </w:r>
      <w:r>
        <w:rPr>
          <w:rFonts w:ascii="宋体" w:hAnsi="宋体" w:eastAsia="宋体"/>
          <w:b w:val="0"/>
          <w:color w:val="666666"/>
          <w:sz w:val="22"/>
        </w:rPr>
        <w:t>B  周年视差是由地球绕太阳公转引起的恒星位置周年性微小变化。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6. </w:t>
      </w:r>
      <w:r>
        <w:rPr>
          <w:rFonts w:ascii="宋体" w:hAnsi="宋体" w:eastAsia="宋体"/>
          <w:b w:val="0"/>
          <w:color w:val="666666"/>
          <w:sz w:val="22"/>
        </w:rPr>
        <w:t>B  截至2026年6月，土星已确认卫星293颗（2023年新增64颗、2025年3月新增128颗、2026年3月新增11颗），远多于木星的115颗，是太阳系卫星最多的行星。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7. </w:t>
      </w:r>
      <w:r>
        <w:rPr>
          <w:rFonts w:ascii="宋体" w:hAnsi="宋体" w:eastAsia="宋体"/>
          <w:b w:val="0"/>
          <w:color w:val="666666"/>
          <w:sz w:val="22"/>
        </w:rPr>
        <w:t>C  天狼星是大犬座α星，是夜空中除太阳外最亮的恒星，视星等为-1.46等。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8. </w:t>
      </w:r>
      <w:r>
        <w:rPr>
          <w:rFonts w:ascii="宋体" w:hAnsi="宋体" w:eastAsia="宋体"/>
          <w:b w:val="0"/>
          <w:color w:val="666666"/>
          <w:sz w:val="22"/>
        </w:rPr>
        <w:t>C  织女星即天琴座α星，是夏季大三角的顶点之一。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9. </w:t>
      </w:r>
      <w:r>
        <w:rPr>
          <w:rFonts w:ascii="宋体" w:hAnsi="宋体" w:eastAsia="宋体"/>
          <w:b w:val="0"/>
          <w:color w:val="666666"/>
          <w:sz w:val="22"/>
        </w:rPr>
        <w:t>B  牛郎星即天鹰座α星，与织女星隔银河相望，是夏季大三角的另一顶点。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10. </w:t>
      </w:r>
      <w:r>
        <w:rPr>
          <w:rFonts w:ascii="宋体" w:hAnsi="宋体" w:eastAsia="宋体"/>
          <w:b w:val="0"/>
          <w:color w:val="666666"/>
          <w:sz w:val="22"/>
        </w:rPr>
        <w:t>B  水星是离太阳最近的行星，海王星是离太阳最远的行星。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11. </w:t>
      </w:r>
      <w:r>
        <w:rPr>
          <w:rFonts w:ascii="宋体" w:hAnsi="宋体" w:eastAsia="宋体"/>
          <w:b w:val="0"/>
          <w:color w:val="666666"/>
          <w:sz w:val="22"/>
        </w:rPr>
        <w:t>A  月食发生时，地球运行到太阳和月球之间，地球的影子投射到月球上。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12. </w:t>
      </w:r>
      <w:r>
        <w:rPr>
          <w:rFonts w:ascii="宋体" w:hAnsi="宋体" w:eastAsia="宋体"/>
          <w:b w:val="0"/>
          <w:color w:val="666666"/>
          <w:sz w:val="22"/>
        </w:rPr>
        <w:t>C  月球绕地球公转一周约为27.3天（恒星月），约一个月。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13. </w:t>
      </w:r>
      <w:r>
        <w:rPr>
          <w:rFonts w:ascii="宋体" w:hAnsi="宋体" w:eastAsia="宋体"/>
          <w:b w:val="0"/>
          <w:color w:val="666666"/>
          <w:sz w:val="22"/>
        </w:rPr>
        <w:t>A  流星体进入地球大气层后，与大气剧烈摩擦燃烧发光，形成流星尾迹。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14. </w:t>
      </w:r>
      <w:r>
        <w:rPr>
          <w:rFonts w:ascii="宋体" w:hAnsi="宋体" w:eastAsia="宋体"/>
          <w:b w:val="0"/>
          <w:color w:val="666666"/>
          <w:sz w:val="22"/>
        </w:rPr>
        <w:t>B  所有恒星都在宇宙中高速运动，只是因距离太远，肉眼难以察觉其位置变化。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15. </w:t>
      </w:r>
      <w:r>
        <w:rPr>
          <w:rFonts w:ascii="宋体" w:hAnsi="宋体" w:eastAsia="宋体"/>
          <w:b w:val="0"/>
          <w:color w:val="666666"/>
          <w:sz w:val="22"/>
        </w:rPr>
        <w:t>B  大熊座（含北斗七星）是北天拱极星座，全年可见。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16. </w:t>
      </w:r>
      <w:r>
        <w:rPr>
          <w:rFonts w:ascii="宋体" w:hAnsi="宋体" w:eastAsia="宋体"/>
          <w:b w:val="0"/>
          <w:color w:val="666666"/>
          <w:sz w:val="22"/>
        </w:rPr>
        <w:t>B  小行星带位于火星和木星轨道之间，是太阳系小行星最密集的区域。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17. </w:t>
      </w:r>
      <w:r>
        <w:rPr>
          <w:rFonts w:ascii="宋体" w:hAnsi="宋体" w:eastAsia="宋体"/>
          <w:b w:val="0"/>
          <w:color w:val="666666"/>
          <w:sz w:val="22"/>
        </w:rPr>
        <w:t>A  水星和金星是太阳系中仅有的两颗没有天然卫星的行星。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18. </w:t>
      </w:r>
      <w:r>
        <w:rPr>
          <w:rFonts w:ascii="宋体" w:hAnsi="宋体" w:eastAsia="宋体"/>
          <w:b w:val="0"/>
          <w:color w:val="666666"/>
          <w:sz w:val="22"/>
        </w:rPr>
        <w:t>B  金星自转方向与其他行星相反（自东向西，逆向自转），且自转周期长达243天，比公转周期还长。（天王星自转轴倾斜约98°，也呈逆向自转，但本题各选项中只有金星符合。）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19. </w:t>
      </w:r>
      <w:r>
        <w:rPr>
          <w:rFonts w:ascii="宋体" w:hAnsi="宋体" w:eastAsia="宋体"/>
          <w:b w:val="0"/>
          <w:color w:val="666666"/>
          <w:sz w:val="22"/>
        </w:rPr>
        <w:t>A  海王星才是距离太阳最远的行星，天王星排第七。海王星也有光环，天王星因侧躺自转有四季，海王星是远日行星中体积最小的。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20. </w:t>
      </w:r>
      <w:r>
        <w:rPr>
          <w:rFonts w:ascii="宋体" w:hAnsi="宋体" w:eastAsia="宋体"/>
          <w:b w:val="0"/>
          <w:color w:val="666666"/>
          <w:sz w:val="22"/>
        </w:rPr>
        <w:t>D  纪限仪是一种天文观测仪器，用于测量天体之间的角距离，不是计时仪器。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21. </w:t>
      </w:r>
      <w:r>
        <w:rPr>
          <w:rFonts w:ascii="宋体" w:hAnsi="宋体" w:eastAsia="宋体"/>
          <w:b w:val="0"/>
          <w:color w:val="666666"/>
          <w:sz w:val="22"/>
        </w:rPr>
        <w:t>C  现在的北极星是小熊座α星（勾陈一），位于小熊座尾部末端。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22. </w:t>
      </w:r>
      <w:r>
        <w:rPr>
          <w:rFonts w:ascii="宋体" w:hAnsi="宋体" w:eastAsia="宋体"/>
          <w:b w:val="0"/>
          <w:color w:val="666666"/>
          <w:sz w:val="22"/>
        </w:rPr>
        <w:t>D  月球表面布满环形山（陨石坑），这是月球最显著的地貌特征，由陨石撞击形成。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23. </w:t>
      </w:r>
      <w:r>
        <w:rPr>
          <w:rFonts w:ascii="宋体" w:hAnsi="宋体" w:eastAsia="宋体"/>
          <w:b w:val="0"/>
          <w:color w:val="666666"/>
          <w:sz w:val="22"/>
        </w:rPr>
        <w:t>B  脉冲星是高速旋转的中子星，主要由中子构成，密度极高。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24. </w:t>
      </w:r>
      <w:r>
        <w:rPr>
          <w:rFonts w:ascii="宋体" w:hAnsi="宋体" w:eastAsia="宋体"/>
          <w:b w:val="0"/>
          <w:color w:val="666666"/>
          <w:sz w:val="22"/>
        </w:rPr>
        <w:t>D  下弦月出现在农历廿二、廿三，于下半夜从东方升起，黎明前位于南部天空。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25. </w:t>
      </w:r>
      <w:r>
        <w:rPr>
          <w:rFonts w:ascii="宋体" w:hAnsi="宋体" w:eastAsia="宋体"/>
          <w:b w:val="0"/>
          <w:color w:val="666666"/>
          <w:sz w:val="22"/>
        </w:rPr>
        <w:t>C  中秋节是农历八月十五，此时月球位于地球外侧，太阳照射面完全朝向地球，为满月。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26. </w:t>
      </w:r>
      <w:r>
        <w:rPr>
          <w:rFonts w:ascii="宋体" w:hAnsi="宋体" w:eastAsia="宋体"/>
          <w:b w:val="0"/>
          <w:color w:val="666666"/>
          <w:sz w:val="22"/>
        </w:rPr>
        <w:t>B  太阳直径约139万千米，地球直径约1.27万千米，两者比值约109，最接近100倍。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27. </w:t>
      </w:r>
      <w:r>
        <w:rPr>
          <w:rFonts w:ascii="宋体" w:hAnsi="宋体" w:eastAsia="宋体"/>
          <w:b w:val="0"/>
          <w:color w:val="666666"/>
          <w:sz w:val="22"/>
        </w:rPr>
        <w:t>C  1928年国际天文学联合会将全天划分为88个星座。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28. </w:t>
      </w:r>
      <w:r>
        <w:rPr>
          <w:rFonts w:ascii="宋体" w:hAnsi="宋体" w:eastAsia="宋体"/>
          <w:b w:val="0"/>
          <w:color w:val="666666"/>
          <w:sz w:val="22"/>
        </w:rPr>
        <w:t>B  1969年7月20日，阿姆斯特朗乘坐阿波罗11号登月，成为第一个踏上月球的人。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29. </w:t>
      </w:r>
      <w:r>
        <w:rPr>
          <w:rFonts w:ascii="宋体" w:hAnsi="宋体" w:eastAsia="宋体"/>
          <w:b w:val="0"/>
          <w:color w:val="666666"/>
          <w:sz w:val="22"/>
        </w:rPr>
        <w:t>D  心宿二（天蝎座α星）是一颗红超巨星，呈现出明显的红色光芒。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30. </w:t>
      </w:r>
      <w:r>
        <w:rPr>
          <w:rFonts w:ascii="宋体" w:hAnsi="宋体" w:eastAsia="宋体"/>
          <w:b w:val="0"/>
          <w:color w:val="666666"/>
          <w:sz w:val="22"/>
        </w:rPr>
        <w:t>A  电影《星际穿越》中描述的具有极强引力、连光都无法逃脱的天体是黑洞。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31. </w:t>
      </w:r>
      <w:r>
        <w:rPr>
          <w:rFonts w:ascii="宋体" w:hAnsi="宋体" w:eastAsia="宋体"/>
          <w:b w:val="0"/>
          <w:color w:val="666666"/>
          <w:sz w:val="22"/>
        </w:rPr>
        <w:t>C  风暴洋（Oceanus Procellarum）是月球正面最大的月海，面积广阔。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32. </w:t>
      </w:r>
      <w:r>
        <w:rPr>
          <w:rFonts w:ascii="宋体" w:hAnsi="宋体" w:eastAsia="宋体"/>
          <w:b w:val="0"/>
          <w:color w:val="666666"/>
          <w:sz w:val="22"/>
        </w:rPr>
        <w:t>B  太阳光到达地球约需8分20秒，即约8分钟。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33. </w:t>
      </w:r>
      <w:r>
        <w:rPr>
          <w:rFonts w:ascii="宋体" w:hAnsi="宋体" w:eastAsia="宋体"/>
          <w:b w:val="0"/>
          <w:color w:val="666666"/>
          <w:sz w:val="22"/>
        </w:rPr>
        <w:t>B  土星的平均密度只有约0.69 g/cm³，比水还小，是八大行星中密度最小的；木星约1.33、天王星约1.27、海王星约1.64 g/cm³。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34. </w:t>
      </w:r>
      <w:r>
        <w:rPr>
          <w:rFonts w:ascii="宋体" w:hAnsi="宋体" w:eastAsia="宋体"/>
          <w:b w:val="0"/>
          <w:color w:val="666666"/>
          <w:sz w:val="22"/>
        </w:rPr>
        <w:t>C  纬度越低，被地平线挡住的星空越少：在赤道附近一年中能看到全部88个星座，中纬度约能看到60多个，高纬度更少。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35. </w:t>
      </w:r>
      <w:r>
        <w:rPr>
          <w:rFonts w:ascii="宋体" w:hAnsi="宋体" w:eastAsia="宋体"/>
          <w:b w:val="0"/>
          <w:color w:val="666666"/>
          <w:sz w:val="22"/>
        </w:rPr>
        <w:t>C  6月包含夏至（6月21日或22日），此时北半球白昼最长、黑夜最短。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36. </w:t>
      </w:r>
      <w:r>
        <w:rPr>
          <w:rFonts w:ascii="宋体" w:hAnsi="宋体" w:eastAsia="宋体"/>
          <w:b w:val="0"/>
          <w:color w:val="666666"/>
          <w:sz w:val="22"/>
        </w:rPr>
        <w:t>A  '朔'指月球运行到太阳和地球之间，其暗面朝向地球，对应农历每月初一。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37. </w:t>
      </w:r>
      <w:r>
        <w:rPr>
          <w:rFonts w:ascii="宋体" w:hAnsi="宋体" w:eastAsia="宋体"/>
          <w:b w:val="0"/>
          <w:color w:val="666666"/>
          <w:sz w:val="22"/>
        </w:rPr>
        <w:t>B  夏季大三角由织女星（天琴座）、牛郎星（天鹰座）和天津四（天鹅座）组成。心宿二属于天蝎座。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38. </w:t>
      </w:r>
      <w:r>
        <w:rPr>
          <w:rFonts w:ascii="宋体" w:hAnsi="宋体" w:eastAsia="宋体"/>
          <w:b w:val="0"/>
          <w:color w:val="666666"/>
          <w:sz w:val="22"/>
        </w:rPr>
        <w:t>C  镜头应使用专用镜头布轻轻擦拭，严禁用纸巾、手指或水直接接触镜头，以免划伤或损坏镀膜。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39. </w:t>
      </w:r>
      <w:r>
        <w:rPr>
          <w:rFonts w:ascii="宋体" w:hAnsi="宋体" w:eastAsia="宋体"/>
          <w:b w:val="0"/>
          <w:color w:val="666666"/>
          <w:sz w:val="22"/>
        </w:rPr>
        <w:t>C  公历闰年规则：能被4整除但不能被100整除，或能被400整除。2100能被100整除但不能被400整除，故不是闰年。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40. </w:t>
      </w:r>
      <w:r>
        <w:rPr>
          <w:rFonts w:ascii="宋体" w:hAnsi="宋体" w:eastAsia="宋体"/>
          <w:b w:val="0"/>
          <w:color w:val="666666"/>
          <w:sz w:val="22"/>
        </w:rPr>
        <w:t>A  行星距离较近，视圆面而非点光源，因此星光不受大气扰动影响，看起来稳定不'眨眼'。恒星则因是点光源而闪烁。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41. </w:t>
      </w:r>
      <w:r>
        <w:rPr>
          <w:rFonts w:ascii="宋体" w:hAnsi="宋体" w:eastAsia="宋体"/>
          <w:b w:val="0"/>
          <w:color w:val="666666"/>
          <w:sz w:val="22"/>
        </w:rPr>
        <w:t>C  月环食不可能发生。因为地球的本影锥远大于月球直径，月球进入地球影子时要么全入（月全食）要么部分入（月偏食），不会出现环食。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42. </w:t>
      </w:r>
      <w:r>
        <w:rPr>
          <w:rFonts w:ascii="宋体" w:hAnsi="宋体" w:eastAsia="宋体"/>
          <w:b w:val="0"/>
          <w:color w:val="666666"/>
          <w:sz w:val="22"/>
        </w:rPr>
        <w:t>A  北京位于乌鲁木齐以东，地球自西向东自转，东边城市先看到日出。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43. </w:t>
      </w:r>
      <w:r>
        <w:rPr>
          <w:rFonts w:ascii="宋体" w:hAnsi="宋体" w:eastAsia="宋体"/>
          <w:b w:val="0"/>
          <w:color w:val="666666"/>
          <w:sz w:val="22"/>
        </w:rPr>
        <w:t>B  傅科摆的摆动平面在缓慢旋转，直观证明了地球的自转。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44. </w:t>
      </w:r>
      <w:r>
        <w:rPr>
          <w:rFonts w:ascii="宋体" w:hAnsi="宋体" w:eastAsia="宋体"/>
          <w:b w:val="0"/>
          <w:color w:val="666666"/>
          <w:sz w:val="22"/>
        </w:rPr>
        <w:t>C  南北半球季节相反。北半球6月为夏季时，南半球为新西兰的冬季。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45. </w:t>
      </w:r>
      <w:r>
        <w:rPr>
          <w:rFonts w:ascii="宋体" w:hAnsi="宋体" w:eastAsia="宋体"/>
          <w:b w:val="0"/>
          <w:color w:val="666666"/>
          <w:sz w:val="22"/>
        </w:rPr>
        <w:t>C  四季交替由地球公转和地轴倾斜共同造成，与地球自转（昼夜交替）无关。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46. </w:t>
      </w:r>
      <w:r>
        <w:rPr>
          <w:rFonts w:ascii="宋体" w:hAnsi="宋体" w:eastAsia="宋体"/>
          <w:b w:val="0"/>
          <w:color w:val="666666"/>
          <w:sz w:val="22"/>
        </w:rPr>
        <w:t>A  6月南极圈内处于极夜，太阳整日位于地平线以下，不可能“艳阳高照”；正因为是漫漫长夜，反而能看到满天星斗。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47. </w:t>
      </w:r>
      <w:r>
        <w:rPr>
          <w:rFonts w:ascii="宋体" w:hAnsi="宋体" w:eastAsia="宋体"/>
          <w:b w:val="0"/>
          <w:color w:val="666666"/>
          <w:sz w:val="22"/>
        </w:rPr>
        <w:t>C  地球绕太阳公转一周约365.25天，即一年。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48. </w:t>
      </w:r>
      <w:r>
        <w:rPr>
          <w:rFonts w:ascii="宋体" w:hAnsi="宋体" w:eastAsia="宋体"/>
          <w:b w:val="0"/>
          <w:color w:val="666666"/>
          <w:sz w:val="22"/>
        </w:rPr>
        <w:t>B  哥白尼在《天体运行论》中提出日心说，认为地球绕自身轴自转并绕太阳公转。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49. </w:t>
      </w:r>
      <w:r>
        <w:rPr>
          <w:rFonts w:ascii="宋体" w:hAnsi="宋体" w:eastAsia="宋体"/>
          <w:b w:val="0"/>
          <w:color w:val="666666"/>
          <w:sz w:val="22"/>
        </w:rPr>
        <w:t>C  四季交替是由地轴倾斜造成的。若地轴不倾斜，则不会有四季变化，但昼夜交替仍会存在。</w:t>
      </w:r>
    </w:p>
    <w:p>
      <w:pPr>
        <w:spacing w:before="40" w:after="40" w:line="400" w:lineRule="exact"/>
      </w:pPr>
      <w:r>
        <w:rPr>
          <w:rFonts w:ascii="宋体" w:hAnsi="宋体" w:eastAsia="宋体"/>
          <w:b/>
          <w:color w:val="CC0000"/>
          <w:sz w:val="22"/>
        </w:rPr>
        <w:t xml:space="preserve">50. </w:t>
      </w:r>
      <w:r>
        <w:rPr>
          <w:rFonts w:ascii="宋体" w:hAnsi="宋体" w:eastAsia="宋体"/>
          <w:b w:val="0"/>
          <w:color w:val="666666"/>
          <w:sz w:val="22"/>
        </w:rPr>
        <w:t>A  极昼是极地地区太阳24小时不落的自然现象，发生在夏季的极地区域。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