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288" w:lineRule="auto"/>
        <w:jc w:val="center"/>
      </w:pPr>
      <w:r>
        <w:rPr>
          <w:rFonts w:ascii="黑体" w:hAnsi="黑体" w:eastAsia="黑体"/>
          <w:b/>
          <w:sz w:val="36"/>
        </w:rPr>
        <w:t>2026年济南市青少年天文知识竞赛理论赛试题</w:t>
      </w:r>
    </w:p>
    <w:p>
      <w:pPr>
        <w:spacing w:before="0" w:after="120" w:line="288" w:lineRule="auto"/>
        <w:jc w:val="center"/>
      </w:pPr>
      <w:r>
        <w:rPr>
          <w:rFonts w:ascii="宋体" w:hAnsi="宋体" w:eastAsia="宋体"/>
          <w:b w:val="0"/>
          <w:sz w:val="22"/>
        </w:rPr>
        <w:t>2026年10月31日  14:00—15:30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rHeight w:val="539"/>
        </w:trPr>
        <w:tc>
          <w:tcPr>
            <w:tcW w:type="dxa" w:w="2381"/>
          </w:tcPr>
          <w:p>
            <w:pPr>
              <w:spacing w:before="20" w:after="20"/>
              <w:jc w:val="center"/>
            </w:pPr>
            <w:r/>
            <w:r>
              <w:rPr>
                <w:rFonts w:ascii="黑体" w:hAnsi="黑体" w:eastAsia="黑体"/>
                <w:b/>
                <w:sz w:val="20"/>
              </w:rPr>
              <w:t>姓　名</w:t>
            </w:r>
          </w:p>
        </w:tc>
        <w:tc>
          <w:tcPr>
            <w:tcW w:type="dxa" w:w="2041"/>
          </w:tcPr>
          <w:p>
            <w:pPr>
              <w:spacing w:before="20" w:after="20"/>
              <w:jc w:val="center"/>
            </w:pPr>
            <w:r/>
            <w:r>
              <w:rPr>
                <w:rFonts w:ascii="黑体" w:hAnsi="黑体" w:eastAsia="黑体"/>
                <w:b/>
                <w:sz w:val="20"/>
              </w:rPr>
              <w:t>试卷类型</w:t>
            </w:r>
          </w:p>
        </w:tc>
        <w:tc>
          <w:tcPr>
            <w:tcW w:type="dxa" w:w="2608"/>
          </w:tcPr>
          <w:p>
            <w:pPr>
              <w:spacing w:before="20" w:after="20"/>
              <w:jc w:val="center"/>
            </w:pPr>
            <w:r/>
            <w:r>
              <w:rPr>
                <w:rFonts w:ascii="黑体" w:hAnsi="黑体" w:eastAsia="黑体"/>
                <w:b/>
                <w:sz w:val="20"/>
              </w:rPr>
              <w:t>准考证号</w:t>
            </w:r>
          </w:p>
        </w:tc>
        <w:tc>
          <w:tcPr>
            <w:tcW w:type="dxa" w:w="2041"/>
          </w:tcPr>
          <w:p>
            <w:pPr>
              <w:spacing w:before="20" w:after="20"/>
              <w:jc w:val="center"/>
            </w:pPr>
            <w:r/>
            <w:r>
              <w:rPr>
                <w:rFonts w:ascii="黑体" w:hAnsi="黑体" w:eastAsia="黑体"/>
                <w:b/>
                <w:sz w:val="20"/>
              </w:rPr>
              <w:t>组　别</w:t>
            </w:r>
          </w:p>
        </w:tc>
      </w:tr>
      <w:tr>
        <w:trPr>
          <w:trHeight w:val="539"/>
        </w:trPr>
        <w:tc>
          <w:tcPr>
            <w:tcW w:type="dxa" w:w="2381"/>
          </w:tcPr>
          <w:p>
            <w:pPr>
              <w:spacing w:before="20" w:after="20"/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  <w:tc>
          <w:tcPr>
            <w:tcW w:type="dxa" w:w="2041"/>
          </w:tcPr>
          <w:p>
            <w:pPr>
              <w:spacing w:before="20" w:after="20"/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  <w:t>A</w:t>
            </w:r>
          </w:p>
        </w:tc>
        <w:tc>
          <w:tcPr>
            <w:tcW w:type="dxa" w:w="2608"/>
          </w:tcPr>
          <w:p>
            <w:pPr>
              <w:spacing w:before="20" w:after="20"/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  <w:tc>
          <w:tcPr>
            <w:tcW w:type="dxa" w:w="2041"/>
          </w:tcPr>
          <w:p>
            <w:pPr>
              <w:spacing w:before="20" w:after="20"/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  <w:t>＿＿年组</w:t>
            </w:r>
          </w:p>
        </w:tc>
      </w:tr>
    </w:tbl>
    <w:p>
      <w:pPr>
        <w:spacing w:before="0" w:after="120" w:line="324" w:lineRule="auto"/>
      </w:pPr>
    </w:p>
    <w:p>
      <w:pPr>
        <w:spacing w:before="0" w:after="60" w:line="324" w:lineRule="auto"/>
      </w:pPr>
      <w:r>
        <w:rPr>
          <w:rFonts w:ascii="黑体" w:hAnsi="黑体" w:eastAsia="黑体"/>
          <w:b/>
          <w:sz w:val="22"/>
        </w:rPr>
        <w:t>【注意事项】请务必仔细阅读！</w:t>
      </w:r>
    </w:p>
    <w:p>
      <w:pPr>
        <w:spacing w:before="0" w:after="30" w:line="293" w:lineRule="auto"/>
        <w:ind w:firstLine="0"/>
      </w:pPr>
      <w:r>
        <w:rPr>
          <w:rFonts w:ascii="宋体" w:hAnsi="宋体" w:eastAsia="宋体"/>
          <w:b w:val="0"/>
          <w:sz w:val="18"/>
        </w:rPr>
        <w:t>1. 每位考生会拿到一张试卷和一张答题卡。试卷和答题卡都需要填写，且填写的内容必须完全一致。试卷上所有书写用钢笔或签字笔，答题卡上所有书写和填涂用2B铅笔。</w:t>
      </w:r>
    </w:p>
    <w:p>
      <w:pPr>
        <w:spacing w:before="0" w:after="30" w:line="293" w:lineRule="auto"/>
        <w:ind w:firstLine="0"/>
      </w:pPr>
      <w:r>
        <w:rPr>
          <w:rFonts w:ascii="宋体" w:hAnsi="宋体" w:eastAsia="宋体"/>
          <w:b w:val="0"/>
          <w:sz w:val="18"/>
        </w:rPr>
        <w:t>2. 小学组考生只答本卷的01-25题，初中组只答本卷的01-30题，高中组考生只答06-35题。</w:t>
      </w:r>
    </w:p>
    <w:p>
      <w:pPr>
        <w:spacing w:before="0" w:after="30" w:line="293" w:lineRule="auto"/>
        <w:ind w:firstLine="0"/>
      </w:pPr>
      <w:r>
        <w:rPr>
          <w:rFonts w:ascii="宋体" w:hAnsi="宋体" w:eastAsia="宋体"/>
          <w:b w:val="0"/>
          <w:sz w:val="18"/>
        </w:rPr>
        <w:t>3. 本卷为闭卷考试，请答卷人按照自己的真实水平独立完成答卷，按要求在答题卡上填写“姓名”、填涂“试卷类型”（A卷）、“准考证号”（在空格处写数字，并填涂每个数字下面对应的部分）、组别（“小学”“初中”“高中”）以及“年级”等信息，未按要求填涂的无成绩。考试开始30分钟之后才可交卷，并在不影响其他考生答题的情况下安静离开考场。在监考老师宣布考试结束时，该考场所有考生应停止答卷，将试卷和答题卡放在桌上，保持安静离开考场。</w:t>
      </w:r>
    </w:p>
    <w:p>
      <w:pPr>
        <w:spacing w:before="0" w:after="30" w:line="293" w:lineRule="auto"/>
        <w:ind w:firstLine="0"/>
      </w:pPr>
      <w:r>
        <w:rPr>
          <w:rFonts w:ascii="宋体" w:hAnsi="宋体" w:eastAsia="宋体"/>
          <w:b w:val="0"/>
          <w:sz w:val="18"/>
        </w:rPr>
        <w:t>4. 每题选择一个最接近正确的选项。将对应的字母（A、B、C、D之一）填在试卷上并填涂在答题卡该题号下方的对应处。不会做的题目不选。已填涂的答案如需改正，请用橡皮将原答案尽量擦除干净。每道题答对得4分，答错或多选得-4分，不选得0分。</w:t>
      </w:r>
    </w:p>
    <w:p>
      <w:pPr>
        <w:spacing w:before="0" w:after="30" w:line="293" w:lineRule="auto"/>
        <w:ind w:firstLine="0"/>
      </w:pPr>
      <w:r>
        <w:rPr>
          <w:rFonts w:ascii="宋体" w:hAnsi="宋体" w:eastAsia="宋体"/>
          <w:b w:val="0"/>
          <w:sz w:val="18"/>
        </w:rPr>
        <w:t>5. 小学组满分100分，初中、高中组满分120分。</w:t>
      </w:r>
    </w:p>
    <w:p>
      <w:pPr>
        <w:spacing w:before="0" w:after="0" w:line="324" w:lineRule="auto"/>
      </w:pPr>
    </w:p>
    <w:p>
      <w:pPr>
        <w:spacing w:before="80" w:after="120" w:line="324" w:lineRule="auto"/>
        <w:jc w:val="center"/>
      </w:pPr>
      <w:r>
        <w:rPr>
          <w:rFonts w:ascii="黑体" w:hAnsi="黑体" w:eastAsia="黑体"/>
          <w:b/>
          <w:sz w:val="24"/>
        </w:rPr>
        <w:t>【试　题】</w:t>
      </w:r>
    </w:p>
    <w:p>
      <w:pPr>
        <w:keepNext/>
        <w:keepLines/>
        <w:spacing w:before="0" w:after="20" w:line="293" w:lineRule="auto"/>
      </w:pPr>
      <w:r>
        <w:rPr>
          <w:rFonts w:ascii="宋体" w:hAnsi="宋体" w:eastAsia="宋体"/>
          <w:b w:val="0"/>
          <w:sz w:val="20"/>
        </w:rPr>
        <w:t>1、为便于观测日、月、五星的活动，中国古代很早就将黄、赤道附近的天区划分为（　　）</w:t>
      </w:r>
    </w:p>
    <w:p>
      <w:pPr>
        <w:spacing w:before="0" w:after="100" w:line="293" w:lineRule="auto"/>
        <w:ind w:left="227"/>
      </w:pPr>
      <w:r>
        <w:rPr>
          <w:rFonts w:ascii="宋体" w:hAnsi="宋体" w:eastAsia="宋体"/>
          <w:b w:val="0"/>
          <w:sz w:val="20"/>
        </w:rPr>
        <w:t xml:space="preserve">　　A．黄道十二宫　　B．二十八宿　　C．360度　　D．三垣</w:t>
      </w:r>
    </w:p>
    <w:p>
      <w:pPr>
        <w:keepNext/>
        <w:keepLines/>
        <w:spacing w:before="0" w:after="20" w:line="293" w:lineRule="auto"/>
      </w:pPr>
      <w:r>
        <w:rPr>
          <w:rFonts w:ascii="宋体" w:hAnsi="宋体" w:eastAsia="宋体"/>
          <w:b w:val="0"/>
          <w:sz w:val="20"/>
        </w:rPr>
        <w:t>2、今天上午出门，月亮在西部天空，今天的月相可能是（　　）</w:t>
      </w:r>
    </w:p>
    <w:p>
      <w:pPr>
        <w:spacing w:before="0" w:after="100" w:line="293" w:lineRule="auto"/>
        <w:ind w:left="227"/>
      </w:pPr>
      <w:r>
        <w:rPr>
          <w:rFonts w:ascii="宋体" w:hAnsi="宋体" w:eastAsia="宋体"/>
          <w:b w:val="0"/>
          <w:sz w:val="20"/>
        </w:rPr>
        <w:t xml:space="preserve">　　A．新月　　B．上弦月　　C．满月　　D．下弦月</w:t>
      </w:r>
    </w:p>
    <w:p>
      <w:pPr>
        <w:keepNext/>
        <w:keepLines/>
        <w:spacing w:before="0" w:after="20" w:line="293" w:lineRule="auto"/>
      </w:pPr>
      <w:r>
        <w:rPr>
          <w:rFonts w:ascii="宋体" w:hAnsi="宋体" w:eastAsia="宋体"/>
          <w:b w:val="0"/>
          <w:sz w:val="20"/>
        </w:rPr>
        <w:t>3、昴星团位于（　　）</w:t>
      </w:r>
    </w:p>
    <w:p>
      <w:pPr>
        <w:spacing w:before="0" w:after="100" w:line="293" w:lineRule="auto"/>
        <w:ind w:left="227"/>
      </w:pPr>
      <w:r>
        <w:rPr>
          <w:rFonts w:ascii="宋体" w:hAnsi="宋体" w:eastAsia="宋体"/>
          <w:b w:val="0"/>
          <w:sz w:val="20"/>
        </w:rPr>
        <w:t xml:space="preserve">　　A．武仙座　　B．仙女座　　C．双子座　　D．金牛座</w:t>
      </w:r>
    </w:p>
    <w:p>
      <w:pPr>
        <w:keepNext/>
        <w:keepLines/>
        <w:spacing w:before="0" w:after="20" w:line="293" w:lineRule="auto"/>
      </w:pPr>
      <w:r>
        <w:rPr>
          <w:rFonts w:ascii="宋体" w:hAnsi="宋体" w:eastAsia="宋体"/>
          <w:b w:val="0"/>
          <w:sz w:val="20"/>
        </w:rPr>
        <w:t>4、我国古代将木星称为什么？</w:t>
      </w:r>
    </w:p>
    <w:p>
      <w:pPr>
        <w:spacing w:before="0" w:after="100" w:line="293" w:lineRule="auto"/>
        <w:ind w:left="227"/>
      </w:pPr>
      <w:r>
        <w:rPr>
          <w:rFonts w:ascii="宋体" w:hAnsi="宋体" w:eastAsia="宋体"/>
          <w:b w:val="0"/>
          <w:sz w:val="20"/>
        </w:rPr>
        <w:t xml:space="preserve">　　A．岁星　　B．启明　　C．长庚　　D．荧惑</w:t>
      </w:r>
    </w:p>
    <w:p>
      <w:pPr>
        <w:keepNext/>
        <w:keepLines/>
        <w:spacing w:before="0" w:after="20" w:line="293" w:lineRule="auto"/>
      </w:pPr>
      <w:r>
        <w:rPr>
          <w:rFonts w:ascii="宋体" w:hAnsi="宋体" w:eastAsia="宋体"/>
          <w:b w:val="0"/>
          <w:sz w:val="20"/>
        </w:rPr>
        <w:t>5、2026年8月12日日全食发生时，下列哪个国家可能观察到日全食（　　）</w:t>
      </w:r>
    </w:p>
    <w:p>
      <w:pPr>
        <w:spacing w:before="0" w:after="100" w:line="293" w:lineRule="auto"/>
        <w:ind w:left="227"/>
      </w:pPr>
      <w:r>
        <w:rPr>
          <w:rFonts w:ascii="宋体" w:hAnsi="宋体" w:eastAsia="宋体"/>
          <w:b w:val="0"/>
          <w:sz w:val="20"/>
        </w:rPr>
        <w:t xml:space="preserve">　　A．意大利　　B．中国　　C．西班牙　　D．澳大利亚</w:t>
      </w:r>
    </w:p>
    <w:p>
      <w:pPr>
        <w:keepNext/>
        <w:keepLines/>
        <w:spacing w:before="0" w:after="20" w:line="293" w:lineRule="auto"/>
      </w:pPr>
      <w:r>
        <w:rPr>
          <w:rFonts w:ascii="宋体" w:hAnsi="宋体" w:eastAsia="宋体"/>
          <w:b w:val="0"/>
          <w:sz w:val="20"/>
        </w:rPr>
        <w:t>6、目前国内正式发行的天文科普刊物是（　　）</w:t>
      </w:r>
    </w:p>
    <w:p>
      <w:pPr>
        <w:spacing w:before="0" w:after="100" w:line="293" w:lineRule="auto"/>
        <w:ind w:left="227"/>
      </w:pPr>
      <w:r>
        <w:rPr>
          <w:rFonts w:ascii="宋体" w:hAnsi="宋体" w:eastAsia="宋体"/>
          <w:b w:val="0"/>
          <w:sz w:val="20"/>
        </w:rPr>
        <w:t xml:space="preserve">　　A．天空与望远镜　　B．星光快讯　　C．天文爱好者　　D．天文馆研究</w:t>
      </w:r>
    </w:p>
    <w:p>
      <w:pPr>
        <w:keepNext/>
        <w:keepLines/>
        <w:spacing w:before="0" w:after="20" w:line="293" w:lineRule="auto"/>
      </w:pPr>
      <w:r>
        <w:rPr>
          <w:rFonts w:ascii="宋体" w:hAnsi="宋体" w:eastAsia="宋体"/>
          <w:b w:val="0"/>
          <w:sz w:val="20"/>
        </w:rPr>
        <w:t>7、古诗十九首：“迢迢牵牛星，皎皎河汉女”请问织女星位于哪一个星座？</w:t>
      </w:r>
    </w:p>
    <w:p>
      <w:pPr>
        <w:spacing w:before="0" w:after="100" w:line="293" w:lineRule="auto"/>
        <w:ind w:left="227"/>
      </w:pPr>
      <w:r>
        <w:rPr>
          <w:rFonts w:ascii="宋体" w:hAnsi="宋体" w:eastAsia="宋体"/>
          <w:b w:val="0"/>
          <w:sz w:val="20"/>
        </w:rPr>
        <w:t xml:space="preserve">　　A．仙后座　　B．室女座　　C．天琴座　　D．天鹰座</w:t>
      </w:r>
    </w:p>
    <w:p>
      <w:pPr>
        <w:keepNext/>
        <w:keepLines/>
        <w:spacing w:before="0" w:after="20" w:line="293" w:lineRule="auto"/>
      </w:pPr>
      <w:r>
        <w:rPr>
          <w:rFonts w:ascii="宋体" w:hAnsi="宋体" w:eastAsia="宋体"/>
          <w:b w:val="0"/>
          <w:sz w:val="20"/>
        </w:rPr>
        <w:t>8、太阳系内目前已知最高的火山在哪一颗行星上？</w:t>
      </w:r>
    </w:p>
    <w:p>
      <w:pPr>
        <w:spacing w:before="0" w:after="100" w:line="293" w:lineRule="auto"/>
        <w:ind w:left="227"/>
      </w:pPr>
      <w:r>
        <w:rPr>
          <w:rFonts w:ascii="宋体" w:hAnsi="宋体" w:eastAsia="宋体"/>
          <w:b w:val="0"/>
          <w:sz w:val="20"/>
        </w:rPr>
        <w:t xml:space="preserve">　　A．金星　　B．地球　　C．火星　　D．木星</w:t>
      </w:r>
    </w:p>
    <w:p>
      <w:pPr>
        <w:keepNext/>
        <w:keepLines/>
        <w:spacing w:before="0" w:after="20" w:line="293" w:lineRule="auto"/>
      </w:pPr>
      <w:r>
        <w:rPr>
          <w:rFonts w:ascii="宋体" w:hAnsi="宋体" w:eastAsia="宋体"/>
          <w:b w:val="0"/>
          <w:sz w:val="20"/>
        </w:rPr>
        <w:t>9、第一个进入太空的宇航员是（　　）</w:t>
      </w:r>
    </w:p>
    <w:p>
      <w:pPr>
        <w:spacing w:before="0" w:after="100" w:line="293" w:lineRule="auto"/>
        <w:ind w:left="227"/>
      </w:pPr>
      <w:r>
        <w:rPr>
          <w:rFonts w:ascii="宋体" w:hAnsi="宋体" w:eastAsia="宋体"/>
          <w:b w:val="0"/>
          <w:sz w:val="20"/>
        </w:rPr>
        <w:t xml:space="preserve">　　A．阿姆斯特朗　　B．加加林　　C．查理·杜克　　D．杨利伟</w:t>
      </w:r>
    </w:p>
    <w:p>
      <w:pPr>
        <w:keepNext/>
        <w:keepLines/>
        <w:spacing w:before="0" w:after="20" w:line="293" w:lineRule="auto"/>
      </w:pPr>
      <w:r>
        <w:rPr>
          <w:rFonts w:ascii="宋体" w:hAnsi="宋体" w:eastAsia="宋体"/>
          <w:b w:val="0"/>
          <w:sz w:val="20"/>
        </w:rPr>
        <w:t>10、中国第一个自主建造的天文台是（　　）</w:t>
      </w:r>
    </w:p>
    <w:p>
      <w:pPr>
        <w:spacing w:before="0" w:after="100" w:line="293" w:lineRule="auto"/>
        <w:ind w:left="227"/>
      </w:pPr>
      <w:r>
        <w:rPr>
          <w:rFonts w:ascii="宋体" w:hAnsi="宋体" w:eastAsia="宋体"/>
          <w:b w:val="0"/>
          <w:sz w:val="20"/>
        </w:rPr>
        <w:t xml:space="preserve">　　A．北京天文台　　B．紫金山天文台　　C．凤凰山天文台　　D．上海天文台</w:t>
      </w:r>
    </w:p>
    <w:p>
      <w:pPr>
        <w:keepNext/>
        <w:keepLines/>
        <w:spacing w:before="0" w:after="20" w:line="293" w:lineRule="auto"/>
      </w:pPr>
      <w:r>
        <w:rPr>
          <w:rFonts w:ascii="宋体" w:hAnsi="宋体" w:eastAsia="宋体"/>
          <w:b w:val="0"/>
          <w:sz w:val="20"/>
        </w:rPr>
        <w:t>11、在下一次农历十五，月亮落下时，正对月亮看，第谷环形山在月面的（　　）</w:t>
      </w:r>
    </w:p>
    <w:p>
      <w:pPr>
        <w:spacing w:before="0" w:after="100" w:line="293" w:lineRule="auto"/>
        <w:ind w:left="227"/>
      </w:pPr>
      <w:r>
        <w:rPr>
          <w:rFonts w:ascii="宋体" w:hAnsi="宋体" w:eastAsia="宋体"/>
          <w:b w:val="0"/>
          <w:sz w:val="20"/>
        </w:rPr>
        <w:t xml:space="preserve">　　A．左上角　　B．右上角　　C．左下角　　D．右下角</w:t>
      </w:r>
    </w:p>
    <w:p>
      <w:pPr>
        <w:keepNext/>
        <w:keepLines/>
        <w:spacing w:before="0" w:after="20" w:line="293" w:lineRule="auto"/>
      </w:pPr>
      <w:r>
        <w:rPr>
          <w:rFonts w:ascii="宋体" w:hAnsi="宋体" w:eastAsia="宋体"/>
          <w:b w:val="0"/>
          <w:sz w:val="20"/>
        </w:rPr>
        <w:t>12、地球自转轨道平面与地球公转轨道平面的夹角大约是（　　）度。</w:t>
      </w:r>
    </w:p>
    <w:p>
      <w:pPr>
        <w:spacing w:before="0" w:after="100" w:line="293" w:lineRule="auto"/>
        <w:ind w:left="227"/>
      </w:pPr>
      <w:r>
        <w:rPr>
          <w:rFonts w:ascii="宋体" w:hAnsi="宋体" w:eastAsia="宋体"/>
          <w:b w:val="0"/>
          <w:sz w:val="20"/>
        </w:rPr>
        <w:t xml:space="preserve">　　A．不到5　　B．15　　C．25　　D．至少35</w:t>
      </w:r>
    </w:p>
    <w:p>
      <w:pPr>
        <w:keepNext/>
        <w:keepLines/>
        <w:spacing w:before="0" w:after="20" w:line="293" w:lineRule="auto"/>
      </w:pPr>
      <w:r>
        <w:rPr>
          <w:rFonts w:ascii="宋体" w:hAnsi="宋体" w:eastAsia="宋体"/>
          <w:b w:val="0"/>
          <w:sz w:val="20"/>
        </w:rPr>
        <w:t>13、如果由地球发射宇宙飞船，在人为因素一致的情形下，在下列哪个地点发射宇宙飞船耗费的能源最少？（　　）</w:t>
      </w:r>
    </w:p>
    <w:p>
      <w:pPr>
        <w:spacing w:before="0" w:after="100" w:line="293" w:lineRule="auto"/>
        <w:ind w:left="227"/>
      </w:pPr>
      <w:r>
        <w:rPr>
          <w:rFonts w:ascii="宋体" w:hAnsi="宋体" w:eastAsia="宋体"/>
          <w:b w:val="0"/>
          <w:sz w:val="20"/>
        </w:rPr>
        <w:t xml:space="preserve">　　A．海南岛　　B．上海　　C．北京　　D．西昌</w:t>
      </w:r>
    </w:p>
    <w:p>
      <w:pPr>
        <w:keepNext/>
        <w:keepLines/>
        <w:spacing w:before="0" w:after="20" w:line="293" w:lineRule="auto"/>
      </w:pPr>
      <w:r>
        <w:rPr>
          <w:rFonts w:ascii="宋体" w:hAnsi="宋体" w:eastAsia="宋体"/>
          <w:b w:val="0"/>
          <w:sz w:val="20"/>
        </w:rPr>
        <w:t>14、下列哪一项不属于二十八宿的是（　　）</w:t>
      </w:r>
    </w:p>
    <w:p>
      <w:pPr>
        <w:spacing w:before="0" w:after="100" w:line="293" w:lineRule="auto"/>
        <w:ind w:left="227"/>
      </w:pPr>
      <w:r>
        <w:rPr>
          <w:rFonts w:ascii="宋体" w:hAnsi="宋体" w:eastAsia="宋体"/>
          <w:b w:val="0"/>
          <w:sz w:val="20"/>
        </w:rPr>
        <w:t xml:space="preserve">　　A．壁　　B．张　　C．胃　　D．尉</w:t>
      </w:r>
    </w:p>
    <w:p>
      <w:pPr>
        <w:keepNext/>
        <w:keepLines/>
        <w:spacing w:before="0" w:after="20" w:line="293" w:lineRule="auto"/>
      </w:pPr>
      <w:r>
        <w:rPr>
          <w:rFonts w:ascii="宋体" w:hAnsi="宋体" w:eastAsia="宋体"/>
          <w:b w:val="0"/>
          <w:sz w:val="20"/>
        </w:rPr>
        <w:t>15、太阳光球层的温度大约是（　　）</w:t>
      </w:r>
    </w:p>
    <w:p>
      <w:pPr>
        <w:spacing w:before="0" w:after="100" w:line="293" w:lineRule="auto"/>
        <w:ind w:left="227"/>
      </w:pPr>
      <w:r>
        <w:rPr>
          <w:rFonts w:ascii="宋体" w:hAnsi="宋体" w:eastAsia="宋体"/>
          <w:b w:val="0"/>
          <w:sz w:val="20"/>
        </w:rPr>
        <w:t xml:space="preserve">　　A．2700K　　B．5700K　　C．13000K　　D．170000K</w:t>
      </w:r>
    </w:p>
    <w:p>
      <w:pPr>
        <w:keepNext/>
        <w:keepLines/>
        <w:spacing w:before="0" w:after="20" w:line="293" w:lineRule="auto"/>
      </w:pPr>
      <w:r>
        <w:rPr>
          <w:rFonts w:ascii="宋体" w:hAnsi="宋体" w:eastAsia="宋体"/>
          <w:b w:val="0"/>
          <w:sz w:val="20"/>
        </w:rPr>
        <w:t>16、以下哪个名词是不存在的天文名词（　　）</w:t>
      </w:r>
    </w:p>
    <w:p>
      <w:pPr>
        <w:spacing w:before="0" w:after="100" w:line="293" w:lineRule="auto"/>
        <w:ind w:left="227"/>
      </w:pPr>
      <w:r>
        <w:rPr>
          <w:rFonts w:ascii="宋体" w:hAnsi="宋体" w:eastAsia="宋体"/>
          <w:b w:val="0"/>
          <w:sz w:val="20"/>
        </w:rPr>
        <w:t xml:space="preserve">　　A．矮行星　　B．矮星系　　C．河内星系　　D．系外行星</w:t>
      </w:r>
    </w:p>
    <w:p>
      <w:pPr>
        <w:keepNext/>
        <w:keepLines/>
        <w:spacing w:before="0" w:after="20" w:line="293" w:lineRule="auto"/>
      </w:pPr>
      <w:r>
        <w:rPr>
          <w:rFonts w:ascii="宋体" w:hAnsi="宋体" w:eastAsia="宋体"/>
          <w:b w:val="0"/>
          <w:sz w:val="20"/>
        </w:rPr>
        <w:t>17、张衡是哪一学说的代表人物（　　）</w:t>
      </w:r>
    </w:p>
    <w:p>
      <w:pPr>
        <w:spacing w:before="0" w:after="100" w:line="293" w:lineRule="auto"/>
        <w:ind w:left="227"/>
      </w:pPr>
      <w:r>
        <w:rPr>
          <w:rFonts w:ascii="宋体" w:hAnsi="宋体" w:eastAsia="宋体"/>
          <w:b w:val="0"/>
          <w:sz w:val="20"/>
        </w:rPr>
        <w:t xml:space="preserve">　　A．盖天说　　B．日心说　　C．浑天说　　D．宣夜说</w:t>
      </w:r>
    </w:p>
    <w:p>
      <w:pPr>
        <w:keepNext/>
        <w:keepLines/>
        <w:spacing w:before="0" w:after="20" w:line="293" w:lineRule="auto"/>
      </w:pPr>
      <w:r>
        <w:rPr>
          <w:rFonts w:ascii="宋体" w:hAnsi="宋体" w:eastAsia="宋体"/>
          <w:b w:val="0"/>
          <w:sz w:val="20"/>
        </w:rPr>
        <w:t>18、夜空中以下哪个天体看上去最暗？（　　）</w:t>
      </w:r>
    </w:p>
    <w:p>
      <w:pPr>
        <w:spacing w:before="0" w:after="100" w:line="293" w:lineRule="auto"/>
        <w:ind w:left="227"/>
      </w:pPr>
      <w:r>
        <w:rPr>
          <w:rFonts w:ascii="宋体" w:hAnsi="宋体" w:eastAsia="宋体"/>
          <w:b w:val="0"/>
          <w:sz w:val="20"/>
        </w:rPr>
        <w:t xml:space="preserve">　　A．木星　　B．北极星　　C．大角星　　D．牛郎星</w:t>
      </w:r>
    </w:p>
    <w:p>
      <w:pPr>
        <w:keepNext/>
        <w:keepLines/>
        <w:spacing w:before="0" w:after="20" w:line="293" w:lineRule="auto"/>
      </w:pPr>
      <w:r>
        <w:rPr>
          <w:rFonts w:ascii="宋体" w:hAnsi="宋体" w:eastAsia="宋体"/>
          <w:b w:val="0"/>
          <w:sz w:val="20"/>
        </w:rPr>
        <w:t>19、太阳的周年视运动是（　　）的反映。</w:t>
      </w:r>
    </w:p>
    <w:p>
      <w:pPr>
        <w:spacing w:before="0" w:after="100" w:line="293" w:lineRule="auto"/>
        <w:ind w:left="227"/>
      </w:pPr>
      <w:r>
        <w:rPr>
          <w:rFonts w:ascii="宋体" w:hAnsi="宋体" w:eastAsia="宋体"/>
          <w:b w:val="0"/>
          <w:sz w:val="20"/>
        </w:rPr>
        <w:t xml:space="preserve">　　A．地球公转　　B．地球自转　　C．太阳公转　　D．太阳自转</w:t>
      </w:r>
    </w:p>
    <w:p>
      <w:pPr>
        <w:keepNext/>
        <w:keepLines/>
        <w:spacing w:before="0" w:after="20" w:line="293" w:lineRule="auto"/>
      </w:pPr>
      <w:r>
        <w:rPr>
          <w:rFonts w:ascii="宋体" w:hAnsi="宋体" w:eastAsia="宋体"/>
          <w:b w:val="0"/>
          <w:sz w:val="20"/>
        </w:rPr>
        <w:t>20、以下天体无法在济南的10月份观测到的是（　　）</w:t>
      </w:r>
    </w:p>
    <w:p>
      <w:pPr>
        <w:spacing w:before="0" w:after="100" w:line="293" w:lineRule="auto"/>
        <w:ind w:left="227"/>
      </w:pPr>
      <w:r>
        <w:rPr>
          <w:rFonts w:ascii="宋体" w:hAnsi="宋体" w:eastAsia="宋体"/>
          <w:b w:val="0"/>
          <w:sz w:val="20"/>
        </w:rPr>
        <w:t xml:space="preserve">　　A．天狼　　B．织女　　C．仙女座星系　　D．南门二</w:t>
      </w:r>
    </w:p>
    <w:p>
      <w:pPr>
        <w:keepNext/>
        <w:keepLines/>
        <w:spacing w:before="0" w:after="20" w:line="293" w:lineRule="auto"/>
      </w:pPr>
      <w:r>
        <w:rPr>
          <w:rFonts w:ascii="宋体" w:hAnsi="宋体" w:eastAsia="宋体"/>
          <w:b w:val="0"/>
          <w:sz w:val="20"/>
        </w:rPr>
        <w:t>21、太阳结构由外向内依次为（　　）</w:t>
      </w:r>
    </w:p>
    <w:p>
      <w:pPr>
        <w:keepNext/>
        <w:spacing w:before="0" w:after="20" w:line="293" w:lineRule="auto"/>
        <w:ind w:left="227"/>
      </w:pPr>
      <w:r>
        <w:rPr>
          <w:rFonts w:ascii="宋体" w:hAnsi="宋体" w:eastAsia="宋体"/>
          <w:b w:val="0"/>
          <w:sz w:val="20"/>
        </w:rPr>
        <w:t xml:space="preserve">　　A．日核、对流层、中层、光球、色球、日冕</w:t>
      </w:r>
    </w:p>
    <w:p>
      <w:pPr>
        <w:keepNext/>
        <w:spacing w:before="0" w:after="20" w:line="293" w:lineRule="auto"/>
        <w:ind w:left="227"/>
      </w:pPr>
      <w:r>
        <w:rPr>
          <w:rFonts w:ascii="宋体" w:hAnsi="宋体" w:eastAsia="宋体"/>
          <w:b w:val="0"/>
          <w:sz w:val="20"/>
        </w:rPr>
        <w:t xml:space="preserve">　　B．日冕、对流层、中层、色球、光球、日核</w:t>
      </w:r>
    </w:p>
    <w:p>
      <w:pPr>
        <w:keepNext/>
        <w:spacing w:before="0" w:after="20" w:line="293" w:lineRule="auto"/>
        <w:ind w:left="227"/>
      </w:pPr>
      <w:r>
        <w:rPr>
          <w:rFonts w:ascii="宋体" w:hAnsi="宋体" w:eastAsia="宋体"/>
          <w:b w:val="0"/>
          <w:sz w:val="20"/>
        </w:rPr>
        <w:t xml:space="preserve">　　C．日冕、色球、光球、对流层、中层、日核</w:t>
      </w:r>
    </w:p>
    <w:p>
      <w:pPr>
        <w:spacing w:before="0" w:after="100" w:line="293" w:lineRule="auto"/>
        <w:ind w:left="227"/>
      </w:pPr>
      <w:r>
        <w:rPr>
          <w:rFonts w:ascii="宋体" w:hAnsi="宋体" w:eastAsia="宋体"/>
          <w:b w:val="0"/>
          <w:sz w:val="20"/>
        </w:rPr>
        <w:t xml:space="preserve">　　D．日冕、光球、色球、对流层、中层、日核</w:t>
      </w:r>
    </w:p>
    <w:p>
      <w:pPr>
        <w:keepNext/>
        <w:keepLines/>
        <w:spacing w:before="0" w:after="20" w:line="293" w:lineRule="auto"/>
      </w:pPr>
      <w:r>
        <w:rPr>
          <w:rFonts w:ascii="宋体" w:hAnsi="宋体" w:eastAsia="宋体"/>
          <w:b w:val="0"/>
          <w:sz w:val="20"/>
        </w:rPr>
        <w:t>22、恒星在主序带（Main Sequence）上时，核心进行的核反应产生什么元素？</w:t>
      </w:r>
    </w:p>
    <w:p>
      <w:pPr>
        <w:spacing w:before="0" w:after="100" w:line="293" w:lineRule="auto"/>
        <w:ind w:left="227"/>
      </w:pPr>
      <w:r>
        <w:rPr>
          <w:rFonts w:ascii="宋体" w:hAnsi="宋体" w:eastAsia="宋体"/>
          <w:b w:val="0"/>
          <w:sz w:val="20"/>
        </w:rPr>
        <w:t xml:space="preserve">　　A．氢　　B．氦　　C．碳　　D．氧</w:t>
      </w:r>
    </w:p>
    <w:p>
      <w:pPr>
        <w:keepNext/>
        <w:keepLines/>
        <w:spacing w:before="0" w:after="20" w:line="293" w:lineRule="auto"/>
      </w:pPr>
      <w:r>
        <w:rPr>
          <w:rFonts w:ascii="宋体" w:hAnsi="宋体" w:eastAsia="宋体"/>
          <w:b w:val="0"/>
          <w:sz w:val="20"/>
        </w:rPr>
        <w:t>23、以下天文现象水星相对于太阳所能出现的是（　　）</w:t>
      </w:r>
    </w:p>
    <w:p>
      <w:pPr>
        <w:spacing w:before="0" w:after="100" w:line="293" w:lineRule="auto"/>
        <w:ind w:left="227"/>
      </w:pPr>
      <w:r>
        <w:rPr>
          <w:rFonts w:ascii="宋体" w:hAnsi="宋体" w:eastAsia="宋体"/>
          <w:b w:val="0"/>
          <w:sz w:val="20"/>
        </w:rPr>
        <w:t xml:space="preserve">　　A．食　　B．凌　　C．冲　　D．掩</w:t>
      </w:r>
    </w:p>
    <w:p>
      <w:pPr>
        <w:keepNext/>
        <w:keepLines/>
        <w:spacing w:before="0" w:after="20" w:line="293" w:lineRule="auto"/>
      </w:pPr>
      <w:r>
        <w:rPr>
          <w:rFonts w:ascii="宋体" w:hAnsi="宋体" w:eastAsia="宋体"/>
          <w:b w:val="0"/>
          <w:sz w:val="20"/>
        </w:rPr>
        <w:t>24、大角星的视星等为（　　）</w:t>
      </w:r>
    </w:p>
    <w:p>
      <w:pPr>
        <w:spacing w:before="0" w:after="100" w:line="293" w:lineRule="auto"/>
        <w:ind w:left="227"/>
      </w:pPr>
      <w:r>
        <w:rPr>
          <w:rFonts w:ascii="宋体" w:hAnsi="宋体" w:eastAsia="宋体"/>
          <w:b w:val="0"/>
          <w:sz w:val="20"/>
        </w:rPr>
        <w:t xml:space="preserve">　　A．2等　　B．1等　　C．0等　　D．-1等</w:t>
      </w:r>
    </w:p>
    <w:p>
      <w:pPr>
        <w:keepNext/>
        <w:keepLines/>
        <w:spacing w:before="0" w:after="20" w:line="293" w:lineRule="auto"/>
      </w:pPr>
      <w:r>
        <w:rPr>
          <w:rFonts w:ascii="宋体" w:hAnsi="宋体" w:eastAsia="宋体"/>
          <w:b w:val="0"/>
          <w:sz w:val="20"/>
        </w:rPr>
        <w:t>25、日环食一定发生在公历某月的（　　）</w:t>
      </w:r>
    </w:p>
    <w:p>
      <w:pPr>
        <w:spacing w:before="0" w:after="100" w:line="293" w:lineRule="auto"/>
        <w:ind w:left="227"/>
      </w:pPr>
      <w:r>
        <w:rPr>
          <w:rFonts w:ascii="宋体" w:hAnsi="宋体" w:eastAsia="宋体"/>
          <w:b w:val="0"/>
          <w:sz w:val="20"/>
        </w:rPr>
        <w:t xml:space="preserve">　　A．1日　　B．15日　　C．可能是任何一天　　D．不可能发生日环食</w:t>
      </w:r>
    </w:p>
    <w:p>
      <w:pPr>
        <w:keepNext/>
        <w:keepLines/>
        <w:spacing w:before="0" w:after="20" w:line="293" w:lineRule="auto"/>
      </w:pPr>
      <w:r>
        <w:rPr>
          <w:rFonts w:ascii="宋体" w:hAnsi="宋体" w:eastAsia="宋体"/>
          <w:b w:val="0"/>
          <w:sz w:val="20"/>
        </w:rPr>
        <w:t>26、一个秒差距大约是（　　）个天文单位。</w:t>
      </w:r>
    </w:p>
    <w:p>
      <w:pPr>
        <w:spacing w:before="0" w:after="100" w:line="293" w:lineRule="auto"/>
        <w:ind w:left="227"/>
      </w:pPr>
      <w:r>
        <w:rPr>
          <w:rFonts w:ascii="宋体" w:hAnsi="宋体" w:eastAsia="宋体"/>
          <w:b w:val="0"/>
          <w:sz w:val="20"/>
        </w:rPr>
        <w:t xml:space="preserve">　　A．206264　　B．3　　C．10　　D．80624</w:t>
      </w:r>
    </w:p>
    <w:p>
      <w:pPr>
        <w:keepNext/>
        <w:keepLines/>
        <w:spacing w:before="0" w:after="20" w:line="293" w:lineRule="auto"/>
      </w:pPr>
      <w:r>
        <w:rPr>
          <w:rFonts w:ascii="宋体" w:hAnsi="宋体" w:eastAsia="宋体"/>
          <w:b w:val="0"/>
          <w:sz w:val="20"/>
        </w:rPr>
        <w:t>27、1675年，丹麦天文学家罗默在观测木星较大的卫星木卫一食时，发现地球远离木星时观测到木卫一的食的时间要滞后大约1000秒左右，利用这个观测结果，我们可以推算（　　）</w:t>
      </w:r>
    </w:p>
    <w:p>
      <w:pPr>
        <w:keepNext/>
        <w:spacing w:before="0" w:after="20" w:line="293" w:lineRule="auto"/>
        <w:ind w:left="227"/>
      </w:pPr>
      <w:r>
        <w:rPr>
          <w:rFonts w:ascii="宋体" w:hAnsi="宋体" w:eastAsia="宋体"/>
          <w:b w:val="0"/>
          <w:sz w:val="20"/>
        </w:rPr>
        <w:t xml:space="preserve">　　A．地球绕太阳的轨道运动速度　　B．木星绕地球的轨道运动速度</w:t>
      </w:r>
    </w:p>
    <w:p>
      <w:pPr>
        <w:spacing w:before="0" w:after="100" w:line="293" w:lineRule="auto"/>
        <w:ind w:left="227"/>
      </w:pPr>
      <w:r>
        <w:rPr>
          <w:rFonts w:ascii="宋体" w:hAnsi="宋体" w:eastAsia="宋体"/>
          <w:b w:val="0"/>
          <w:sz w:val="20"/>
        </w:rPr>
        <w:t xml:space="preserve">　　C．木卫一绕木星的轨道运动速度　　D．光的速度</w:t>
      </w:r>
    </w:p>
    <w:p>
      <w:pPr>
        <w:keepNext/>
        <w:keepLines/>
        <w:spacing w:before="0" w:after="20" w:line="293" w:lineRule="auto"/>
      </w:pPr>
      <w:r>
        <w:rPr>
          <w:rFonts w:ascii="宋体" w:hAnsi="宋体" w:eastAsia="宋体"/>
          <w:b w:val="0"/>
          <w:sz w:val="20"/>
        </w:rPr>
        <w:t>28、以下描述哪句是最不正确的（　　）</w:t>
      </w:r>
    </w:p>
    <w:p>
      <w:pPr>
        <w:keepNext/>
        <w:spacing w:before="0" w:after="20" w:line="293" w:lineRule="auto"/>
        <w:ind w:left="227"/>
      </w:pPr>
      <w:r>
        <w:rPr>
          <w:rFonts w:ascii="宋体" w:hAnsi="宋体" w:eastAsia="宋体"/>
          <w:b w:val="0"/>
          <w:sz w:val="20"/>
        </w:rPr>
        <w:t xml:space="preserve">　　A．有人在2026年1月1日观测到了一颗属于象限仪座流星雨的流星</w:t>
      </w:r>
    </w:p>
    <w:p>
      <w:pPr>
        <w:keepNext/>
        <w:spacing w:before="0" w:after="20" w:line="293" w:lineRule="auto"/>
        <w:ind w:left="227"/>
      </w:pPr>
      <w:r>
        <w:rPr>
          <w:rFonts w:ascii="宋体" w:hAnsi="宋体" w:eastAsia="宋体"/>
          <w:b w:val="0"/>
          <w:sz w:val="20"/>
        </w:rPr>
        <w:t xml:space="preserve">　　B．有人在2026年1月22日凌晨观测到月掩角宿一，恒星从开始被掩到完全消失的过程持续约2分钟</w:t>
      </w:r>
    </w:p>
    <w:p>
      <w:pPr>
        <w:keepNext/>
        <w:spacing w:before="0" w:after="20" w:line="293" w:lineRule="auto"/>
        <w:ind w:left="227"/>
      </w:pPr>
      <w:r>
        <w:rPr>
          <w:rFonts w:ascii="宋体" w:hAnsi="宋体" w:eastAsia="宋体"/>
          <w:b w:val="0"/>
          <w:sz w:val="20"/>
        </w:rPr>
        <w:t xml:space="preserve">　　C．有人在2026年2月7日凌晨观测到在北极星的方向附近出现了一个黄绿色雾状的物体</w:t>
      </w:r>
    </w:p>
    <w:p>
      <w:pPr>
        <w:spacing w:before="0" w:after="100" w:line="293" w:lineRule="auto"/>
        <w:ind w:left="227"/>
      </w:pPr>
      <w:r>
        <w:rPr>
          <w:rFonts w:ascii="宋体" w:hAnsi="宋体" w:eastAsia="宋体"/>
          <w:b w:val="0"/>
          <w:sz w:val="20"/>
        </w:rPr>
        <w:t xml:space="preserve">　　D．有人在2026年3月1日观测到了一次持续了30秒左右的小行星掩星</w:t>
      </w:r>
    </w:p>
    <w:p>
      <w:pPr>
        <w:keepNext/>
        <w:keepLines/>
        <w:spacing w:before="0" w:after="20" w:line="293" w:lineRule="auto"/>
      </w:pPr>
      <w:r>
        <w:rPr>
          <w:rFonts w:ascii="宋体" w:hAnsi="宋体" w:eastAsia="宋体"/>
          <w:b w:val="0"/>
          <w:sz w:val="20"/>
        </w:rPr>
        <w:t>29、什么时候最适合观赏极光，即最有机会看到壮丽的极光？</w:t>
      </w:r>
    </w:p>
    <w:p>
      <w:pPr>
        <w:spacing w:before="0" w:after="100" w:line="293" w:lineRule="auto"/>
        <w:ind w:left="227"/>
      </w:pPr>
      <w:r>
        <w:rPr>
          <w:rFonts w:ascii="宋体" w:hAnsi="宋体" w:eastAsia="宋体"/>
          <w:b w:val="0"/>
          <w:sz w:val="20"/>
        </w:rPr>
        <w:t xml:space="preserve">　　A．太阳活动极大年的时候　　B．太阳活动极小年的时候　　C．太阳活动宁静期的时候　　D．任何年份都差不多</w:t>
      </w:r>
    </w:p>
    <w:p>
      <w:pPr>
        <w:keepNext/>
        <w:keepLines/>
        <w:spacing w:before="0" w:after="20" w:line="293" w:lineRule="auto"/>
      </w:pPr>
      <w:r>
        <w:rPr>
          <w:rFonts w:ascii="宋体" w:hAnsi="宋体" w:eastAsia="宋体"/>
          <w:b w:val="0"/>
          <w:sz w:val="20"/>
        </w:rPr>
        <w:t>30、下列哪一个天体，我们绝不可能在半夜看到它经过中天？</w:t>
      </w:r>
    </w:p>
    <w:p>
      <w:pPr>
        <w:spacing w:before="0" w:after="100" w:line="293" w:lineRule="auto"/>
        <w:ind w:left="227"/>
      </w:pPr>
      <w:r>
        <w:rPr>
          <w:rFonts w:ascii="宋体" w:hAnsi="宋体" w:eastAsia="宋体"/>
          <w:b w:val="0"/>
          <w:sz w:val="20"/>
        </w:rPr>
        <w:t xml:space="preserve">　　A．木星　　B．金星　　C．土星　　D．织女星</w:t>
      </w:r>
    </w:p>
    <w:p>
      <w:pPr>
        <w:keepNext/>
        <w:keepLines/>
        <w:spacing w:before="0" w:after="20" w:line="293" w:lineRule="auto"/>
      </w:pPr>
      <w:r>
        <w:rPr>
          <w:rFonts w:ascii="宋体" w:hAnsi="宋体" w:eastAsia="宋体"/>
          <w:b w:val="0"/>
          <w:sz w:val="20"/>
        </w:rPr>
        <w:t>31、假设天气晴朗，以下日期中最适于梅西耶天体马拉松的观测的是（　　）</w:t>
      </w:r>
    </w:p>
    <w:p>
      <w:pPr>
        <w:spacing w:before="0" w:after="100" w:line="293" w:lineRule="auto"/>
        <w:ind w:left="227"/>
      </w:pPr>
      <w:r>
        <w:rPr>
          <w:rFonts w:ascii="宋体" w:hAnsi="宋体" w:eastAsia="宋体"/>
          <w:b w:val="0"/>
          <w:sz w:val="20"/>
        </w:rPr>
        <w:t xml:space="preserve">　　A．2月7日　　B．3月21日　　C．4月22日　　D．5月17日</w:t>
      </w:r>
    </w:p>
    <w:p>
      <w:pPr>
        <w:keepNext/>
        <w:keepLines/>
        <w:spacing w:before="0" w:after="20" w:line="293" w:lineRule="auto"/>
      </w:pPr>
      <w:r>
        <w:rPr>
          <w:rFonts w:ascii="宋体" w:hAnsi="宋体" w:eastAsia="宋体"/>
          <w:b w:val="0"/>
          <w:sz w:val="20"/>
        </w:rPr>
        <w:t>32、在同一观测地点、同一夜晚，天气条件相同，两台望远镜的成像质量与观测者均相同，并忽略衍射与像差的影响。用口径200mm的望远镜目视观测，其极限星等为14.0等；则在相同条件下，用口径100mm的望远镜目视极限星等约为（　　）</w:t>
      </w:r>
    </w:p>
    <w:p>
      <w:pPr>
        <w:spacing w:before="0" w:after="100" w:line="293" w:lineRule="auto"/>
        <w:ind w:left="227"/>
      </w:pPr>
      <w:r>
        <w:rPr>
          <w:rFonts w:ascii="宋体" w:hAnsi="宋体" w:eastAsia="宋体"/>
          <w:b w:val="0"/>
          <w:sz w:val="20"/>
        </w:rPr>
        <w:t xml:space="preserve">　　A．16.0　　B．15.5　　C．12.5　　D．7</w:t>
      </w:r>
    </w:p>
    <w:p>
      <w:pPr>
        <w:keepNext/>
        <w:keepLines/>
        <w:spacing w:before="0" w:after="20" w:line="293" w:lineRule="auto"/>
      </w:pPr>
      <w:r>
        <w:rPr>
          <w:rFonts w:ascii="宋体" w:hAnsi="宋体" w:eastAsia="宋体"/>
          <w:b w:val="0"/>
          <w:sz w:val="20"/>
        </w:rPr>
        <w:t>33、光谱中以氢原子线最强的是（　　）恒星。</w:t>
      </w:r>
    </w:p>
    <w:p>
      <w:pPr>
        <w:spacing w:before="0" w:after="100" w:line="293" w:lineRule="auto"/>
        <w:ind w:left="227"/>
      </w:pPr>
      <w:r>
        <w:rPr>
          <w:rFonts w:ascii="宋体" w:hAnsi="宋体" w:eastAsia="宋体"/>
          <w:b w:val="0"/>
          <w:sz w:val="20"/>
        </w:rPr>
        <w:t xml:space="preserve">　　A．G型　　B．F型　　C．A型　　D．B型</w:t>
      </w:r>
    </w:p>
    <w:p>
      <w:pPr>
        <w:keepNext/>
        <w:keepLines/>
        <w:spacing w:before="0" w:after="20" w:line="293" w:lineRule="auto"/>
      </w:pPr>
      <w:r>
        <w:rPr>
          <w:rFonts w:ascii="宋体" w:hAnsi="宋体" w:eastAsia="宋体"/>
          <w:b w:val="0"/>
          <w:sz w:val="20"/>
        </w:rPr>
        <w:t>34、太阳在宇宙空间相对于附近恒星群的运动，其较近的天体为（　　）</w:t>
      </w:r>
    </w:p>
    <w:p>
      <w:pPr>
        <w:spacing w:before="0" w:after="100" w:line="293" w:lineRule="auto"/>
        <w:ind w:left="227"/>
      </w:pPr>
      <w:r>
        <w:rPr>
          <w:rFonts w:ascii="宋体" w:hAnsi="宋体" w:eastAsia="宋体"/>
          <w:b w:val="0"/>
          <w:sz w:val="20"/>
        </w:rPr>
        <w:t xml:space="preserve">　　A．牛郎星　　B．织女星　　C．心宿二　　D．天津四</w:t>
      </w:r>
    </w:p>
    <w:p>
      <w:pPr>
        <w:keepNext/>
        <w:keepLines/>
        <w:spacing w:before="0" w:after="20" w:line="293" w:lineRule="auto"/>
      </w:pPr>
      <w:r>
        <w:rPr>
          <w:rFonts w:ascii="宋体" w:hAnsi="宋体" w:eastAsia="宋体"/>
          <w:b w:val="0"/>
          <w:sz w:val="20"/>
        </w:rPr>
        <w:t>35、柯伊伯带是太阳系小天体的主要分布区域之一，它大致可分为传统带和共振带两部分，其中共振带主要是由与（　　）有共振关系的天体组成的。</w:t>
      </w:r>
    </w:p>
    <w:p>
      <w:pPr>
        <w:spacing w:before="0" w:after="100" w:line="293" w:lineRule="auto"/>
        <w:ind w:left="227"/>
      </w:pPr>
      <w:r>
        <w:rPr>
          <w:rFonts w:ascii="宋体" w:hAnsi="宋体" w:eastAsia="宋体"/>
          <w:b w:val="0"/>
          <w:sz w:val="20"/>
        </w:rPr>
        <w:t xml:space="preserve">　　A．天王星　　B．海王星　　C．冥王星　　D．妊神星</w:t>
      </w:r>
    </w:p>
    <w:p>
      <w:r>
        <w:br w:type="page"/>
      </w:r>
    </w:p>
    <w:p>
      <w:pPr>
        <w:spacing w:before="0" w:after="80" w:line="288" w:lineRule="auto"/>
        <w:jc w:val="center"/>
      </w:pPr>
      <w:r>
        <w:rPr>
          <w:rFonts w:ascii="黑体" w:hAnsi="黑体" w:eastAsia="黑体"/>
          <w:b/>
          <w:sz w:val="32"/>
        </w:rPr>
        <w:t>2026年济南市青少年天文知识竞赛理论赛试题 答案解析</w:t>
      </w:r>
    </w:p>
    <w:p>
      <w:pPr>
        <w:spacing w:before="0" w:after="160" w:line="324" w:lineRule="auto"/>
        <w:jc w:val="center"/>
      </w:pPr>
      <w:r>
        <w:rPr>
          <w:rFonts w:ascii="宋体" w:hAnsi="宋体" w:eastAsia="宋体"/>
          <w:b w:val="0"/>
          <w:sz w:val="19"/>
        </w:rPr>
        <w:t>（本卷共35题，每小题4分；答案与解析经逐题核对）</w:t>
      </w:r>
    </w:p>
    <w:p>
      <w:pPr>
        <w:spacing w:before="40" w:after="80" w:line="324" w:lineRule="auto"/>
      </w:pPr>
      <w:r>
        <w:rPr>
          <w:rFonts w:ascii="黑体" w:hAnsi="黑体" w:eastAsia="黑体"/>
          <w:b/>
          <w:sz w:val="24"/>
        </w:rPr>
        <w:t>一、答案速查表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06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sz w:val="19"/>
              </w:rPr>
              <w:t>题号</w:t>
            </w:r>
          </w:p>
        </w:tc>
        <w:tc>
          <w:tcPr>
            <w:tcW w:type="dxa" w:w="1606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sz w:val="19"/>
              </w:rPr>
              <w:t>答案</w:t>
            </w:r>
          </w:p>
        </w:tc>
        <w:tc>
          <w:tcPr>
            <w:tcW w:type="dxa" w:w="1606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sz w:val="19"/>
              </w:rPr>
              <w:t>题号</w:t>
            </w:r>
          </w:p>
        </w:tc>
        <w:tc>
          <w:tcPr>
            <w:tcW w:type="dxa" w:w="1606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sz w:val="19"/>
              </w:rPr>
              <w:t>答案</w:t>
            </w:r>
          </w:p>
        </w:tc>
        <w:tc>
          <w:tcPr>
            <w:tcW w:type="dxa" w:w="1606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sz w:val="19"/>
              </w:rPr>
              <w:t>题号</w:t>
            </w:r>
          </w:p>
        </w:tc>
        <w:tc>
          <w:tcPr>
            <w:tcW w:type="dxa" w:w="1606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sz w:val="19"/>
              </w:rPr>
              <w:t>答案</w:t>
            </w:r>
          </w:p>
        </w:tc>
      </w:tr>
      <w:tr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B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D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D</w:t>
            </w:r>
          </w:p>
        </w:tc>
      </w:tr>
      <w:tr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A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C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C</w:t>
            </w:r>
          </w:p>
        </w:tc>
      </w:tr>
      <w:tr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C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8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C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9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B</w:t>
            </w:r>
          </w:p>
        </w:tc>
      </w:tr>
      <w:tr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10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B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11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C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12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C</w:t>
            </w:r>
          </w:p>
        </w:tc>
      </w:tr>
      <w:tr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13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A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14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D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15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B</w:t>
            </w:r>
          </w:p>
        </w:tc>
      </w:tr>
      <w:tr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16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C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17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C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18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B</w:t>
            </w:r>
          </w:p>
        </w:tc>
      </w:tr>
      <w:tr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19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A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20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D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21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C</w:t>
            </w:r>
          </w:p>
        </w:tc>
      </w:tr>
      <w:tr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22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B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23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B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24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C</w:t>
            </w:r>
          </w:p>
        </w:tc>
      </w:tr>
      <w:tr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25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C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26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A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27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D</w:t>
            </w:r>
          </w:p>
        </w:tc>
      </w:tr>
      <w:tr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28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B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29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A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30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B</w:t>
            </w:r>
          </w:p>
        </w:tc>
      </w:tr>
      <w:tr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31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B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32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C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33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C</w:t>
            </w:r>
          </w:p>
        </w:tc>
      </w:tr>
      <w:tr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34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B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35</w:t>
            </w:r>
          </w:p>
        </w:tc>
        <w:tc>
          <w:tcPr>
            <w:tcW w:type="dxa" w:w="1606"/>
          </w:tcPr>
          <w:p>
            <w:pPr>
              <w:spacing w:after="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B</w:t>
            </w:r>
          </w:p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</w:tr>
    </w:tbl>
    <w:p>
      <w:pPr>
        <w:spacing w:before="0" w:after="120" w:line="324" w:lineRule="auto"/>
      </w:pPr>
    </w:p>
    <w:p>
      <w:pPr>
        <w:spacing w:before="40" w:after="100" w:line="324" w:lineRule="auto"/>
      </w:pPr>
      <w:r>
        <w:rPr>
          <w:rFonts w:ascii="黑体" w:hAnsi="黑体" w:eastAsia="黑体"/>
          <w:b/>
          <w:sz w:val="24"/>
        </w:rPr>
        <w:t>二、逐题答案解析</w:t>
      </w:r>
    </w:p>
    <w:p>
      <w:pPr>
        <w:spacing w:before="0" w:after="70" w:line="300" w:lineRule="auto"/>
      </w:pPr>
      <w:r>
        <w:rPr>
          <w:rFonts w:ascii="宋体" w:hAnsi="宋体" w:eastAsia="宋体"/>
          <w:b/>
          <w:sz w:val="20"/>
        </w:rPr>
        <w:t>1、答案 B，解析：</w:t>
      </w:r>
      <w:r>
        <w:rPr>
          <w:rFonts w:ascii="宋体" w:hAnsi="宋体" w:eastAsia="宋体"/>
          <w:b w:val="0"/>
          <w:sz w:val="20"/>
        </w:rPr>
        <w:t>古人沿黄道、赤道附近选取28个星宿作为标志，用以确定日、月、五星的位置，即二十八宿。黄道十二宫来自西方，三垣是紫微垣、太微垣、天市垣，用于划分北天极附近天区。</w:t>
      </w:r>
      <w:r>
        <w:rPr>
          <w:rFonts w:ascii="宋体" w:hAnsi="宋体" w:eastAsia="宋体"/>
          <w:b w:val="0"/>
          <w:sz w:val="19"/>
        </w:rPr>
        <w:t>【原题：中小学天文知识竞赛复习题库（小学组） 第1题】</w:t>
      </w:r>
    </w:p>
    <w:p>
      <w:pPr>
        <w:spacing w:before="0" w:after="70" w:line="300" w:lineRule="auto"/>
      </w:pPr>
      <w:r>
        <w:rPr>
          <w:rFonts w:ascii="宋体" w:hAnsi="宋体" w:eastAsia="宋体"/>
          <w:b/>
          <w:sz w:val="20"/>
        </w:rPr>
        <w:t>2、答案 D，解析：</w:t>
      </w:r>
      <w:r>
        <w:rPr>
          <w:rFonts w:ascii="宋体" w:hAnsi="宋体" w:eastAsia="宋体"/>
          <w:b w:val="0"/>
          <w:sz w:val="20"/>
        </w:rPr>
        <w:t>上午月亮位于西方，说明它是在后半夜升起、清晨仍挂在天上，此时月面东半边被照亮，为下弦月（农历二十二、二十三前后）。上弦月傍晚在南方，满月傍晚东升、清晨西落，新月与太阳同升同落不可见。</w:t>
      </w:r>
      <w:r>
        <w:rPr>
          <w:rFonts w:ascii="宋体" w:hAnsi="宋体" w:eastAsia="宋体"/>
          <w:b w:val="0"/>
          <w:sz w:val="19"/>
        </w:rPr>
        <w:t>【相似题：天文知识竞赛练习题50题 第24题】</w:t>
      </w:r>
    </w:p>
    <w:p>
      <w:pPr>
        <w:spacing w:before="0" w:after="70" w:line="300" w:lineRule="auto"/>
      </w:pPr>
      <w:r>
        <w:rPr>
          <w:rFonts w:ascii="宋体" w:hAnsi="宋体" w:eastAsia="宋体"/>
          <w:b/>
          <w:sz w:val="20"/>
        </w:rPr>
        <w:t>3、答案 D，解析：</w:t>
      </w:r>
      <w:r>
        <w:rPr>
          <w:rFonts w:ascii="宋体" w:hAnsi="宋体" w:eastAsia="宋体"/>
          <w:b w:val="0"/>
          <w:sz w:val="20"/>
        </w:rPr>
        <w:t>昴星团即M45，位于金牛座，距地球约444光年，肉眼可见6～7颗星，是银河系中离我们最近的疏散星团之一。</w:t>
      </w:r>
      <w:r>
        <w:rPr>
          <w:rFonts w:ascii="宋体" w:hAnsi="宋体" w:eastAsia="宋体"/>
          <w:b w:val="0"/>
          <w:sz w:val="19"/>
        </w:rPr>
        <w:t>【原题：2022年北京市中小学生天文观测竞赛 第16题】</w:t>
      </w:r>
    </w:p>
    <w:p>
      <w:pPr>
        <w:spacing w:before="0" w:after="70" w:line="300" w:lineRule="auto"/>
      </w:pPr>
      <w:r>
        <w:rPr>
          <w:rFonts w:ascii="宋体" w:hAnsi="宋体" w:eastAsia="宋体"/>
          <w:b/>
          <w:sz w:val="20"/>
        </w:rPr>
        <w:t>4、答案 A，解析：</w:t>
      </w:r>
      <w:r>
        <w:rPr>
          <w:rFonts w:ascii="宋体" w:hAnsi="宋体" w:eastAsia="宋体"/>
          <w:b w:val="0"/>
          <w:sz w:val="20"/>
        </w:rPr>
        <w:t>木星约12年绕天一周，每年行经一个星宿，古人用它纪年，故称“岁星”。启明、长庚都是金星（晨见为启明、昏见为长庚），荧惑是火星。</w:t>
      </w:r>
      <w:r>
        <w:rPr>
          <w:rFonts w:ascii="宋体" w:hAnsi="宋体" w:eastAsia="宋体"/>
          <w:b w:val="0"/>
          <w:sz w:val="19"/>
        </w:rPr>
        <w:t>【原题：中小学天文知识竞赛复习题库（小学组） 第14题】</w:t>
      </w:r>
    </w:p>
    <w:p>
      <w:pPr>
        <w:spacing w:before="0" w:after="70" w:line="300" w:lineRule="auto"/>
      </w:pPr>
      <w:r>
        <w:rPr>
          <w:rFonts w:ascii="宋体" w:hAnsi="宋体" w:eastAsia="宋体"/>
          <w:b/>
          <w:sz w:val="20"/>
        </w:rPr>
        <w:t>5、答案 C，解析：</w:t>
      </w:r>
      <w:r>
        <w:rPr>
          <w:rFonts w:ascii="宋体" w:hAnsi="宋体" w:eastAsia="宋体"/>
          <w:b w:val="0"/>
          <w:sz w:val="20"/>
        </w:rPr>
        <w:t>2026年8月12日的日全食全食带经过格陵兰、冰岛、西班牙北部及葡萄牙东北角，西班牙是欧洲境内最佳观测地之一；意大利、中国、澳大利亚只能看到偏食或完全看不到。</w:t>
      </w:r>
      <w:r>
        <w:rPr>
          <w:rFonts w:ascii="宋体" w:hAnsi="宋体" w:eastAsia="宋体"/>
          <w:b w:val="0"/>
          <w:sz w:val="19"/>
        </w:rPr>
        <w:t>【相似题：小学组天文知识竞赛练习题（第四套：2026年天文资讯） 第13题】</w:t>
      </w:r>
    </w:p>
    <w:p>
      <w:pPr>
        <w:spacing w:before="0" w:after="70" w:line="300" w:lineRule="auto"/>
      </w:pPr>
      <w:r>
        <w:rPr>
          <w:rFonts w:ascii="宋体" w:hAnsi="宋体" w:eastAsia="宋体"/>
          <w:b/>
          <w:sz w:val="20"/>
        </w:rPr>
        <w:t>6、答案 C，解析：</w:t>
      </w:r>
      <w:r>
        <w:rPr>
          <w:rFonts w:ascii="宋体" w:hAnsi="宋体" w:eastAsia="宋体"/>
          <w:b w:val="0"/>
          <w:sz w:val="20"/>
        </w:rPr>
        <w:t>《天文爱好者》1958年创刊，由中国天文学会、北京天文馆主办，是国内公开发行的天文科普期刊。《天空与望远镜》是美国的Sky &amp; Telescope，其余两种并非国内正式发行的科普刊物。</w:t>
      </w:r>
      <w:r>
        <w:rPr>
          <w:rFonts w:ascii="宋体" w:hAnsi="宋体" w:eastAsia="宋体"/>
          <w:b w:val="0"/>
          <w:sz w:val="19"/>
        </w:rPr>
        <w:t>【原题：2004年CNAO天文奥赛预赛 第6题】</w:t>
      </w:r>
    </w:p>
    <w:p>
      <w:pPr>
        <w:spacing w:before="0" w:after="70" w:line="300" w:lineRule="auto"/>
      </w:pPr>
      <w:r>
        <w:rPr>
          <w:rFonts w:ascii="宋体" w:hAnsi="宋体" w:eastAsia="宋体"/>
          <w:b/>
          <w:sz w:val="20"/>
        </w:rPr>
        <w:t>7、答案 C，解析：</w:t>
      </w:r>
      <w:r>
        <w:rPr>
          <w:rFonts w:ascii="宋体" w:hAnsi="宋体" w:eastAsia="宋体"/>
          <w:b w:val="0"/>
          <w:sz w:val="20"/>
        </w:rPr>
        <w:t>织女星即天琴座α（Vega），视星等约0.03；“河汉女”指织女，“牵牛星”即天鹰座α牛郎星。二者隔银河相望，与天津四共同组成夏季大三角。</w:t>
      </w:r>
      <w:r>
        <w:rPr>
          <w:rFonts w:ascii="宋体" w:hAnsi="宋体" w:eastAsia="宋体"/>
          <w:b w:val="0"/>
          <w:sz w:val="19"/>
        </w:rPr>
        <w:t>【原题：天文知识竞赛练习题50题 第8题】</w:t>
      </w:r>
    </w:p>
    <w:p>
      <w:pPr>
        <w:spacing w:before="0" w:after="70" w:line="300" w:lineRule="auto"/>
      </w:pPr>
      <w:r>
        <w:rPr>
          <w:rFonts w:ascii="宋体" w:hAnsi="宋体" w:eastAsia="宋体"/>
          <w:b/>
          <w:sz w:val="20"/>
        </w:rPr>
        <w:t>8、答案 C，解析：</w:t>
      </w:r>
      <w:r>
        <w:rPr>
          <w:rFonts w:ascii="宋体" w:hAnsi="宋体" w:eastAsia="宋体"/>
          <w:b w:val="0"/>
          <w:sz w:val="20"/>
        </w:rPr>
        <w:t>火星上的奥林匹斯山（Olympus Mons）高约22千米、底径约600千米，是太阳系已知最高的火山，约为珠穆朗玛峰的2.5倍。</w:t>
      </w:r>
      <w:r>
        <w:rPr>
          <w:rFonts w:ascii="宋体" w:hAnsi="宋体" w:eastAsia="宋体"/>
          <w:b w:val="0"/>
          <w:sz w:val="19"/>
        </w:rPr>
        <w:t>【原题：中小学天文知识竞赛复习题库（小学组） 第16题】</w:t>
      </w:r>
    </w:p>
    <w:p>
      <w:pPr>
        <w:spacing w:before="0" w:after="70" w:line="300" w:lineRule="auto"/>
      </w:pPr>
      <w:r>
        <w:rPr>
          <w:rFonts w:ascii="宋体" w:hAnsi="宋体" w:eastAsia="宋体"/>
          <w:b/>
          <w:sz w:val="20"/>
        </w:rPr>
        <w:t>9、答案 B，解析：</w:t>
      </w:r>
      <w:r>
        <w:rPr>
          <w:rFonts w:ascii="宋体" w:hAnsi="宋体" w:eastAsia="宋体"/>
          <w:b w:val="0"/>
          <w:sz w:val="20"/>
        </w:rPr>
        <w:t>1961年4月12日，苏联宇航员加加林乘“东方1号”绕地球一周，成为第一位进入太空的人。阿姆斯特朗是首位登月者（1969年），杨利伟是我国首位航天员（2003年）。</w:t>
      </w:r>
      <w:r>
        <w:rPr>
          <w:rFonts w:ascii="宋体" w:hAnsi="宋体" w:eastAsia="宋体"/>
          <w:b w:val="0"/>
          <w:sz w:val="19"/>
        </w:rPr>
        <w:t>【原题：中小学天文知识竞赛复习题库（小学组） 第35题】</w:t>
      </w:r>
    </w:p>
    <w:p>
      <w:pPr>
        <w:spacing w:before="0" w:after="70" w:line="300" w:lineRule="auto"/>
      </w:pPr>
      <w:r>
        <w:rPr>
          <w:rFonts w:ascii="宋体" w:hAnsi="宋体" w:eastAsia="宋体"/>
          <w:b/>
          <w:sz w:val="20"/>
        </w:rPr>
        <w:t>10、答案 B，解析：</w:t>
      </w:r>
      <w:r>
        <w:rPr>
          <w:rFonts w:ascii="宋体" w:hAnsi="宋体" w:eastAsia="宋体"/>
          <w:b w:val="0"/>
          <w:sz w:val="20"/>
        </w:rPr>
        <w:t>国立紫金山天文台1934年9月1日在南京紫金山第三峰落成，由余青松主持设计建造，是中国人自己设计建造的第一座现代天文台，被誉为“中国现代天文学的摇篮”。</w:t>
      </w:r>
      <w:r>
        <w:rPr>
          <w:rFonts w:ascii="宋体" w:hAnsi="宋体" w:eastAsia="宋体"/>
          <w:b w:val="0"/>
          <w:sz w:val="19"/>
        </w:rPr>
        <w:t>【相似题：中小学天文知识竞赛复习题库（小学组） 第53题】</w:t>
      </w:r>
    </w:p>
    <w:p>
      <w:pPr>
        <w:spacing w:before="0" w:after="70" w:line="300" w:lineRule="auto"/>
      </w:pPr>
      <w:r>
        <w:rPr>
          <w:rFonts w:ascii="宋体" w:hAnsi="宋体" w:eastAsia="宋体"/>
          <w:b/>
          <w:sz w:val="20"/>
        </w:rPr>
        <w:t>11、答案 C，解析：</w:t>
      </w:r>
      <w:r>
        <w:rPr>
          <w:rFonts w:ascii="宋体" w:hAnsi="宋体" w:eastAsia="宋体"/>
          <w:b w:val="0"/>
          <w:sz w:val="20"/>
        </w:rPr>
        <w:t>农历十五为满月，落月时月亮位于西方低空。面向西方时“北”在观测者右侧，月面的北天极朝向观察者的右上方，南半球则位于左下方；第谷环形山位于月面南半球（约43°S、11°W），因此出现在月面左下角。</w:t>
      </w:r>
      <w:r>
        <w:rPr>
          <w:rFonts w:ascii="宋体" w:hAnsi="宋体" w:eastAsia="宋体"/>
          <w:b w:val="0"/>
          <w:sz w:val="19"/>
        </w:rPr>
        <w:t>【原题：2005年CNAO天文奥赛预赛 第17题】</w:t>
      </w:r>
    </w:p>
    <w:p>
      <w:pPr>
        <w:spacing w:before="0" w:after="70" w:line="300" w:lineRule="auto"/>
      </w:pPr>
      <w:r>
        <w:rPr>
          <w:rFonts w:ascii="宋体" w:hAnsi="宋体" w:eastAsia="宋体"/>
          <w:b/>
          <w:sz w:val="20"/>
        </w:rPr>
        <w:t>12、答案 C，解析：</w:t>
      </w:r>
      <w:r>
        <w:rPr>
          <w:rFonts w:ascii="宋体" w:hAnsi="宋体" w:eastAsia="宋体"/>
          <w:b w:val="0"/>
          <w:sz w:val="20"/>
        </w:rPr>
        <w:t>地球赤道面（自转平面）与黄道面（公转平面）的夹角即黄赤交角，约23°26′，最接近25°，它造成了四季变化与太阳直射点的南北移动。</w:t>
      </w:r>
      <w:r>
        <w:rPr>
          <w:rFonts w:ascii="宋体" w:hAnsi="宋体" w:eastAsia="宋体"/>
          <w:b w:val="0"/>
          <w:sz w:val="19"/>
        </w:rPr>
        <w:t>【原题：2007年CNAO天文奥赛预赛 第27题】</w:t>
      </w:r>
    </w:p>
    <w:p>
      <w:pPr>
        <w:spacing w:before="0" w:after="70" w:line="300" w:lineRule="auto"/>
      </w:pPr>
      <w:r>
        <w:rPr>
          <w:rFonts w:ascii="宋体" w:hAnsi="宋体" w:eastAsia="宋体"/>
          <w:b/>
          <w:sz w:val="20"/>
        </w:rPr>
        <w:t>13、答案 A，解析：</w:t>
      </w:r>
      <w:r>
        <w:rPr>
          <w:rFonts w:ascii="宋体" w:hAnsi="宋体" w:eastAsia="宋体"/>
          <w:b w:val="0"/>
          <w:sz w:val="20"/>
        </w:rPr>
        <w:t>地球自转线速度随纬度降低而增大，低纬发射可“借用”更大的自转速度，从而节省燃料。四地中海南岛（文昌约19°N）纬度最低，故最省能源。</w:t>
      </w:r>
      <w:r>
        <w:rPr>
          <w:rFonts w:ascii="宋体" w:hAnsi="宋体" w:eastAsia="宋体"/>
          <w:b w:val="0"/>
          <w:sz w:val="19"/>
        </w:rPr>
        <w:t>【原题：2003年CNAO天文奥赛预赛 第46题】</w:t>
      </w:r>
    </w:p>
    <w:p>
      <w:pPr>
        <w:spacing w:before="0" w:after="70" w:line="300" w:lineRule="auto"/>
      </w:pPr>
      <w:r>
        <w:rPr>
          <w:rFonts w:ascii="宋体" w:hAnsi="宋体" w:eastAsia="宋体"/>
          <w:b/>
          <w:sz w:val="20"/>
        </w:rPr>
        <w:t>14、答案 D，解析：</w:t>
      </w:r>
      <w:r>
        <w:rPr>
          <w:rFonts w:ascii="宋体" w:hAnsi="宋体" w:eastAsia="宋体"/>
          <w:b w:val="0"/>
          <w:sz w:val="20"/>
        </w:rPr>
        <w:t>二十八宿为角、亢、氐、房、心、尾、箕，斗、牛、女、虚、危、室、壁，奎、娄、胃、昴、毕、觜、参，井、鬼、柳、星、张、翼、轸。其中没有“尉”。</w:t>
      </w:r>
      <w:r>
        <w:rPr>
          <w:rFonts w:ascii="宋体" w:hAnsi="宋体" w:eastAsia="宋体"/>
          <w:b w:val="0"/>
          <w:sz w:val="19"/>
        </w:rPr>
        <w:t>【相似题：2020年CNAO全国中学生天文知识竞赛预赛A卷 第4题】</w:t>
      </w:r>
    </w:p>
    <w:p>
      <w:pPr>
        <w:spacing w:before="0" w:after="70" w:line="300" w:lineRule="auto"/>
      </w:pPr>
      <w:r>
        <w:rPr>
          <w:rFonts w:ascii="宋体" w:hAnsi="宋体" w:eastAsia="宋体"/>
          <w:b/>
          <w:sz w:val="20"/>
        </w:rPr>
        <w:t>15、答案 B，解析：</w:t>
      </w:r>
      <w:r>
        <w:rPr>
          <w:rFonts w:ascii="宋体" w:hAnsi="宋体" w:eastAsia="宋体"/>
          <w:b w:val="0"/>
          <w:sz w:val="20"/>
        </w:rPr>
        <w:t>光球是太阳可见圆面所在的一层，有效温度约5770K（常取5800K、5700K）；色球层数千至上万K，日冕可达百万K以上。</w:t>
      </w:r>
      <w:r>
        <w:rPr>
          <w:rFonts w:ascii="宋体" w:hAnsi="宋体" w:eastAsia="宋体"/>
          <w:b w:val="0"/>
          <w:sz w:val="19"/>
        </w:rPr>
        <w:t>【原题：2013年CNAO天文奥赛预赛 第15题】</w:t>
      </w:r>
    </w:p>
    <w:p>
      <w:pPr>
        <w:spacing w:before="0" w:after="70" w:line="300" w:lineRule="auto"/>
      </w:pPr>
      <w:r>
        <w:rPr>
          <w:rFonts w:ascii="宋体" w:hAnsi="宋体" w:eastAsia="宋体"/>
          <w:b/>
          <w:sz w:val="20"/>
        </w:rPr>
        <w:t>16、答案 C，解析：</w:t>
      </w:r>
      <w:r>
        <w:rPr>
          <w:rFonts w:ascii="宋体" w:hAnsi="宋体" w:eastAsia="宋体"/>
          <w:b w:val="0"/>
          <w:sz w:val="20"/>
        </w:rPr>
        <w:t>天文学中有“河外星系”一词，指银河系以外的星系；“河内星系”并非规范的天文名词。矮行星（如冥王星）、矮星系、系外行星都是实际存在的概念。</w:t>
      </w:r>
      <w:r>
        <w:rPr>
          <w:rFonts w:ascii="宋体" w:hAnsi="宋体" w:eastAsia="宋体"/>
          <w:b w:val="0"/>
          <w:sz w:val="19"/>
        </w:rPr>
        <w:t>【原题：2010年CNAO天文奥赛预赛 第12题】</w:t>
      </w:r>
    </w:p>
    <w:p>
      <w:pPr>
        <w:spacing w:before="0" w:after="70" w:line="300" w:lineRule="auto"/>
      </w:pPr>
      <w:r>
        <w:rPr>
          <w:rFonts w:ascii="宋体" w:hAnsi="宋体" w:eastAsia="宋体"/>
          <w:b/>
          <w:sz w:val="20"/>
        </w:rPr>
        <w:t>17、答案 C，解析：</w:t>
      </w:r>
      <w:r>
        <w:rPr>
          <w:rFonts w:ascii="宋体" w:hAnsi="宋体" w:eastAsia="宋体"/>
          <w:b w:val="0"/>
          <w:sz w:val="20"/>
        </w:rPr>
        <w:t>东汉张衡是浑天说的代表，主张“浑天如鸡子，天体圆如弹丸”，并制作了浑天仪与候风地动仪。盖天说主张天圆地方，宣夜说主张天无固壳、日月星辰悬浮于气中。</w:t>
      </w:r>
      <w:r>
        <w:rPr>
          <w:rFonts w:ascii="宋体" w:hAnsi="宋体" w:eastAsia="宋体"/>
          <w:b w:val="0"/>
          <w:sz w:val="19"/>
        </w:rPr>
        <w:t>【原题：2014年CNAO天文奥赛预赛 第7题】</w:t>
      </w:r>
    </w:p>
    <w:p>
      <w:pPr>
        <w:spacing w:before="0" w:after="70" w:line="300" w:lineRule="auto"/>
      </w:pPr>
      <w:r>
        <w:rPr>
          <w:rFonts w:ascii="宋体" w:hAnsi="宋体" w:eastAsia="宋体"/>
          <w:b/>
          <w:sz w:val="20"/>
        </w:rPr>
        <w:t>18、答案 B，解析：</w:t>
      </w:r>
      <w:r>
        <w:rPr>
          <w:rFonts w:ascii="宋体" w:hAnsi="宋体" w:eastAsia="宋体"/>
          <w:b w:val="0"/>
          <w:sz w:val="20"/>
        </w:rPr>
        <w:t>视星等越小越亮：木星约-2.5～-1.5等，大角星约-0.05等，牛郎星约0.76等，北极星约1.98等，四者中北极星最暗（数值最大）。</w:t>
      </w:r>
      <w:r>
        <w:rPr>
          <w:rFonts w:ascii="宋体" w:hAnsi="宋体" w:eastAsia="宋体"/>
          <w:b w:val="0"/>
          <w:sz w:val="19"/>
        </w:rPr>
        <w:t>【原题：2009年CNAO天文奥赛预赛 第15题】</w:t>
      </w:r>
    </w:p>
    <w:p>
      <w:pPr>
        <w:spacing w:before="0" w:after="70" w:line="300" w:lineRule="auto"/>
      </w:pPr>
      <w:r>
        <w:rPr>
          <w:rFonts w:ascii="宋体" w:hAnsi="宋体" w:eastAsia="宋体"/>
          <w:b/>
          <w:sz w:val="20"/>
        </w:rPr>
        <w:t>19、答案 A，解析：</w:t>
      </w:r>
      <w:r>
        <w:rPr>
          <w:rFonts w:ascii="宋体" w:hAnsi="宋体" w:eastAsia="宋体"/>
          <w:b w:val="0"/>
          <w:sz w:val="20"/>
        </w:rPr>
        <w:t>太阳沿黄道一年绕天球一周的视运动，是地球绕日公转造成的视效应；太阳的周日视运动则由地球自转引起。</w:t>
      </w:r>
      <w:r>
        <w:rPr>
          <w:rFonts w:ascii="宋体" w:hAnsi="宋体" w:eastAsia="宋体"/>
          <w:b w:val="0"/>
          <w:sz w:val="19"/>
        </w:rPr>
        <w:t>【相似题：2024北京天文知识竞赛题库（小学组） 第22题】</w:t>
      </w:r>
    </w:p>
    <w:p>
      <w:pPr>
        <w:spacing w:before="0" w:after="70" w:line="300" w:lineRule="auto"/>
      </w:pPr>
      <w:r>
        <w:rPr>
          <w:rFonts w:ascii="宋体" w:hAnsi="宋体" w:eastAsia="宋体"/>
          <w:b/>
          <w:sz w:val="20"/>
        </w:rPr>
        <w:t>20、答案 D，解析：</w:t>
      </w:r>
      <w:r>
        <w:rPr>
          <w:rFonts w:ascii="宋体" w:hAnsi="宋体" w:eastAsia="宋体"/>
          <w:b w:val="0"/>
          <w:sz w:val="20"/>
        </w:rPr>
        <w:t>南门二（半人马座α）赤纬约-60.8°，在济南（约36.7°N）理论可见赤纬下限约-53.3°，故终年不可见。天狼（-16.7°）、织女（+38.8°）、仙女座星系（+41°）在10月均可观测。</w:t>
      </w:r>
      <w:r>
        <w:rPr>
          <w:rFonts w:ascii="宋体" w:hAnsi="宋体" w:eastAsia="宋体"/>
          <w:b w:val="0"/>
          <w:sz w:val="19"/>
        </w:rPr>
        <w:t>【相似题：2018年CNAO天文奥赛预赛 第3题】</w:t>
      </w:r>
    </w:p>
    <w:p>
      <w:pPr>
        <w:spacing w:before="0" w:after="70" w:line="300" w:lineRule="auto"/>
      </w:pPr>
      <w:r>
        <w:rPr>
          <w:rFonts w:ascii="宋体" w:hAnsi="宋体" w:eastAsia="宋体"/>
          <w:b/>
          <w:sz w:val="20"/>
        </w:rPr>
        <w:t>21、答案 C，解析：</w:t>
      </w:r>
      <w:r>
        <w:rPr>
          <w:rFonts w:ascii="宋体" w:hAnsi="宋体" w:eastAsia="宋体"/>
          <w:b w:val="0"/>
          <w:sz w:val="20"/>
        </w:rPr>
        <w:t>太阳由外向内依次为日冕、色球、光球、对流层、辐射层（题中称“中层”）、日核。光球是可见圆面，色球在其上、日冕在最外，故只有C的顺序正确。</w:t>
      </w:r>
      <w:r>
        <w:rPr>
          <w:rFonts w:ascii="宋体" w:hAnsi="宋体" w:eastAsia="宋体"/>
          <w:b w:val="0"/>
          <w:sz w:val="19"/>
        </w:rPr>
        <w:t>【相似题：2014年CNAO天文奥赛预赛 第1题】</w:t>
      </w:r>
    </w:p>
    <w:p>
      <w:pPr>
        <w:spacing w:before="0" w:after="70" w:line="300" w:lineRule="auto"/>
      </w:pPr>
      <w:r>
        <w:rPr>
          <w:rFonts w:ascii="宋体" w:hAnsi="宋体" w:eastAsia="宋体"/>
          <w:b/>
          <w:sz w:val="20"/>
        </w:rPr>
        <w:t>22、答案 B，解析：</w:t>
      </w:r>
      <w:r>
        <w:rPr>
          <w:rFonts w:ascii="宋体" w:hAnsi="宋体" w:eastAsia="宋体"/>
          <w:b w:val="0"/>
          <w:sz w:val="20"/>
        </w:rPr>
        <w:t>主序阶段恒星核心进行氢核聚变（质子—质子链或CNO循环），四个氢核聚变为一个氦核并释放能量，故产物是氦（B项）。反应消耗的是氢，氢是原料而非产物；碳、氧要在核心氢耗尽后的红巨星阶段才大量生成。</w:t>
      </w:r>
      <w:r>
        <w:rPr>
          <w:rFonts w:ascii="宋体" w:hAnsi="宋体" w:eastAsia="宋体"/>
          <w:b w:val="0"/>
          <w:sz w:val="19"/>
        </w:rPr>
        <w:t>【相似题：小学组天文知识竞赛练习题（第一套：太阳系与行星） 第33题】</w:t>
      </w:r>
    </w:p>
    <w:p>
      <w:pPr>
        <w:spacing w:before="0" w:after="70" w:line="300" w:lineRule="auto"/>
      </w:pPr>
      <w:r>
        <w:rPr>
          <w:rFonts w:ascii="宋体" w:hAnsi="宋体" w:eastAsia="宋体"/>
          <w:b/>
          <w:sz w:val="20"/>
        </w:rPr>
        <w:t>23、答案 B，解析：</w:t>
      </w:r>
      <w:r>
        <w:rPr>
          <w:rFonts w:ascii="宋体" w:hAnsi="宋体" w:eastAsia="宋体"/>
          <w:b w:val="0"/>
          <w:sz w:val="20"/>
        </w:rPr>
        <w:t>水星是内行星，运行到太阳与地球之间且三者近似共线时，会从日面上经过，即“水星凌日”。“冲”只有外行星才可能发生；内行星不会出现“食”或“掩”这类相对太阳的现象。</w:t>
      </w:r>
      <w:r>
        <w:rPr>
          <w:rFonts w:ascii="宋体" w:hAnsi="宋体" w:eastAsia="宋体"/>
          <w:b w:val="0"/>
          <w:sz w:val="19"/>
        </w:rPr>
        <w:t>【相似题：2016年CNAO天文奥赛预赛 第21题】</w:t>
      </w:r>
    </w:p>
    <w:p>
      <w:pPr>
        <w:spacing w:before="0" w:after="70" w:line="300" w:lineRule="auto"/>
      </w:pPr>
      <w:r>
        <w:rPr>
          <w:rFonts w:ascii="宋体" w:hAnsi="宋体" w:eastAsia="宋体"/>
          <w:b/>
          <w:sz w:val="20"/>
        </w:rPr>
        <w:t>24、答案 C，解析：</w:t>
      </w:r>
      <w:r>
        <w:rPr>
          <w:rFonts w:ascii="宋体" w:hAnsi="宋体" w:eastAsia="宋体"/>
          <w:b w:val="0"/>
          <w:sz w:val="20"/>
        </w:rPr>
        <w:t>大角星（牧夫座α）视星等约-0.05，接近0等，是北天最亮的恒星、全天第四亮星。</w:t>
      </w:r>
      <w:r>
        <w:rPr>
          <w:rFonts w:ascii="宋体" w:hAnsi="宋体" w:eastAsia="宋体"/>
          <w:b w:val="0"/>
          <w:sz w:val="19"/>
        </w:rPr>
        <w:t>【原题：2019年CNAO全国中学生天文知识竞赛预赛A卷 第2题】</w:t>
      </w:r>
    </w:p>
    <w:p>
      <w:pPr>
        <w:spacing w:before="0" w:after="70" w:line="300" w:lineRule="auto"/>
      </w:pPr>
      <w:r>
        <w:rPr>
          <w:rFonts w:ascii="宋体" w:hAnsi="宋体" w:eastAsia="宋体"/>
          <w:b/>
          <w:sz w:val="20"/>
        </w:rPr>
        <w:t>25、答案 C，解析：</w:t>
      </w:r>
      <w:r>
        <w:rPr>
          <w:rFonts w:ascii="宋体" w:hAnsi="宋体" w:eastAsia="宋体"/>
          <w:b w:val="0"/>
          <w:sz w:val="20"/>
        </w:rPr>
        <w:t>日食必发生在朔（农历初一），而农历初一对应的公历日期每年不同，因此日环食可能出现在公历的任何一天，与“1日”“15日”无关。</w:t>
      </w:r>
      <w:r>
        <w:rPr>
          <w:rFonts w:ascii="宋体" w:hAnsi="宋体" w:eastAsia="宋体"/>
          <w:b w:val="0"/>
          <w:sz w:val="19"/>
        </w:rPr>
        <w:t>【原题：2003年CNAO天文奥赛预赛 第4题】</w:t>
      </w:r>
    </w:p>
    <w:p>
      <w:pPr>
        <w:spacing w:before="0" w:after="70" w:line="300" w:lineRule="auto"/>
      </w:pPr>
      <w:r>
        <w:rPr>
          <w:rFonts w:ascii="宋体" w:hAnsi="宋体" w:eastAsia="宋体"/>
          <w:b/>
          <w:sz w:val="20"/>
        </w:rPr>
        <w:t>26、答案 A，解析：</w:t>
      </w:r>
      <w:r>
        <w:rPr>
          <w:rFonts w:ascii="宋体" w:hAnsi="宋体" w:eastAsia="宋体"/>
          <w:b w:val="0"/>
          <w:sz w:val="20"/>
        </w:rPr>
        <w:t>秒差距定义为周年视差为1″时的距离，1 pc = 206265 AU ≈ 3.26光年。题中206264为精确值206264.8的近似。</w:t>
      </w:r>
      <w:r>
        <w:rPr>
          <w:rFonts w:ascii="宋体" w:hAnsi="宋体" w:eastAsia="宋体"/>
          <w:b w:val="0"/>
          <w:sz w:val="19"/>
        </w:rPr>
        <w:t>【原题：2014年CNAO天文奥赛预赛 第25题】</w:t>
      </w:r>
    </w:p>
    <w:p>
      <w:pPr>
        <w:spacing w:before="0" w:after="70" w:line="300" w:lineRule="auto"/>
      </w:pPr>
      <w:r>
        <w:rPr>
          <w:rFonts w:ascii="宋体" w:hAnsi="宋体" w:eastAsia="宋体"/>
          <w:b/>
          <w:sz w:val="20"/>
        </w:rPr>
        <w:t>27、答案 D，解析：</w:t>
      </w:r>
      <w:r>
        <w:rPr>
          <w:rFonts w:ascii="宋体" w:hAnsi="宋体" w:eastAsia="宋体"/>
          <w:b w:val="0"/>
          <w:sz w:val="20"/>
        </w:rPr>
        <w:t>木卫一食的时刻本身是周期性的，但当地球与木星距离变化时，观测到的时刻会出现滞后或提前，差值约为光穿越地球轨道直径所需的时间（约1000秒），罗默据此首次估算了光速（约2.2×10⁵ km/s）。</w:t>
      </w:r>
      <w:r>
        <w:rPr>
          <w:rFonts w:ascii="宋体" w:hAnsi="宋体" w:eastAsia="宋体"/>
          <w:b w:val="0"/>
          <w:sz w:val="19"/>
        </w:rPr>
        <w:t>【原题：2003年CNAO天文奥赛预赛 第43题】</w:t>
      </w:r>
    </w:p>
    <w:p>
      <w:pPr>
        <w:spacing w:before="0" w:after="70" w:line="300" w:lineRule="auto"/>
      </w:pPr>
      <w:r>
        <w:rPr>
          <w:rFonts w:ascii="宋体" w:hAnsi="宋体" w:eastAsia="宋体"/>
          <w:b/>
          <w:sz w:val="20"/>
        </w:rPr>
        <w:t>28、答案 B，解析：</w:t>
      </w:r>
      <w:r>
        <w:rPr>
          <w:rFonts w:ascii="宋体" w:hAnsi="宋体" w:eastAsia="宋体"/>
          <w:b w:val="0"/>
          <w:sz w:val="20"/>
        </w:rPr>
        <w:t>月掩恒星时，恒星是点光源、视面积极小，被月面边缘掩住的瞬间即“瞬灭”，整个消失过程不足0.1秒，绝不会持续约2分钟，故B项最不正确；能持续数秒到数十秒的是小行星掩星（被掩天体有一定视直径）。象限仪座流星雨活动期在1月初，A合理；极光或彗状天体出现在北天，C可能；D的持续时间为小行星掩星的典型量级，也合理。</w:t>
      </w:r>
      <w:r>
        <w:rPr>
          <w:rFonts w:ascii="宋体" w:hAnsi="宋体" w:eastAsia="宋体"/>
          <w:b w:val="0"/>
          <w:sz w:val="19"/>
        </w:rPr>
        <w:t>【原题：2006年CNAO天文奥赛预赛 第24题】</w:t>
      </w:r>
    </w:p>
    <w:p>
      <w:pPr>
        <w:spacing w:before="0" w:after="70" w:line="300" w:lineRule="auto"/>
      </w:pPr>
      <w:r>
        <w:rPr>
          <w:rFonts w:ascii="宋体" w:hAnsi="宋体" w:eastAsia="宋体"/>
          <w:b/>
          <w:sz w:val="20"/>
        </w:rPr>
        <w:t>29、答案 A，解析：</w:t>
      </w:r>
      <w:r>
        <w:rPr>
          <w:rFonts w:ascii="宋体" w:hAnsi="宋体" w:eastAsia="宋体"/>
          <w:b w:val="0"/>
          <w:sz w:val="20"/>
        </w:rPr>
        <w:t>极光是太阳风中的高能带电粒子沿地磁场进入极区高层大气、激发氧和氮发光所致。太阳活动极大年时耀斑、日冕物质抛射频繁，地磁暴更强、更频繁，极光出现的频率、亮度和可达纬度都最高。</w:t>
      </w:r>
      <w:r>
        <w:rPr>
          <w:rFonts w:ascii="宋体" w:hAnsi="宋体" w:eastAsia="宋体"/>
          <w:b w:val="0"/>
          <w:sz w:val="19"/>
        </w:rPr>
        <w:t>【相似题：小学组天文知识竞赛练习题（第二套：恒星星座与天文现象） 第25题】</w:t>
      </w:r>
    </w:p>
    <w:p>
      <w:pPr>
        <w:spacing w:before="0" w:after="70" w:line="300" w:lineRule="auto"/>
      </w:pPr>
      <w:r>
        <w:rPr>
          <w:rFonts w:ascii="宋体" w:hAnsi="宋体" w:eastAsia="宋体"/>
          <w:b/>
          <w:sz w:val="20"/>
        </w:rPr>
        <w:t>30、答案 B，解析：</w:t>
      </w:r>
      <w:r>
        <w:rPr>
          <w:rFonts w:ascii="宋体" w:hAnsi="宋体" w:eastAsia="宋体"/>
          <w:b w:val="0"/>
          <w:sz w:val="20"/>
        </w:rPr>
        <w:t>金星是内行星，最大距角约48°，只能在日出前或日落后的一段时间内出现在地平线附近，永远不可能在半夜升到中天。木星、土星为外行星，可与太阳相差180°，半夜上中天；织女星是恒星，也会半夜中天。</w:t>
      </w:r>
      <w:r>
        <w:rPr>
          <w:rFonts w:ascii="宋体" w:hAnsi="宋体" w:eastAsia="宋体"/>
          <w:b w:val="0"/>
          <w:sz w:val="19"/>
        </w:rPr>
        <w:t>【相似题：2026年CNAO全国中小学生天文知识竞赛（小学组） 第2题】</w:t>
      </w:r>
    </w:p>
    <w:p>
      <w:pPr>
        <w:spacing w:before="0" w:after="70" w:line="300" w:lineRule="auto"/>
      </w:pPr>
      <w:r>
        <w:rPr>
          <w:rFonts w:ascii="宋体" w:hAnsi="宋体" w:eastAsia="宋体"/>
          <w:b/>
          <w:sz w:val="20"/>
        </w:rPr>
        <w:t>31、答案 B，解析：</w:t>
      </w:r>
      <w:r>
        <w:rPr>
          <w:rFonts w:ascii="宋体" w:hAnsi="宋体" w:eastAsia="宋体"/>
          <w:b w:val="0"/>
          <w:sz w:val="20"/>
        </w:rPr>
        <w:t>梅西耶马拉松需在一夜之内看完全部110个梅西耶天体，最佳时机是春分前后、且整夜无月的日期。2026年3月19日为朔，3月21日距朔仅两天，整夜基本无月光干扰，最合适。</w:t>
      </w:r>
      <w:r>
        <w:rPr>
          <w:rFonts w:ascii="宋体" w:hAnsi="宋体" w:eastAsia="宋体"/>
          <w:b w:val="0"/>
          <w:sz w:val="19"/>
        </w:rPr>
        <w:t>【原题：2008年CNAO天文奥赛预赛 第25题】</w:t>
      </w:r>
    </w:p>
    <w:p>
      <w:pPr>
        <w:spacing w:before="0" w:after="70" w:line="300" w:lineRule="auto"/>
      </w:pPr>
      <w:r>
        <w:rPr>
          <w:rFonts w:ascii="宋体" w:hAnsi="宋体" w:eastAsia="宋体"/>
          <w:b/>
          <w:sz w:val="20"/>
        </w:rPr>
        <w:t>32、答案 C，解析：</w:t>
      </w:r>
      <w:r>
        <w:rPr>
          <w:rFonts w:ascii="宋体" w:hAnsi="宋体" w:eastAsia="宋体"/>
          <w:b w:val="0"/>
          <w:sz w:val="20"/>
        </w:rPr>
        <w:t>望远镜的聚光能力与口径平方成正比，口径减半聚光力降为1/4，对应的星等差为2.5lg4≈1.5等，因此极限星等变暗1.5等：14.0−1.5＝12.5等。</w:t>
      </w:r>
      <w:r>
        <w:rPr>
          <w:rFonts w:ascii="宋体" w:hAnsi="宋体" w:eastAsia="宋体"/>
          <w:b w:val="0"/>
          <w:sz w:val="19"/>
        </w:rPr>
        <w:t>【相似题：2003年CNAO天文奥赛预赛 第33题】</w:t>
      </w:r>
    </w:p>
    <w:p>
      <w:pPr>
        <w:spacing w:before="0" w:after="70" w:line="300" w:lineRule="auto"/>
      </w:pPr>
      <w:r>
        <w:rPr>
          <w:rFonts w:ascii="宋体" w:hAnsi="宋体" w:eastAsia="宋体"/>
          <w:b/>
          <w:sz w:val="20"/>
        </w:rPr>
        <w:t>33、答案 C，解析：</w:t>
      </w:r>
      <w:r>
        <w:rPr>
          <w:rFonts w:ascii="宋体" w:hAnsi="宋体" w:eastAsia="宋体"/>
          <w:b w:val="0"/>
          <w:sz w:val="20"/>
        </w:rPr>
        <w:t>A型星（约7500～10000K，如天狼星、织女星）表面温度适中，氢原子大量处于第二能级，巴尔末线吸收最强。温度更高的B型星氢大量电离、更低的G型星氢多处于基态，氢线都相对减弱。</w:t>
      </w:r>
      <w:r>
        <w:rPr>
          <w:rFonts w:ascii="宋体" w:hAnsi="宋体" w:eastAsia="宋体"/>
          <w:b w:val="0"/>
          <w:sz w:val="19"/>
        </w:rPr>
        <w:t>【原题：2016年中国台湾地区天文知识测验 第70题】</w:t>
      </w:r>
    </w:p>
    <w:p>
      <w:pPr>
        <w:spacing w:before="0" w:after="70" w:line="300" w:lineRule="auto"/>
      </w:pPr>
      <w:r>
        <w:rPr>
          <w:rFonts w:ascii="宋体" w:hAnsi="宋体" w:eastAsia="宋体"/>
          <w:b/>
          <w:sz w:val="20"/>
        </w:rPr>
        <w:t>34、答案 B，解析：</w:t>
      </w:r>
      <w:r>
        <w:rPr>
          <w:rFonts w:ascii="宋体" w:hAnsi="宋体" w:eastAsia="宋体"/>
          <w:b w:val="0"/>
          <w:sz w:val="20"/>
        </w:rPr>
        <w:t>太阳相对邻近恒星的本动指向武仙座方向（太阳向点），该方向靠近天琴座的织女星，因此织女星是四个选项中离太阳运动方向最近的天体。</w:t>
      </w:r>
      <w:r>
        <w:rPr>
          <w:rFonts w:ascii="宋体" w:hAnsi="宋体" w:eastAsia="宋体"/>
          <w:b w:val="0"/>
          <w:sz w:val="19"/>
        </w:rPr>
        <w:t>【相似题：2003年CNAO天文奥赛预赛 第34题】</w:t>
      </w:r>
    </w:p>
    <w:p>
      <w:pPr>
        <w:spacing w:before="0" w:after="70" w:line="300" w:lineRule="auto"/>
      </w:pPr>
      <w:r>
        <w:rPr>
          <w:rFonts w:ascii="宋体" w:hAnsi="宋体" w:eastAsia="宋体"/>
          <w:b/>
          <w:sz w:val="20"/>
        </w:rPr>
        <w:t>35、答案 B，解析：</w:t>
      </w:r>
      <w:r>
        <w:rPr>
          <w:rFonts w:ascii="宋体" w:hAnsi="宋体" w:eastAsia="宋体"/>
          <w:b w:val="0"/>
          <w:sz w:val="20"/>
        </w:rPr>
        <w:t>柯伊伯带共振带天体与海王星形成轨道共振，如冥族小天体（3:2共振，冥王星即属此类）、2:1共振天体等；传统带天体则与海王星无共振关系。</w:t>
      </w:r>
      <w:r>
        <w:rPr>
          <w:rFonts w:ascii="宋体" w:hAnsi="宋体" w:eastAsia="宋体"/>
          <w:b w:val="0"/>
          <w:sz w:val="19"/>
        </w:rPr>
        <w:t>【原题：2015年CNAO天文奥赛预赛 第23题】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sz w:val="18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