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850C760" w:rsidR="00FF3CE6" w:rsidRDefault="00000000">
      <w:pPr>
        <w:spacing w:after="240" w:line="440" w:lineRule="exact"/>
        <w:jc w:val="center"/>
        <w:rPr>
          <w:lang w:eastAsia="zh-CN"/>
        </w:rPr>
      </w:pPr>
      <w:r>
        <w:rPr>
          <w:rFonts w:ascii="黑体" w:eastAsia="黑体" w:hAnsi="黑体" w:hint="eastAsia"/>
          <w:b/>
          <w:sz w:val="32"/>
          <w:lang w:eastAsia="zh-CN"/>
        </w:rPr>
        <w:t>2025-2026学年CN</w:t>
      </w:r>
      <w:r w:rsidR="005C7F3B">
        <w:rPr>
          <w:rFonts w:ascii="黑体" w:eastAsia="黑体" w:hAnsi="黑体" w:hint="eastAsia"/>
          <w:b/>
          <w:sz w:val="32"/>
          <w:lang w:eastAsia="zh-CN"/>
        </w:rPr>
        <w:t>A</w:t>
      </w:r>
      <w:r>
        <w:rPr>
          <w:rFonts w:ascii="黑体" w:eastAsia="黑体" w:hAnsi="黑体" w:hint="eastAsia"/>
          <w:b/>
          <w:sz w:val="32"/>
          <w:lang w:eastAsia="zh-CN"/>
        </w:rPr>
        <w:t>O全国中学生天文知识竞赛预赛A卷试题</w:t>
      </w:r>
    </w:p>
    <w:p w14:paraId="00000004" w14:textId="77777777" w:rsidR="00FF3CE6" w:rsidRDefault="00000000">
      <w:pPr>
        <w:spacing w:before="120" w:after="120" w:line="440" w:lineRule="exact"/>
        <w:rPr>
          <w:lang w:eastAsia="zh-CN"/>
        </w:rPr>
      </w:pPr>
      <w:r>
        <w:rPr>
          <w:rFonts w:ascii="黑体" w:eastAsia="黑体" w:hAnsi="黑体" w:hint="eastAsia"/>
          <w:b/>
          <w:sz w:val="24"/>
          <w:lang w:eastAsia="zh-CN"/>
        </w:rPr>
        <w:t>【注意事项】请务必仔细阅读！</w:t>
      </w:r>
    </w:p>
    <w:p w14:paraId="00000005" w14:textId="77777777" w:rsidR="00FF3CE6" w:rsidRDefault="00000000">
      <w:pPr>
        <w:spacing w:after="80" w:line="440" w:lineRule="exact"/>
        <w:rPr>
          <w:lang w:eastAsia="zh-CN"/>
        </w:rPr>
      </w:pPr>
      <w:r>
        <w:rPr>
          <w:rFonts w:ascii="宋体" w:eastAsia="宋体" w:hAnsi="宋体" w:hint="eastAsia"/>
          <w:lang w:eastAsia="zh-CN"/>
        </w:rPr>
        <w:t>1. 每位考生会拿到一张预赛试卷和一张答题卡。试卷和答题卡都需要填写，且填写的内容必须完全一致。试卷上所有书写用钢笔或签字笔，答题卡上所有书写和填涂用2B铅笔。</w:t>
      </w:r>
    </w:p>
    <w:p w14:paraId="00000006" w14:textId="77777777" w:rsidR="00FF3CE6" w:rsidRDefault="00000000">
      <w:pPr>
        <w:spacing w:after="80" w:line="440" w:lineRule="exact"/>
        <w:rPr>
          <w:lang w:eastAsia="zh-CN"/>
        </w:rPr>
      </w:pPr>
      <w:r>
        <w:rPr>
          <w:rFonts w:ascii="宋体" w:eastAsia="宋体" w:hAnsi="宋体" w:hint="eastAsia"/>
          <w:lang w:eastAsia="zh-CN"/>
        </w:rPr>
        <w:t>2. 低年组考生（指2011年1月1日及以后出生，并且没有参加过各项国际天文奥赛的考生）只答本卷的01-30题，高年组考生只答06-35题。</w:t>
      </w:r>
    </w:p>
    <w:p w14:paraId="00000007" w14:textId="77777777" w:rsidR="00FF3CE6" w:rsidRDefault="00000000">
      <w:pPr>
        <w:spacing w:after="80" w:line="440" w:lineRule="exact"/>
        <w:rPr>
          <w:lang w:eastAsia="zh-CN"/>
        </w:rPr>
      </w:pPr>
      <w:r>
        <w:rPr>
          <w:rFonts w:ascii="宋体" w:eastAsia="宋体" w:hAnsi="宋体" w:hint="eastAsia"/>
          <w:lang w:eastAsia="zh-CN"/>
        </w:rPr>
        <w:t>3. 本卷为闭卷考试，请答卷人按照自己的真实水平独立完成答卷。按要求在答题卡上填写"姓名"、填涂"试卷类型"（见本注意事项之前的表格第二列）、"准考证号"（在空格处写数字，并填涂每个数字下面对应的部分）、组别（"高"或"低"）以及题目的答案。未按要求填涂的无有效成绩。考试开始30分钟之后才可交卷，并在不影响其他考生答题的情况下安静离开考场。在监考老师宣布考试结束时，该考场所有考生应停止答卷，将试卷和答题卡放在桌上，保持安静离开考场。</w:t>
      </w:r>
    </w:p>
    <w:p w14:paraId="00000008" w14:textId="77777777" w:rsidR="00FF3CE6" w:rsidRDefault="00000000">
      <w:pPr>
        <w:spacing w:after="80" w:line="440" w:lineRule="exact"/>
        <w:rPr>
          <w:lang w:eastAsia="zh-CN"/>
        </w:rPr>
      </w:pPr>
      <w:r>
        <w:rPr>
          <w:rFonts w:ascii="宋体" w:eastAsia="宋体" w:hAnsi="宋体" w:hint="eastAsia"/>
          <w:lang w:eastAsia="zh-CN"/>
        </w:rPr>
        <w:t>4. 每题选择一个最接近正确的选项。将对应的字母（A,B,C,D之一）填在试卷上并填涂在答题卡该题号下方的对应处。不会做的题目不选。已填涂的答案如需改正，请用橡皮将原答案尽量擦除干净。每道题答对得4分，答错或多选得-4分，不选得0分。满分120分。</w:t>
      </w:r>
    </w:p>
    <w:p w14:paraId="00000009" w14:textId="77777777" w:rsidR="00FF3CE6" w:rsidRDefault="00000000">
      <w:pPr>
        <w:spacing w:after="80" w:line="440" w:lineRule="exact"/>
        <w:rPr>
          <w:lang w:eastAsia="zh-CN"/>
        </w:rPr>
      </w:pPr>
      <w:r>
        <w:rPr>
          <w:rFonts w:ascii="宋体" w:eastAsia="宋体" w:hAnsi="宋体" w:hint="eastAsia"/>
          <w:lang w:eastAsia="zh-CN"/>
        </w:rPr>
        <w:t>5. 本试题、答案及决赛名单将在北京天文馆网站、微博、微信公众号，《天文爱好者》杂志公布。</w:t>
      </w:r>
    </w:p>
    <w:p w14:paraId="0000000A" w14:textId="77777777" w:rsidR="00FF3CE6" w:rsidRDefault="00000000">
      <w:pPr>
        <w:spacing w:before="240" w:after="240" w:line="440" w:lineRule="exact"/>
        <w:rPr>
          <w:lang w:eastAsia="zh-CN"/>
        </w:rPr>
      </w:pPr>
      <w:r>
        <w:rPr>
          <w:rFonts w:ascii="宋体" w:eastAsia="宋体" w:hAnsi="宋体" w:hint="eastAsia"/>
          <w:sz w:val="24"/>
          <w:lang w:eastAsia="zh-CN"/>
        </w:rPr>
        <w:t>姓名：__________    年级：__________    班级：__________    得分：__________</w:t>
      </w:r>
    </w:p>
    <w:p w14:paraId="0000000B" w14:textId="77777777" w:rsidR="00FF3CE6" w:rsidRDefault="00000000">
      <w:pPr>
        <w:spacing w:before="120" w:after="240" w:line="440" w:lineRule="exact"/>
        <w:jc w:val="center"/>
      </w:pPr>
      <w:r>
        <w:rPr>
          <w:rFonts w:ascii="宋体" w:eastAsia="宋体" w:hAnsi="宋体"/>
          <w:sz w:val="20"/>
        </w:rPr>
        <w:t>————————————————————————————————————————</w:t>
      </w:r>
    </w:p>
    <w:p w14:paraId="0000000C" w14:textId="77777777" w:rsidR="00FF3CE6" w:rsidRDefault="00000000">
      <w:pPr>
        <w:spacing w:before="120" w:line="440" w:lineRule="exact"/>
        <w:rPr>
          <w:lang w:eastAsia="zh-CN"/>
        </w:rPr>
      </w:pPr>
      <w:r>
        <w:rPr>
          <w:rFonts w:ascii="黑体" w:eastAsia="黑体" w:hAnsi="黑体" w:hint="eastAsia"/>
          <w:b/>
          <w:sz w:val="28"/>
          <w:lang w:eastAsia="zh-CN"/>
        </w:rPr>
        <w:t>【试题】</w:t>
      </w:r>
    </w:p>
    <w:p w14:paraId="0000000D" w14:textId="77777777" w:rsidR="00FF3CE6" w:rsidRDefault="00000000">
      <w:pPr>
        <w:spacing w:before="120" w:after="40" w:line="440" w:lineRule="exact"/>
        <w:rPr>
          <w:lang w:eastAsia="zh-CN"/>
        </w:rPr>
      </w:pPr>
      <w:r>
        <w:rPr>
          <w:rFonts w:ascii="宋体" w:eastAsia="宋体" w:hAnsi="宋体" w:hint="eastAsia"/>
          <w:sz w:val="24"/>
          <w:lang w:eastAsia="zh-CN"/>
        </w:rPr>
        <w:t>1、大角、角宿一、五帝座一组成的三角形是（  ）。</w:t>
      </w:r>
    </w:p>
    <w:p w14:paraId="0000000E" w14:textId="77777777" w:rsidR="00FF3CE6" w:rsidRDefault="00000000">
      <w:pPr>
        <w:spacing w:after="40" w:line="400" w:lineRule="exact"/>
        <w:ind w:left="283"/>
      </w:pPr>
      <w:r>
        <w:rPr>
          <w:rFonts w:ascii="宋体" w:eastAsia="宋体" w:hAnsi="宋体" w:hint="eastAsia"/>
        </w:rPr>
        <w:t>A. 春季大三角        B. 夏季大三角</w:t>
      </w:r>
    </w:p>
    <w:p w14:paraId="0000000F" w14:textId="77777777" w:rsidR="00FF3CE6" w:rsidRDefault="00000000">
      <w:pPr>
        <w:spacing w:after="80" w:line="400" w:lineRule="exact"/>
        <w:ind w:left="283"/>
      </w:pPr>
      <w:r>
        <w:rPr>
          <w:rFonts w:ascii="宋体" w:eastAsia="宋体" w:hAnsi="宋体" w:hint="eastAsia"/>
        </w:rPr>
        <w:t>C. 秋季大三角        D. 冬季大三角</w:t>
      </w:r>
    </w:p>
    <w:p w14:paraId="00000010" w14:textId="77777777" w:rsidR="00FF3CE6" w:rsidRDefault="00000000">
      <w:pPr>
        <w:spacing w:before="120" w:after="40" w:line="440" w:lineRule="exact"/>
      </w:pPr>
      <w:r>
        <w:rPr>
          <w:rFonts w:ascii="宋体" w:eastAsia="宋体" w:hAnsi="宋体" w:hint="eastAsia"/>
          <w:sz w:val="24"/>
        </w:rPr>
        <w:lastRenderedPageBreak/>
        <w:t>2、今晚的月相是（  ）。</w:t>
      </w:r>
    </w:p>
    <w:p w14:paraId="00000011" w14:textId="77777777" w:rsidR="00FF3CE6" w:rsidRDefault="00000000">
      <w:pPr>
        <w:spacing w:after="40" w:line="400" w:lineRule="exact"/>
        <w:ind w:left="283"/>
      </w:pPr>
      <w:r>
        <w:rPr>
          <w:rFonts w:ascii="宋体" w:eastAsia="宋体" w:hAnsi="宋体" w:hint="eastAsia"/>
        </w:rPr>
        <w:t>A. 蛾眉月        B. 盈凸月</w:t>
      </w:r>
    </w:p>
    <w:p w14:paraId="00000012" w14:textId="77777777" w:rsidR="00FF3CE6" w:rsidRDefault="00000000">
      <w:pPr>
        <w:spacing w:after="80" w:line="400" w:lineRule="exact"/>
        <w:ind w:left="283"/>
        <w:rPr>
          <w:lang w:eastAsia="zh-CN"/>
        </w:rPr>
      </w:pPr>
      <w:r>
        <w:rPr>
          <w:rFonts w:ascii="宋体" w:eastAsia="宋体" w:hAnsi="宋体" w:hint="eastAsia"/>
          <w:lang w:eastAsia="zh-CN"/>
        </w:rPr>
        <w:t>C. 满月        D. 残月</w:t>
      </w:r>
    </w:p>
    <w:p w14:paraId="00000013" w14:textId="77777777" w:rsidR="00FF3CE6" w:rsidRDefault="00000000">
      <w:pPr>
        <w:spacing w:before="120" w:after="40" w:line="440" w:lineRule="exact"/>
      </w:pPr>
      <w:r>
        <w:rPr>
          <w:rFonts w:ascii="宋体" w:eastAsia="宋体" w:hAnsi="宋体" w:hint="eastAsia"/>
          <w:sz w:val="24"/>
          <w:lang w:eastAsia="zh-CN"/>
        </w:rPr>
        <w:t xml:space="preserve">3、在我国海南省三沙市，看不到以下哪颗恒星？（  </w:t>
      </w:r>
      <w:r>
        <w:rPr>
          <w:rFonts w:ascii="宋体" w:eastAsia="宋体" w:hAnsi="宋体" w:hint="eastAsia"/>
          <w:sz w:val="24"/>
        </w:rPr>
        <w:t>）</w:t>
      </w:r>
    </w:p>
    <w:p w14:paraId="00000014" w14:textId="77777777" w:rsidR="00FF3CE6" w:rsidRDefault="00000000">
      <w:pPr>
        <w:spacing w:after="40" w:line="400" w:lineRule="exact"/>
        <w:ind w:left="283"/>
      </w:pPr>
      <w:r>
        <w:rPr>
          <w:rFonts w:ascii="宋体" w:eastAsia="宋体" w:hAnsi="宋体" w:hint="eastAsia"/>
        </w:rPr>
        <w:t>A. 天狼星        B. 老人星</w:t>
      </w:r>
    </w:p>
    <w:p w14:paraId="00000015" w14:textId="77777777" w:rsidR="00FF3CE6" w:rsidRDefault="00000000">
      <w:pPr>
        <w:spacing w:after="80" w:line="400" w:lineRule="exact"/>
        <w:ind w:left="283"/>
      </w:pPr>
      <w:r>
        <w:rPr>
          <w:rFonts w:ascii="宋体" w:eastAsia="宋体" w:hAnsi="宋体" w:hint="eastAsia"/>
        </w:rPr>
        <w:t>C. 水委一        D. 其他三个选项中的恒星都能看到</w:t>
      </w:r>
    </w:p>
    <w:p w14:paraId="00000016" w14:textId="77777777" w:rsidR="00FF3CE6" w:rsidRDefault="00000000">
      <w:pPr>
        <w:spacing w:before="120" w:after="40" w:line="440" w:lineRule="exact"/>
      </w:pPr>
      <w:r>
        <w:rPr>
          <w:rFonts w:ascii="宋体" w:eastAsia="宋体" w:hAnsi="宋体" w:hint="eastAsia"/>
          <w:sz w:val="24"/>
        </w:rPr>
        <w:t>4、以下哪颗行星没有已探明的行星环？（  ）</w:t>
      </w:r>
    </w:p>
    <w:p w14:paraId="00000017" w14:textId="77777777" w:rsidR="00FF3CE6" w:rsidRDefault="00000000">
      <w:pPr>
        <w:spacing w:after="40" w:line="400" w:lineRule="exact"/>
        <w:ind w:left="283"/>
      </w:pPr>
      <w:r>
        <w:rPr>
          <w:rFonts w:ascii="宋体" w:eastAsia="宋体" w:hAnsi="宋体" w:hint="eastAsia"/>
        </w:rPr>
        <w:t>A. 火星        B. 木星</w:t>
      </w:r>
    </w:p>
    <w:p w14:paraId="00000018" w14:textId="77777777" w:rsidR="00FF3CE6" w:rsidRDefault="00000000">
      <w:pPr>
        <w:spacing w:after="80" w:line="400" w:lineRule="exact"/>
        <w:ind w:left="283"/>
      </w:pPr>
      <w:r>
        <w:rPr>
          <w:rFonts w:ascii="宋体" w:eastAsia="宋体" w:hAnsi="宋体" w:hint="eastAsia"/>
        </w:rPr>
        <w:t>C. 天王星        D. 海王星</w:t>
      </w:r>
    </w:p>
    <w:p w14:paraId="00000019" w14:textId="77777777" w:rsidR="00FF3CE6" w:rsidRDefault="00000000">
      <w:pPr>
        <w:spacing w:before="120" w:after="40" w:line="440" w:lineRule="exact"/>
      </w:pPr>
      <w:r>
        <w:rPr>
          <w:rFonts w:ascii="宋体" w:eastAsia="宋体" w:hAnsi="宋体" w:hint="eastAsia"/>
          <w:sz w:val="24"/>
        </w:rPr>
        <w:t>5、在我国二十四节气里的冬至日，在澳大利亚某地（南纬41.6°，东经175.8°）看日出，太阳应该是从哪个方位升起来？（  ）</w:t>
      </w:r>
    </w:p>
    <w:p w14:paraId="0000001A" w14:textId="77777777" w:rsidR="00FF3CE6" w:rsidRDefault="00000000">
      <w:pPr>
        <w:spacing w:after="40" w:line="400" w:lineRule="exact"/>
        <w:ind w:left="283"/>
      </w:pPr>
      <w:r>
        <w:rPr>
          <w:rFonts w:ascii="宋体" w:eastAsia="宋体" w:hAnsi="宋体" w:hint="eastAsia"/>
        </w:rPr>
        <w:t>A. 东偏南        B. 东偏北</w:t>
      </w:r>
    </w:p>
    <w:p w14:paraId="0000001B" w14:textId="77777777" w:rsidR="00FF3CE6" w:rsidRDefault="00000000">
      <w:pPr>
        <w:spacing w:after="80" w:line="400" w:lineRule="exact"/>
        <w:ind w:left="283"/>
      </w:pPr>
      <w:r>
        <w:rPr>
          <w:rFonts w:ascii="宋体" w:eastAsia="宋体" w:hAnsi="宋体" w:hint="eastAsia"/>
        </w:rPr>
        <w:t>C. 西偏南        D. 西偏北</w:t>
      </w:r>
    </w:p>
    <w:p w14:paraId="0000001C" w14:textId="77777777" w:rsidR="00FF3CE6" w:rsidRDefault="00000000">
      <w:pPr>
        <w:spacing w:before="120" w:after="40" w:line="440" w:lineRule="exact"/>
      </w:pPr>
      <w:r>
        <w:rPr>
          <w:rFonts w:ascii="宋体" w:eastAsia="宋体" w:hAnsi="宋体" w:hint="eastAsia"/>
          <w:sz w:val="24"/>
        </w:rPr>
        <w:t>6、下面是仙后座的示意图，北极星大致在哪个方向？（  ）</w:t>
      </w:r>
    </w:p>
    <w:p w14:paraId="0000001D" w14:textId="77777777" w:rsidR="00FF3CE6" w:rsidRDefault="00000000">
      <w:pPr>
        <w:spacing w:before="40" w:after="40" w:line="440" w:lineRule="exact"/>
      </w:pPr>
      <w:r>
        <w:rPr>
          <w:rFonts w:ascii="宋体" w:eastAsia="宋体" w:hAnsi="宋体" w:hint="eastAsia"/>
          <w:color w:val="808080"/>
          <w:sz w:val="20"/>
        </w:rPr>
        <w:t>（本题附有示意图，请参考原卷）</w:t>
      </w:r>
    </w:p>
    <w:p w14:paraId="0000001E" w14:textId="77777777" w:rsidR="00FF3CE6" w:rsidRDefault="00000000">
      <w:pPr>
        <w:spacing w:after="40" w:line="400" w:lineRule="exact"/>
        <w:ind w:left="283"/>
      </w:pPr>
      <w:r>
        <w:rPr>
          <w:rFonts w:ascii="宋体" w:eastAsia="宋体" w:hAnsi="宋体" w:hint="eastAsia"/>
        </w:rPr>
        <w:t>A. （见附图方向A）        B. （见附图方向B）</w:t>
      </w:r>
    </w:p>
    <w:p w14:paraId="0000001F" w14:textId="77777777" w:rsidR="00FF3CE6" w:rsidRDefault="00000000">
      <w:pPr>
        <w:spacing w:after="80" w:line="400" w:lineRule="exact"/>
        <w:ind w:left="283"/>
      </w:pPr>
      <w:r>
        <w:rPr>
          <w:rFonts w:ascii="宋体" w:eastAsia="宋体" w:hAnsi="宋体" w:hint="eastAsia"/>
        </w:rPr>
        <w:t>C. （见附图方向C）        D. （见附图方向D）</w:t>
      </w:r>
    </w:p>
    <w:p w14:paraId="00000020" w14:textId="77777777" w:rsidR="00FF3CE6" w:rsidRDefault="00000000">
      <w:pPr>
        <w:spacing w:before="120" w:after="40" w:line="440" w:lineRule="exact"/>
      </w:pPr>
      <w:r>
        <w:rPr>
          <w:rFonts w:ascii="宋体" w:eastAsia="宋体" w:hAnsi="宋体" w:hint="eastAsia"/>
          <w:sz w:val="24"/>
        </w:rPr>
        <w:t>7、以下哪个星座的天区面积最小？（  ）</w:t>
      </w:r>
    </w:p>
    <w:p w14:paraId="00000021" w14:textId="77777777" w:rsidR="00FF3CE6" w:rsidRDefault="00000000">
      <w:pPr>
        <w:spacing w:after="40" w:line="400" w:lineRule="exact"/>
        <w:ind w:left="283"/>
      </w:pPr>
      <w:r>
        <w:rPr>
          <w:rFonts w:ascii="宋体" w:eastAsia="宋体" w:hAnsi="宋体" w:hint="eastAsia"/>
        </w:rPr>
        <w:t>A. 飞马座        B. 小马座</w:t>
      </w:r>
    </w:p>
    <w:p w14:paraId="00000022" w14:textId="77777777" w:rsidR="00FF3CE6" w:rsidRDefault="00000000">
      <w:pPr>
        <w:spacing w:after="80" w:line="400" w:lineRule="exact"/>
        <w:ind w:left="283"/>
      </w:pPr>
      <w:r>
        <w:rPr>
          <w:rFonts w:ascii="宋体" w:eastAsia="宋体" w:hAnsi="宋体" w:hint="eastAsia"/>
        </w:rPr>
        <w:t>C. 人马座        D. 半人马座</w:t>
      </w:r>
    </w:p>
    <w:p w14:paraId="00000023" w14:textId="77777777" w:rsidR="00FF3CE6" w:rsidRDefault="00000000">
      <w:pPr>
        <w:spacing w:before="120" w:after="40" w:line="440" w:lineRule="exact"/>
      </w:pPr>
      <w:r>
        <w:rPr>
          <w:rFonts w:ascii="宋体" w:eastAsia="宋体" w:hAnsi="宋体" w:hint="eastAsia"/>
          <w:sz w:val="24"/>
        </w:rPr>
        <w:t>8、以下哪个我国传统节日当天不可能发生月食？（  ）</w:t>
      </w:r>
    </w:p>
    <w:p w14:paraId="00000024" w14:textId="77777777" w:rsidR="00FF3CE6" w:rsidRDefault="00000000">
      <w:pPr>
        <w:spacing w:after="40" w:line="400" w:lineRule="exact"/>
        <w:ind w:left="283"/>
      </w:pPr>
      <w:r>
        <w:rPr>
          <w:rFonts w:ascii="宋体" w:eastAsia="宋体" w:hAnsi="宋体" w:hint="eastAsia"/>
        </w:rPr>
        <w:t>A. 元宵节        B. 清明节</w:t>
      </w:r>
    </w:p>
    <w:p w14:paraId="00000025" w14:textId="77777777" w:rsidR="00FF3CE6" w:rsidRDefault="00000000">
      <w:pPr>
        <w:spacing w:after="80" w:line="400" w:lineRule="exact"/>
        <w:ind w:left="283"/>
      </w:pPr>
      <w:r>
        <w:rPr>
          <w:rFonts w:ascii="宋体" w:eastAsia="宋体" w:hAnsi="宋体" w:hint="eastAsia"/>
        </w:rPr>
        <w:t>C. 端午节        D. 中秋节</w:t>
      </w:r>
    </w:p>
    <w:p w14:paraId="00000026" w14:textId="77777777" w:rsidR="00FF3CE6" w:rsidRDefault="00000000">
      <w:pPr>
        <w:spacing w:before="120" w:after="40" w:line="440" w:lineRule="exact"/>
      </w:pPr>
      <w:r>
        <w:rPr>
          <w:rFonts w:ascii="宋体" w:eastAsia="宋体" w:hAnsi="宋体" w:hint="eastAsia"/>
          <w:sz w:val="24"/>
        </w:rPr>
        <w:t>9、下列关于系外行星宜居带的说法，正确的是（  ）。</w:t>
      </w:r>
    </w:p>
    <w:p w14:paraId="00000027" w14:textId="77777777" w:rsidR="00FF3CE6" w:rsidRDefault="00000000">
      <w:pPr>
        <w:spacing w:after="40" w:line="400" w:lineRule="exact"/>
        <w:ind w:left="283"/>
      </w:pPr>
      <w:r>
        <w:rPr>
          <w:rFonts w:ascii="宋体" w:eastAsia="宋体" w:hAnsi="宋体" w:hint="eastAsia"/>
        </w:rPr>
        <w:t>A. 宜居带内一定存在液态水        B. 宜居带的位置只与行星质量有关</w:t>
      </w:r>
    </w:p>
    <w:p w14:paraId="00000028" w14:textId="77777777" w:rsidR="00FF3CE6" w:rsidRDefault="00000000">
      <w:pPr>
        <w:spacing w:after="80" w:line="400" w:lineRule="exact"/>
        <w:ind w:left="283"/>
      </w:pPr>
      <w:r>
        <w:rPr>
          <w:rFonts w:ascii="宋体" w:eastAsia="宋体" w:hAnsi="宋体" w:hint="eastAsia"/>
        </w:rPr>
        <w:t>C. 恒星光度越高，宜居带距离越远        D. 只有类太阳恒星才有宜居带</w:t>
      </w:r>
    </w:p>
    <w:p w14:paraId="00000029" w14:textId="77777777" w:rsidR="00FF3CE6" w:rsidRDefault="00000000">
      <w:pPr>
        <w:spacing w:before="120" w:after="40" w:line="440" w:lineRule="exact"/>
      </w:pPr>
      <w:r>
        <w:rPr>
          <w:rFonts w:ascii="宋体" w:eastAsia="宋体" w:hAnsi="宋体" w:hint="eastAsia"/>
          <w:sz w:val="24"/>
        </w:rPr>
        <w:t>10、在星空中，以下哪两个星官的角距离最远？（  ）</w:t>
      </w:r>
    </w:p>
    <w:p w14:paraId="0000002A" w14:textId="77777777" w:rsidR="00FF3CE6" w:rsidRDefault="00000000">
      <w:pPr>
        <w:spacing w:after="40" w:line="400" w:lineRule="exact"/>
        <w:ind w:left="283"/>
      </w:pPr>
      <w:r>
        <w:rPr>
          <w:rFonts w:ascii="宋体" w:eastAsia="宋体" w:hAnsi="宋体" w:hint="eastAsia"/>
        </w:rPr>
        <w:t>A. 角宿和房宿        B. 牛宿和虚宿</w:t>
      </w:r>
    </w:p>
    <w:p w14:paraId="0000002B" w14:textId="77777777" w:rsidR="00FF3CE6" w:rsidRDefault="00000000">
      <w:pPr>
        <w:spacing w:after="80" w:line="400" w:lineRule="exact"/>
        <w:ind w:left="283"/>
      </w:pPr>
      <w:r>
        <w:rPr>
          <w:rFonts w:ascii="宋体" w:eastAsia="宋体" w:hAnsi="宋体" w:hint="eastAsia"/>
        </w:rPr>
        <w:t>C. 壁宿和娄宿        D. 昴宿和星宿</w:t>
      </w:r>
    </w:p>
    <w:p w14:paraId="0000002C" w14:textId="77777777" w:rsidR="00FF3CE6" w:rsidRDefault="00000000">
      <w:pPr>
        <w:spacing w:before="120" w:after="40" w:line="440" w:lineRule="exact"/>
      </w:pPr>
      <w:r>
        <w:rPr>
          <w:rFonts w:ascii="宋体" w:eastAsia="宋体" w:hAnsi="宋体" w:hint="eastAsia"/>
          <w:sz w:val="24"/>
        </w:rPr>
        <w:lastRenderedPageBreak/>
        <w:t>11、以下哪颗彗星完全以中国人的名字命名？（  ）</w:t>
      </w:r>
    </w:p>
    <w:p w14:paraId="0000002D" w14:textId="77777777" w:rsidR="00FF3CE6" w:rsidRDefault="00000000">
      <w:pPr>
        <w:spacing w:after="40" w:line="400" w:lineRule="exact"/>
        <w:ind w:left="283"/>
      </w:pPr>
      <w:r>
        <w:rPr>
          <w:rFonts w:ascii="宋体" w:eastAsia="宋体" w:hAnsi="宋体" w:hint="eastAsia"/>
        </w:rPr>
        <w:t>A. C/1965 S1 池谷-关彗星        B. 153P 池谷-张彗星</w:t>
      </w:r>
    </w:p>
    <w:p w14:paraId="0000002E" w14:textId="77777777" w:rsidR="00FF3CE6" w:rsidRDefault="00000000">
      <w:pPr>
        <w:spacing w:after="80" w:line="400" w:lineRule="exact"/>
        <w:ind w:left="283"/>
      </w:pPr>
      <w:r>
        <w:rPr>
          <w:rFonts w:ascii="宋体" w:eastAsia="宋体" w:hAnsi="宋体" w:hint="eastAsia"/>
        </w:rPr>
        <w:t>C. C/1997 L1 朱-巴拉姆彗星        D. C/2026 B2 孙-高彗星</w:t>
      </w:r>
    </w:p>
    <w:p w14:paraId="0000002F" w14:textId="77777777" w:rsidR="00FF3CE6" w:rsidRDefault="00000000">
      <w:pPr>
        <w:spacing w:before="120" w:after="40" w:line="440" w:lineRule="exact"/>
      </w:pPr>
      <w:r>
        <w:rPr>
          <w:rFonts w:ascii="宋体" w:eastAsia="宋体" w:hAnsi="宋体" w:hint="eastAsia"/>
          <w:sz w:val="24"/>
        </w:rPr>
        <w:t>12、春分是中国传统二十四节气之一。在春分日，以下选项中不可能发生的是（  ）。</w:t>
      </w:r>
    </w:p>
    <w:p w14:paraId="00000030" w14:textId="77777777" w:rsidR="00FF3CE6" w:rsidRDefault="00000000">
      <w:pPr>
        <w:spacing w:after="40" w:line="400" w:lineRule="exact"/>
        <w:ind w:left="283"/>
      </w:pPr>
      <w:r>
        <w:rPr>
          <w:rFonts w:ascii="宋体" w:eastAsia="宋体" w:hAnsi="宋体" w:hint="eastAsia"/>
        </w:rPr>
        <w:t>A. 太阳直射赤道        B. 在北极考察的科考队员观赏日出</w:t>
      </w:r>
    </w:p>
    <w:p w14:paraId="00000031" w14:textId="77777777" w:rsidR="00FF3CE6" w:rsidRDefault="00000000">
      <w:pPr>
        <w:spacing w:after="80" w:line="400" w:lineRule="exact"/>
        <w:ind w:left="283"/>
      </w:pPr>
      <w:r>
        <w:rPr>
          <w:rFonts w:ascii="宋体" w:eastAsia="宋体" w:hAnsi="宋体" w:hint="eastAsia"/>
        </w:rPr>
        <w:t>C. 北京正午太阳高度达到一年中的最大值        D. 北半球夜晚可见织女星</w:t>
      </w:r>
    </w:p>
    <w:p w14:paraId="00000032" w14:textId="77777777" w:rsidR="00FF3CE6" w:rsidRDefault="00000000">
      <w:pPr>
        <w:spacing w:before="120" w:after="40" w:line="440" w:lineRule="exact"/>
      </w:pPr>
      <w:r>
        <w:rPr>
          <w:rFonts w:ascii="宋体" w:eastAsia="宋体" w:hAnsi="宋体" w:hint="eastAsia"/>
          <w:sz w:val="24"/>
        </w:rPr>
        <w:t>13、下列我国的重大观测设备中，哪个的工作波长最长？（  ）</w:t>
      </w:r>
    </w:p>
    <w:p w14:paraId="00000033" w14:textId="77777777" w:rsidR="00FF3CE6" w:rsidRDefault="00000000">
      <w:pPr>
        <w:spacing w:after="40" w:line="400" w:lineRule="exact"/>
        <w:ind w:left="283"/>
      </w:pPr>
      <w:r>
        <w:rPr>
          <w:rFonts w:ascii="宋体" w:eastAsia="宋体" w:hAnsi="宋体" w:hint="eastAsia"/>
        </w:rPr>
        <w:t>A. 500米口径球面射电望远镜（FAST）        B. 郭守敬望远镜（LAMOST）</w:t>
      </w:r>
    </w:p>
    <w:p w14:paraId="00000034" w14:textId="77777777" w:rsidR="00FF3CE6" w:rsidRDefault="00000000">
      <w:pPr>
        <w:spacing w:after="80" w:line="400" w:lineRule="exact"/>
        <w:ind w:left="283"/>
      </w:pPr>
      <w:r>
        <w:rPr>
          <w:rFonts w:ascii="宋体" w:eastAsia="宋体" w:hAnsi="宋体" w:hint="eastAsia"/>
        </w:rPr>
        <w:t>C. "天关"卫星（EP）        D. "慧眼"卫星（HXMT）</w:t>
      </w:r>
    </w:p>
    <w:p w14:paraId="00000035" w14:textId="77777777" w:rsidR="00FF3CE6" w:rsidRDefault="00000000">
      <w:pPr>
        <w:spacing w:before="120" w:after="40" w:line="440" w:lineRule="exact"/>
      </w:pPr>
      <w:r>
        <w:rPr>
          <w:rFonts w:ascii="宋体" w:eastAsia="宋体" w:hAnsi="宋体" w:hint="eastAsia"/>
          <w:sz w:val="24"/>
        </w:rPr>
        <w:t>14、在地球上某处观察，以下关于行星运动的描述正确的是（  ）。</w:t>
      </w:r>
    </w:p>
    <w:p w14:paraId="00000036" w14:textId="77777777" w:rsidR="00FF3CE6" w:rsidRDefault="00000000">
      <w:pPr>
        <w:spacing w:after="40" w:line="400" w:lineRule="exact"/>
        <w:ind w:left="283"/>
      </w:pPr>
      <w:r>
        <w:rPr>
          <w:rFonts w:ascii="宋体" w:eastAsia="宋体" w:hAnsi="宋体" w:hint="eastAsia"/>
        </w:rPr>
        <w:t>A. 行星在天球上从东向西的运动称为逆行        B. 不是所有行星都会逆行</w:t>
      </w:r>
    </w:p>
    <w:p w14:paraId="00000037" w14:textId="77777777" w:rsidR="00FF3CE6" w:rsidRDefault="00000000">
      <w:pPr>
        <w:spacing w:after="80" w:line="400" w:lineRule="exact"/>
        <w:ind w:left="283"/>
      </w:pPr>
      <w:r>
        <w:rPr>
          <w:rFonts w:ascii="宋体" w:eastAsia="宋体" w:hAnsi="宋体" w:hint="eastAsia"/>
        </w:rPr>
        <w:t>C. 行星在天球上最多能经过13个星座        D. 除地球外的7颗行星不可能同时位于天空中</w:t>
      </w:r>
    </w:p>
    <w:p w14:paraId="00000038" w14:textId="77777777" w:rsidR="00FF3CE6" w:rsidRDefault="00000000">
      <w:pPr>
        <w:spacing w:before="120" w:after="40" w:line="440" w:lineRule="exact"/>
      </w:pPr>
      <w:r>
        <w:rPr>
          <w:rFonts w:ascii="宋体" w:eastAsia="宋体" w:hAnsi="宋体" w:hint="eastAsia"/>
          <w:sz w:val="24"/>
        </w:rPr>
        <w:t>15、某系外行星系统的主星质量为0.5M⊙，发现一颗行星轨道周期为100天，该行星轨道半长轴约为（  ）。</w:t>
      </w:r>
    </w:p>
    <w:p w14:paraId="00000039" w14:textId="77777777" w:rsidR="00FF3CE6" w:rsidRDefault="00000000">
      <w:pPr>
        <w:spacing w:after="40" w:line="400" w:lineRule="exact"/>
        <w:ind w:left="283"/>
      </w:pPr>
      <w:r>
        <w:rPr>
          <w:rFonts w:ascii="宋体" w:eastAsia="宋体" w:hAnsi="宋体"/>
        </w:rPr>
        <w:t>A. 0.034 au        B. 0.34 au</w:t>
      </w:r>
    </w:p>
    <w:p w14:paraId="0000003A" w14:textId="77777777" w:rsidR="00FF3CE6" w:rsidRDefault="00000000">
      <w:pPr>
        <w:spacing w:after="80" w:line="400" w:lineRule="exact"/>
        <w:ind w:left="283"/>
      </w:pPr>
      <w:r>
        <w:rPr>
          <w:rFonts w:ascii="宋体" w:eastAsia="宋体" w:hAnsi="宋体"/>
        </w:rPr>
        <w:t>C. 1 au        D. 3.4 au</w:t>
      </w:r>
    </w:p>
    <w:p w14:paraId="0000003B" w14:textId="77777777" w:rsidR="00FF3CE6" w:rsidRDefault="00000000">
      <w:pPr>
        <w:spacing w:before="120" w:after="40" w:line="440" w:lineRule="exact"/>
      </w:pPr>
      <w:r>
        <w:rPr>
          <w:rFonts w:ascii="宋体" w:eastAsia="宋体" w:hAnsi="宋体" w:hint="eastAsia"/>
          <w:sz w:val="24"/>
        </w:rPr>
        <w:t>16、以下关于日食和月食（不包括半影月食）说法正确的是（  ）。</w:t>
      </w:r>
    </w:p>
    <w:p w14:paraId="0000003C" w14:textId="77777777" w:rsidR="00FF3CE6" w:rsidRDefault="00000000">
      <w:pPr>
        <w:spacing w:after="40" w:line="400" w:lineRule="exact"/>
        <w:ind w:left="283"/>
      </w:pPr>
      <w:r>
        <w:rPr>
          <w:rFonts w:ascii="宋体" w:eastAsia="宋体" w:hAnsi="宋体" w:hint="eastAsia"/>
        </w:rPr>
        <w:t>A. 日食的之前或之后半个月左右一定有一次月食        B. 月食的之前或之后半个月左右一定有一次日食</w:t>
      </w:r>
    </w:p>
    <w:p w14:paraId="0000003D" w14:textId="77777777" w:rsidR="00FF3CE6" w:rsidRDefault="00000000">
      <w:pPr>
        <w:spacing w:after="80" w:line="400" w:lineRule="exact"/>
        <w:ind w:left="283"/>
      </w:pPr>
      <w:r>
        <w:rPr>
          <w:rFonts w:ascii="宋体" w:eastAsia="宋体" w:hAnsi="宋体" w:hint="eastAsia"/>
        </w:rPr>
        <w:t>C. 月食一定发生在农历十五        D. 正月十五一定不会发生月食</w:t>
      </w:r>
    </w:p>
    <w:p w14:paraId="0000003E" w14:textId="77777777" w:rsidR="00FF3CE6" w:rsidRDefault="00000000">
      <w:pPr>
        <w:spacing w:before="120" w:after="40" w:line="440" w:lineRule="exact"/>
      </w:pPr>
      <w:r>
        <w:rPr>
          <w:rFonts w:ascii="宋体" w:eastAsia="宋体" w:hAnsi="宋体" w:hint="eastAsia"/>
          <w:sz w:val="24"/>
        </w:rPr>
        <w:t>17、在过去的一千年里，从地球上看，以下哪种天象发生的次数最少？（  ）</w:t>
      </w:r>
    </w:p>
    <w:p w14:paraId="0000003F" w14:textId="77777777" w:rsidR="00FF3CE6" w:rsidRDefault="00000000">
      <w:pPr>
        <w:spacing w:after="40" w:line="400" w:lineRule="exact"/>
        <w:ind w:left="283"/>
      </w:pPr>
      <w:r>
        <w:rPr>
          <w:rFonts w:ascii="宋体" w:eastAsia="宋体" w:hAnsi="宋体" w:hint="eastAsia"/>
        </w:rPr>
        <w:t>A. 月掩木星        B. 月掩土星</w:t>
      </w:r>
    </w:p>
    <w:p w14:paraId="00000040" w14:textId="77777777" w:rsidR="00FF3CE6" w:rsidRDefault="00000000">
      <w:pPr>
        <w:spacing w:after="80" w:line="400" w:lineRule="exact"/>
        <w:ind w:left="283"/>
      </w:pPr>
      <w:r>
        <w:rPr>
          <w:rFonts w:ascii="宋体" w:eastAsia="宋体" w:hAnsi="宋体" w:hint="eastAsia"/>
        </w:rPr>
        <w:t>C. 月掩海王星        D. 月掩冥王星</w:t>
      </w:r>
    </w:p>
    <w:p w14:paraId="00000041" w14:textId="77777777" w:rsidR="00FF3CE6" w:rsidRDefault="00000000">
      <w:pPr>
        <w:spacing w:before="120" w:after="40" w:line="440" w:lineRule="exact"/>
      </w:pPr>
      <w:r>
        <w:rPr>
          <w:rFonts w:ascii="宋体" w:eastAsia="宋体" w:hAnsi="宋体" w:hint="eastAsia"/>
          <w:sz w:val="24"/>
        </w:rPr>
        <w:t>18、事件视界望远镜（EHT）项目利用机器学习算法来重建黑洞的图像，这类算法展示了AI在填补稀疏观测数据（"补全拼图"）方面的强大能力。EHT利用了甚长基线干涉测量（VLBI）技术，该技术的本质是利用什么方法来提高分辨率？（  ）</w:t>
      </w:r>
    </w:p>
    <w:p w14:paraId="00000042" w14:textId="77777777" w:rsidR="00FF3CE6" w:rsidRDefault="00000000">
      <w:pPr>
        <w:spacing w:after="40" w:line="400" w:lineRule="exact"/>
        <w:ind w:left="283"/>
      </w:pPr>
      <w:r>
        <w:rPr>
          <w:rFonts w:ascii="宋体" w:eastAsia="宋体" w:hAnsi="宋体" w:hint="eastAsia"/>
        </w:rPr>
        <w:lastRenderedPageBreak/>
        <w:t>A. 利用激光修正大气湍流的影响        B. 利用分布在全球的多个望远镜组成一个等效口径巨大的虚拟望远镜</w:t>
      </w:r>
    </w:p>
    <w:p w14:paraId="00000043" w14:textId="77777777" w:rsidR="00FF3CE6" w:rsidRDefault="00000000">
      <w:pPr>
        <w:spacing w:after="80" w:line="400" w:lineRule="exact"/>
        <w:ind w:left="283"/>
      </w:pPr>
      <w:r>
        <w:rPr>
          <w:rFonts w:ascii="宋体" w:eastAsia="宋体" w:hAnsi="宋体" w:hint="eastAsia"/>
        </w:rPr>
        <w:t>C. 使用超高灵敏度的胶片进行长曝光        D. 将望远镜发射到太空以避开大气层</w:t>
      </w:r>
    </w:p>
    <w:p w14:paraId="00000044" w14:textId="77777777" w:rsidR="00FF3CE6" w:rsidRDefault="00000000">
      <w:pPr>
        <w:spacing w:before="120" w:after="40" w:line="440" w:lineRule="exact"/>
      </w:pPr>
      <w:r>
        <w:rPr>
          <w:rFonts w:ascii="宋体" w:eastAsia="宋体" w:hAnsi="宋体" w:hint="eastAsia"/>
          <w:sz w:val="24"/>
        </w:rPr>
        <w:t>19、行星运动的观测与计算是中国古代天文学的重要内容，以下哪项不是描写行星运动？（  ）</w:t>
      </w:r>
    </w:p>
    <w:p w14:paraId="00000045" w14:textId="77777777" w:rsidR="00FF3CE6" w:rsidRDefault="00000000">
      <w:pPr>
        <w:spacing w:after="40" w:line="400" w:lineRule="exact"/>
        <w:ind w:left="283"/>
      </w:pPr>
      <w:r>
        <w:rPr>
          <w:rFonts w:ascii="宋体" w:eastAsia="宋体" w:hAnsi="宋体" w:hint="eastAsia"/>
        </w:rPr>
        <w:t>A. 飞矢不动        B. 填星守七星</w:t>
      </w:r>
    </w:p>
    <w:p w14:paraId="00000046" w14:textId="77777777" w:rsidR="00FF3CE6" w:rsidRDefault="00000000">
      <w:pPr>
        <w:spacing w:after="80" w:line="400" w:lineRule="exact"/>
        <w:ind w:left="283"/>
      </w:pPr>
      <w:r>
        <w:rPr>
          <w:rFonts w:ascii="宋体" w:eastAsia="宋体" w:hAnsi="宋体" w:hint="eastAsia"/>
        </w:rPr>
        <w:t>C. 五星出东方        D. 岁星入房</w:t>
      </w:r>
    </w:p>
    <w:p w14:paraId="00000047" w14:textId="77777777" w:rsidR="00FF3CE6" w:rsidRDefault="00000000">
      <w:pPr>
        <w:spacing w:before="120" w:after="40" w:line="440" w:lineRule="exact"/>
      </w:pPr>
      <w:r>
        <w:rPr>
          <w:rFonts w:ascii="宋体" w:eastAsia="宋体" w:hAnsi="宋体" w:hint="eastAsia"/>
          <w:sz w:val="24"/>
        </w:rPr>
        <w:t>20、2027年，以下哪两个节气的间隔时间最长？（  ）</w:t>
      </w:r>
    </w:p>
    <w:p w14:paraId="00000048" w14:textId="77777777" w:rsidR="00FF3CE6" w:rsidRDefault="00000000">
      <w:pPr>
        <w:spacing w:after="40" w:line="400" w:lineRule="exact"/>
        <w:ind w:left="283"/>
      </w:pPr>
      <w:r>
        <w:rPr>
          <w:rFonts w:ascii="宋体" w:eastAsia="宋体" w:hAnsi="宋体" w:hint="eastAsia"/>
        </w:rPr>
        <w:t>A. 春分到清明        B. 夏至到小暑</w:t>
      </w:r>
    </w:p>
    <w:p w14:paraId="00000049" w14:textId="77777777" w:rsidR="00FF3CE6" w:rsidRDefault="00000000">
      <w:pPr>
        <w:spacing w:after="80" w:line="400" w:lineRule="exact"/>
        <w:ind w:left="283"/>
      </w:pPr>
      <w:r>
        <w:rPr>
          <w:rFonts w:ascii="宋体" w:eastAsia="宋体" w:hAnsi="宋体" w:hint="eastAsia"/>
        </w:rPr>
        <w:t>C. 秋分到寒露        D. 冬至到小寒</w:t>
      </w:r>
    </w:p>
    <w:p w14:paraId="0000004A" w14:textId="77777777" w:rsidR="00FF3CE6" w:rsidRDefault="00000000">
      <w:pPr>
        <w:spacing w:before="120" w:after="40" w:line="440" w:lineRule="exact"/>
      </w:pPr>
      <w:r>
        <w:rPr>
          <w:rFonts w:ascii="宋体" w:eastAsia="宋体" w:hAnsi="宋体" w:hint="eastAsia"/>
          <w:sz w:val="24"/>
        </w:rPr>
        <w:t>21、以下2025年重要天文时事说法不正确的是？（  ）</w:t>
      </w:r>
    </w:p>
    <w:p w14:paraId="0000004B" w14:textId="77777777" w:rsidR="00FF3CE6" w:rsidRDefault="00000000">
      <w:pPr>
        <w:spacing w:after="40" w:line="400" w:lineRule="exact"/>
        <w:ind w:left="283"/>
      </w:pPr>
      <w:r>
        <w:rPr>
          <w:rFonts w:ascii="宋体" w:eastAsia="宋体" w:hAnsi="宋体" w:hint="eastAsia"/>
        </w:rPr>
        <w:t>A. 天问一号环绕器成功观测到恒星际小天体——3I/ATLAS，首次实现中国航天器对恒星际小天体的观测。        B. 中国科学院紫金山天文台"银河画卷"巡天计划正式向全球公开首批2310平方度的数据。</w:t>
      </w:r>
    </w:p>
    <w:p w14:paraId="0000004C" w14:textId="77777777" w:rsidR="00FF3CE6" w:rsidRDefault="00000000">
      <w:pPr>
        <w:spacing w:after="80" w:line="400" w:lineRule="exact"/>
        <w:ind w:left="283"/>
      </w:pPr>
      <w:r>
        <w:rPr>
          <w:rFonts w:ascii="宋体" w:eastAsia="宋体" w:hAnsi="宋体" w:hint="eastAsia"/>
        </w:rPr>
        <w:t>C. 5月29日，搭载着天问二号探测器的长征三号乙运载火箭在西昌卫星发射中心发射成功。        D. 位于北半球，搭载着人类迄今为止建造过的最大的CCD传感器的薇拉·鲁宾天文台揭晓了其首批科学图像。</w:t>
      </w:r>
    </w:p>
    <w:p w14:paraId="0000004D" w14:textId="77777777" w:rsidR="00FF3CE6" w:rsidRDefault="00000000">
      <w:pPr>
        <w:spacing w:before="120" w:after="40" w:line="440" w:lineRule="exact"/>
      </w:pPr>
      <w:r>
        <w:rPr>
          <w:rFonts w:ascii="宋体" w:eastAsia="宋体" w:hAnsi="宋体" w:hint="eastAsia"/>
          <w:sz w:val="24"/>
        </w:rPr>
        <w:t>22、天文学家依据恒星光谱特征将恒星分为O、B、A、F、G、K、M等光谱型。在这个序列中，决定恒星光谱型的最主要物理性质是（  ）。</w:t>
      </w:r>
    </w:p>
    <w:p w14:paraId="0000004E" w14:textId="77777777" w:rsidR="00FF3CE6" w:rsidRDefault="00000000">
      <w:pPr>
        <w:spacing w:after="40" w:line="400" w:lineRule="exact"/>
        <w:ind w:left="283"/>
      </w:pPr>
      <w:r>
        <w:rPr>
          <w:rFonts w:ascii="宋体" w:eastAsia="宋体" w:hAnsi="宋体" w:hint="eastAsia"/>
        </w:rPr>
        <w:t>A. 与地球的距离        B. 磁场强度</w:t>
      </w:r>
    </w:p>
    <w:p w14:paraId="0000004F" w14:textId="77777777" w:rsidR="00FF3CE6" w:rsidRDefault="00000000">
      <w:pPr>
        <w:spacing w:after="80" w:line="400" w:lineRule="exact"/>
        <w:ind w:left="283"/>
      </w:pPr>
      <w:r>
        <w:rPr>
          <w:rFonts w:ascii="宋体" w:eastAsia="宋体" w:hAnsi="宋体" w:hint="eastAsia"/>
        </w:rPr>
        <w:t>C. 表面温度        D. 自转速度</w:t>
      </w:r>
    </w:p>
    <w:p w14:paraId="00000050" w14:textId="77777777" w:rsidR="00FF3CE6" w:rsidRDefault="00000000">
      <w:pPr>
        <w:spacing w:before="120" w:after="40" w:line="440" w:lineRule="exact"/>
      </w:pPr>
      <w:r>
        <w:rPr>
          <w:rFonts w:ascii="宋体" w:eastAsia="宋体" w:hAnsi="宋体" w:hint="eastAsia"/>
          <w:sz w:val="24"/>
        </w:rPr>
        <w:t>23、已知北京时间2026年3月26日20:11发生木星合月，则下一次木星合月发生在（  ）。</w:t>
      </w:r>
    </w:p>
    <w:p w14:paraId="00000051" w14:textId="77777777" w:rsidR="00FF3CE6" w:rsidRDefault="00000000">
      <w:pPr>
        <w:spacing w:after="40" w:line="400" w:lineRule="exact"/>
        <w:ind w:left="283"/>
      </w:pPr>
      <w:r>
        <w:rPr>
          <w:rFonts w:ascii="宋体" w:eastAsia="宋体" w:hAnsi="宋体" w:hint="eastAsia"/>
        </w:rPr>
        <w:t>A. 4月1日        B. 4月10日</w:t>
      </w:r>
    </w:p>
    <w:p w14:paraId="00000052" w14:textId="77777777" w:rsidR="00FF3CE6" w:rsidRDefault="00000000">
      <w:pPr>
        <w:spacing w:after="80" w:line="400" w:lineRule="exact"/>
        <w:ind w:left="283"/>
      </w:pPr>
      <w:r>
        <w:rPr>
          <w:rFonts w:ascii="宋体" w:eastAsia="宋体" w:hAnsi="宋体" w:hint="eastAsia"/>
        </w:rPr>
        <w:t>C. 4月23日        D. 4月30日</w:t>
      </w:r>
    </w:p>
    <w:p w14:paraId="00000053" w14:textId="77777777" w:rsidR="00FF3CE6" w:rsidRDefault="00000000">
      <w:pPr>
        <w:spacing w:before="120" w:after="40" w:line="440" w:lineRule="exact"/>
      </w:pPr>
      <w:r>
        <w:rPr>
          <w:rFonts w:ascii="宋体" w:eastAsia="宋体" w:hAnsi="宋体" w:hint="eastAsia"/>
          <w:sz w:val="24"/>
        </w:rPr>
        <w:t>24、如果将1000颗视星等均为9等的星的亮度叠加，其视星等最接近下列哪个选项？（  ）</w:t>
      </w:r>
    </w:p>
    <w:p w14:paraId="00000054" w14:textId="77777777" w:rsidR="00FF3CE6" w:rsidRDefault="00000000">
      <w:pPr>
        <w:spacing w:after="40" w:line="400" w:lineRule="exact"/>
        <w:ind w:left="283"/>
      </w:pPr>
      <w:r>
        <w:rPr>
          <w:rFonts w:ascii="宋体" w:eastAsia="宋体" w:hAnsi="宋体" w:hint="eastAsia"/>
        </w:rPr>
        <w:t>A. 9000等        B. 0.009等</w:t>
      </w:r>
    </w:p>
    <w:p w14:paraId="00000055" w14:textId="77777777" w:rsidR="00FF3CE6" w:rsidRDefault="00000000">
      <w:pPr>
        <w:spacing w:after="80" w:line="400" w:lineRule="exact"/>
        <w:ind w:left="283"/>
      </w:pPr>
      <w:r>
        <w:rPr>
          <w:rFonts w:ascii="宋体" w:eastAsia="宋体" w:hAnsi="宋体" w:hint="eastAsia"/>
        </w:rPr>
        <w:t>C. 1.5等        D. 3.5等</w:t>
      </w:r>
    </w:p>
    <w:p w14:paraId="00000056" w14:textId="77777777" w:rsidR="00FF3CE6" w:rsidRDefault="00000000">
      <w:pPr>
        <w:spacing w:before="120" w:after="40" w:line="440" w:lineRule="exact"/>
      </w:pPr>
      <w:r>
        <w:rPr>
          <w:rFonts w:ascii="宋体" w:eastAsia="宋体" w:hAnsi="宋体" w:hint="eastAsia"/>
          <w:sz w:val="24"/>
        </w:rPr>
        <w:lastRenderedPageBreak/>
        <w:t>25、2025年至2029年连续5年，农历腊月均只有29天，导致没有"大年三十"。以下关于此现象原因的说法中，哪一项正确？（  ）</w:t>
      </w:r>
    </w:p>
    <w:p w14:paraId="00000057" w14:textId="77777777" w:rsidR="00FF3CE6" w:rsidRDefault="00000000">
      <w:pPr>
        <w:spacing w:after="40" w:line="400" w:lineRule="exact"/>
        <w:ind w:left="283"/>
      </w:pPr>
      <w:r>
        <w:rPr>
          <w:rFonts w:ascii="宋体" w:eastAsia="宋体" w:hAnsi="宋体" w:hint="eastAsia"/>
        </w:rPr>
        <w:t>A. 受朔望月周期变化的影响，这五年的腊月恰逢农历小月，因此都只有29天。        B. 由于地球公转轨道偏心率变化，导致农历必须通过缩短腊月来进行调整。</w:t>
      </w:r>
    </w:p>
    <w:p w14:paraId="00000058" w14:textId="77777777" w:rsidR="00FF3CE6" w:rsidRDefault="00000000">
      <w:pPr>
        <w:spacing w:after="80" w:line="400" w:lineRule="exact"/>
        <w:ind w:left="283"/>
      </w:pPr>
      <w:r>
        <w:rPr>
          <w:rFonts w:ascii="宋体" w:eastAsia="宋体" w:hAnsi="宋体" w:hint="eastAsia"/>
        </w:rPr>
        <w:t>C. 农历规定每5年必须有一次腊月小月，以纠正季节误差。        D. 由于月球近地点恰逢腊月初一，导致月相变化更快，腊月自然变短。</w:t>
      </w:r>
    </w:p>
    <w:p w14:paraId="00000059" w14:textId="77777777" w:rsidR="00FF3CE6" w:rsidRDefault="00000000">
      <w:pPr>
        <w:spacing w:before="120" w:after="40" w:line="440" w:lineRule="exact"/>
      </w:pPr>
      <w:r>
        <w:rPr>
          <w:rFonts w:ascii="宋体" w:eastAsia="宋体" w:hAnsi="宋体" w:hint="eastAsia"/>
          <w:sz w:val="24"/>
        </w:rPr>
        <w:t>26、氢是宇宙中分布最多的元素，其特征谱线Hα的静止波长为656.3纳米。观测发现，某个星系光谱中的Hα线的波长是689纳米，则该星系的红移约为（  ）。</w:t>
      </w:r>
    </w:p>
    <w:p w14:paraId="0000005A" w14:textId="77777777" w:rsidR="00FF3CE6" w:rsidRDefault="00000000">
      <w:pPr>
        <w:spacing w:after="40" w:line="400" w:lineRule="exact"/>
        <w:ind w:left="283"/>
      </w:pPr>
      <w:r>
        <w:rPr>
          <w:rFonts w:ascii="宋体" w:eastAsia="宋体" w:hAnsi="宋体"/>
        </w:rPr>
        <w:t>A. 0.005        B. 0.01</w:t>
      </w:r>
    </w:p>
    <w:p w14:paraId="0000005B" w14:textId="77777777" w:rsidR="00FF3CE6" w:rsidRDefault="00000000">
      <w:pPr>
        <w:spacing w:after="80" w:line="400" w:lineRule="exact"/>
        <w:ind w:left="283"/>
      </w:pPr>
      <w:r>
        <w:rPr>
          <w:rFonts w:ascii="宋体" w:eastAsia="宋体" w:hAnsi="宋体"/>
        </w:rPr>
        <w:t>C. 0.05        D. 0.2</w:t>
      </w:r>
    </w:p>
    <w:p w14:paraId="0000005C" w14:textId="77777777" w:rsidR="00FF3CE6" w:rsidRDefault="00000000">
      <w:pPr>
        <w:spacing w:before="120" w:after="40" w:line="440" w:lineRule="exact"/>
      </w:pPr>
      <w:r>
        <w:rPr>
          <w:rFonts w:ascii="宋体" w:eastAsia="宋体" w:hAnsi="宋体" w:hint="eastAsia"/>
          <w:sz w:val="24"/>
        </w:rPr>
        <w:t>27、北宋（公元960-1127年）词人柳永因故离开都城汴京，临别前作词一首以抒发离别之苦，其凄美意境为后人传唱千古：</w:t>
      </w:r>
      <w:r>
        <w:rPr>
          <w:rFonts w:ascii="宋体" w:eastAsia="宋体" w:hAnsi="宋体"/>
          <w:sz w:val="24"/>
        </w:rPr>
        <w:br/>
      </w:r>
      <w:r>
        <w:rPr>
          <w:rFonts w:ascii="宋体" w:eastAsia="宋体" w:hAnsi="宋体" w:hint="eastAsia"/>
          <w:sz w:val="24"/>
        </w:rPr>
        <w:t>雨霖铃</w:t>
      </w:r>
      <w:r>
        <w:rPr>
          <w:rFonts w:ascii="宋体" w:eastAsia="宋体" w:hAnsi="宋体"/>
          <w:sz w:val="24"/>
        </w:rPr>
        <w:br/>
      </w:r>
      <w:r>
        <w:rPr>
          <w:rFonts w:ascii="宋体" w:eastAsia="宋体" w:hAnsi="宋体" w:hint="eastAsia"/>
          <w:sz w:val="24"/>
        </w:rPr>
        <w:t>寒蝉凄切，对长亭晚，骤雨初歇。都门帐饮无绪，留恋处，兰舟催发。执手相看泪眼，竟无语凝噎。念去去，千里烟波，暮霭沉沉楚天阔。</w:t>
      </w:r>
      <w:r>
        <w:rPr>
          <w:rFonts w:ascii="宋体" w:eastAsia="宋体" w:hAnsi="宋体"/>
          <w:sz w:val="24"/>
        </w:rPr>
        <w:br/>
      </w:r>
      <w:r>
        <w:rPr>
          <w:rFonts w:ascii="宋体" w:eastAsia="宋体" w:hAnsi="宋体" w:hint="eastAsia"/>
          <w:sz w:val="24"/>
        </w:rPr>
        <w:t>多情自古伤离别，更那堪，冷落清秋节！今宵酒醒何处？杨柳岸，晓风残月。此去经年，应是良辰好景虚设。便纵有千种风情，更与何人说？</w:t>
      </w:r>
      <w:r>
        <w:rPr>
          <w:rFonts w:ascii="宋体" w:eastAsia="宋体" w:hAnsi="宋体"/>
          <w:sz w:val="24"/>
        </w:rPr>
        <w:br/>
      </w:r>
      <w:r>
        <w:rPr>
          <w:rFonts w:ascii="宋体" w:eastAsia="宋体" w:hAnsi="宋体" w:hint="eastAsia"/>
          <w:sz w:val="24"/>
        </w:rPr>
        <w:t>试判断，柳永酒醒看到月亮时，面朝的是（  ）方；若柳永恰好看到一颗明亮恒星伴月，则它可能是（  ）。</w:t>
      </w:r>
    </w:p>
    <w:p w14:paraId="0000005D" w14:textId="77777777" w:rsidR="00FF3CE6" w:rsidRDefault="00000000">
      <w:pPr>
        <w:spacing w:after="40" w:line="400" w:lineRule="exact"/>
        <w:ind w:left="283"/>
      </w:pPr>
      <w:r>
        <w:rPr>
          <w:rFonts w:ascii="宋体" w:eastAsia="宋体" w:hAnsi="宋体" w:hint="eastAsia"/>
        </w:rPr>
        <w:t>A. 西、南河三        B. 东、轩辕十四</w:t>
      </w:r>
    </w:p>
    <w:p w14:paraId="0000005E" w14:textId="77777777" w:rsidR="00FF3CE6" w:rsidRDefault="00000000">
      <w:pPr>
        <w:spacing w:after="80" w:line="400" w:lineRule="exact"/>
        <w:ind w:left="283"/>
      </w:pPr>
      <w:r>
        <w:rPr>
          <w:rFonts w:ascii="宋体" w:eastAsia="宋体" w:hAnsi="宋体" w:hint="eastAsia"/>
        </w:rPr>
        <w:t>C. 西、角宿一        D. 东、心宿二</w:t>
      </w:r>
    </w:p>
    <w:p w14:paraId="0000005F" w14:textId="77777777" w:rsidR="00FF3CE6" w:rsidRDefault="00000000">
      <w:pPr>
        <w:spacing w:before="120" w:after="40" w:line="440" w:lineRule="exact"/>
      </w:pPr>
      <w:r>
        <w:rPr>
          <w:rFonts w:ascii="宋体" w:eastAsia="宋体" w:hAnsi="宋体" w:hint="eastAsia"/>
          <w:sz w:val="24"/>
        </w:rPr>
        <w:t>28、《诗经·小雅·大东》中有"东有启明，西有长庚"的诗句，后来人们逐渐认识到它们其实都是金星。当我们在北京观测到"长庚星"呈现出类似月牙状的相位时，接下来这颗行星将发生怎样的变化？（  ）</w:t>
      </w:r>
    </w:p>
    <w:p w14:paraId="00000060" w14:textId="77777777" w:rsidR="00FF3CE6" w:rsidRDefault="00000000">
      <w:pPr>
        <w:spacing w:after="40" w:line="400" w:lineRule="exact"/>
        <w:ind w:left="283"/>
      </w:pPr>
      <w:r>
        <w:rPr>
          <w:rFonts w:ascii="宋体" w:eastAsia="宋体" w:hAnsi="宋体" w:hint="eastAsia"/>
        </w:rPr>
        <w:t>A. 视直径变小，逐渐接近上合，后转"启明星"        B. 视直径变大，逐渐接近下合，后转"启明星"</w:t>
      </w:r>
    </w:p>
    <w:p w14:paraId="00000061" w14:textId="77777777" w:rsidR="00FF3CE6" w:rsidRDefault="00000000">
      <w:pPr>
        <w:spacing w:after="80" w:line="400" w:lineRule="exact"/>
        <w:ind w:left="283"/>
      </w:pPr>
      <w:r>
        <w:rPr>
          <w:rFonts w:ascii="宋体" w:eastAsia="宋体" w:hAnsi="宋体" w:hint="eastAsia"/>
        </w:rPr>
        <w:t>C. 视直径变小，逐渐接近下合，后转"启明星"        D. 视直径变大，逐渐接近上合，后转"启明星"</w:t>
      </w:r>
    </w:p>
    <w:p w14:paraId="00000062" w14:textId="77777777" w:rsidR="00FF3CE6" w:rsidRDefault="00000000">
      <w:pPr>
        <w:spacing w:before="120" w:after="40" w:line="440" w:lineRule="exact"/>
      </w:pPr>
      <w:r>
        <w:rPr>
          <w:rFonts w:ascii="宋体" w:eastAsia="宋体" w:hAnsi="宋体" w:hint="eastAsia"/>
          <w:sz w:val="24"/>
        </w:rPr>
        <w:lastRenderedPageBreak/>
        <w:t>29、2025年科学家在K2-18b行星大气中发现了微生物特征气体。这是一颗位于约124光年外、围绕主星K2-18运行的"超级地球"，质量约为地球8.6倍，公转周期约为33天，轨道半长轴为0.142 au，且位于宜居带内。请问K2-18是什么类型的恒星？（  ）</w:t>
      </w:r>
    </w:p>
    <w:p w14:paraId="00000063" w14:textId="77777777" w:rsidR="00FF3CE6" w:rsidRDefault="00000000">
      <w:pPr>
        <w:spacing w:after="40" w:line="400" w:lineRule="exact"/>
        <w:ind w:left="283"/>
      </w:pPr>
      <w:r>
        <w:rPr>
          <w:rFonts w:ascii="宋体" w:eastAsia="宋体" w:hAnsi="宋体" w:hint="eastAsia"/>
        </w:rPr>
        <w:t>A. O型        B. A型</w:t>
      </w:r>
    </w:p>
    <w:p w14:paraId="00000064" w14:textId="77777777" w:rsidR="00FF3CE6" w:rsidRDefault="00000000">
      <w:pPr>
        <w:spacing w:after="80" w:line="400" w:lineRule="exact"/>
        <w:ind w:left="283"/>
      </w:pPr>
      <w:r>
        <w:rPr>
          <w:rFonts w:ascii="宋体" w:eastAsia="宋体" w:hAnsi="宋体" w:hint="eastAsia"/>
        </w:rPr>
        <w:t>C. F型        D. M型</w:t>
      </w:r>
    </w:p>
    <w:p w14:paraId="00000065" w14:textId="77777777" w:rsidR="00FF3CE6" w:rsidRDefault="00000000">
      <w:pPr>
        <w:spacing w:before="120" w:after="40" w:line="440" w:lineRule="exact"/>
      </w:pPr>
      <w:r>
        <w:rPr>
          <w:rFonts w:ascii="宋体" w:eastAsia="宋体" w:hAnsi="宋体" w:hint="eastAsia"/>
          <w:sz w:val="24"/>
        </w:rPr>
        <w:t>30、猎户座三星位于天赤道附近，其连线与天赤道的夹角大约为36°。在以下哪个城市观测，当猎户座快要落下时，三星连线最接近水平？（  ）</w:t>
      </w:r>
    </w:p>
    <w:p w14:paraId="00000066" w14:textId="77777777" w:rsidR="00FF3CE6" w:rsidRDefault="00000000">
      <w:pPr>
        <w:spacing w:before="40" w:after="40" w:line="440" w:lineRule="exact"/>
      </w:pPr>
      <w:r>
        <w:rPr>
          <w:rFonts w:ascii="宋体" w:eastAsia="宋体" w:hAnsi="宋体" w:hint="eastAsia"/>
          <w:color w:val="808080"/>
          <w:sz w:val="20"/>
        </w:rPr>
        <w:t>（本题附有示意图，请参考原卷）</w:t>
      </w:r>
    </w:p>
    <w:p w14:paraId="00000067" w14:textId="77777777" w:rsidR="00FF3CE6" w:rsidRDefault="00000000">
      <w:pPr>
        <w:spacing w:after="40" w:line="400" w:lineRule="exact"/>
        <w:ind w:left="283"/>
      </w:pPr>
      <w:r>
        <w:rPr>
          <w:rFonts w:ascii="宋体" w:eastAsia="宋体" w:hAnsi="宋体" w:hint="eastAsia"/>
        </w:rPr>
        <w:t>A. 漠河（东经122°北纬53°）        B. 三亚（东经109°北纬18°）</w:t>
      </w:r>
    </w:p>
    <w:p w14:paraId="00000068" w14:textId="77777777" w:rsidR="00FF3CE6" w:rsidRDefault="00000000">
      <w:pPr>
        <w:spacing w:after="80" w:line="400" w:lineRule="exact"/>
        <w:ind w:left="283"/>
      </w:pPr>
      <w:r>
        <w:rPr>
          <w:rFonts w:ascii="宋体" w:eastAsia="宋体" w:hAnsi="宋体" w:hint="eastAsia"/>
        </w:rPr>
        <w:t>C. 抚远（东经134°北纬48°）        D. 喀什（东经79°北纬38°）</w:t>
      </w:r>
    </w:p>
    <w:p w14:paraId="00000069" w14:textId="77777777" w:rsidR="00FF3CE6" w:rsidRDefault="00000000">
      <w:pPr>
        <w:spacing w:before="120" w:after="40" w:line="440" w:lineRule="exact"/>
      </w:pPr>
      <w:r>
        <w:rPr>
          <w:rFonts w:ascii="宋体" w:eastAsia="宋体" w:hAnsi="宋体" w:hint="eastAsia"/>
          <w:sz w:val="24"/>
        </w:rPr>
        <w:t>31、M87星系的恒星形成率（  ）M31星系的恒星形成率。</w:t>
      </w:r>
    </w:p>
    <w:p w14:paraId="0000006A" w14:textId="77777777" w:rsidR="00FF3CE6" w:rsidRDefault="00000000">
      <w:pPr>
        <w:spacing w:after="40" w:line="400" w:lineRule="exact"/>
        <w:ind w:left="283"/>
      </w:pPr>
      <w:r>
        <w:rPr>
          <w:rFonts w:ascii="宋体" w:eastAsia="宋体" w:hAnsi="宋体" w:hint="eastAsia"/>
        </w:rPr>
        <w:t>A. 大于        B. 等于</w:t>
      </w:r>
    </w:p>
    <w:p w14:paraId="0000006B" w14:textId="77777777" w:rsidR="00FF3CE6" w:rsidRDefault="00000000">
      <w:pPr>
        <w:spacing w:after="80" w:line="400" w:lineRule="exact"/>
        <w:ind w:left="283"/>
      </w:pPr>
      <w:r>
        <w:rPr>
          <w:rFonts w:ascii="宋体" w:eastAsia="宋体" w:hAnsi="宋体" w:hint="eastAsia"/>
        </w:rPr>
        <w:t>C. 小于        D. 尚无法确定</w:t>
      </w:r>
    </w:p>
    <w:p w14:paraId="0000006C" w14:textId="77777777" w:rsidR="00FF3CE6" w:rsidRDefault="00000000">
      <w:pPr>
        <w:spacing w:before="120" w:after="40" w:line="440" w:lineRule="exact"/>
      </w:pPr>
      <w:r>
        <w:rPr>
          <w:rFonts w:ascii="宋体" w:eastAsia="宋体" w:hAnsi="宋体" w:hint="eastAsia"/>
          <w:sz w:val="24"/>
        </w:rPr>
        <w:t>32、在太阳系周围300pc的区域内，以下哪类恒星目前观测到的数量最多？（  ）</w:t>
      </w:r>
    </w:p>
    <w:p w14:paraId="0000006D" w14:textId="77777777" w:rsidR="00FF3CE6" w:rsidRDefault="00000000">
      <w:pPr>
        <w:spacing w:after="40" w:line="400" w:lineRule="exact"/>
        <w:ind w:left="283"/>
      </w:pPr>
      <w:r>
        <w:rPr>
          <w:rFonts w:ascii="宋体" w:eastAsia="宋体" w:hAnsi="宋体" w:hint="eastAsia"/>
        </w:rPr>
        <w:t>A. 红矮星        B. 红巨星</w:t>
      </w:r>
    </w:p>
    <w:p w14:paraId="0000006E" w14:textId="77777777" w:rsidR="00FF3CE6" w:rsidRDefault="00000000">
      <w:pPr>
        <w:spacing w:after="80" w:line="400" w:lineRule="exact"/>
        <w:ind w:left="283"/>
      </w:pPr>
      <w:r>
        <w:rPr>
          <w:rFonts w:ascii="宋体" w:eastAsia="宋体" w:hAnsi="宋体" w:hint="eastAsia"/>
        </w:rPr>
        <w:t>C. 白矮星        D. 蓝超巨星</w:t>
      </w:r>
    </w:p>
    <w:p w14:paraId="0000006F" w14:textId="77777777" w:rsidR="00FF3CE6" w:rsidRDefault="00000000">
      <w:pPr>
        <w:spacing w:before="120" w:after="40" w:line="440" w:lineRule="exact"/>
      </w:pPr>
      <w:r>
        <w:rPr>
          <w:rFonts w:ascii="宋体" w:eastAsia="宋体" w:hAnsi="宋体" w:hint="eastAsia"/>
          <w:sz w:val="24"/>
        </w:rPr>
        <w:t>33、位于安徽合肥的全超导托卡马克装置"东方超环"（EAST），在2025年成功实现了等离子体亿度千秒运行，刷新了世界纪录。其本质是在实验室中模拟恒星内部的产能机制。目前，太阳内部主导的核反应是（  ）。</w:t>
      </w:r>
    </w:p>
    <w:p w14:paraId="00000070" w14:textId="77777777" w:rsidR="00FF3CE6" w:rsidRDefault="00000000">
      <w:pPr>
        <w:spacing w:after="40" w:line="400" w:lineRule="exact"/>
        <w:ind w:left="283"/>
      </w:pPr>
      <w:r>
        <w:rPr>
          <w:rFonts w:ascii="宋体" w:eastAsia="宋体" w:hAnsi="宋体" w:hint="eastAsia"/>
        </w:rPr>
        <w:t>A. 铀核的链式裂变反应        B. 质子-质子链将氢聚变为氦</w:t>
      </w:r>
    </w:p>
    <w:p w14:paraId="00000071" w14:textId="77777777" w:rsidR="00FF3CE6" w:rsidRDefault="00000000">
      <w:pPr>
        <w:spacing w:after="80" w:line="400" w:lineRule="exact"/>
        <w:ind w:left="283"/>
      </w:pPr>
      <w:r>
        <w:rPr>
          <w:rFonts w:ascii="宋体" w:eastAsia="宋体" w:hAnsi="宋体" w:hint="eastAsia"/>
        </w:rPr>
        <w:t>C. 快中子捕获过程合成重元素        D. 表面耀斑爆发将磁能转化为光和热</w:t>
      </w:r>
    </w:p>
    <w:p w14:paraId="00000072" w14:textId="77777777" w:rsidR="00FF3CE6" w:rsidRDefault="00000000">
      <w:pPr>
        <w:spacing w:before="120" w:after="40" w:line="440" w:lineRule="exact"/>
      </w:pPr>
      <w:r>
        <w:rPr>
          <w:rFonts w:ascii="宋体" w:eastAsia="宋体" w:hAnsi="宋体" w:hint="eastAsia"/>
          <w:sz w:val="24"/>
        </w:rPr>
        <w:t>34、假设一颗类太阳恒星的核心在演化末期坍缩成白矮星。若核心原本的自转周期为P₀=25天，半径为R₀~0.02R⊙（注：这是红巨星阶段核心的大致半径），坍缩后的白矮星半径为Rwd~0.008R⊙。假设坍缩过程中恒星核心可一直视为均匀球体，角动量守恒且质量不变，估算新形成的白矮星自转周期Pwd约为多少？（  ）</w:t>
      </w:r>
    </w:p>
    <w:p w14:paraId="00000073" w14:textId="77777777" w:rsidR="00FF3CE6" w:rsidRDefault="00000000">
      <w:pPr>
        <w:spacing w:after="40" w:line="400" w:lineRule="exact"/>
        <w:ind w:left="283"/>
      </w:pPr>
      <w:r>
        <w:rPr>
          <w:rFonts w:ascii="宋体" w:eastAsia="宋体" w:hAnsi="宋体" w:hint="eastAsia"/>
        </w:rPr>
        <w:t>A. 约3分钟        B. 约4天</w:t>
      </w:r>
    </w:p>
    <w:p w14:paraId="00000074" w14:textId="77777777" w:rsidR="00FF3CE6" w:rsidRDefault="00000000">
      <w:pPr>
        <w:spacing w:after="80" w:line="400" w:lineRule="exact"/>
        <w:ind w:left="283"/>
      </w:pPr>
      <w:r>
        <w:rPr>
          <w:rFonts w:ascii="宋体" w:eastAsia="宋体" w:hAnsi="宋体" w:hint="eastAsia"/>
        </w:rPr>
        <w:t>C. 约1秒        D. 约6小时</w:t>
      </w:r>
    </w:p>
    <w:p w14:paraId="00000075" w14:textId="77777777" w:rsidR="00FF3CE6" w:rsidRDefault="00000000">
      <w:pPr>
        <w:spacing w:before="120" w:after="40" w:line="440" w:lineRule="exact"/>
      </w:pPr>
      <w:r>
        <w:rPr>
          <w:rFonts w:ascii="宋体" w:eastAsia="宋体" w:hAnsi="宋体" w:hint="eastAsia"/>
          <w:sz w:val="24"/>
        </w:rPr>
        <w:lastRenderedPageBreak/>
        <w:t>35、研究表明自大爆炸以来宇宙的年龄已有138亿年。"微波背景辐射"对应的宇宙年龄约为40万年，宇宙学红移为1100；"再电离"是宇宙中发生的一次重要物态转化过程，结束在红移5.5左右，对应的宇宙年龄为10亿年；据此推断下列选项中哪个最接近红移1对应的宇宙年龄？（  ）</w:t>
      </w:r>
    </w:p>
    <w:p w14:paraId="00000076" w14:textId="77777777" w:rsidR="00FF3CE6" w:rsidRDefault="00000000">
      <w:pPr>
        <w:spacing w:after="40" w:line="400" w:lineRule="exact"/>
        <w:ind w:left="283"/>
      </w:pPr>
      <w:r>
        <w:rPr>
          <w:rFonts w:ascii="宋体" w:eastAsia="宋体" w:hAnsi="宋体" w:hint="eastAsia"/>
        </w:rPr>
        <w:t>A. 130亿年        B. 60亿年</w:t>
      </w:r>
    </w:p>
    <w:p w14:paraId="00000077" w14:textId="77777777" w:rsidR="00FF3CE6" w:rsidRDefault="00000000">
      <w:pPr>
        <w:spacing w:after="80" w:line="400" w:lineRule="exact"/>
        <w:ind w:left="283"/>
      </w:pPr>
      <w:r>
        <w:rPr>
          <w:rFonts w:ascii="宋体" w:eastAsia="宋体" w:hAnsi="宋体" w:hint="eastAsia"/>
        </w:rPr>
        <w:t>C. 14亿年        D. 5亿年</w:t>
      </w:r>
    </w:p>
    <w:p w14:paraId="00000078" w14:textId="77777777" w:rsidR="00FF3CE6" w:rsidRDefault="00000000">
      <w:r>
        <w:br w:type="page"/>
      </w:r>
    </w:p>
    <w:p w14:paraId="00000079" w14:textId="77777777" w:rsidR="00FF3CE6" w:rsidRDefault="00000000">
      <w:pPr>
        <w:spacing w:after="40" w:line="440" w:lineRule="exact"/>
        <w:jc w:val="center"/>
      </w:pPr>
      <w:r>
        <w:rPr>
          <w:rFonts w:ascii="黑体" w:eastAsia="黑体" w:hAnsi="黑体" w:hint="eastAsia"/>
          <w:b/>
          <w:sz w:val="36"/>
        </w:rPr>
        <w:lastRenderedPageBreak/>
        <w:t>济南</w:t>
      </w:r>
    </w:p>
    <w:p w14:paraId="0000007A" w14:textId="77777777" w:rsidR="00FF3CE6" w:rsidRDefault="00000000">
      <w:pPr>
        <w:spacing w:after="240" w:line="440" w:lineRule="exact"/>
        <w:jc w:val="center"/>
      </w:pPr>
      <w:r>
        <w:rPr>
          <w:rFonts w:ascii="黑体" w:eastAsia="黑体" w:hAnsi="黑体" w:hint="eastAsia"/>
          <w:b/>
          <w:sz w:val="32"/>
        </w:rPr>
        <w:t>2026学年CNAO全国中学生天文知识竞赛预赛A卷 答案解析</w:t>
      </w:r>
    </w:p>
    <w:p w14:paraId="0000007B" w14:textId="77777777" w:rsidR="00FF3CE6" w:rsidRDefault="00000000">
      <w:pPr>
        <w:spacing w:before="120" w:line="440" w:lineRule="exact"/>
      </w:pPr>
      <w:r>
        <w:rPr>
          <w:rFonts w:ascii="黑体" w:eastAsia="黑体" w:hAnsi="黑体" w:hint="eastAsia"/>
          <w:b/>
          <w:sz w:val="28"/>
        </w:rPr>
        <w:t>【答案速查表】</w:t>
      </w:r>
    </w:p>
    <w:p w14:paraId="0000007C" w14:textId="77777777" w:rsidR="00FF3CE6" w:rsidRDefault="00000000">
      <w:pPr>
        <w:spacing w:before="120" w:after="80" w:line="440" w:lineRule="exact"/>
      </w:pPr>
      <w:r>
        <w:rPr>
          <w:rFonts w:ascii="黑体" w:eastAsia="黑体" w:hAnsi="黑体" w:hint="eastAsia"/>
          <w:b/>
          <w:sz w:val="24"/>
        </w:rPr>
        <w:t>第1组（01-10题）</w:t>
      </w:r>
    </w:p>
    <w:p w14:paraId="0000007D" w14:textId="77777777" w:rsidR="00FF3CE6" w:rsidRDefault="00000000">
      <w:pPr>
        <w:spacing w:after="120" w:line="440" w:lineRule="exact"/>
        <w:ind w:left="567"/>
      </w:pPr>
      <w:r>
        <w:rPr>
          <w:rFonts w:ascii="宋体" w:eastAsia="宋体" w:hAnsi="宋体"/>
          <w:sz w:val="24"/>
        </w:rPr>
        <w:t>01.A  02.B  03.D  04.A  05.A  06.C  07.B  08.C  09.C  10.D</w:t>
      </w:r>
    </w:p>
    <w:p w14:paraId="0000007E" w14:textId="77777777" w:rsidR="00FF3CE6" w:rsidRDefault="00000000">
      <w:pPr>
        <w:spacing w:before="120" w:after="80" w:line="440" w:lineRule="exact"/>
      </w:pPr>
      <w:r>
        <w:rPr>
          <w:rFonts w:ascii="黑体" w:eastAsia="黑体" w:hAnsi="黑体" w:hint="eastAsia"/>
          <w:b/>
          <w:sz w:val="24"/>
        </w:rPr>
        <w:t>第2组（11-20题）</w:t>
      </w:r>
    </w:p>
    <w:p w14:paraId="0000007F" w14:textId="77777777" w:rsidR="00FF3CE6" w:rsidRDefault="00000000">
      <w:pPr>
        <w:spacing w:after="120" w:line="440" w:lineRule="exact"/>
        <w:ind w:left="567"/>
      </w:pPr>
      <w:r>
        <w:rPr>
          <w:rFonts w:ascii="宋体" w:eastAsia="宋体" w:hAnsi="宋体"/>
          <w:sz w:val="24"/>
        </w:rPr>
        <w:t>11.D  12.C  13.A  14.A  15.B  16.B  17.D  18.B  19.A  20.B</w:t>
      </w:r>
    </w:p>
    <w:p w14:paraId="00000080" w14:textId="77777777" w:rsidR="00FF3CE6" w:rsidRDefault="00000000">
      <w:pPr>
        <w:spacing w:before="120" w:after="80" w:line="440" w:lineRule="exact"/>
      </w:pPr>
      <w:r>
        <w:rPr>
          <w:rFonts w:ascii="黑体" w:eastAsia="黑体" w:hAnsi="黑体" w:hint="eastAsia"/>
          <w:b/>
          <w:sz w:val="24"/>
        </w:rPr>
        <w:t>第3组（21-35题）</w:t>
      </w:r>
    </w:p>
    <w:p w14:paraId="00000081" w14:textId="77777777" w:rsidR="00FF3CE6" w:rsidRDefault="00000000">
      <w:pPr>
        <w:spacing w:after="120" w:line="440" w:lineRule="exact"/>
        <w:ind w:left="567"/>
      </w:pPr>
      <w:r>
        <w:rPr>
          <w:rFonts w:ascii="宋体" w:eastAsia="宋体" w:hAnsi="宋体"/>
          <w:sz w:val="24"/>
        </w:rPr>
        <w:t>21.D  22.C  23.C  24.C  25.A  26.C  27.B  28.B  29.D  30.A  31.C  32.A  33.B  34.B  35.B</w:t>
      </w:r>
    </w:p>
    <w:p w14:paraId="00000082" w14:textId="77777777" w:rsidR="00FF3CE6" w:rsidRDefault="00000000">
      <w:pPr>
        <w:spacing w:before="240" w:after="240" w:line="440" w:lineRule="exact"/>
        <w:jc w:val="center"/>
      </w:pPr>
      <w:r>
        <w:rPr>
          <w:rFonts w:ascii="宋体" w:eastAsia="宋体" w:hAnsi="宋体"/>
          <w:sz w:val="20"/>
        </w:rPr>
        <w:t>————————————————————————————————————————</w:t>
      </w:r>
    </w:p>
    <w:p w14:paraId="00000083" w14:textId="77777777" w:rsidR="00FF3CE6" w:rsidRDefault="00000000">
      <w:pPr>
        <w:spacing w:before="120" w:line="440" w:lineRule="exact"/>
      </w:pPr>
      <w:r>
        <w:rPr>
          <w:rFonts w:ascii="黑体" w:eastAsia="黑体" w:hAnsi="黑体" w:hint="eastAsia"/>
          <w:b/>
          <w:sz w:val="28"/>
        </w:rPr>
        <w:t>【逐题答案与解析】</w:t>
      </w:r>
    </w:p>
    <w:p w14:paraId="00000084" w14:textId="77777777" w:rsidR="00FF3CE6" w:rsidRDefault="00000000">
      <w:r>
        <w:rPr>
          <w:rFonts w:hint="eastAsia"/>
        </w:rPr>
        <w:t>1</w:t>
      </w:r>
      <w:r>
        <w:rPr>
          <w:rFonts w:hint="eastAsia"/>
        </w:rPr>
        <w:t>、</w:t>
      </w:r>
      <w:r>
        <w:rPr>
          <w:rFonts w:hint="eastAsia"/>
        </w:rPr>
        <w:t>A</w:t>
      </w:r>
      <w:r>
        <w:rPr>
          <w:rFonts w:hint="eastAsia"/>
        </w:rPr>
        <w:t xml:space="preserve">　大角（牧夫座α）、角宿一（室女座α）、五帝座一（狮子座β）组成春季大三角；夏季大三角为织女星、牛郎星、天津四，冬季大三角为参宿四、天狼星、南河三，秋季大三角为北落师门、土司空、火鸟六。</w:t>
      </w:r>
    </w:p>
    <w:p w14:paraId="00000085" w14:textId="77777777" w:rsidR="00FF3CE6" w:rsidRDefault="00000000">
      <w:r>
        <w:rPr>
          <w:rFonts w:hint="eastAsia"/>
        </w:rPr>
        <w:t>2</w:t>
      </w:r>
      <w:r>
        <w:rPr>
          <w:rFonts w:hint="eastAsia"/>
        </w:rPr>
        <w:t>、</w:t>
      </w:r>
      <w:r>
        <w:rPr>
          <w:rFonts w:hint="eastAsia"/>
        </w:rPr>
        <w:t>B</w:t>
      </w:r>
      <w:r>
        <w:rPr>
          <w:rFonts w:hint="eastAsia"/>
        </w:rPr>
        <w:t xml:space="preserve">　本次考试为</w:t>
      </w:r>
      <w:r>
        <w:rPr>
          <w:rFonts w:hint="eastAsia"/>
        </w:rPr>
        <w:t>2026</w:t>
      </w:r>
      <w:r>
        <w:rPr>
          <w:rFonts w:hint="eastAsia"/>
        </w:rPr>
        <w:t>年</w:t>
      </w:r>
      <w:r>
        <w:rPr>
          <w:rFonts w:hint="eastAsia"/>
        </w:rPr>
        <w:t>3</w:t>
      </w:r>
      <w:r>
        <w:rPr>
          <w:rFonts w:hint="eastAsia"/>
        </w:rPr>
        <w:t>月</w:t>
      </w:r>
      <w:r>
        <w:rPr>
          <w:rFonts w:hint="eastAsia"/>
        </w:rPr>
        <w:t>28</w:t>
      </w:r>
      <w:r>
        <w:rPr>
          <w:rFonts w:hint="eastAsia"/>
        </w:rPr>
        <w:t>日，在此之前的朔日为</w:t>
      </w:r>
      <w:r>
        <w:rPr>
          <w:rFonts w:hint="eastAsia"/>
        </w:rPr>
        <w:t>3</w:t>
      </w:r>
      <w:r>
        <w:rPr>
          <w:rFonts w:hint="eastAsia"/>
        </w:rPr>
        <w:t>月</w:t>
      </w:r>
      <w:r>
        <w:rPr>
          <w:rFonts w:hint="eastAsia"/>
        </w:rPr>
        <w:t>19</w:t>
      </w:r>
      <w:r>
        <w:rPr>
          <w:rFonts w:hint="eastAsia"/>
        </w:rPr>
        <w:t>日，当天是农历二月初十，月相为盈凸月。</w:t>
      </w:r>
    </w:p>
    <w:p w14:paraId="00000086" w14:textId="77777777" w:rsidR="00FF3CE6" w:rsidRDefault="00000000">
      <w:r>
        <w:rPr>
          <w:rFonts w:hint="eastAsia"/>
        </w:rPr>
        <w:t>3</w:t>
      </w:r>
      <w:r>
        <w:rPr>
          <w:rFonts w:hint="eastAsia"/>
        </w:rPr>
        <w:t>、</w:t>
      </w:r>
      <w:r>
        <w:rPr>
          <w:rFonts w:hint="eastAsia"/>
        </w:rPr>
        <w:t>D</w:t>
      </w:r>
      <w:r>
        <w:rPr>
          <w:rFonts w:hint="eastAsia"/>
        </w:rPr>
        <w:t xml:space="preserve">　三沙市约在北纬</w:t>
      </w:r>
      <w:r>
        <w:rPr>
          <w:rFonts w:hint="eastAsia"/>
        </w:rPr>
        <w:t>17</w:t>
      </w:r>
      <w:r>
        <w:rPr>
          <w:rFonts w:hint="eastAsia"/>
        </w:rPr>
        <w:t>°，天狼星（赤纬</w:t>
      </w:r>
      <w:r>
        <w:rPr>
          <w:rFonts w:hint="eastAsia"/>
        </w:rPr>
        <w:t>-16.7</w:t>
      </w:r>
      <w:r>
        <w:rPr>
          <w:rFonts w:hint="eastAsia"/>
        </w:rPr>
        <w:t>°）、老人星（</w:t>
      </w:r>
      <w:r>
        <w:rPr>
          <w:rFonts w:hint="eastAsia"/>
        </w:rPr>
        <w:t>-52.7</w:t>
      </w:r>
      <w:r>
        <w:rPr>
          <w:rFonts w:hint="eastAsia"/>
        </w:rPr>
        <w:t>°）、水委一（</w:t>
      </w:r>
      <w:r>
        <w:rPr>
          <w:rFonts w:hint="eastAsia"/>
        </w:rPr>
        <w:t>-57.2</w:t>
      </w:r>
      <w:r>
        <w:rPr>
          <w:rFonts w:hint="eastAsia"/>
        </w:rPr>
        <w:t>°）都在当地可见的赤纬范围内，三颗星都能看到。</w:t>
      </w:r>
    </w:p>
    <w:p w14:paraId="00000087" w14:textId="77777777" w:rsidR="00FF3CE6" w:rsidRDefault="00000000">
      <w:r>
        <w:rPr>
          <w:rFonts w:hint="eastAsia"/>
        </w:rPr>
        <w:t>4</w:t>
      </w:r>
      <w:r>
        <w:rPr>
          <w:rFonts w:hint="eastAsia"/>
        </w:rPr>
        <w:t>、</w:t>
      </w:r>
      <w:r>
        <w:rPr>
          <w:rFonts w:hint="eastAsia"/>
        </w:rPr>
        <w:t>A</w:t>
      </w:r>
      <w:r>
        <w:rPr>
          <w:rFonts w:hint="eastAsia"/>
        </w:rPr>
        <w:t xml:space="preserve">　木星、天王星、海王星都有已探明的行星环（土星环最壮观），只有火星至今没有发现行星环。</w:t>
      </w:r>
    </w:p>
    <w:p w14:paraId="00000088" w14:textId="77777777" w:rsidR="00FF3CE6" w:rsidRDefault="00000000">
      <w:r>
        <w:rPr>
          <w:rFonts w:hint="eastAsia"/>
        </w:rPr>
        <w:t>5</w:t>
      </w:r>
      <w:r>
        <w:rPr>
          <w:rFonts w:hint="eastAsia"/>
        </w:rPr>
        <w:t>、</w:t>
      </w:r>
      <w:r>
        <w:rPr>
          <w:rFonts w:hint="eastAsia"/>
        </w:rPr>
        <w:t>A</w:t>
      </w:r>
      <w:r>
        <w:rPr>
          <w:rFonts w:hint="eastAsia"/>
        </w:rPr>
        <w:t xml:space="preserve">　冬至日太阳直射南回归线，南纬</w:t>
      </w:r>
      <w:r>
        <w:rPr>
          <w:rFonts w:hint="eastAsia"/>
        </w:rPr>
        <w:t>41.6</w:t>
      </w:r>
      <w:r>
        <w:rPr>
          <w:rFonts w:hint="eastAsia"/>
        </w:rPr>
        <w:t>°正值盛夏，太阳从东南方（东偏南）升起，正午时位于正北方。</w:t>
      </w:r>
    </w:p>
    <w:p w14:paraId="00000089" w14:textId="77777777" w:rsidR="00FF3CE6" w:rsidRDefault="00000000">
      <w:r>
        <w:rPr>
          <w:rFonts w:hint="eastAsia"/>
        </w:rPr>
        <w:t>6</w:t>
      </w:r>
      <w:r>
        <w:rPr>
          <w:rFonts w:hint="eastAsia"/>
        </w:rPr>
        <w:t>、</w:t>
      </w:r>
      <w:r>
        <w:rPr>
          <w:rFonts w:hint="eastAsia"/>
        </w:rPr>
        <w:t>C</w:t>
      </w:r>
      <w:r>
        <w:rPr>
          <w:rFonts w:hint="eastAsia"/>
        </w:rPr>
        <w:t xml:space="preserve">　仙后座五颗亮星呈</w:t>
      </w:r>
      <w:r>
        <w:rPr>
          <w:rFonts w:hint="eastAsia"/>
        </w:rPr>
        <w:t>"W"</w:t>
      </w:r>
      <w:r>
        <w:rPr>
          <w:rFonts w:hint="eastAsia"/>
        </w:rPr>
        <w:t>形，与北斗七星分居北极星两侧、几乎相对；把</w:t>
      </w:r>
      <w:r>
        <w:rPr>
          <w:rFonts w:hint="eastAsia"/>
        </w:rPr>
        <w:t>"W"</w:t>
      </w:r>
      <w:r>
        <w:rPr>
          <w:rFonts w:hint="eastAsia"/>
        </w:rPr>
        <w:t>两臂的连线朝开口方向延长约</w:t>
      </w:r>
      <w:r>
        <w:rPr>
          <w:rFonts w:hint="eastAsia"/>
        </w:rPr>
        <w:t>5</w:t>
      </w:r>
      <w:r>
        <w:rPr>
          <w:rFonts w:hint="eastAsia"/>
        </w:rPr>
        <w:t>倍，所指即北极星，对应图中</w:t>
      </w:r>
      <w:r>
        <w:rPr>
          <w:rFonts w:hint="eastAsia"/>
        </w:rPr>
        <w:t>C</w:t>
      </w:r>
      <w:r>
        <w:rPr>
          <w:rFonts w:hint="eastAsia"/>
        </w:rPr>
        <w:t>方向。</w:t>
      </w:r>
    </w:p>
    <w:p w14:paraId="0000008A" w14:textId="77777777" w:rsidR="00FF3CE6" w:rsidRDefault="00000000">
      <w:r>
        <w:rPr>
          <w:rFonts w:hint="eastAsia"/>
        </w:rPr>
        <w:lastRenderedPageBreak/>
        <w:t>7</w:t>
      </w:r>
      <w:r>
        <w:rPr>
          <w:rFonts w:hint="eastAsia"/>
        </w:rPr>
        <w:t>、</w:t>
      </w:r>
      <w:r>
        <w:rPr>
          <w:rFonts w:hint="eastAsia"/>
        </w:rPr>
        <w:t>B</w:t>
      </w:r>
      <w:r>
        <w:rPr>
          <w:rFonts w:hint="eastAsia"/>
        </w:rPr>
        <w:t xml:space="preserve">　小马座天区面积仅约</w:t>
      </w:r>
      <w:r>
        <w:rPr>
          <w:rFonts w:hint="eastAsia"/>
        </w:rPr>
        <w:t>72</w:t>
      </w:r>
      <w:r>
        <w:rPr>
          <w:rFonts w:hint="eastAsia"/>
        </w:rPr>
        <w:t>平方度，是全天</w:t>
      </w:r>
      <w:r>
        <w:rPr>
          <w:rFonts w:hint="eastAsia"/>
        </w:rPr>
        <w:t>88</w:t>
      </w:r>
      <w:r>
        <w:rPr>
          <w:rFonts w:hint="eastAsia"/>
        </w:rPr>
        <w:t>个星座中第二小的星座；飞马座约</w:t>
      </w:r>
      <w:r>
        <w:rPr>
          <w:rFonts w:hint="eastAsia"/>
        </w:rPr>
        <w:t>1121</w:t>
      </w:r>
      <w:r>
        <w:rPr>
          <w:rFonts w:hint="eastAsia"/>
        </w:rPr>
        <w:t>、半人马座约</w:t>
      </w:r>
      <w:r>
        <w:rPr>
          <w:rFonts w:hint="eastAsia"/>
        </w:rPr>
        <w:t>1060</w:t>
      </w:r>
      <w:r>
        <w:rPr>
          <w:rFonts w:hint="eastAsia"/>
        </w:rPr>
        <w:t>、人马座约</w:t>
      </w:r>
      <w:r>
        <w:rPr>
          <w:rFonts w:hint="eastAsia"/>
        </w:rPr>
        <w:t>867</w:t>
      </w:r>
      <w:r>
        <w:rPr>
          <w:rFonts w:hint="eastAsia"/>
        </w:rPr>
        <w:t>平方度。</w:t>
      </w:r>
    </w:p>
    <w:p w14:paraId="0000008B" w14:textId="77777777" w:rsidR="00FF3CE6" w:rsidRDefault="00000000">
      <w:r>
        <w:rPr>
          <w:rFonts w:hint="eastAsia"/>
        </w:rPr>
        <w:t>8</w:t>
      </w:r>
      <w:r>
        <w:rPr>
          <w:rFonts w:hint="eastAsia"/>
        </w:rPr>
        <w:t>、</w:t>
      </w:r>
      <w:r>
        <w:rPr>
          <w:rFonts w:hint="eastAsia"/>
        </w:rPr>
        <w:t>C</w:t>
      </w:r>
      <w:r>
        <w:rPr>
          <w:rFonts w:hint="eastAsia"/>
        </w:rPr>
        <w:t xml:space="preserve">　月食只能发生在望（满月）。端午节是农历五月初五，月相为蛾眉月，不可能出现满月；元宵节、中秋节分别在正月十五和八月十五，清明节日期也可能落在望日附近。</w:t>
      </w:r>
    </w:p>
    <w:p w14:paraId="0000008C" w14:textId="77777777" w:rsidR="00FF3CE6" w:rsidRDefault="00000000">
      <w:r>
        <w:rPr>
          <w:rFonts w:hint="eastAsia"/>
        </w:rPr>
        <w:t>9</w:t>
      </w:r>
      <w:r>
        <w:rPr>
          <w:rFonts w:hint="eastAsia"/>
        </w:rPr>
        <w:t>、</w:t>
      </w:r>
      <w:r>
        <w:rPr>
          <w:rFonts w:hint="eastAsia"/>
        </w:rPr>
        <w:t>C</w:t>
      </w:r>
      <w:r>
        <w:rPr>
          <w:rFonts w:hint="eastAsia"/>
        </w:rPr>
        <w:t xml:space="preserve">　宜居带的位置主要由恒星的光度决定：光度越高，行星要维持液态水就得离恒星越远。带内只是</w:t>
      </w:r>
      <w:r>
        <w:rPr>
          <w:rFonts w:hint="eastAsia"/>
        </w:rPr>
        <w:t>"</w:t>
      </w:r>
      <w:r>
        <w:rPr>
          <w:rFonts w:hint="eastAsia"/>
        </w:rPr>
        <w:t>可能</w:t>
      </w:r>
      <w:r>
        <w:rPr>
          <w:rFonts w:hint="eastAsia"/>
        </w:rPr>
        <w:t>"</w:t>
      </w:r>
      <w:r>
        <w:rPr>
          <w:rFonts w:hint="eastAsia"/>
        </w:rPr>
        <w:t>有液态水；宜居带与行星质量、恒星类型没有必然关系。</w:t>
      </w:r>
    </w:p>
    <w:p w14:paraId="0000008D" w14:textId="77777777" w:rsidR="00FF3CE6" w:rsidRDefault="00000000">
      <w:r>
        <w:rPr>
          <w:rFonts w:hint="eastAsia"/>
        </w:rPr>
        <w:t>10</w:t>
      </w:r>
      <w:r>
        <w:rPr>
          <w:rFonts w:hint="eastAsia"/>
        </w:rPr>
        <w:t>、</w:t>
      </w:r>
      <w:r>
        <w:rPr>
          <w:rFonts w:hint="eastAsia"/>
        </w:rPr>
        <w:t>D</w:t>
      </w:r>
      <w:r>
        <w:rPr>
          <w:rFonts w:hint="eastAsia"/>
        </w:rPr>
        <w:t xml:space="preserve">　昴宿在金牛座、星宿在长蛇座，两者在天球上几乎相对，角距离约</w:t>
      </w:r>
      <w:r>
        <w:rPr>
          <w:rFonts w:hint="eastAsia"/>
        </w:rPr>
        <w:t>85</w:t>
      </w:r>
      <w:r>
        <w:rPr>
          <w:rFonts w:hint="eastAsia"/>
        </w:rPr>
        <w:t>°；角宿与房宿约</w:t>
      </w:r>
      <w:r>
        <w:rPr>
          <w:rFonts w:hint="eastAsia"/>
        </w:rPr>
        <w:t>40</w:t>
      </w:r>
      <w:r>
        <w:rPr>
          <w:rFonts w:hint="eastAsia"/>
        </w:rPr>
        <w:t>°，壁宿与娄宿约</w:t>
      </w:r>
      <w:r>
        <w:rPr>
          <w:rFonts w:hint="eastAsia"/>
        </w:rPr>
        <w:t>25</w:t>
      </w:r>
      <w:r>
        <w:rPr>
          <w:rFonts w:hint="eastAsia"/>
        </w:rPr>
        <w:t>°，牛宿与虚宿约</w:t>
      </w:r>
      <w:r>
        <w:rPr>
          <w:rFonts w:hint="eastAsia"/>
        </w:rPr>
        <w:t>15</w:t>
      </w:r>
      <w:r>
        <w:rPr>
          <w:rFonts w:hint="eastAsia"/>
        </w:rPr>
        <w:t>°，都小得多。</w:t>
      </w:r>
    </w:p>
    <w:p w14:paraId="0000008E" w14:textId="77777777" w:rsidR="00FF3CE6" w:rsidRDefault="00000000">
      <w:r>
        <w:rPr>
          <w:rFonts w:hint="eastAsia"/>
        </w:rPr>
        <w:t>11</w:t>
      </w:r>
      <w:r>
        <w:rPr>
          <w:rFonts w:hint="eastAsia"/>
        </w:rPr>
        <w:t>、</w:t>
      </w:r>
      <w:r>
        <w:rPr>
          <w:rFonts w:hint="eastAsia"/>
        </w:rPr>
        <w:t>D</w:t>
      </w:r>
      <w:r>
        <w:rPr>
          <w:rFonts w:hint="eastAsia"/>
        </w:rPr>
        <w:t xml:space="preserve">　池谷</w:t>
      </w:r>
      <w:r>
        <w:rPr>
          <w:rFonts w:hint="eastAsia"/>
        </w:rPr>
        <w:t>-</w:t>
      </w:r>
      <w:r>
        <w:rPr>
          <w:rFonts w:hint="eastAsia"/>
        </w:rPr>
        <w:t>关彗星由日本的池谷薰、关勉发现，池谷</w:t>
      </w:r>
      <w:r>
        <w:rPr>
          <w:rFonts w:hint="eastAsia"/>
        </w:rPr>
        <w:t>-</w:t>
      </w:r>
      <w:r>
        <w:rPr>
          <w:rFonts w:hint="eastAsia"/>
        </w:rPr>
        <w:t>张彗星由池谷薰与张大庆发现，朱</w:t>
      </w:r>
      <w:r>
        <w:rPr>
          <w:rFonts w:hint="eastAsia"/>
        </w:rPr>
        <w:t>-</w:t>
      </w:r>
      <w:r>
        <w:rPr>
          <w:rFonts w:hint="eastAsia"/>
        </w:rPr>
        <w:t>巴拉姆彗星由朱进与加拿大的巴拉姆发现；只有</w:t>
      </w:r>
      <w:r>
        <w:rPr>
          <w:rFonts w:hint="eastAsia"/>
        </w:rPr>
        <w:t>"</w:t>
      </w:r>
      <w:r>
        <w:rPr>
          <w:rFonts w:hint="eastAsia"/>
        </w:rPr>
        <w:t>孙</w:t>
      </w:r>
      <w:r>
        <w:rPr>
          <w:rFonts w:hint="eastAsia"/>
        </w:rPr>
        <w:t>-</w:t>
      </w:r>
      <w:r>
        <w:rPr>
          <w:rFonts w:hint="eastAsia"/>
        </w:rPr>
        <w:t>高彗星</w:t>
      </w:r>
      <w:r>
        <w:rPr>
          <w:rFonts w:hint="eastAsia"/>
        </w:rPr>
        <w:t>"</w:t>
      </w:r>
      <w:r>
        <w:rPr>
          <w:rFonts w:hint="eastAsia"/>
        </w:rPr>
        <w:t>的两位发现者都是中国人。</w:t>
      </w:r>
    </w:p>
    <w:p w14:paraId="0000008F" w14:textId="77777777" w:rsidR="00FF3CE6" w:rsidRDefault="00000000">
      <w:r>
        <w:rPr>
          <w:rFonts w:hint="eastAsia"/>
        </w:rPr>
        <w:t>12</w:t>
      </w:r>
      <w:r>
        <w:rPr>
          <w:rFonts w:hint="eastAsia"/>
        </w:rPr>
        <w:t>、</w:t>
      </w:r>
      <w:r>
        <w:rPr>
          <w:rFonts w:hint="eastAsia"/>
        </w:rPr>
        <w:t>C</w:t>
      </w:r>
      <w:r>
        <w:rPr>
          <w:rFonts w:hint="eastAsia"/>
        </w:rPr>
        <w:t xml:space="preserve">　春分日太阳直射赤道，北京（北纬</w:t>
      </w:r>
      <w:r>
        <w:rPr>
          <w:rFonts w:hint="eastAsia"/>
        </w:rPr>
        <w:t>40</w:t>
      </w:r>
      <w:r>
        <w:rPr>
          <w:rFonts w:hint="eastAsia"/>
        </w:rPr>
        <w:t>°）正午太阳高度约</w:t>
      </w:r>
      <w:r>
        <w:rPr>
          <w:rFonts w:hint="eastAsia"/>
        </w:rPr>
        <w:t>50</w:t>
      </w:r>
      <w:r>
        <w:rPr>
          <w:rFonts w:hint="eastAsia"/>
        </w:rPr>
        <w:t>°，一年中的最大值出现在夏至（约</w:t>
      </w:r>
      <w:r>
        <w:rPr>
          <w:rFonts w:hint="eastAsia"/>
        </w:rPr>
        <w:t>73.5</w:t>
      </w:r>
      <w:r>
        <w:rPr>
          <w:rFonts w:hint="eastAsia"/>
        </w:rPr>
        <w:t>°）。北极点在春分日太阳恰好沿地平线起落，可看到日出。</w:t>
      </w:r>
    </w:p>
    <w:p w14:paraId="00000090" w14:textId="77777777" w:rsidR="00FF3CE6" w:rsidRDefault="00000000">
      <w:r>
        <w:rPr>
          <w:rFonts w:hint="eastAsia"/>
        </w:rPr>
        <w:t>13</w:t>
      </w:r>
      <w:r>
        <w:rPr>
          <w:rFonts w:hint="eastAsia"/>
        </w:rPr>
        <w:t>、</w:t>
      </w:r>
      <w:r>
        <w:rPr>
          <w:rFonts w:hint="eastAsia"/>
        </w:rPr>
        <w:t>A</w:t>
      </w:r>
      <w:r>
        <w:rPr>
          <w:rFonts w:hint="eastAsia"/>
        </w:rPr>
        <w:t xml:space="preserve">　</w:t>
      </w:r>
      <w:r>
        <w:rPr>
          <w:rFonts w:hint="eastAsia"/>
        </w:rPr>
        <w:t>FAST</w:t>
      </w:r>
      <w:r>
        <w:rPr>
          <w:rFonts w:hint="eastAsia"/>
        </w:rPr>
        <w:t>是射电望远镜，工作在厘米—米波；</w:t>
      </w:r>
      <w:r>
        <w:rPr>
          <w:rFonts w:hint="eastAsia"/>
        </w:rPr>
        <w:t>LAMOST</w:t>
      </w:r>
      <w:r>
        <w:rPr>
          <w:rFonts w:hint="eastAsia"/>
        </w:rPr>
        <w:t>为光学望远镜，</w:t>
      </w:r>
      <w:r>
        <w:rPr>
          <w:rFonts w:hint="eastAsia"/>
        </w:rPr>
        <w:t>"</w:t>
      </w:r>
      <w:r>
        <w:rPr>
          <w:rFonts w:hint="eastAsia"/>
        </w:rPr>
        <w:t>天关</w:t>
      </w:r>
      <w:r>
        <w:rPr>
          <w:rFonts w:hint="eastAsia"/>
        </w:rPr>
        <w:t>"</w:t>
      </w:r>
      <w:r>
        <w:rPr>
          <w:rFonts w:hint="eastAsia"/>
        </w:rPr>
        <w:t>（</w:t>
      </w:r>
      <w:r>
        <w:rPr>
          <w:rFonts w:hint="eastAsia"/>
        </w:rPr>
        <w:t>EP</w:t>
      </w:r>
      <w:r>
        <w:rPr>
          <w:rFonts w:hint="eastAsia"/>
        </w:rPr>
        <w:t>）与</w:t>
      </w:r>
      <w:r>
        <w:rPr>
          <w:rFonts w:hint="eastAsia"/>
        </w:rPr>
        <w:t>"</w:t>
      </w:r>
      <w:r>
        <w:rPr>
          <w:rFonts w:hint="eastAsia"/>
        </w:rPr>
        <w:t>慧眼</w:t>
      </w:r>
      <w:r>
        <w:rPr>
          <w:rFonts w:hint="eastAsia"/>
        </w:rPr>
        <w:t>"</w:t>
      </w:r>
      <w:r>
        <w:rPr>
          <w:rFonts w:hint="eastAsia"/>
        </w:rPr>
        <w:t>（</w:t>
      </w:r>
      <w:r>
        <w:rPr>
          <w:rFonts w:hint="eastAsia"/>
        </w:rPr>
        <w:t>HXMT</w:t>
      </w:r>
      <w:r>
        <w:rPr>
          <w:rFonts w:hint="eastAsia"/>
        </w:rPr>
        <w:t>）工作在</w:t>
      </w:r>
      <w:r>
        <w:rPr>
          <w:rFonts w:hint="eastAsia"/>
        </w:rPr>
        <w:t>X</w:t>
      </w:r>
      <w:r>
        <w:rPr>
          <w:rFonts w:hint="eastAsia"/>
        </w:rPr>
        <w:t>射线波段，波长都比射电短得多。</w:t>
      </w:r>
    </w:p>
    <w:p w14:paraId="00000091" w14:textId="77777777" w:rsidR="00FF3CE6" w:rsidRDefault="00000000">
      <w:r>
        <w:rPr>
          <w:rFonts w:hint="eastAsia"/>
        </w:rPr>
        <w:t>14</w:t>
      </w:r>
      <w:r>
        <w:rPr>
          <w:rFonts w:hint="eastAsia"/>
        </w:rPr>
        <w:t>、</w:t>
      </w:r>
      <w:r>
        <w:rPr>
          <w:rFonts w:hint="eastAsia"/>
        </w:rPr>
        <w:t>A</w:t>
      </w:r>
      <w:r>
        <w:rPr>
          <w:rFonts w:hint="eastAsia"/>
        </w:rPr>
        <w:t xml:space="preserve">　行星相对恒星背景自西向东移动为顺行，自东向西（向西）移动即为逆行；包括地内行星在内的所有行星都会逆行。</w:t>
      </w:r>
    </w:p>
    <w:p w14:paraId="00000092" w14:textId="77777777" w:rsidR="00FF3CE6" w:rsidRDefault="00000000">
      <w:r>
        <w:rPr>
          <w:rFonts w:hint="eastAsia"/>
        </w:rPr>
        <w:t>15</w:t>
      </w:r>
      <w:r>
        <w:rPr>
          <w:rFonts w:hint="eastAsia"/>
        </w:rPr>
        <w:t>、</w:t>
      </w:r>
      <w:r>
        <w:rPr>
          <w:rFonts w:hint="eastAsia"/>
        </w:rPr>
        <w:t>B</w:t>
      </w:r>
      <w:r>
        <w:rPr>
          <w:rFonts w:hint="eastAsia"/>
        </w:rPr>
        <w:t xml:space="preserve">　由开普勒第三定律</w:t>
      </w:r>
      <w:r>
        <w:rPr>
          <w:rFonts w:hint="eastAsia"/>
        </w:rPr>
        <w:t xml:space="preserve"> a</w:t>
      </w:r>
      <w:r>
        <w:rPr>
          <w:rFonts w:hint="eastAsia"/>
        </w:rPr>
        <w:t>³</w:t>
      </w:r>
      <w:r>
        <w:rPr>
          <w:rFonts w:hint="eastAsia"/>
        </w:rPr>
        <w:t>=M</w:t>
      </w:r>
      <w:r>
        <w:rPr>
          <w:rFonts w:hint="eastAsia"/>
        </w:rPr>
        <w:t>·</w:t>
      </w:r>
      <w:r>
        <w:rPr>
          <w:rFonts w:hint="eastAsia"/>
        </w:rPr>
        <w:t>T</w:t>
      </w:r>
      <w:r>
        <w:rPr>
          <w:rFonts w:hint="eastAsia"/>
        </w:rPr>
        <w:t>²（</w:t>
      </w:r>
      <w:r>
        <w:rPr>
          <w:rFonts w:hint="eastAsia"/>
        </w:rPr>
        <w:t>a</w:t>
      </w:r>
      <w:r>
        <w:rPr>
          <w:rFonts w:hint="eastAsia"/>
        </w:rPr>
        <w:t>以</w:t>
      </w:r>
      <w:r>
        <w:rPr>
          <w:rFonts w:hint="eastAsia"/>
        </w:rPr>
        <w:t>AU</w:t>
      </w:r>
      <w:r>
        <w:rPr>
          <w:rFonts w:hint="eastAsia"/>
        </w:rPr>
        <w:t>、</w:t>
      </w:r>
      <w:r>
        <w:rPr>
          <w:rFonts w:hint="eastAsia"/>
        </w:rPr>
        <w:t>T</w:t>
      </w:r>
      <w:r>
        <w:rPr>
          <w:rFonts w:hint="eastAsia"/>
        </w:rPr>
        <w:t>以年、</w:t>
      </w:r>
      <w:r>
        <w:rPr>
          <w:rFonts w:hint="eastAsia"/>
        </w:rPr>
        <w:t>M</w:t>
      </w:r>
      <w:r>
        <w:rPr>
          <w:rFonts w:hint="eastAsia"/>
        </w:rPr>
        <w:t>以太阳质量计）：</w:t>
      </w:r>
      <w:r>
        <w:rPr>
          <w:rFonts w:hint="eastAsia"/>
        </w:rPr>
        <w:t>T=100</w:t>
      </w:r>
      <w:r>
        <w:rPr>
          <w:rFonts w:hint="eastAsia"/>
        </w:rPr>
        <w:t>天</w:t>
      </w:r>
      <w:r>
        <w:rPr>
          <w:rFonts w:hint="eastAsia"/>
        </w:rPr>
        <w:t>=0.274</w:t>
      </w:r>
      <w:r>
        <w:rPr>
          <w:rFonts w:hint="eastAsia"/>
        </w:rPr>
        <w:t>年，</w:t>
      </w:r>
      <w:r>
        <w:rPr>
          <w:rFonts w:hint="eastAsia"/>
        </w:rPr>
        <w:t>a</w:t>
      </w:r>
      <w:r>
        <w:rPr>
          <w:rFonts w:hint="eastAsia"/>
        </w:rPr>
        <w:t>³</w:t>
      </w:r>
      <w:r>
        <w:rPr>
          <w:rFonts w:hint="eastAsia"/>
        </w:rPr>
        <w:t>=0.5</w:t>
      </w:r>
      <w:r>
        <w:rPr>
          <w:rFonts w:hint="eastAsia"/>
        </w:rPr>
        <w:t>×</w:t>
      </w:r>
      <w:r>
        <w:rPr>
          <w:rFonts w:hint="eastAsia"/>
        </w:rPr>
        <w:t>0.274</w:t>
      </w:r>
      <w:r>
        <w:rPr>
          <w:rFonts w:hint="eastAsia"/>
        </w:rPr>
        <w:t>²≈</w:t>
      </w:r>
      <w:r>
        <w:rPr>
          <w:rFonts w:hint="eastAsia"/>
        </w:rPr>
        <w:t>0.0375</w:t>
      </w:r>
      <w:r>
        <w:rPr>
          <w:rFonts w:hint="eastAsia"/>
        </w:rPr>
        <w:t>，故</w:t>
      </w:r>
      <w:r>
        <w:rPr>
          <w:rFonts w:hint="eastAsia"/>
        </w:rPr>
        <w:t xml:space="preserve"> a</w:t>
      </w:r>
      <w:r>
        <w:rPr>
          <w:rFonts w:hint="eastAsia"/>
        </w:rPr>
        <w:t>≈</w:t>
      </w:r>
      <w:r>
        <w:rPr>
          <w:rFonts w:hint="eastAsia"/>
        </w:rPr>
        <w:t>0.34 au</w:t>
      </w:r>
      <w:r>
        <w:rPr>
          <w:rFonts w:hint="eastAsia"/>
        </w:rPr>
        <w:t>。</w:t>
      </w:r>
    </w:p>
    <w:p w14:paraId="00000093" w14:textId="77777777" w:rsidR="00FF3CE6" w:rsidRDefault="00000000">
      <w:r>
        <w:rPr>
          <w:rFonts w:hint="eastAsia"/>
        </w:rPr>
        <w:t>16</w:t>
      </w:r>
      <w:r>
        <w:rPr>
          <w:rFonts w:hint="eastAsia"/>
        </w:rPr>
        <w:t>、</w:t>
      </w:r>
      <w:r>
        <w:rPr>
          <w:rFonts w:hint="eastAsia"/>
        </w:rPr>
        <w:t>B</w:t>
      </w:r>
      <w:r>
        <w:rPr>
          <w:rFonts w:hint="eastAsia"/>
        </w:rPr>
        <w:t xml:space="preserve">　能发生本影月食，说明月球离黄白交点很近，那么前后半个月左右的那个朔日也接近交点，几乎必然发生一次日食。反之，日食限比月食限宽，有日食时不一定有月食；月食也可出现在农历十六甚至十四、十七。</w:t>
      </w:r>
    </w:p>
    <w:p w14:paraId="00000094" w14:textId="77777777" w:rsidR="00FF3CE6" w:rsidRDefault="00000000">
      <w:r>
        <w:rPr>
          <w:rFonts w:hint="eastAsia"/>
        </w:rPr>
        <w:t>17</w:t>
      </w:r>
      <w:r>
        <w:rPr>
          <w:rFonts w:hint="eastAsia"/>
        </w:rPr>
        <w:t>、</w:t>
      </w:r>
      <w:r>
        <w:rPr>
          <w:rFonts w:hint="eastAsia"/>
        </w:rPr>
        <w:t>D</w:t>
      </w:r>
      <w:r>
        <w:rPr>
          <w:rFonts w:hint="eastAsia"/>
        </w:rPr>
        <w:t xml:space="preserve">　冥王星轨道倾角大（约</w:t>
      </w:r>
      <w:r>
        <w:rPr>
          <w:rFonts w:hint="eastAsia"/>
        </w:rPr>
        <w:t>17</w:t>
      </w:r>
      <w:r>
        <w:rPr>
          <w:rFonts w:hint="eastAsia"/>
        </w:rPr>
        <w:t>°）、视直径极小，月球扫过它的机会最少；木星、土星几乎在黄道上，被月球遮掩的机会最多。</w:t>
      </w:r>
    </w:p>
    <w:p w14:paraId="00000095" w14:textId="77777777" w:rsidR="00FF3CE6" w:rsidRDefault="00000000">
      <w:r>
        <w:rPr>
          <w:rFonts w:hint="eastAsia"/>
        </w:rPr>
        <w:t>18</w:t>
      </w:r>
      <w:r>
        <w:rPr>
          <w:rFonts w:hint="eastAsia"/>
        </w:rPr>
        <w:t>、</w:t>
      </w:r>
      <w:r>
        <w:rPr>
          <w:rFonts w:hint="eastAsia"/>
        </w:rPr>
        <w:t>B</w:t>
      </w:r>
      <w:r>
        <w:rPr>
          <w:rFonts w:hint="eastAsia"/>
        </w:rPr>
        <w:t xml:space="preserve">　</w:t>
      </w:r>
      <w:r>
        <w:rPr>
          <w:rFonts w:hint="eastAsia"/>
        </w:rPr>
        <w:t>VLBI</w:t>
      </w:r>
      <w:r>
        <w:rPr>
          <w:rFonts w:hint="eastAsia"/>
        </w:rPr>
        <w:t>把相距数千公里的多台望远镜对准同一目标同时观测，再把信号干涉合成，等效口径等于最长基线，角分辨率因此提高几个数量级。</w:t>
      </w:r>
    </w:p>
    <w:p w14:paraId="00000096" w14:textId="77777777" w:rsidR="00FF3CE6" w:rsidRDefault="00000000">
      <w:r>
        <w:rPr>
          <w:rFonts w:hint="eastAsia"/>
        </w:rPr>
        <w:lastRenderedPageBreak/>
        <w:t>19</w:t>
      </w:r>
      <w:r>
        <w:rPr>
          <w:rFonts w:hint="eastAsia"/>
        </w:rPr>
        <w:t>、</w:t>
      </w:r>
      <w:r>
        <w:rPr>
          <w:rFonts w:hint="eastAsia"/>
        </w:rPr>
        <w:t>A</w:t>
      </w:r>
      <w:r>
        <w:rPr>
          <w:rFonts w:hint="eastAsia"/>
        </w:rPr>
        <w:t xml:space="preserve">　</w:t>
      </w:r>
      <w:r>
        <w:rPr>
          <w:rFonts w:hint="eastAsia"/>
        </w:rPr>
        <w:t>"</w:t>
      </w:r>
      <w:r>
        <w:rPr>
          <w:rFonts w:hint="eastAsia"/>
        </w:rPr>
        <w:t>飞矢不动</w:t>
      </w:r>
      <w:r>
        <w:rPr>
          <w:rFonts w:hint="eastAsia"/>
        </w:rPr>
        <w:t>"</w:t>
      </w:r>
      <w:r>
        <w:rPr>
          <w:rFonts w:hint="eastAsia"/>
        </w:rPr>
        <w:t>是古希腊芝诺关于运动连续性的悖论，与行星观测无关；</w:t>
      </w:r>
      <w:r>
        <w:rPr>
          <w:rFonts w:hint="eastAsia"/>
        </w:rPr>
        <w:t>"</w:t>
      </w:r>
      <w:r>
        <w:rPr>
          <w:rFonts w:hint="eastAsia"/>
        </w:rPr>
        <w:t>填星守七星</w:t>
      </w:r>
      <w:r>
        <w:rPr>
          <w:rFonts w:hint="eastAsia"/>
        </w:rPr>
        <w:t>""</w:t>
      </w:r>
      <w:r>
        <w:rPr>
          <w:rFonts w:hint="eastAsia"/>
        </w:rPr>
        <w:t>五星出东方</w:t>
      </w:r>
      <w:r>
        <w:rPr>
          <w:rFonts w:hint="eastAsia"/>
        </w:rPr>
        <w:t>""</w:t>
      </w:r>
      <w:r>
        <w:rPr>
          <w:rFonts w:hint="eastAsia"/>
        </w:rPr>
        <w:t>岁星入房</w:t>
      </w:r>
      <w:r>
        <w:rPr>
          <w:rFonts w:hint="eastAsia"/>
        </w:rPr>
        <w:t>"</w:t>
      </w:r>
      <w:r>
        <w:rPr>
          <w:rFonts w:hint="eastAsia"/>
        </w:rPr>
        <w:t>都是我国古代对行星位置与运动的记录。</w:t>
      </w:r>
    </w:p>
    <w:p w14:paraId="00000097" w14:textId="77777777" w:rsidR="00FF3CE6" w:rsidRDefault="00000000">
      <w:r>
        <w:rPr>
          <w:rFonts w:hint="eastAsia"/>
        </w:rPr>
        <w:t>20</w:t>
      </w:r>
      <w:r>
        <w:rPr>
          <w:rFonts w:hint="eastAsia"/>
        </w:rPr>
        <w:t>、</w:t>
      </w:r>
      <w:r>
        <w:rPr>
          <w:rFonts w:hint="eastAsia"/>
        </w:rPr>
        <w:t>B</w:t>
      </w:r>
      <w:r>
        <w:rPr>
          <w:rFonts w:hint="eastAsia"/>
        </w:rPr>
        <w:t xml:space="preserve">　</w:t>
      </w:r>
      <w:r>
        <w:rPr>
          <w:rFonts w:hint="eastAsia"/>
        </w:rPr>
        <w:t>7</w:t>
      </w:r>
      <w:r>
        <w:rPr>
          <w:rFonts w:hint="eastAsia"/>
        </w:rPr>
        <w:t>月初地球经过远日点，公转速度最慢，太阳在黄道上每日移动最少，所以夏至到小暑的间隔最长（约</w:t>
      </w:r>
      <w:r>
        <w:rPr>
          <w:rFonts w:hint="eastAsia"/>
        </w:rPr>
        <w:t>16</w:t>
      </w:r>
      <w:r>
        <w:rPr>
          <w:rFonts w:hint="eastAsia"/>
        </w:rPr>
        <w:t>天），冬至到小寒最短（约</w:t>
      </w:r>
      <w:r>
        <w:rPr>
          <w:rFonts w:hint="eastAsia"/>
        </w:rPr>
        <w:t>14.7</w:t>
      </w:r>
      <w:r>
        <w:rPr>
          <w:rFonts w:hint="eastAsia"/>
        </w:rPr>
        <w:t>天）。</w:t>
      </w:r>
    </w:p>
    <w:p w14:paraId="00000098" w14:textId="77777777" w:rsidR="00FF3CE6" w:rsidRDefault="00000000">
      <w:r>
        <w:rPr>
          <w:rFonts w:hint="eastAsia"/>
        </w:rPr>
        <w:t>21</w:t>
      </w:r>
      <w:r>
        <w:rPr>
          <w:rFonts w:hint="eastAsia"/>
        </w:rPr>
        <w:t>、</w:t>
      </w:r>
      <w:r>
        <w:rPr>
          <w:rFonts w:hint="eastAsia"/>
        </w:rPr>
        <w:t>D</w:t>
      </w:r>
      <w:r>
        <w:rPr>
          <w:rFonts w:hint="eastAsia"/>
        </w:rPr>
        <w:t xml:space="preserve">　薇拉·鲁宾天文台建在智利，位于南半球，不在北半球。它的</w:t>
      </w:r>
      <w:r>
        <w:rPr>
          <w:rFonts w:hint="eastAsia"/>
        </w:rPr>
        <w:t>8.4</w:t>
      </w:r>
      <w:r>
        <w:rPr>
          <w:rFonts w:hint="eastAsia"/>
        </w:rPr>
        <w:t>米望远镜配</w:t>
      </w:r>
      <w:r>
        <w:rPr>
          <w:rFonts w:hint="eastAsia"/>
        </w:rPr>
        <w:t>32</w:t>
      </w:r>
      <w:r>
        <w:rPr>
          <w:rFonts w:hint="eastAsia"/>
        </w:rPr>
        <w:t>亿像素相机，是目前最大的天文</w:t>
      </w:r>
      <w:r>
        <w:rPr>
          <w:rFonts w:hint="eastAsia"/>
        </w:rPr>
        <w:t>CCD</w:t>
      </w:r>
      <w:r>
        <w:rPr>
          <w:rFonts w:hint="eastAsia"/>
        </w:rPr>
        <w:t>相机。</w:t>
      </w:r>
    </w:p>
    <w:p w14:paraId="00000099" w14:textId="77777777" w:rsidR="00FF3CE6" w:rsidRDefault="00000000">
      <w:r>
        <w:rPr>
          <w:rFonts w:hint="eastAsia"/>
        </w:rPr>
        <w:t>22</w:t>
      </w:r>
      <w:r>
        <w:rPr>
          <w:rFonts w:hint="eastAsia"/>
        </w:rPr>
        <w:t>、</w:t>
      </w:r>
      <w:r>
        <w:rPr>
          <w:rFonts w:hint="eastAsia"/>
        </w:rPr>
        <w:t>C</w:t>
      </w:r>
      <w:r>
        <w:rPr>
          <w:rFonts w:hint="eastAsia"/>
        </w:rPr>
        <w:t xml:space="preserve">　光谱型</w:t>
      </w:r>
      <w:r>
        <w:rPr>
          <w:rFonts w:hint="eastAsia"/>
        </w:rPr>
        <w:t>O</w:t>
      </w:r>
      <w:r>
        <w:rPr>
          <w:rFonts w:hint="eastAsia"/>
        </w:rPr>
        <w:t>→</w:t>
      </w:r>
      <w:r>
        <w:rPr>
          <w:rFonts w:hint="eastAsia"/>
        </w:rPr>
        <w:t>B</w:t>
      </w:r>
      <w:r>
        <w:rPr>
          <w:rFonts w:hint="eastAsia"/>
        </w:rPr>
        <w:t>→</w:t>
      </w:r>
      <w:r>
        <w:rPr>
          <w:rFonts w:hint="eastAsia"/>
        </w:rPr>
        <w:t>A</w:t>
      </w:r>
      <w:r>
        <w:rPr>
          <w:rFonts w:hint="eastAsia"/>
        </w:rPr>
        <w:t>→</w:t>
      </w:r>
      <w:r>
        <w:rPr>
          <w:rFonts w:hint="eastAsia"/>
        </w:rPr>
        <w:t>F</w:t>
      </w:r>
      <w:r>
        <w:rPr>
          <w:rFonts w:hint="eastAsia"/>
        </w:rPr>
        <w:t>→</w:t>
      </w:r>
      <w:r>
        <w:rPr>
          <w:rFonts w:hint="eastAsia"/>
        </w:rPr>
        <w:t>G</w:t>
      </w:r>
      <w:r>
        <w:rPr>
          <w:rFonts w:hint="eastAsia"/>
        </w:rPr>
        <w:t>→</w:t>
      </w:r>
      <w:r>
        <w:rPr>
          <w:rFonts w:hint="eastAsia"/>
        </w:rPr>
        <w:t>K</w:t>
      </w:r>
      <w:r>
        <w:rPr>
          <w:rFonts w:hint="eastAsia"/>
        </w:rPr>
        <w:t>→</w:t>
      </w:r>
      <w:r>
        <w:rPr>
          <w:rFonts w:hint="eastAsia"/>
        </w:rPr>
        <w:t>M</w:t>
      </w:r>
      <w:r>
        <w:rPr>
          <w:rFonts w:hint="eastAsia"/>
        </w:rPr>
        <w:t>对应表面温度由高到低，温度决定了恒星大气中各类谱线的相对强弱，是划分光谱型最主要的物理量。</w:t>
      </w:r>
    </w:p>
    <w:p w14:paraId="0000009A" w14:textId="77777777" w:rsidR="00FF3CE6" w:rsidRDefault="00000000">
      <w:r>
        <w:rPr>
          <w:rFonts w:hint="eastAsia"/>
        </w:rPr>
        <w:t>23</w:t>
      </w:r>
      <w:r>
        <w:rPr>
          <w:rFonts w:hint="eastAsia"/>
        </w:rPr>
        <w:t>、</w:t>
      </w:r>
      <w:r>
        <w:rPr>
          <w:rFonts w:hint="eastAsia"/>
        </w:rPr>
        <w:t>C</w:t>
      </w:r>
      <w:r>
        <w:rPr>
          <w:rFonts w:hint="eastAsia"/>
        </w:rPr>
        <w:t xml:space="preserve">　月球相对木星的会合周期略长于一个恒星月（约</w:t>
      </w:r>
      <w:r>
        <w:rPr>
          <w:rFonts w:hint="eastAsia"/>
        </w:rPr>
        <w:t>27.5</w:t>
      </w:r>
      <w:r>
        <w:rPr>
          <w:rFonts w:hint="eastAsia"/>
        </w:rPr>
        <w:t>天），从</w:t>
      </w:r>
      <w:r>
        <w:rPr>
          <w:rFonts w:hint="eastAsia"/>
        </w:rPr>
        <w:t>3</w:t>
      </w:r>
      <w:r>
        <w:rPr>
          <w:rFonts w:hint="eastAsia"/>
        </w:rPr>
        <w:t>月</w:t>
      </w:r>
      <w:r>
        <w:rPr>
          <w:rFonts w:hint="eastAsia"/>
        </w:rPr>
        <w:t>26</w:t>
      </w:r>
      <w:r>
        <w:rPr>
          <w:rFonts w:hint="eastAsia"/>
        </w:rPr>
        <w:t>日后推约</w:t>
      </w:r>
      <w:r>
        <w:rPr>
          <w:rFonts w:hint="eastAsia"/>
        </w:rPr>
        <w:t>28</w:t>
      </w:r>
      <w:r>
        <w:rPr>
          <w:rFonts w:hint="eastAsia"/>
        </w:rPr>
        <w:t>天，下一次木星合月就在</w:t>
      </w:r>
      <w:r>
        <w:rPr>
          <w:rFonts w:hint="eastAsia"/>
        </w:rPr>
        <w:t>4</w:t>
      </w:r>
      <w:r>
        <w:rPr>
          <w:rFonts w:hint="eastAsia"/>
        </w:rPr>
        <w:t>月</w:t>
      </w:r>
      <w:r>
        <w:rPr>
          <w:rFonts w:hint="eastAsia"/>
        </w:rPr>
        <w:t>23</w:t>
      </w:r>
      <w:r>
        <w:rPr>
          <w:rFonts w:hint="eastAsia"/>
        </w:rPr>
        <w:t>日前后。</w:t>
      </w:r>
    </w:p>
    <w:p w14:paraId="0000009B" w14:textId="77777777" w:rsidR="00FF3CE6" w:rsidRDefault="00000000">
      <w:r>
        <w:rPr>
          <w:rFonts w:hint="eastAsia"/>
        </w:rPr>
        <w:t>24</w:t>
      </w:r>
      <w:r>
        <w:rPr>
          <w:rFonts w:hint="eastAsia"/>
        </w:rPr>
        <w:t>、</w:t>
      </w:r>
      <w:r>
        <w:rPr>
          <w:rFonts w:hint="eastAsia"/>
        </w:rPr>
        <w:t>C</w:t>
      </w:r>
      <w:r>
        <w:rPr>
          <w:rFonts w:hint="eastAsia"/>
        </w:rPr>
        <w:t xml:space="preserve">　</w:t>
      </w:r>
      <w:r>
        <w:rPr>
          <w:rFonts w:hint="eastAsia"/>
        </w:rPr>
        <w:t>1000</w:t>
      </w:r>
      <w:r>
        <w:rPr>
          <w:rFonts w:hint="eastAsia"/>
        </w:rPr>
        <w:t>颗</w:t>
      </w:r>
      <w:r>
        <w:rPr>
          <w:rFonts w:hint="eastAsia"/>
        </w:rPr>
        <w:t>9</w:t>
      </w:r>
      <w:r>
        <w:rPr>
          <w:rFonts w:hint="eastAsia"/>
        </w:rPr>
        <w:t>等星的亮度合计为单颗的</w:t>
      </w:r>
      <w:r>
        <w:rPr>
          <w:rFonts w:hint="eastAsia"/>
        </w:rPr>
        <w:t>1000</w:t>
      </w:r>
      <w:r>
        <w:rPr>
          <w:rFonts w:hint="eastAsia"/>
        </w:rPr>
        <w:t>倍，星等相差</w:t>
      </w:r>
      <w:r>
        <w:rPr>
          <w:rFonts w:hint="eastAsia"/>
        </w:rPr>
        <w:t>2.5</w:t>
      </w:r>
      <w:r>
        <w:rPr>
          <w:rFonts w:hint="eastAsia"/>
        </w:rPr>
        <w:t>×</w:t>
      </w:r>
      <w:r>
        <w:rPr>
          <w:rFonts w:hint="eastAsia"/>
        </w:rPr>
        <w:t>lg1000=7.5</w:t>
      </w:r>
      <w:r>
        <w:rPr>
          <w:rFonts w:hint="eastAsia"/>
        </w:rPr>
        <w:t>等，故合成星等为</w:t>
      </w:r>
      <w:r>
        <w:rPr>
          <w:rFonts w:hint="eastAsia"/>
        </w:rPr>
        <w:t>9-7.5=1.5</w:t>
      </w:r>
      <w:r>
        <w:rPr>
          <w:rFonts w:hint="eastAsia"/>
        </w:rPr>
        <w:t>等。</w:t>
      </w:r>
    </w:p>
    <w:p w14:paraId="0000009C" w14:textId="77777777" w:rsidR="00FF3CE6" w:rsidRDefault="00000000">
      <w:r>
        <w:rPr>
          <w:rFonts w:hint="eastAsia"/>
        </w:rPr>
        <w:t>25</w:t>
      </w:r>
      <w:r>
        <w:rPr>
          <w:rFonts w:hint="eastAsia"/>
        </w:rPr>
        <w:t>、</w:t>
      </w:r>
      <w:r>
        <w:rPr>
          <w:rFonts w:hint="eastAsia"/>
        </w:rPr>
        <w:t>A</w:t>
      </w:r>
      <w:r>
        <w:rPr>
          <w:rFonts w:hint="eastAsia"/>
        </w:rPr>
        <w:t xml:space="preserve">　农历月按朔望月（平均</w:t>
      </w:r>
      <w:r>
        <w:rPr>
          <w:rFonts w:hint="eastAsia"/>
        </w:rPr>
        <w:t>29.53</w:t>
      </w:r>
      <w:r>
        <w:rPr>
          <w:rFonts w:hint="eastAsia"/>
        </w:rPr>
        <w:t>天）安排大小月，这五年的腊月恰好都是</w:t>
      </w:r>
      <w:r>
        <w:rPr>
          <w:rFonts w:hint="eastAsia"/>
        </w:rPr>
        <w:t>"</w:t>
      </w:r>
      <w:r>
        <w:rPr>
          <w:rFonts w:hint="eastAsia"/>
        </w:rPr>
        <w:t>小月</w:t>
      </w:r>
      <w:r>
        <w:rPr>
          <w:rFonts w:hint="eastAsia"/>
        </w:rPr>
        <w:t>"</w:t>
      </w:r>
      <w:r>
        <w:rPr>
          <w:rFonts w:hint="eastAsia"/>
        </w:rPr>
        <w:t>，只有</w:t>
      </w:r>
      <w:r>
        <w:rPr>
          <w:rFonts w:hint="eastAsia"/>
        </w:rPr>
        <w:t>29</w:t>
      </w:r>
      <w:r>
        <w:rPr>
          <w:rFonts w:hint="eastAsia"/>
        </w:rPr>
        <w:t>天，于是没有</w:t>
      </w:r>
      <w:r>
        <w:rPr>
          <w:rFonts w:hint="eastAsia"/>
        </w:rPr>
        <w:t>"</w:t>
      </w:r>
      <w:r>
        <w:rPr>
          <w:rFonts w:hint="eastAsia"/>
        </w:rPr>
        <w:t>大年三十</w:t>
      </w:r>
      <w:r>
        <w:rPr>
          <w:rFonts w:hint="eastAsia"/>
        </w:rPr>
        <w:t>"</w:t>
      </w:r>
      <w:r>
        <w:rPr>
          <w:rFonts w:hint="eastAsia"/>
        </w:rPr>
        <w:t>，除夕提前到腊月二十九。</w:t>
      </w:r>
    </w:p>
    <w:p w14:paraId="0000009D" w14:textId="77777777" w:rsidR="00FF3CE6" w:rsidRDefault="00000000">
      <w:r>
        <w:rPr>
          <w:rFonts w:hint="eastAsia"/>
        </w:rPr>
        <w:t>26</w:t>
      </w:r>
      <w:r>
        <w:rPr>
          <w:rFonts w:hint="eastAsia"/>
        </w:rPr>
        <w:t>、</w:t>
      </w:r>
      <w:r>
        <w:rPr>
          <w:rFonts w:hint="eastAsia"/>
        </w:rPr>
        <w:t>C</w:t>
      </w:r>
      <w:r>
        <w:rPr>
          <w:rFonts w:hint="eastAsia"/>
        </w:rPr>
        <w:t xml:space="preserve">　红移</w:t>
      </w:r>
      <w:r>
        <w:rPr>
          <w:rFonts w:hint="eastAsia"/>
        </w:rPr>
        <w:t xml:space="preserve"> z=(</w:t>
      </w:r>
      <w:r>
        <w:rPr>
          <w:rFonts w:hint="eastAsia"/>
        </w:rPr>
        <w:t>λ</w:t>
      </w:r>
      <w:r>
        <w:rPr>
          <w:rFonts w:hint="eastAsia"/>
        </w:rPr>
        <w:t>-</w:t>
      </w:r>
      <w:r>
        <w:rPr>
          <w:rFonts w:hint="eastAsia"/>
        </w:rPr>
        <w:t>λ</w:t>
      </w:r>
      <w:r>
        <w:rPr>
          <w:rFonts w:hint="eastAsia"/>
        </w:rPr>
        <w:t>0)/</w:t>
      </w:r>
      <w:r>
        <w:rPr>
          <w:rFonts w:hint="eastAsia"/>
        </w:rPr>
        <w:t>λ</w:t>
      </w:r>
      <w:r>
        <w:rPr>
          <w:rFonts w:hint="eastAsia"/>
        </w:rPr>
        <w:t>0=(689-656.3)/656.3</w:t>
      </w:r>
      <w:r>
        <w:rPr>
          <w:rFonts w:hint="eastAsia"/>
        </w:rPr>
        <w:t>≈</w:t>
      </w:r>
      <w:r>
        <w:rPr>
          <w:rFonts w:hint="eastAsia"/>
        </w:rPr>
        <w:t>0.0498</w:t>
      </w:r>
      <w:r>
        <w:rPr>
          <w:rFonts w:hint="eastAsia"/>
        </w:rPr>
        <w:t>，约为</w:t>
      </w:r>
      <w:r>
        <w:rPr>
          <w:rFonts w:hint="eastAsia"/>
        </w:rPr>
        <w:t>0.05</w:t>
      </w:r>
      <w:r>
        <w:rPr>
          <w:rFonts w:hint="eastAsia"/>
        </w:rPr>
        <w:t>。</w:t>
      </w:r>
    </w:p>
    <w:p w14:paraId="0000009E" w14:textId="77777777" w:rsidR="00FF3CE6" w:rsidRDefault="00000000">
      <w:r>
        <w:rPr>
          <w:rFonts w:hint="eastAsia"/>
        </w:rPr>
        <w:t>27</w:t>
      </w:r>
      <w:r>
        <w:rPr>
          <w:rFonts w:hint="eastAsia"/>
        </w:rPr>
        <w:t>、</w:t>
      </w:r>
      <w:r>
        <w:rPr>
          <w:rFonts w:hint="eastAsia"/>
        </w:rPr>
        <w:t>B</w:t>
      </w:r>
      <w:r>
        <w:rPr>
          <w:rFonts w:hint="eastAsia"/>
        </w:rPr>
        <w:t xml:space="preserve">　</w:t>
      </w:r>
      <w:r>
        <w:rPr>
          <w:rFonts w:hint="eastAsia"/>
        </w:rPr>
        <w:t>"</w:t>
      </w:r>
      <w:r>
        <w:rPr>
          <w:rFonts w:hint="eastAsia"/>
        </w:rPr>
        <w:t>晓风残月</w:t>
      </w:r>
      <w:r>
        <w:rPr>
          <w:rFonts w:hint="eastAsia"/>
        </w:rPr>
        <w:t>"</w:t>
      </w:r>
      <w:r>
        <w:rPr>
          <w:rFonts w:hint="eastAsia"/>
        </w:rPr>
        <w:t>是黎明前出现在东方的残月，故面朝东方；月末时月亮在太阳以西约</w:t>
      </w:r>
      <w:r>
        <w:rPr>
          <w:rFonts w:hint="eastAsia"/>
        </w:rPr>
        <w:t>15</w:t>
      </w:r>
      <w:r>
        <w:rPr>
          <w:rFonts w:hint="eastAsia"/>
        </w:rPr>
        <w:t>°—</w:t>
      </w:r>
      <w:r>
        <w:rPr>
          <w:rFonts w:hint="eastAsia"/>
        </w:rPr>
        <w:t>30</w:t>
      </w:r>
      <w:r>
        <w:rPr>
          <w:rFonts w:hint="eastAsia"/>
        </w:rPr>
        <w:t>°，秋季太阳位于室女座，月亮落在狮子座一带，旁边最亮的恒星就是狮子座α（轩辕十四）。</w:t>
      </w:r>
    </w:p>
    <w:p w14:paraId="0000009F" w14:textId="77777777" w:rsidR="00FF3CE6" w:rsidRDefault="00000000">
      <w:r>
        <w:rPr>
          <w:rFonts w:hint="eastAsia"/>
        </w:rPr>
        <w:t>28</w:t>
      </w:r>
      <w:r>
        <w:rPr>
          <w:rFonts w:hint="eastAsia"/>
        </w:rPr>
        <w:t>、</w:t>
      </w:r>
      <w:r>
        <w:rPr>
          <w:rFonts w:hint="eastAsia"/>
        </w:rPr>
        <w:t>B</w:t>
      </w:r>
      <w:r>
        <w:rPr>
          <w:rFonts w:hint="eastAsia"/>
        </w:rPr>
        <w:t xml:space="preserve">　长庚星是黄昏时东侧的金星，</w:t>
      </w:r>
      <w:r>
        <w:rPr>
          <w:rFonts w:hint="eastAsia"/>
        </w:rPr>
        <w:t>"</w:t>
      </w:r>
      <w:r>
        <w:rPr>
          <w:rFonts w:hint="eastAsia"/>
        </w:rPr>
        <w:t>月牙状</w:t>
      </w:r>
      <w:r>
        <w:rPr>
          <w:rFonts w:hint="eastAsia"/>
        </w:rPr>
        <w:t>"</w:t>
      </w:r>
      <w:r>
        <w:rPr>
          <w:rFonts w:hint="eastAsia"/>
        </w:rPr>
        <w:t>说明它正走向下合：与地球越来越近，视直径不断变大、亮面越来越细；越过下合后，它就成为黎明前的</w:t>
      </w:r>
      <w:r>
        <w:rPr>
          <w:rFonts w:hint="eastAsia"/>
        </w:rPr>
        <w:t>"</w:t>
      </w:r>
      <w:r>
        <w:rPr>
          <w:rFonts w:hint="eastAsia"/>
        </w:rPr>
        <w:t>启明星</w:t>
      </w:r>
      <w:r>
        <w:rPr>
          <w:rFonts w:hint="eastAsia"/>
        </w:rPr>
        <w:t>"</w:t>
      </w:r>
      <w:r>
        <w:rPr>
          <w:rFonts w:hint="eastAsia"/>
        </w:rPr>
        <w:t>。</w:t>
      </w:r>
    </w:p>
    <w:p w14:paraId="000000A0" w14:textId="77777777" w:rsidR="00FF3CE6" w:rsidRDefault="00000000">
      <w:r>
        <w:rPr>
          <w:rFonts w:hint="eastAsia"/>
        </w:rPr>
        <w:t>29</w:t>
      </w:r>
      <w:r>
        <w:rPr>
          <w:rFonts w:hint="eastAsia"/>
        </w:rPr>
        <w:t>、</w:t>
      </w:r>
      <w:r>
        <w:rPr>
          <w:rFonts w:hint="eastAsia"/>
        </w:rPr>
        <w:t>D</w:t>
      </w:r>
      <w:r>
        <w:rPr>
          <w:rFonts w:hint="eastAsia"/>
        </w:rPr>
        <w:t xml:space="preserve">　由周期和半长轴可估出主星质量约</w:t>
      </w:r>
      <w:r>
        <w:rPr>
          <w:rFonts w:hint="eastAsia"/>
        </w:rPr>
        <w:t>0.4 M</w:t>
      </w:r>
      <w:r>
        <w:rPr>
          <w:rFonts w:hint="eastAsia"/>
        </w:rPr>
        <w:t>⊙、表面温度约</w:t>
      </w:r>
      <w:r>
        <w:rPr>
          <w:rFonts w:hint="eastAsia"/>
        </w:rPr>
        <w:t>3500K</w:t>
      </w:r>
      <w:r>
        <w:rPr>
          <w:rFonts w:hint="eastAsia"/>
        </w:rPr>
        <w:t>，属</w:t>
      </w:r>
      <w:r>
        <w:rPr>
          <w:rFonts w:hint="eastAsia"/>
        </w:rPr>
        <w:t>M</w:t>
      </w:r>
      <w:r>
        <w:rPr>
          <w:rFonts w:hint="eastAsia"/>
        </w:rPr>
        <w:t>型红矮星。正因为恒星暗弱、宜居带很近（</w:t>
      </w:r>
      <w:r>
        <w:rPr>
          <w:rFonts w:hint="eastAsia"/>
        </w:rPr>
        <w:t>0.14 au</w:t>
      </w:r>
      <w:r>
        <w:rPr>
          <w:rFonts w:hint="eastAsia"/>
        </w:rPr>
        <w:t>），</w:t>
      </w:r>
      <w:r>
        <w:rPr>
          <w:rFonts w:hint="eastAsia"/>
        </w:rPr>
        <w:t>K2-18b</w:t>
      </w:r>
      <w:r>
        <w:rPr>
          <w:rFonts w:hint="eastAsia"/>
        </w:rPr>
        <w:t>的公转周期才只有</w:t>
      </w:r>
      <w:r>
        <w:rPr>
          <w:rFonts w:hint="eastAsia"/>
        </w:rPr>
        <w:t>33</w:t>
      </w:r>
      <w:r>
        <w:rPr>
          <w:rFonts w:hint="eastAsia"/>
        </w:rPr>
        <w:t>天。</w:t>
      </w:r>
    </w:p>
    <w:p w14:paraId="000000A1" w14:textId="77777777" w:rsidR="00FF3CE6" w:rsidRDefault="00000000">
      <w:r>
        <w:rPr>
          <w:rFonts w:hint="eastAsia"/>
        </w:rPr>
        <w:t>30</w:t>
      </w:r>
      <w:r>
        <w:rPr>
          <w:rFonts w:hint="eastAsia"/>
        </w:rPr>
        <w:t>、</w:t>
      </w:r>
      <w:r>
        <w:rPr>
          <w:rFonts w:hint="eastAsia"/>
        </w:rPr>
        <w:t>A</w:t>
      </w:r>
      <w:r>
        <w:rPr>
          <w:rFonts w:hint="eastAsia"/>
        </w:rPr>
        <w:t xml:space="preserve">　三星连线与天赤道约成</w:t>
      </w:r>
      <w:r>
        <w:rPr>
          <w:rFonts w:hint="eastAsia"/>
        </w:rPr>
        <w:t>36</w:t>
      </w:r>
      <w:r>
        <w:rPr>
          <w:rFonts w:hint="eastAsia"/>
        </w:rPr>
        <w:t>°，而在地理纬度约</w:t>
      </w:r>
      <w:r>
        <w:rPr>
          <w:rFonts w:hint="eastAsia"/>
        </w:rPr>
        <w:t>53</w:t>
      </w:r>
      <w:r>
        <w:rPr>
          <w:rFonts w:hint="eastAsia"/>
        </w:rPr>
        <w:t>°的地方，地平线与天赤道的夹角约</w:t>
      </w:r>
      <w:r>
        <w:rPr>
          <w:rFonts w:hint="eastAsia"/>
        </w:rPr>
        <w:t>37</w:t>
      </w:r>
      <w:r>
        <w:rPr>
          <w:rFonts w:hint="eastAsia"/>
        </w:rPr>
        <w:t>°，两者方向相抵，所以猎户座落下时三星连线最接近水平，漠河最符合。</w:t>
      </w:r>
    </w:p>
    <w:p w14:paraId="000000A2" w14:textId="77777777" w:rsidR="00FF3CE6" w:rsidRDefault="00000000">
      <w:r>
        <w:rPr>
          <w:rFonts w:hint="eastAsia"/>
        </w:rPr>
        <w:t>31</w:t>
      </w:r>
      <w:r>
        <w:rPr>
          <w:rFonts w:hint="eastAsia"/>
        </w:rPr>
        <w:t>、</w:t>
      </w:r>
      <w:r>
        <w:rPr>
          <w:rFonts w:hint="eastAsia"/>
        </w:rPr>
        <w:t>C</w:t>
      </w:r>
      <w:r>
        <w:rPr>
          <w:rFonts w:hint="eastAsia"/>
        </w:rPr>
        <w:t xml:space="preserve">　</w:t>
      </w:r>
      <w:r>
        <w:rPr>
          <w:rFonts w:hint="eastAsia"/>
        </w:rPr>
        <w:t>M87</w:t>
      </w:r>
      <w:r>
        <w:rPr>
          <w:rFonts w:hint="eastAsia"/>
        </w:rPr>
        <w:t>是缺乏冷气体的椭圆星系，恒星形成活动极其微弱；</w:t>
      </w:r>
      <w:r>
        <w:rPr>
          <w:rFonts w:hint="eastAsia"/>
        </w:rPr>
        <w:t>M31</w:t>
      </w:r>
      <w:r>
        <w:rPr>
          <w:rFonts w:hint="eastAsia"/>
        </w:rPr>
        <w:t>是仍有旋臂和分子云的旋涡星系，每年仍以约</w:t>
      </w:r>
      <w:r>
        <w:rPr>
          <w:rFonts w:hint="eastAsia"/>
        </w:rPr>
        <w:t>0.3</w:t>
      </w:r>
      <w:r>
        <w:rPr>
          <w:rFonts w:hint="eastAsia"/>
        </w:rPr>
        <w:t>—</w:t>
      </w:r>
      <w:r>
        <w:rPr>
          <w:rFonts w:hint="eastAsia"/>
        </w:rPr>
        <w:t>1 M</w:t>
      </w:r>
      <w:r>
        <w:rPr>
          <w:rFonts w:hint="eastAsia"/>
        </w:rPr>
        <w:t>⊙的速率形成恒星，故</w:t>
      </w:r>
      <w:r>
        <w:rPr>
          <w:rFonts w:hint="eastAsia"/>
        </w:rPr>
        <w:t>M87</w:t>
      </w:r>
      <w:r>
        <w:rPr>
          <w:rFonts w:hint="eastAsia"/>
        </w:rPr>
        <w:t>的恒星形成率小于</w:t>
      </w:r>
      <w:r>
        <w:rPr>
          <w:rFonts w:hint="eastAsia"/>
        </w:rPr>
        <w:t>M31</w:t>
      </w:r>
      <w:r>
        <w:rPr>
          <w:rFonts w:hint="eastAsia"/>
        </w:rPr>
        <w:t>。</w:t>
      </w:r>
    </w:p>
    <w:p w14:paraId="000000A3" w14:textId="77777777" w:rsidR="00FF3CE6" w:rsidRDefault="00000000">
      <w:r>
        <w:rPr>
          <w:rFonts w:hint="eastAsia"/>
        </w:rPr>
        <w:lastRenderedPageBreak/>
        <w:t>32</w:t>
      </w:r>
      <w:r>
        <w:rPr>
          <w:rFonts w:hint="eastAsia"/>
        </w:rPr>
        <w:t>、</w:t>
      </w:r>
      <w:r>
        <w:rPr>
          <w:rFonts w:hint="eastAsia"/>
        </w:rPr>
        <w:t>A</w:t>
      </w:r>
      <w:r>
        <w:rPr>
          <w:rFonts w:hint="eastAsia"/>
        </w:rPr>
        <w:t xml:space="preserve">　太阳周围</w:t>
      </w:r>
      <w:r>
        <w:rPr>
          <w:rFonts w:hint="eastAsia"/>
        </w:rPr>
        <w:t>300pc</w:t>
      </w:r>
      <w:r>
        <w:rPr>
          <w:rFonts w:hint="eastAsia"/>
        </w:rPr>
        <w:t>内，</w:t>
      </w:r>
      <w:r>
        <w:rPr>
          <w:rFonts w:hint="eastAsia"/>
        </w:rPr>
        <w:t>M</w:t>
      </w:r>
      <w:r>
        <w:rPr>
          <w:rFonts w:hint="eastAsia"/>
        </w:rPr>
        <w:t>型红矮星约占恒星总数的四分之三，数量最多；红巨星、白矮星少得多，蓝超巨星更是极为稀少。</w:t>
      </w:r>
    </w:p>
    <w:p w14:paraId="000000A4" w14:textId="77777777" w:rsidR="00FF3CE6" w:rsidRDefault="00000000">
      <w:r>
        <w:rPr>
          <w:rFonts w:hint="eastAsia"/>
        </w:rPr>
        <w:t>33</w:t>
      </w:r>
      <w:r>
        <w:rPr>
          <w:rFonts w:hint="eastAsia"/>
        </w:rPr>
        <w:t>、</w:t>
      </w:r>
      <w:r>
        <w:rPr>
          <w:rFonts w:hint="eastAsia"/>
        </w:rPr>
        <w:t>B</w:t>
      </w:r>
      <w:r>
        <w:rPr>
          <w:rFonts w:hint="eastAsia"/>
        </w:rPr>
        <w:t xml:space="preserve">　太阳质量下核心温度约</w:t>
      </w:r>
      <w:r>
        <w:rPr>
          <w:rFonts w:hint="eastAsia"/>
        </w:rPr>
        <w:t>1500</w:t>
      </w:r>
      <w:r>
        <w:rPr>
          <w:rFonts w:hint="eastAsia"/>
        </w:rPr>
        <w:t>万</w:t>
      </w:r>
      <w:r>
        <w:rPr>
          <w:rFonts w:hint="eastAsia"/>
        </w:rPr>
        <w:t>K</w:t>
      </w:r>
      <w:r>
        <w:rPr>
          <w:rFonts w:hint="eastAsia"/>
        </w:rPr>
        <w:t>，主导的是质子</w:t>
      </w:r>
      <w:r>
        <w:rPr>
          <w:rFonts w:hint="eastAsia"/>
        </w:rPr>
        <w:t>-</w:t>
      </w:r>
      <w:r>
        <w:rPr>
          <w:rFonts w:hint="eastAsia"/>
        </w:rPr>
        <w:t>质子链反应（</w:t>
      </w:r>
      <w:r>
        <w:rPr>
          <w:rFonts w:hint="eastAsia"/>
        </w:rPr>
        <w:t>4</w:t>
      </w:r>
      <w:r>
        <w:rPr>
          <w:rFonts w:hint="eastAsia"/>
        </w:rPr>
        <w:t>个氢核聚变为</w:t>
      </w:r>
      <w:r>
        <w:rPr>
          <w:rFonts w:hint="eastAsia"/>
        </w:rPr>
        <w:t>1</w:t>
      </w:r>
      <w:r>
        <w:rPr>
          <w:rFonts w:hint="eastAsia"/>
        </w:rPr>
        <w:t>个氦核）；</w:t>
      </w:r>
      <w:r>
        <w:rPr>
          <w:rFonts w:hint="eastAsia"/>
        </w:rPr>
        <w:t>CNO</w:t>
      </w:r>
      <w:r>
        <w:rPr>
          <w:rFonts w:hint="eastAsia"/>
        </w:rPr>
        <w:t>循环要在质量更大、温度更高的恒星中才占主导。</w:t>
      </w:r>
    </w:p>
    <w:p w14:paraId="000000A5" w14:textId="77777777" w:rsidR="00FF3CE6" w:rsidRDefault="00000000">
      <w:r>
        <w:rPr>
          <w:rFonts w:hint="eastAsia"/>
        </w:rPr>
        <w:t>34</w:t>
      </w:r>
      <w:r>
        <w:rPr>
          <w:rFonts w:hint="eastAsia"/>
        </w:rPr>
        <w:t>、</w:t>
      </w:r>
      <w:r>
        <w:rPr>
          <w:rFonts w:hint="eastAsia"/>
        </w:rPr>
        <w:t>B</w:t>
      </w:r>
      <w:r>
        <w:rPr>
          <w:rFonts w:hint="eastAsia"/>
        </w:rPr>
        <w:t xml:space="preserve">　角动量守恒且视为均匀球体，</w:t>
      </w:r>
      <w:r>
        <w:rPr>
          <w:rFonts w:hint="eastAsia"/>
        </w:rPr>
        <w:t>I</w:t>
      </w:r>
      <w:r>
        <w:rPr>
          <w:rFonts w:hint="eastAsia"/>
        </w:rPr>
        <w:t>∝</w:t>
      </w:r>
      <w:r>
        <w:rPr>
          <w:rFonts w:hint="eastAsia"/>
        </w:rPr>
        <w:t>MR</w:t>
      </w:r>
      <w:r>
        <w:rPr>
          <w:rFonts w:hint="eastAsia"/>
        </w:rPr>
        <w:t>²，故</w:t>
      </w:r>
      <w:r>
        <w:rPr>
          <w:rFonts w:hint="eastAsia"/>
        </w:rPr>
        <w:t>P</w:t>
      </w:r>
      <w:r>
        <w:rPr>
          <w:rFonts w:hint="eastAsia"/>
        </w:rPr>
        <w:t>∝</w:t>
      </w:r>
      <w:r>
        <w:rPr>
          <w:rFonts w:hint="eastAsia"/>
        </w:rPr>
        <w:t>R</w:t>
      </w:r>
      <w:r>
        <w:rPr>
          <w:rFonts w:hint="eastAsia"/>
        </w:rPr>
        <w:t>²：</w:t>
      </w:r>
      <w:r>
        <w:rPr>
          <w:rFonts w:hint="eastAsia"/>
        </w:rPr>
        <w:t>P=25</w:t>
      </w:r>
      <w:r>
        <w:rPr>
          <w:rFonts w:hint="eastAsia"/>
        </w:rPr>
        <w:t>天×</w:t>
      </w:r>
      <w:r>
        <w:rPr>
          <w:rFonts w:hint="eastAsia"/>
        </w:rPr>
        <w:t>(0.008/0.02)</w:t>
      </w:r>
      <w:r>
        <w:rPr>
          <w:rFonts w:hint="eastAsia"/>
        </w:rPr>
        <w:t>²</w:t>
      </w:r>
      <w:r>
        <w:rPr>
          <w:rFonts w:hint="eastAsia"/>
        </w:rPr>
        <w:t>=25</w:t>
      </w:r>
      <w:r>
        <w:rPr>
          <w:rFonts w:hint="eastAsia"/>
        </w:rPr>
        <w:t>×</w:t>
      </w:r>
      <w:r>
        <w:rPr>
          <w:rFonts w:hint="eastAsia"/>
        </w:rPr>
        <w:t>0.16=4</w:t>
      </w:r>
      <w:r>
        <w:rPr>
          <w:rFonts w:hint="eastAsia"/>
        </w:rPr>
        <w:t>天。</w:t>
      </w:r>
    </w:p>
    <w:p w14:paraId="000000A6" w14:textId="77777777" w:rsidR="00FF3CE6" w:rsidRDefault="00000000">
      <w:r>
        <w:rPr>
          <w:rFonts w:hint="eastAsia"/>
        </w:rPr>
        <w:t>35</w:t>
      </w:r>
      <w:r>
        <w:rPr>
          <w:rFonts w:hint="eastAsia"/>
        </w:rPr>
        <w:t>、</w:t>
      </w:r>
      <w:r>
        <w:rPr>
          <w:rFonts w:hint="eastAsia"/>
        </w:rPr>
        <w:t>B</w:t>
      </w:r>
      <w:r>
        <w:rPr>
          <w:rFonts w:hint="eastAsia"/>
        </w:rPr>
        <w:t xml:space="preserve">　宇宙年龄随红移增大而减小：</w:t>
      </w:r>
      <w:r>
        <w:rPr>
          <w:rFonts w:hint="eastAsia"/>
        </w:rPr>
        <w:t>z=0</w:t>
      </w:r>
      <w:r>
        <w:rPr>
          <w:rFonts w:hint="eastAsia"/>
        </w:rPr>
        <w:t>为</w:t>
      </w:r>
      <w:r>
        <w:rPr>
          <w:rFonts w:hint="eastAsia"/>
        </w:rPr>
        <w:t>138</w:t>
      </w:r>
      <w:r>
        <w:rPr>
          <w:rFonts w:hint="eastAsia"/>
        </w:rPr>
        <w:t>亿年，</w:t>
      </w:r>
      <w:r>
        <w:rPr>
          <w:rFonts w:hint="eastAsia"/>
        </w:rPr>
        <w:t>z=5.5</w:t>
      </w:r>
      <w:r>
        <w:rPr>
          <w:rFonts w:hint="eastAsia"/>
        </w:rPr>
        <w:t>约</w:t>
      </w:r>
      <w:r>
        <w:rPr>
          <w:rFonts w:hint="eastAsia"/>
        </w:rPr>
        <w:t>10</w:t>
      </w:r>
      <w:r>
        <w:rPr>
          <w:rFonts w:hint="eastAsia"/>
        </w:rPr>
        <w:t>亿年，</w:t>
      </w:r>
      <w:r>
        <w:rPr>
          <w:rFonts w:hint="eastAsia"/>
        </w:rPr>
        <w:t>z=1100</w:t>
      </w:r>
      <w:r>
        <w:rPr>
          <w:rFonts w:hint="eastAsia"/>
        </w:rPr>
        <w:t>约</w:t>
      </w:r>
      <w:r>
        <w:rPr>
          <w:rFonts w:hint="eastAsia"/>
        </w:rPr>
        <w:t>40</w:t>
      </w:r>
      <w:r>
        <w:rPr>
          <w:rFonts w:hint="eastAsia"/>
        </w:rPr>
        <w:t>万年。按Λ</w:t>
      </w:r>
      <w:r>
        <w:rPr>
          <w:rFonts w:hint="eastAsia"/>
        </w:rPr>
        <w:t>CDM</w:t>
      </w:r>
      <w:r>
        <w:rPr>
          <w:rFonts w:hint="eastAsia"/>
        </w:rPr>
        <w:t>模型内插，</w:t>
      </w:r>
      <w:r>
        <w:rPr>
          <w:rFonts w:hint="eastAsia"/>
        </w:rPr>
        <w:t>z=1</w:t>
      </w:r>
      <w:r>
        <w:rPr>
          <w:rFonts w:hint="eastAsia"/>
        </w:rPr>
        <w:t>时宇宙年龄约</w:t>
      </w:r>
      <w:r>
        <w:rPr>
          <w:rFonts w:hint="eastAsia"/>
        </w:rPr>
        <w:t>59</w:t>
      </w:r>
      <w:r>
        <w:rPr>
          <w:rFonts w:hint="eastAsia"/>
        </w:rPr>
        <w:t>亿年，最接近</w:t>
      </w:r>
      <w:r>
        <w:rPr>
          <w:rFonts w:hint="eastAsia"/>
        </w:rPr>
        <w:t>60</w:t>
      </w:r>
      <w:r>
        <w:rPr>
          <w:rFonts w:hint="eastAsia"/>
        </w:rPr>
        <w:t>亿年。</w:t>
      </w:r>
    </w:p>
    <w:p w14:paraId="000000A7" w14:textId="77777777" w:rsidR="00FF3CE6" w:rsidRDefault="00FF3CE6">
      <w:pPr>
        <w:spacing w:after="0" w:line="360" w:lineRule="exact"/>
        <w:ind w:left="283"/>
      </w:pPr>
    </w:p>
    <w:sectPr w:rsidR="00FF3CE6" w:rsidSect="00034616">
      <w:pgSz w:w="11906" w:h="16838"/>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50373929">
    <w:abstractNumId w:val="3"/>
  </w:num>
  <w:num w:numId="2" w16cid:durableId="1167133011">
    <w:abstractNumId w:val="4"/>
  </w:num>
  <w:num w:numId="3" w16cid:durableId="1700351948">
    <w:abstractNumId w:val="1"/>
  </w:num>
  <w:num w:numId="4" w16cid:durableId="1375930083">
    <w:abstractNumId w:val="5"/>
  </w:num>
  <w:num w:numId="5" w16cid:durableId="616714054">
    <w:abstractNumId w:val="2"/>
  </w:num>
  <w:num w:numId="6" w16cid:durableId="1430662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defaultTabStop w:val="420"/>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87783"/>
    <w:rsid w:val="005C7F3B"/>
    <w:rsid w:val="008651CC"/>
    <w:rsid w:val="00AA1D8D"/>
    <w:rsid w:val="00B47730"/>
    <w:rsid w:val="00CB0664"/>
    <w:rsid w:val="00F61937"/>
    <w:rsid w:val="00FC693F"/>
    <w:rsid w:val="00FF3C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44EDAC"/>
  <w15:docId w15:val="{823FBA21-03F1-4760-8448-6A872266F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
    <w:name w:val="Colorful Grid Accent 5"/>
    <w:basedOn w:val="a3"/>
    <w:uiPriority w:val="73"/>
    <w:rsid w:val="00CB0664"/>
    <w:pPr>
      <w:spacing w:after="0" w:line="240" w:lineRule="auto"/>
    </w:pPr>
    <w:rPr>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5">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5">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a6">
    <w:name w:val="Light Shading"/>
    <w:basedOn w:val="a3"/>
    <w:uiPriority w:val="60"/>
    <w:rsid w:val="00FC693F"/>
    <w:pPr>
      <w:spacing w:after="0" w:line="240" w:lineRule="auto"/>
    </w:pPr>
    <w:rPr>
      <w:color w:val="000000" w:themeColor="text1" w:themeShade="BF"/>
      <w:sz w:val="20"/>
      <w:szCs w:val="20"/>
      <w:lang w:eastAsia="zh-C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1-10">
    <w:name w:val="Medium List 1 Accent 1"/>
    <w:basedOn w:val="a3"/>
    <w:uiPriority w:val="65"/>
    <w:rsid w:val="00CB0664"/>
    <w:pPr>
      <w:spacing w:after="0" w:line="240" w:lineRule="auto"/>
    </w:pPr>
    <w:rPr>
      <w:color w:val="000000" w:themeColor="text1"/>
      <w:sz w:val="20"/>
      <w:szCs w:val="20"/>
      <w:lang w:eastAsia="zh-CN"/>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a7">
    <w:name w:val="No Spacing"/>
    <w:uiPriority w:val="1"/>
    <w:qFormat/>
    <w:rsid w:val="00FC693F"/>
    <w:pPr>
      <w:spacing w:after="0" w:line="240" w:lineRule="auto"/>
    </w:pPr>
  </w:style>
  <w:style w:type="table" w:styleId="1-40">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a8">
    <w:name w:val="Colorful List"/>
    <w:basedOn w:val="a3"/>
    <w:uiPriority w:val="72"/>
    <w:rsid w:val="00CB0664"/>
    <w:pPr>
      <w:spacing w:after="0" w:line="240" w:lineRule="auto"/>
    </w:pPr>
    <w:rPr>
      <w:color w:val="000000" w:themeColor="text1"/>
      <w:sz w:val="20"/>
      <w:szCs w:val="20"/>
      <w:lang w:eastAsia="zh-CN"/>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33">
    <w:name w:val="Body Text 3"/>
    <w:basedOn w:val="a1"/>
    <w:link w:val="34"/>
    <w:uiPriority w:val="99"/>
    <w:unhideWhenUsed/>
    <w:rsid w:val="00AA1D8D"/>
    <w:pPr>
      <w:spacing w:after="120"/>
    </w:pPr>
    <w:rPr>
      <w:sz w:val="16"/>
      <w:szCs w:val="16"/>
    </w:rPr>
  </w:style>
  <w:style w:type="table" w:styleId="-2">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
    <w:name w:val="Colorful Shading Accent 1"/>
    <w:basedOn w:val="a3"/>
    <w:uiPriority w:val="71"/>
    <w:rsid w:val="00CB0664"/>
    <w:pPr>
      <w:spacing w:after="0" w:line="240" w:lineRule="auto"/>
    </w:pPr>
    <w:rPr>
      <w:color w:val="000000" w:themeColor="text1"/>
      <w:sz w:val="20"/>
      <w:szCs w:val="20"/>
      <w:lang w:eastAsia="zh-CN"/>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6">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6">
    <w:name w:val="Dark List Accent 6"/>
    <w:basedOn w:val="a3"/>
    <w:uiPriority w:val="70"/>
    <w:rsid w:val="00CB0664"/>
    <w:pPr>
      <w:spacing w:after="0" w:line="240" w:lineRule="auto"/>
    </w:pPr>
    <w:rPr>
      <w:color w:val="FFFFFF" w:themeColor="background1"/>
      <w:sz w:val="20"/>
      <w:szCs w:val="20"/>
      <w:lang w:eastAsia="zh-CN"/>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a0">
    <w:name w:val="List Bullet"/>
    <w:basedOn w:val="a1"/>
    <w:uiPriority w:val="99"/>
    <w:unhideWhenUsed/>
    <w:rsid w:val="00326F90"/>
    <w:pPr>
      <w:numPr>
        <w:numId w:val="4"/>
      </w:numPr>
      <w:contextualSpacing/>
    </w:pPr>
  </w:style>
  <w:style w:type="table" w:styleId="-21">
    <w:name w:val="Light Shading Accent 2"/>
    <w:basedOn w:val="a3"/>
    <w:uiPriority w:val="60"/>
    <w:rsid w:val="00FC693F"/>
    <w:pPr>
      <w:spacing w:after="0" w:line="240" w:lineRule="auto"/>
    </w:pPr>
    <w:rPr>
      <w:color w:val="943634" w:themeColor="accent2" w:themeShade="BF"/>
      <w:sz w:val="20"/>
      <w:szCs w:val="20"/>
      <w:lang w:eastAsia="zh-CN"/>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table" w:styleId="-10">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3">
    <w:name w:val="Medium Grid 2"/>
    <w:basedOn w:val="a3"/>
    <w:uiPriority w:val="68"/>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2">
    <w:name w:val="Colorful List Accent 2"/>
    <w:basedOn w:val="a3"/>
    <w:uiPriority w:val="72"/>
    <w:rsid w:val="00CB0664"/>
    <w:pPr>
      <w:spacing w:after="0" w:line="240" w:lineRule="auto"/>
    </w:pPr>
    <w:rPr>
      <w:color w:val="000000" w:themeColor="text1"/>
      <w:sz w:val="20"/>
      <w:szCs w:val="20"/>
      <w:lang w:eastAsia="zh-CN"/>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paragraph" w:styleId="20">
    <w:name w:val="List Bullet 2"/>
    <w:basedOn w:val="a1"/>
    <w:uiPriority w:val="99"/>
    <w:unhideWhenUsed/>
    <w:rsid w:val="00326F90"/>
    <w:pPr>
      <w:numPr>
        <w:numId w:val="1"/>
      </w:numPr>
      <w:contextualSpacing/>
    </w:p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table" w:styleId="12">
    <w:name w:val="Medium List 1"/>
    <w:basedOn w:val="a3"/>
    <w:uiPriority w:val="65"/>
    <w:rsid w:val="00CB0664"/>
    <w:pPr>
      <w:spacing w:after="0" w:line="240" w:lineRule="auto"/>
    </w:pPr>
    <w:rPr>
      <w:color w:val="000000" w:themeColor="text1"/>
      <w:sz w:val="20"/>
      <w:szCs w:val="20"/>
      <w:lang w:eastAsia="zh-CN"/>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40">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a9">
    <w:name w:val="Quote"/>
    <w:basedOn w:val="a1"/>
    <w:next w:val="a1"/>
    <w:link w:val="aa"/>
    <w:uiPriority w:val="29"/>
    <w:qFormat/>
    <w:rsid w:val="00FC693F"/>
    <w:rPr>
      <w:i/>
      <w:iCs/>
      <w:color w:val="000000" w:themeColor="text1"/>
    </w:rPr>
  </w:style>
  <w:style w:type="table" w:styleId="-3">
    <w:name w:val="Colorful List Accent 3"/>
    <w:basedOn w:val="a3"/>
    <w:uiPriority w:val="72"/>
    <w:rsid w:val="00CB0664"/>
    <w:pPr>
      <w:spacing w:after="0" w:line="240" w:lineRule="auto"/>
    </w:pPr>
    <w:rPr>
      <w:color w:val="000000" w:themeColor="text1"/>
      <w:sz w:val="20"/>
      <w:szCs w:val="20"/>
      <w:lang w:eastAsia="zh-CN"/>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1">
    <w:name w:val="Dark List Accent 4"/>
    <w:basedOn w:val="a3"/>
    <w:uiPriority w:val="70"/>
    <w:rsid w:val="00CB0664"/>
    <w:pPr>
      <w:spacing w:after="0" w:line="240" w:lineRule="auto"/>
    </w:pPr>
    <w:rPr>
      <w:color w:val="FFFFFF" w:themeColor="background1"/>
      <w:sz w:val="20"/>
      <w:szCs w:val="20"/>
      <w:lang w:eastAsia="zh-CN"/>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character" w:customStyle="1" w:styleId="ab">
    <w:name w:val="标题 字符"/>
    <w:basedOn w:val="a2"/>
    <w:link w:val="ac"/>
    <w:uiPriority w:val="10"/>
    <w:rsid w:val="00FC693F"/>
    <w:rPr>
      <w:rFonts w:asciiTheme="majorHAnsi" w:eastAsiaTheme="majorEastAsia" w:hAnsiTheme="majorHAnsi" w:cstheme="majorBidi"/>
      <w:color w:val="17365D" w:themeColor="text2" w:themeShade="BF"/>
      <w:spacing w:val="5"/>
      <w:kern w:val="28"/>
      <w:sz w:val="52"/>
      <w:szCs w:val="52"/>
    </w:rPr>
  </w:style>
  <w:style w:type="table" w:styleId="ad">
    <w:name w:val="Dark List"/>
    <w:basedOn w:val="a3"/>
    <w:uiPriority w:val="70"/>
    <w:rsid w:val="00CB0664"/>
    <w:pPr>
      <w:spacing w:after="0" w:line="240" w:lineRule="auto"/>
    </w:pPr>
    <w:rPr>
      <w:color w:val="FFFFFF" w:themeColor="background1"/>
      <w:sz w:val="20"/>
      <w:szCs w:val="20"/>
      <w:lang w:eastAsia="zh-CN"/>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
    <w:name w:val="Colorful Grid Accent 1"/>
    <w:basedOn w:val="a3"/>
    <w:uiPriority w:val="73"/>
    <w:rsid w:val="00CB0664"/>
    <w:pPr>
      <w:spacing w:after="0" w:line="240" w:lineRule="auto"/>
    </w:pPr>
    <w:rPr>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3">
    <w:name w:val="Colorful Grid Accent 2"/>
    <w:basedOn w:val="a3"/>
    <w:uiPriority w:val="73"/>
    <w:rsid w:val="00CB0664"/>
    <w:pPr>
      <w:spacing w:after="0" w:line="240" w:lineRule="auto"/>
    </w:pPr>
    <w:rPr>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2-20">
    <w:name w:val="Medium Grid 2 Accent 2"/>
    <w:basedOn w:val="a3"/>
    <w:uiPriority w:val="68"/>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character" w:customStyle="1" w:styleId="ae">
    <w:name w:val="页眉 字符"/>
    <w:basedOn w:val="a2"/>
    <w:link w:val="af"/>
    <w:uiPriority w:val="99"/>
    <w:rsid w:val="00E618BF"/>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24">
    <w:name w:val="List 2"/>
    <w:basedOn w:val="a1"/>
    <w:uiPriority w:val="99"/>
    <w:unhideWhenUsed/>
    <w:rsid w:val="00326F90"/>
    <w:pPr>
      <w:ind w:left="720" w:hanging="360"/>
      <w:contextualSpacing/>
    </w:pPr>
  </w:style>
  <w:style w:type="character" w:customStyle="1" w:styleId="34">
    <w:name w:val="正文文本 3 字符"/>
    <w:basedOn w:val="a2"/>
    <w:link w:val="33"/>
    <w:uiPriority w:val="99"/>
    <w:rsid w:val="00AA1D8D"/>
    <w:rPr>
      <w:sz w:val="16"/>
      <w:szCs w:val="16"/>
    </w:rPr>
  </w:style>
  <w:style w:type="table" w:styleId="-50">
    <w:name w:val="Light Shading Accent 5"/>
    <w:basedOn w:val="a3"/>
    <w:uiPriority w:val="60"/>
    <w:rsid w:val="00FC693F"/>
    <w:pPr>
      <w:spacing w:after="0" w:line="240" w:lineRule="auto"/>
    </w:pPr>
    <w:rPr>
      <w:color w:val="31849B" w:themeColor="accent5" w:themeShade="BF"/>
      <w:sz w:val="20"/>
      <w:szCs w:val="20"/>
      <w:lang w:eastAsia="zh-CN"/>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42">
    <w:name w:val="Light Shading Accent 4"/>
    <w:basedOn w:val="a3"/>
    <w:uiPriority w:val="60"/>
    <w:rsid w:val="00FC693F"/>
    <w:pPr>
      <w:spacing w:after="0" w:line="240" w:lineRule="auto"/>
    </w:pPr>
    <w:rPr>
      <w:color w:val="5F497A" w:themeColor="accent4" w:themeShade="BF"/>
      <w:sz w:val="20"/>
      <w:szCs w:val="20"/>
      <w:lang w:eastAsia="zh-CN"/>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table" w:styleId="1-20">
    <w:name w:val="Medium List 1 Accent 2"/>
    <w:basedOn w:val="a3"/>
    <w:uiPriority w:val="65"/>
    <w:rsid w:val="00CB0664"/>
    <w:pPr>
      <w:spacing w:after="0" w:line="240" w:lineRule="auto"/>
    </w:pPr>
    <w:rPr>
      <w:color w:val="000000" w:themeColor="text1"/>
      <w:sz w:val="20"/>
      <w:szCs w:val="20"/>
      <w:lang w:eastAsia="zh-CN"/>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character" w:styleId="af0">
    <w:name w:val="Intense Emphasis"/>
    <w:basedOn w:val="a2"/>
    <w:uiPriority w:val="21"/>
    <w:qFormat/>
    <w:rsid w:val="00FC693F"/>
    <w:rPr>
      <w:b/>
      <w:bCs/>
      <w:i/>
      <w:iCs/>
      <w:color w:val="4F81BD" w:themeColor="accent1"/>
    </w:r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30">
    <w:name w:val="Colorful Grid Accent 3"/>
    <w:basedOn w:val="a3"/>
    <w:uiPriority w:val="73"/>
    <w:rsid w:val="00CB0664"/>
    <w:pPr>
      <w:spacing w:after="0" w:line="240" w:lineRule="auto"/>
    </w:pPr>
    <w:rPr>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styleId="30">
    <w:name w:val="List Bullet 3"/>
    <w:basedOn w:val="a1"/>
    <w:uiPriority w:val="99"/>
    <w:unhideWhenUsed/>
    <w:rsid w:val="00326F90"/>
    <w:pPr>
      <w:numPr>
        <w:numId w:val="5"/>
      </w:numPr>
      <w:contextualSpacing/>
    </w:p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paragraph" w:styleId="af1">
    <w:name w:val="macro"/>
    <w:link w:val="af2"/>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3">
    <w:name w:val="Dark List Accent 1"/>
    <w:basedOn w:val="a3"/>
    <w:uiPriority w:val="70"/>
    <w:rsid w:val="00CB0664"/>
    <w:pPr>
      <w:spacing w:after="0" w:line="240" w:lineRule="auto"/>
    </w:pPr>
    <w:rPr>
      <w:color w:val="FFFFFF" w:themeColor="background1"/>
      <w:sz w:val="20"/>
      <w:szCs w:val="20"/>
      <w:lang w:eastAsia="zh-CN"/>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4">
    <w:name w:val="Dark List Accent 2"/>
    <w:basedOn w:val="a3"/>
    <w:uiPriority w:val="70"/>
    <w:rsid w:val="00CB0664"/>
    <w:pPr>
      <w:spacing w:after="0" w:line="240" w:lineRule="auto"/>
    </w:pPr>
    <w:rPr>
      <w:color w:val="FFFFFF" w:themeColor="background1"/>
      <w:sz w:val="20"/>
      <w:szCs w:val="20"/>
      <w:lang w:eastAsia="zh-CN"/>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character" w:styleId="af3">
    <w:name w:val="Intense Reference"/>
    <w:basedOn w:val="a2"/>
    <w:uiPriority w:val="32"/>
    <w:qFormat/>
    <w:rsid w:val="00FC693F"/>
    <w:rPr>
      <w:b/>
      <w:bCs/>
      <w:smallCaps/>
      <w:color w:val="C0504D" w:themeColor="accent2"/>
      <w:spacing w:val="5"/>
      <w:u w:val="single"/>
    </w:rPr>
  </w:style>
  <w:style w:type="character" w:styleId="af4">
    <w:name w:val="Subtle Reference"/>
    <w:basedOn w:val="a2"/>
    <w:uiPriority w:val="31"/>
    <w:qFormat/>
    <w:rsid w:val="00FC693F"/>
    <w:rPr>
      <w:smallCaps/>
      <w:color w:val="C0504D" w:themeColor="accent2"/>
      <w:u w:val="single"/>
    </w:rPr>
  </w:style>
  <w:style w:type="character" w:customStyle="1" w:styleId="25">
    <w:name w:val="正文文本 2 字符"/>
    <w:basedOn w:val="a2"/>
    <w:link w:val="26"/>
    <w:uiPriority w:val="99"/>
    <w:rsid w:val="00AA1D8D"/>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31">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5">
    <w:name w:val="Medium List 2 Accent 5"/>
    <w:basedOn w:val="a3"/>
    <w:uiPriority w:val="66"/>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3">
    <w:name w:val="List Number 3"/>
    <w:basedOn w:val="a1"/>
    <w:uiPriority w:val="99"/>
    <w:unhideWhenUsed/>
    <w:rsid w:val="0029639D"/>
    <w:pPr>
      <w:numPr>
        <w:numId w:val="6"/>
      </w:numPr>
      <w:contextualSpacing/>
    </w:pPr>
  </w:style>
  <w:style w:type="table" w:styleId="1-60">
    <w:name w:val="Medium List 1 Accent 6"/>
    <w:basedOn w:val="a3"/>
    <w:uiPriority w:val="65"/>
    <w:rsid w:val="00CB0664"/>
    <w:pPr>
      <w:spacing w:after="0" w:line="240" w:lineRule="auto"/>
    </w:pPr>
    <w:rPr>
      <w:color w:val="000000" w:themeColor="text1"/>
      <w:sz w:val="20"/>
      <w:szCs w:val="20"/>
      <w:lang w:eastAsia="zh-CN"/>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paragraph" w:styleId="af5">
    <w:name w:val="List Paragraph"/>
    <w:basedOn w:val="a1"/>
    <w:uiPriority w:val="34"/>
    <w:qFormat/>
    <w:rsid w:val="00FC693F"/>
    <w:pPr>
      <w:ind w:left="720"/>
      <w:contextualSpacing/>
    </w:pPr>
  </w:style>
  <w:style w:type="table" w:styleId="1-30">
    <w:name w:val="Medium List 1 Accent 3"/>
    <w:basedOn w:val="a3"/>
    <w:uiPriority w:val="65"/>
    <w:rsid w:val="00CB0664"/>
    <w:pPr>
      <w:spacing w:after="0" w:line="240" w:lineRule="auto"/>
    </w:pPr>
    <w:rPr>
      <w:color w:val="000000" w:themeColor="text1"/>
      <w:sz w:val="20"/>
      <w:szCs w:val="20"/>
      <w:lang w:eastAsia="zh-CN"/>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character" w:styleId="af6">
    <w:name w:val="Subtle Emphasis"/>
    <w:basedOn w:val="a2"/>
    <w:uiPriority w:val="19"/>
    <w:qFormat/>
    <w:rsid w:val="00FC693F"/>
    <w:rPr>
      <w:i/>
      <w:iCs/>
      <w:color w:val="808080" w:themeColor="text1" w:themeTint="7F"/>
    </w:rPr>
  </w:style>
  <w:style w:type="table" w:styleId="-51">
    <w:name w:val="Colorful Shading Accent 5"/>
    <w:basedOn w:val="a3"/>
    <w:uiPriority w:val="71"/>
    <w:rsid w:val="00CB0664"/>
    <w:pPr>
      <w:spacing w:after="0" w:line="240" w:lineRule="auto"/>
    </w:pPr>
    <w:rPr>
      <w:color w:val="000000" w:themeColor="text1"/>
      <w:sz w:val="20"/>
      <w:szCs w:val="20"/>
      <w:lang w:eastAsia="zh-CN"/>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50">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styleId="27">
    <w:name w:val="List Continue 2"/>
    <w:basedOn w:val="a1"/>
    <w:uiPriority w:val="99"/>
    <w:unhideWhenUsed/>
    <w:rsid w:val="0029639D"/>
    <w:pPr>
      <w:spacing w:after="120"/>
      <w:ind w:left="720"/>
      <w:contextualSpacing/>
    </w:p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paragraph" w:styleId="36">
    <w:name w:val="List Continue 3"/>
    <w:basedOn w:val="a1"/>
    <w:uiPriority w:val="99"/>
    <w:unhideWhenUsed/>
    <w:rsid w:val="0029639D"/>
    <w:pPr>
      <w:spacing w:after="120"/>
      <w:ind w:left="1080"/>
      <w:contextualSpacing/>
    </w:pPr>
  </w:style>
  <w:style w:type="table" w:styleId="2-4">
    <w:name w:val="Medium List 2 Accent 4"/>
    <w:basedOn w:val="a3"/>
    <w:uiPriority w:val="66"/>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af7">
    <w:name w:val="footer"/>
    <w:basedOn w:val="a1"/>
    <w:link w:val="af8"/>
    <w:uiPriority w:val="99"/>
    <w:unhideWhenUsed/>
    <w:rsid w:val="00E618BF"/>
    <w:pPr>
      <w:tabs>
        <w:tab w:val="center" w:pos="4680"/>
        <w:tab w:val="right" w:pos="9360"/>
      </w:tabs>
      <w:spacing w:after="0" w:line="240" w:lineRule="auto"/>
    </w:p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2">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Colorful List Accent 4"/>
    <w:basedOn w:val="a3"/>
    <w:uiPriority w:val="72"/>
    <w:rsid w:val="00CB0664"/>
    <w:pPr>
      <w:spacing w:after="0" w:line="240" w:lineRule="auto"/>
    </w:pPr>
    <w:rPr>
      <w:color w:val="000000" w:themeColor="text1"/>
      <w:sz w:val="20"/>
      <w:szCs w:val="20"/>
      <w:lang w:eastAsia="zh-CN"/>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af9">
    <w:name w:val="Subtitle"/>
    <w:basedOn w:val="a1"/>
    <w:next w:val="a1"/>
    <w:link w:val="af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a">
    <w:name w:val="副标题 字符"/>
    <w:basedOn w:val="a2"/>
    <w:link w:val="af9"/>
    <w:uiPriority w:val="11"/>
    <w:rsid w:val="00FC693F"/>
    <w:rPr>
      <w:rFonts w:asciiTheme="majorHAnsi" w:eastAsiaTheme="majorEastAsia" w:hAnsiTheme="majorHAnsi" w:cstheme="majorBidi"/>
      <w:i/>
      <w:iCs/>
      <w:color w:val="4F81BD" w:themeColor="accent1"/>
      <w:spacing w:val="15"/>
      <w:sz w:val="24"/>
      <w:szCs w:val="24"/>
    </w:rPr>
  </w:style>
  <w:style w:type="character" w:customStyle="1" w:styleId="afb">
    <w:name w:val="正文文本 字符"/>
    <w:basedOn w:val="a2"/>
    <w:link w:val="afc"/>
    <w:uiPriority w:val="99"/>
    <w:rsid w:val="00AA1D8D"/>
  </w:style>
  <w:style w:type="table" w:styleId="-44">
    <w:name w:val="Colorful Shading Accent 4"/>
    <w:basedOn w:val="a3"/>
    <w:uiPriority w:val="71"/>
    <w:rsid w:val="00CB0664"/>
    <w:pPr>
      <w:spacing w:after="0" w:line="240" w:lineRule="auto"/>
    </w:pPr>
    <w:rPr>
      <w:color w:val="000000" w:themeColor="text1"/>
      <w:sz w:val="20"/>
      <w:szCs w:val="20"/>
      <w:lang w:eastAsia="zh-CN"/>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sz w:val="20"/>
      <w:szCs w:val="20"/>
      <w:lang w:eastAsia="zh-CN"/>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60">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28">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4">
    <w:name w:val="Light Shading Accent 3"/>
    <w:basedOn w:val="a3"/>
    <w:uiPriority w:val="60"/>
    <w:rsid w:val="00FC693F"/>
    <w:pPr>
      <w:spacing w:after="0" w:line="240" w:lineRule="auto"/>
    </w:pPr>
    <w:rPr>
      <w:color w:val="76923C" w:themeColor="accent3" w:themeShade="BF"/>
      <w:sz w:val="20"/>
      <w:szCs w:val="20"/>
      <w:lang w:eastAsia="zh-CN"/>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29">
    <w:name w:val="Medium List 2"/>
    <w:basedOn w:val="a3"/>
    <w:uiPriority w:val="66"/>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af2">
    <w:name w:val="宏文本 字符"/>
    <w:basedOn w:val="a2"/>
    <w:link w:val="af1"/>
    <w:uiPriority w:val="99"/>
    <w:rsid w:val="0029639D"/>
    <w:rPr>
      <w:rFonts w:ascii="Courier" w:hAnsi="Courier"/>
      <w:sz w:val="20"/>
      <w:szCs w:val="20"/>
    </w:rPr>
  </w:style>
  <w:style w:type="table" w:styleId="-61">
    <w:name w:val="Colorful Shading Accent 6"/>
    <w:basedOn w:val="a3"/>
    <w:uiPriority w:val="71"/>
    <w:rsid w:val="00CB0664"/>
    <w:pPr>
      <w:spacing w:after="0" w:line="240" w:lineRule="auto"/>
    </w:pPr>
    <w:rPr>
      <w:color w:val="000000" w:themeColor="text1"/>
      <w:sz w:val="20"/>
      <w:szCs w:val="20"/>
      <w:lang w:eastAsia="zh-CN"/>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afd">
    <w:name w:val="Strong"/>
    <w:basedOn w:val="a2"/>
    <w:uiPriority w:val="22"/>
    <w:qFormat/>
    <w:rsid w:val="00FC693F"/>
    <w:rPr>
      <w:b/>
      <w:bCs/>
    </w:rPr>
  </w:style>
  <w:style w:type="table" w:styleId="2-50">
    <w:name w:val="Medium Grid 2 Accent 5"/>
    <w:basedOn w:val="a3"/>
    <w:uiPriority w:val="68"/>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paragraph" w:styleId="37">
    <w:name w:val="List 3"/>
    <w:basedOn w:val="a1"/>
    <w:uiPriority w:val="99"/>
    <w:unhideWhenUsed/>
    <w:rsid w:val="00326F90"/>
    <w:pPr>
      <w:ind w:left="1080" w:hanging="360"/>
      <w:contextualSpacing/>
    </w:pPr>
  </w:style>
  <w:style w:type="table" w:styleId="-35">
    <w:name w:val="Dark List Accent 3"/>
    <w:basedOn w:val="a3"/>
    <w:uiPriority w:val="70"/>
    <w:rsid w:val="00CB0664"/>
    <w:pPr>
      <w:spacing w:after="0" w:line="240" w:lineRule="auto"/>
    </w:pPr>
    <w:rPr>
      <w:color w:val="FFFFFF" w:themeColor="background1"/>
      <w:sz w:val="20"/>
      <w:szCs w:val="20"/>
      <w:lang w:eastAsia="zh-CN"/>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2-40">
    <w:name w:val="Medium Grid 2 Accent 4"/>
    <w:basedOn w:val="a3"/>
    <w:uiPriority w:val="68"/>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afe">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paragraph" w:styleId="ac">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1-51">
    <w:name w:val="Medium List 1 Accent 5"/>
    <w:basedOn w:val="a3"/>
    <w:uiPriority w:val="65"/>
    <w:rsid w:val="00CB0664"/>
    <w:pPr>
      <w:spacing w:after="0" w:line="240" w:lineRule="auto"/>
    </w:pPr>
    <w:rPr>
      <w:color w:val="000000" w:themeColor="text1"/>
      <w:sz w:val="20"/>
      <w:szCs w:val="20"/>
      <w:lang w:eastAsia="zh-CN"/>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2-6">
    <w:name w:val="Medium Grid 2 Accent 6"/>
    <w:basedOn w:val="a3"/>
    <w:uiPriority w:val="68"/>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41">
    <w:name w:val="Medium List 1 Accent 4"/>
    <w:basedOn w:val="a3"/>
    <w:uiPriority w:val="65"/>
    <w:rsid w:val="00CB0664"/>
    <w:pPr>
      <w:spacing w:after="0" w:line="240" w:lineRule="auto"/>
    </w:pPr>
    <w:rPr>
      <w:color w:val="000000" w:themeColor="text1"/>
      <w:sz w:val="20"/>
      <w:szCs w:val="20"/>
      <w:lang w:eastAsia="zh-CN"/>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2">
    <w:name w:val="Colorful Grid Accent 6"/>
    <w:basedOn w:val="a3"/>
    <w:uiPriority w:val="73"/>
    <w:rsid w:val="00CB0664"/>
    <w:pPr>
      <w:spacing w:after="0" w:line="240" w:lineRule="auto"/>
    </w:pPr>
    <w:rPr>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
    <w:name w:val="header"/>
    <w:basedOn w:val="a1"/>
    <w:link w:val="ae"/>
    <w:uiPriority w:val="99"/>
    <w:unhideWhenUsed/>
    <w:rsid w:val="00E618BF"/>
    <w:pPr>
      <w:tabs>
        <w:tab w:val="center" w:pos="4680"/>
        <w:tab w:val="right" w:pos="9360"/>
      </w:tabs>
      <w:spacing w:after="0" w:line="240" w:lineRule="auto"/>
    </w:pPr>
  </w:style>
  <w:style w:type="table" w:styleId="1-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aa">
    <w:name w:val="引用 字符"/>
    <w:basedOn w:val="a2"/>
    <w:link w:val="a9"/>
    <w:uiPriority w:val="29"/>
    <w:rsid w:val="00FC693F"/>
    <w:rPr>
      <w:i/>
      <w:iCs/>
      <w:color w:val="000000" w:themeColor="text1"/>
    </w:rPr>
  </w:style>
  <w:style w:type="table" w:styleId="-14">
    <w:name w:val="Light Shading Accent 1"/>
    <w:basedOn w:val="a3"/>
    <w:uiPriority w:val="60"/>
    <w:rsid w:val="00FC693F"/>
    <w:pPr>
      <w:spacing w:after="0" w:line="240" w:lineRule="auto"/>
    </w:pPr>
    <w:rPr>
      <w:color w:val="365F91" w:themeColor="accent1" w:themeShade="BF"/>
      <w:sz w:val="20"/>
      <w:szCs w:val="20"/>
      <w:lang w:eastAsia="zh-CN"/>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Colorful Shading Accent 2"/>
    <w:basedOn w:val="a3"/>
    <w:uiPriority w:val="71"/>
    <w:rsid w:val="00CB0664"/>
    <w:pPr>
      <w:spacing w:after="0" w:line="240" w:lineRule="auto"/>
    </w:pPr>
    <w:rPr>
      <w:color w:val="000000" w:themeColor="text1"/>
      <w:sz w:val="20"/>
      <w:szCs w:val="20"/>
      <w:lang w:eastAsia="zh-CN"/>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54">
    <w:name w:val="Colorful List Accent 5"/>
    <w:basedOn w:val="a3"/>
    <w:uiPriority w:val="72"/>
    <w:rsid w:val="00CB0664"/>
    <w:pPr>
      <w:spacing w:after="0" w:line="240" w:lineRule="auto"/>
    </w:pPr>
    <w:rPr>
      <w:color w:val="000000" w:themeColor="text1"/>
      <w:sz w:val="20"/>
      <w:szCs w:val="20"/>
      <w:lang w:eastAsia="zh-CN"/>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45">
    <w:name w:val="Colorful Grid Accent 4"/>
    <w:basedOn w:val="a3"/>
    <w:uiPriority w:val="73"/>
    <w:rsid w:val="00CB0664"/>
    <w:pPr>
      <w:spacing w:after="0" w:line="240" w:lineRule="auto"/>
    </w:pPr>
    <w:rPr>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paragraph" w:styleId="afc">
    <w:name w:val="Body Text"/>
    <w:basedOn w:val="a1"/>
    <w:link w:val="afb"/>
    <w:uiPriority w:val="99"/>
    <w:unhideWhenUsed/>
    <w:rsid w:val="00AA1D8D"/>
    <w:pPr>
      <w:spacing w:after="120"/>
    </w:pPr>
  </w:style>
  <w:style w:type="table" w:styleId="-55">
    <w:name w:val="Dark List Accent 5"/>
    <w:basedOn w:val="a3"/>
    <w:uiPriority w:val="70"/>
    <w:rsid w:val="00CB0664"/>
    <w:pPr>
      <w:spacing w:after="0" w:line="240" w:lineRule="auto"/>
    </w:pPr>
    <w:rPr>
      <w:color w:val="FFFFFF" w:themeColor="background1"/>
      <w:sz w:val="20"/>
      <w:szCs w:val="20"/>
      <w:lang w:eastAsia="zh-CN"/>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2-51">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aff">
    <w:name w:val="Intense Quote"/>
    <w:basedOn w:val="a1"/>
    <w:next w:val="a1"/>
    <w:link w:val="aff0"/>
    <w:uiPriority w:val="30"/>
    <w:qFormat/>
    <w:rsid w:val="00FC693F"/>
    <w:pPr>
      <w:pBdr>
        <w:bottom w:val="single" w:sz="4" w:space="4" w:color="4F81BD" w:themeColor="accent1"/>
      </w:pBdr>
      <w:spacing w:before="200" w:after="280"/>
      <w:ind w:left="936" w:right="936"/>
    </w:pPr>
    <w:rPr>
      <w:b/>
      <w:bCs/>
      <w:i/>
      <w:iCs/>
      <w:color w:val="4F81BD" w:themeColor="accent1"/>
    </w:rPr>
  </w:style>
  <w:style w:type="table" w:styleId="-63">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64">
    <w:name w:val="Colorful List Accent 6"/>
    <w:basedOn w:val="a3"/>
    <w:uiPriority w:val="72"/>
    <w:rsid w:val="00CB0664"/>
    <w:pPr>
      <w:spacing w:after="0" w:line="240" w:lineRule="auto"/>
    </w:pPr>
    <w:rPr>
      <w:color w:val="000000" w:themeColor="text1"/>
      <w:sz w:val="20"/>
      <w:szCs w:val="20"/>
      <w:lang w:eastAsia="zh-CN"/>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character" w:customStyle="1" w:styleId="af8">
    <w:name w:val="页脚 字符"/>
    <w:basedOn w:val="a2"/>
    <w:link w:val="af7"/>
    <w:uiPriority w:val="99"/>
    <w:rsid w:val="00E618BF"/>
  </w:style>
  <w:style w:type="paragraph" w:styleId="aff1">
    <w:name w:val="List"/>
    <w:basedOn w:val="a1"/>
    <w:uiPriority w:val="99"/>
    <w:unhideWhenUsed/>
    <w:rsid w:val="00AA1D8D"/>
    <w:pPr>
      <w:ind w:left="360" w:hanging="360"/>
      <w:contextualSpacing/>
    </w:pPr>
  </w:style>
  <w:style w:type="character" w:styleId="aff2">
    <w:name w:val="Book Title"/>
    <w:basedOn w:val="a2"/>
    <w:uiPriority w:val="33"/>
    <w:qFormat/>
    <w:rsid w:val="00FC693F"/>
    <w:rPr>
      <w:b/>
      <w:bCs/>
      <w:smallCaps/>
      <w:spacing w:val="5"/>
    </w:rPr>
  </w:style>
  <w:style w:type="paragraph" w:styleId="aff3">
    <w:name w:val="List Continue"/>
    <w:basedOn w:val="a1"/>
    <w:uiPriority w:val="99"/>
    <w:unhideWhenUsed/>
    <w:rsid w:val="0029639D"/>
    <w:pPr>
      <w:spacing w:after="120"/>
      <w:ind w:left="360"/>
      <w:contextualSpacing/>
    </w:pPr>
  </w:style>
  <w:style w:type="table" w:styleId="-65">
    <w:name w:val="Light Shading Accent 6"/>
    <w:basedOn w:val="a3"/>
    <w:uiPriority w:val="60"/>
    <w:rsid w:val="00FC693F"/>
    <w:pPr>
      <w:spacing w:after="0" w:line="240" w:lineRule="auto"/>
    </w:pPr>
    <w:rPr>
      <w:color w:val="E36C0A" w:themeColor="accent6" w:themeShade="BF"/>
      <w:sz w:val="20"/>
      <w:szCs w:val="20"/>
      <w:lang w:eastAsia="zh-CN"/>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2">
    <w:name w:val="List Number 2"/>
    <w:basedOn w:val="a1"/>
    <w:uiPriority w:val="99"/>
    <w:unhideWhenUsed/>
    <w:rsid w:val="0029639D"/>
    <w:pPr>
      <w:numPr>
        <w:numId w:val="3"/>
      </w:numPr>
      <w:contextualSpacing/>
    </w:p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4">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
    <w:name w:val="TOC Heading"/>
    <w:basedOn w:val="1"/>
    <w:next w:val="a1"/>
    <w:uiPriority w:val="39"/>
    <w:semiHidden/>
    <w:unhideWhenUsed/>
    <w:qFormat/>
    <w:rsid w:val="00FC693F"/>
    <w:pPr>
      <w:outlineLvl w:val="9"/>
    </w:pPr>
  </w:style>
  <w:style w:type="character" w:customStyle="1" w:styleId="aff0">
    <w:name w:val="明显引用 字符"/>
    <w:basedOn w:val="a2"/>
    <w:link w:val="aff"/>
    <w:uiPriority w:val="30"/>
    <w:rsid w:val="00FC693F"/>
    <w:rPr>
      <w:b/>
      <w:bCs/>
      <w:i/>
      <w:iCs/>
      <w:color w:val="4F81BD" w:themeColor="accent1"/>
    </w:rPr>
  </w:style>
  <w:style w:type="table" w:styleId="2-41">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table" w:styleId="1-61">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aff6">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a">
    <w:name w:val="List Number"/>
    <w:basedOn w:val="a1"/>
    <w:uiPriority w:val="99"/>
    <w:unhideWhenUsed/>
    <w:rsid w:val="00326F90"/>
    <w:pPr>
      <w:numPr>
        <w:numId w:val="2"/>
      </w:numPr>
      <w:contextualSpacing/>
    </w:pPr>
  </w:style>
  <w:style w:type="paragraph" w:styleId="aff7">
    <w:name w:val="caption"/>
    <w:basedOn w:val="a1"/>
    <w:next w:val="a1"/>
    <w:uiPriority w:val="35"/>
    <w:semiHidden/>
    <w:unhideWhenUsed/>
    <w:qFormat/>
    <w:rsid w:val="00FC693F"/>
    <w:pPr>
      <w:spacing w:line="240" w:lineRule="auto"/>
    </w:pPr>
    <w:rPr>
      <w:b/>
      <w:bCs/>
      <w:color w:val="4F81BD" w:themeColor="accent1"/>
      <w:sz w:val="18"/>
      <w:szCs w:val="18"/>
    </w:r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character" w:styleId="aff8">
    <w:name w:val="Emphasis"/>
    <w:basedOn w:val="a2"/>
    <w:uiPriority w:val="20"/>
    <w:qFormat/>
    <w:rsid w:val="00FC693F"/>
    <w:rPr>
      <w:i/>
      <w:iCs/>
    </w:rPr>
  </w:style>
  <w:style w:type="paragraph" w:styleId="26">
    <w:name w:val="Body Text 2"/>
    <w:basedOn w:val="a1"/>
    <w:link w:val="25"/>
    <w:uiPriority w:val="99"/>
    <w:unhideWhenUsed/>
    <w:rsid w:val="00AA1D8D"/>
    <w:pPr>
      <w:spacing w:after="120" w:line="480" w:lineRule="auto"/>
    </w:pPr>
  </w:style>
  <w:style w:type="table" w:styleId="-15">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1195</Words>
  <Characters>6817</Characters>
  <Application>Microsoft Office Word</Application>
  <DocSecurity>0</DocSecurity>
  <Lines>56</Lines>
  <Paragraphs>15</Paragraphs>
  <ScaleCrop>false</ScaleCrop>
  <Company/>
  <LinksUpToDate>false</LinksUpToDate>
  <CharactersWithSpaces>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zh f</cp:lastModifiedBy>
  <cp:revision>3</cp:revision>
  <dcterms:created xsi:type="dcterms:W3CDTF">2026-10-27T10:17:00Z</dcterms:created>
  <dcterms:modified xsi:type="dcterms:W3CDTF">2026-10-27T05:35:00Z</dcterms:modified>
</cp:coreProperties>
</file>