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C1FF8" w14:textId="70B2B3A5" w:rsidR="009B7AA4" w:rsidRDefault="00000000">
      <w:pPr>
        <w:jc w:val="center"/>
        <w:rPr>
          <w:rFonts w:hint="eastAsia"/>
        </w:rPr>
      </w:pPr>
      <w:r>
        <w:rPr>
          <w:rFonts w:ascii="黑体" w:eastAsia="黑体" w:hAnsi="黑体"/>
          <w:b/>
          <w:sz w:val="36"/>
        </w:rPr>
        <w:t>2024-2025学年CN</w:t>
      </w:r>
      <w:r w:rsidR="006012B6">
        <w:rPr>
          <w:rFonts w:ascii="黑体" w:eastAsia="黑体" w:hAnsi="黑体" w:hint="eastAsia"/>
          <w:b/>
          <w:sz w:val="36"/>
          <w:lang w:eastAsia="zh-CN"/>
        </w:rPr>
        <w:t>A</w:t>
      </w:r>
      <w:r>
        <w:rPr>
          <w:rFonts w:ascii="黑体" w:eastAsia="黑体" w:hAnsi="黑体"/>
          <w:b/>
          <w:sz w:val="36"/>
        </w:rPr>
        <w:t>O全国中学生天文知识竞赛预赛A卷</w:t>
      </w:r>
    </w:p>
    <w:p w14:paraId="2DD36308" w14:textId="77777777" w:rsidR="009B7AA4" w:rsidRDefault="00000000">
      <w:pPr>
        <w:jc w:val="center"/>
        <w:rPr>
          <w:rFonts w:hint="eastAsia"/>
        </w:rPr>
      </w:pPr>
      <w:r>
        <w:rPr>
          <w:rFonts w:ascii="黑体" w:eastAsia="黑体" w:hAnsi="黑体"/>
          <w:sz w:val="28"/>
        </w:rPr>
        <w:t>（试题与答案分离版）</w:t>
      </w:r>
    </w:p>
    <w:p w14:paraId="218B0027" w14:textId="77777777" w:rsidR="009B7AA4" w:rsidRDefault="009B7AA4">
      <w:pPr>
        <w:rPr>
          <w:rFonts w:hint="eastAsia"/>
        </w:rPr>
      </w:pPr>
    </w:p>
    <w:p w14:paraId="6C918E44" w14:textId="77777777" w:rsidR="009B7AA4" w:rsidRDefault="00000000">
      <w:pPr>
        <w:rPr>
          <w:rFonts w:hint="eastAsia"/>
        </w:rPr>
      </w:pPr>
      <w:r>
        <w:rPr>
          <w:rFonts w:ascii="黑体" w:eastAsia="黑体" w:hAnsi="黑体"/>
          <w:b/>
        </w:rPr>
        <w:t>【注意事项】请务必仔细阅读！</w:t>
      </w:r>
    </w:p>
    <w:p w14:paraId="270BA617" w14:textId="77777777" w:rsidR="009B7AA4" w:rsidRDefault="00000000">
      <w:pPr>
        <w:spacing w:after="80" w:line="360" w:lineRule="auto"/>
        <w:rPr>
          <w:rFonts w:hint="eastAsia"/>
        </w:rPr>
      </w:pPr>
      <w:r>
        <w:rPr>
          <w:sz w:val="22"/>
        </w:rPr>
        <w:t>1.每位考生会拿到一张预赛试卷和一张答题卡。试卷和答题卡都需要填写，且填写的内容必须完全一致。试卷上所有书写用钢笔或签字笔，答题卡上所有书写和填涂用2B铅笔。</w:t>
      </w:r>
    </w:p>
    <w:p w14:paraId="04EF7CAD" w14:textId="77777777" w:rsidR="009B7AA4" w:rsidRDefault="00000000">
      <w:pPr>
        <w:spacing w:after="80" w:line="360" w:lineRule="auto"/>
        <w:rPr>
          <w:rFonts w:hint="eastAsia"/>
        </w:rPr>
      </w:pPr>
      <w:r>
        <w:rPr>
          <w:sz w:val="22"/>
        </w:rPr>
        <w:t>2.低年组考生（指2010年1月1日及以后出生，并且没有参加过各项国际天文奥赛的考生）只答本卷的01-30题，高年组考生只答06-35题。</w:t>
      </w:r>
    </w:p>
    <w:p w14:paraId="728EB4CA" w14:textId="77777777" w:rsidR="009B7AA4" w:rsidRDefault="00000000">
      <w:pPr>
        <w:spacing w:after="80" w:line="360" w:lineRule="auto"/>
        <w:rPr>
          <w:rFonts w:hint="eastAsia"/>
        </w:rPr>
      </w:pPr>
      <w:r>
        <w:rPr>
          <w:sz w:val="22"/>
        </w:rPr>
        <w:t>3.本卷为闭卷考试，请答卷人按照自己的真实水平独立完成答卷。按要求在答题卡上填写“姓名”、填涂“试卷类型”（见本注意事项之前的表格第二列）、“准考证号”（在空格处写数字，并填涂每个数字下面对应的部分）、组别（“高”或“低”）以及题目的答案。未按要求填涂的无有效成绩。考试开始30分钟之后才可交卷，并在不影响其他考生答题的情况下安静离开考场。在监考老师宣布考试结束时，该考场所有考生应停止答卷，将试卷和答题卡放在桌上，保持安静离开考场。</w:t>
      </w:r>
    </w:p>
    <w:p w14:paraId="67BA8F35" w14:textId="77777777" w:rsidR="009B7AA4" w:rsidRDefault="00000000">
      <w:pPr>
        <w:spacing w:after="80" w:line="360" w:lineRule="auto"/>
        <w:rPr>
          <w:rFonts w:hint="eastAsia"/>
        </w:rPr>
      </w:pPr>
      <w:r>
        <w:rPr>
          <w:sz w:val="22"/>
        </w:rPr>
        <w:t>4.每题选择一个最接近正确的选项。将对应的字母（A,B,C,D之一）填在试卷上并填涂在答题卡该题号下方的对应处。不会做的题目不选。已填涂的答案如需改正，请用橡皮将原答案尽量擦除干净。每道题答对得4分，答错或多选得-4分，不选得0分。满分120分。草稿只可写在试卷“草稿区”处。</w:t>
      </w:r>
    </w:p>
    <w:p w14:paraId="7B14DEC2" w14:textId="77777777" w:rsidR="009B7AA4" w:rsidRDefault="00000000">
      <w:pPr>
        <w:spacing w:after="80" w:line="360" w:lineRule="auto"/>
        <w:rPr>
          <w:rFonts w:hint="eastAsia"/>
        </w:rPr>
      </w:pPr>
      <w:r>
        <w:rPr>
          <w:sz w:val="22"/>
        </w:rPr>
        <w:t>5.本试题、答案及决赛名单将在北京天文馆网站、微博、微信公众号，《天文爱好者》杂志公布。决赛将于5月在汕头举行。</w:t>
      </w:r>
    </w:p>
    <w:p w14:paraId="6AB2B801" w14:textId="77777777" w:rsidR="009B7AA4" w:rsidRDefault="009B7AA4">
      <w:pPr>
        <w:rPr>
          <w:rFonts w:hint="eastAsia"/>
        </w:rPr>
      </w:pPr>
    </w:p>
    <w:p w14:paraId="6549DE32" w14:textId="77777777" w:rsidR="009B7AA4" w:rsidRDefault="00000000">
      <w:pPr>
        <w:rPr>
          <w:rFonts w:hint="eastAsia"/>
        </w:rPr>
      </w:pPr>
      <w:r>
        <w:t>姓名：__________    年级：__________    班级：__________    得分：__________</w:t>
      </w:r>
    </w:p>
    <w:p w14:paraId="5DDE0A37" w14:textId="77777777" w:rsidR="009B7AA4" w:rsidRDefault="009B7AA4">
      <w:pPr>
        <w:rPr>
          <w:rFonts w:hint="eastAsia"/>
        </w:rPr>
      </w:pPr>
    </w:p>
    <w:p w14:paraId="2A3AC8F5" w14:textId="77777777" w:rsidR="009B7AA4" w:rsidRDefault="00000000">
      <w:pPr>
        <w:rPr>
          <w:rFonts w:hint="eastAsia"/>
        </w:rPr>
      </w:pPr>
      <w:r>
        <w:rPr>
          <w:rFonts w:ascii="黑体" w:eastAsia="黑体" w:hAnsi="黑体"/>
          <w:b/>
          <w:sz w:val="28"/>
        </w:rPr>
        <w:t>一、单项选择题（共35题；低年组答01—30题、高年组答06—35题，各30题；每题4分，满分120分）</w:t>
      </w:r>
    </w:p>
    <w:p w14:paraId="2C3C24D7" w14:textId="77777777" w:rsidR="009B7AA4" w:rsidRDefault="00000000">
      <w:pPr>
        <w:spacing w:before="120" w:after="40" w:line="360" w:lineRule="auto"/>
        <w:rPr>
          <w:rFonts w:hint="eastAsia"/>
        </w:rPr>
      </w:pPr>
      <w:r>
        <w:lastRenderedPageBreak/>
        <w:t>1、今天的月相是（ ）。（本卷考试日期：2025年3月29日）</w:t>
      </w:r>
    </w:p>
    <w:p w14:paraId="1A5E0AAC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A.新月        C.满月</w:t>
      </w:r>
    </w:p>
    <w:p w14:paraId="24CC35AA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B.上弦月        D.下弦月</w:t>
      </w:r>
    </w:p>
    <w:p w14:paraId="493371AE" w14:textId="77777777" w:rsidR="009B7AA4" w:rsidRDefault="00000000">
      <w:pPr>
        <w:spacing w:before="120" w:after="40" w:line="360" w:lineRule="auto"/>
        <w:rPr>
          <w:rFonts w:hint="eastAsia"/>
        </w:rPr>
      </w:pPr>
      <w:r>
        <w:t>2、以下哪个星座是黄道星座？（ ）</w:t>
      </w:r>
    </w:p>
    <w:p w14:paraId="559CFF85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A.长蛇座        C.蛇夫座</w:t>
      </w:r>
    </w:p>
    <w:p w14:paraId="03036CF5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B.巨蛇座        D.水蛇座</w:t>
      </w:r>
    </w:p>
    <w:p w14:paraId="3577AC1A" w14:textId="77777777" w:rsidR="009B7AA4" w:rsidRDefault="00000000">
      <w:pPr>
        <w:spacing w:before="120" w:after="40" w:line="360" w:lineRule="auto"/>
        <w:rPr>
          <w:rFonts w:hint="eastAsia"/>
        </w:rPr>
      </w:pPr>
      <w:r>
        <w:t>3、以下我国的光学天文台（站）中地理纬度最靠南的是（ ）。</w:t>
      </w:r>
    </w:p>
    <w:p w14:paraId="4B1224A8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A.青海冷湖观测站        C.国家天文台兴隆观测站</w:t>
      </w:r>
    </w:p>
    <w:p w14:paraId="12152F41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B.四川稻城无名山观测站        D.台湾鹿林天文台</w:t>
      </w:r>
    </w:p>
    <w:p w14:paraId="51C28B82" w14:textId="77777777" w:rsidR="009B7AA4" w:rsidRDefault="00000000">
      <w:pPr>
        <w:spacing w:before="120" w:after="40" w:line="360" w:lineRule="auto"/>
        <w:rPr>
          <w:rFonts w:hint="eastAsia"/>
        </w:rPr>
      </w:pPr>
      <w:r>
        <w:t>4、以下哪个天体不属于太阳系？（ ）</w:t>
      </w:r>
    </w:p>
    <w:p w14:paraId="2F6ECB3A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A.冥王星        C.比邻星</w:t>
      </w:r>
    </w:p>
    <w:p w14:paraId="4877311C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B.谷神星        D.阋神星</w:t>
      </w:r>
    </w:p>
    <w:p w14:paraId="1FA3CC20" w14:textId="77777777" w:rsidR="009B7AA4" w:rsidRDefault="00000000">
      <w:pPr>
        <w:spacing w:before="120" w:after="40" w:line="360" w:lineRule="auto"/>
        <w:rPr>
          <w:rFonts w:hint="eastAsia"/>
        </w:rPr>
      </w:pPr>
      <w:r>
        <w:t>5、以下哪个节气时太阳直射点的移动方向由南转向北？（ ）</w:t>
      </w:r>
    </w:p>
    <w:p w14:paraId="69DAB001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A.春分        C.秋分</w:t>
      </w:r>
    </w:p>
    <w:p w14:paraId="059F020A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B.夏至        D.冬至</w:t>
      </w:r>
    </w:p>
    <w:p w14:paraId="401DEDC9" w14:textId="77777777" w:rsidR="009B7AA4" w:rsidRDefault="00000000">
      <w:pPr>
        <w:spacing w:before="120" w:after="40" w:line="360" w:lineRule="auto"/>
        <w:rPr>
          <w:rFonts w:hint="eastAsia"/>
        </w:rPr>
      </w:pPr>
      <w:r>
        <w:t>6、仙女星系、大麦哲伦星系、小麦哲伦星系，以上三个星系肉眼可见的有几个？（ ）</w:t>
      </w:r>
    </w:p>
    <w:p w14:paraId="5737FBAE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A.0个        C.2个</w:t>
      </w:r>
    </w:p>
    <w:p w14:paraId="19BF1CE0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B.1个        D.3个</w:t>
      </w:r>
    </w:p>
    <w:p w14:paraId="53C38EF9" w14:textId="77777777" w:rsidR="009B7AA4" w:rsidRDefault="00000000">
      <w:pPr>
        <w:spacing w:before="120" w:after="40" w:line="360" w:lineRule="auto"/>
        <w:rPr>
          <w:rFonts w:hint="eastAsia"/>
        </w:rPr>
      </w:pPr>
      <w:r>
        <w:t>7、2025年在地球上观测不到以下哪类天象？（ ）</w:t>
      </w:r>
    </w:p>
    <w:p w14:paraId="1050B8E2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A.日全食        C.流星雨</w:t>
      </w:r>
    </w:p>
    <w:p w14:paraId="03D16217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B.月全食        D.月掩火星</w:t>
      </w:r>
    </w:p>
    <w:p w14:paraId="12ACB160" w14:textId="77777777" w:rsidR="009B7AA4" w:rsidRDefault="00000000">
      <w:pPr>
        <w:spacing w:before="120" w:after="40" w:line="360" w:lineRule="auto"/>
        <w:rPr>
          <w:rFonts w:hint="eastAsia"/>
        </w:rPr>
      </w:pPr>
      <w:r>
        <w:t>8、再发新星北冕座T（T CrB）爆发周期大约是（ ）年。</w:t>
      </w:r>
    </w:p>
    <w:p w14:paraId="061D5904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A.11        C.80</w:t>
      </w:r>
    </w:p>
    <w:p w14:paraId="2EEC9737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B.33        D.120</w:t>
      </w:r>
    </w:p>
    <w:p w14:paraId="4571EBA0" w14:textId="77777777" w:rsidR="009B7AA4" w:rsidRDefault="00000000">
      <w:pPr>
        <w:spacing w:before="120" w:after="40" w:line="360" w:lineRule="auto"/>
        <w:rPr>
          <w:rFonts w:hint="eastAsia"/>
        </w:rPr>
      </w:pPr>
      <w:r>
        <w:t>9、以下恒星中赤纬最靠北的是（ ）。</w:t>
      </w:r>
    </w:p>
    <w:p w14:paraId="3E694060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A.老人星（船底座α）        C.海石一（船底座ε）</w:t>
      </w:r>
    </w:p>
    <w:p w14:paraId="66D78840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B.水委一（波江座α）        D.十字架二（南十字座α）</w:t>
      </w:r>
    </w:p>
    <w:p w14:paraId="7592F63C" w14:textId="77777777" w:rsidR="009B7AA4" w:rsidRDefault="00000000">
      <w:pPr>
        <w:spacing w:before="120" w:after="40" w:line="360" w:lineRule="auto"/>
        <w:rPr>
          <w:rFonts w:hint="eastAsia"/>
        </w:rPr>
      </w:pPr>
      <w:r>
        <w:t>10、我想去赶海，潮水退得最厉害的时候更容易找到贝壳等有趣的生物，请问在农历哪天去最好呢？（ ）</w:t>
      </w:r>
    </w:p>
    <w:p w14:paraId="21FD46B9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lastRenderedPageBreak/>
        <w:t>A.初三        C.十六</w:t>
      </w:r>
    </w:p>
    <w:p w14:paraId="0C8EE27B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B.初九        D.廿二</w:t>
      </w:r>
    </w:p>
    <w:p w14:paraId="60932FCB" w14:textId="77777777" w:rsidR="009B7AA4" w:rsidRDefault="00000000">
      <w:pPr>
        <w:spacing w:before="120" w:after="40" w:line="360" w:lineRule="auto"/>
        <w:rPr>
          <w:rFonts w:hint="eastAsia"/>
        </w:rPr>
      </w:pPr>
      <w:r>
        <w:t>11、2025年3月23日，土星光环侧面对着地球，看上去好像光环消失了一样，下一次土星光环“消失”是哪一年？（ ）</w:t>
      </w:r>
    </w:p>
    <w:p w14:paraId="099D77E9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A.2029年        C.2039年</w:t>
      </w:r>
    </w:p>
    <w:p w14:paraId="790DCE1A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B.2032年        D.2042年</w:t>
      </w:r>
    </w:p>
    <w:p w14:paraId="21A8BEF2" w14:textId="77777777" w:rsidR="009B7AA4" w:rsidRDefault="00000000">
      <w:pPr>
        <w:spacing w:before="120" w:after="40" w:line="360" w:lineRule="auto"/>
        <w:rPr>
          <w:rFonts w:hint="eastAsia"/>
        </w:rPr>
      </w:pPr>
      <w:r>
        <w:t>12、如果想测量天空中的10°，伸直手臂用以下哪种手势最接近？（ ）（原卷此处为A、B、C、D四幅手势示意图，本电子版缺图，请参考解析）</w:t>
      </w:r>
    </w:p>
    <w:p w14:paraId="61B21B5C" w14:textId="77777777" w:rsidR="009B7AA4" w:rsidRDefault="00000000">
      <w:pPr>
        <w:spacing w:before="120" w:after="40" w:line="360" w:lineRule="auto"/>
        <w:rPr>
          <w:rFonts w:hint="eastAsia"/>
        </w:rPr>
      </w:pPr>
      <w:r>
        <w:t>13、下图是一张太阳的实拍照片，箭头所指的黑色斑点最有可能是什么？（ ）（原卷此处附太阳实拍照片，本电子版缺图）</w:t>
      </w:r>
    </w:p>
    <w:p w14:paraId="08D08346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A.地球大气中的漂浮物        C.金星</w:t>
      </w:r>
    </w:p>
    <w:p w14:paraId="4248C8A8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B.太阳黑子        D.水星</w:t>
      </w:r>
    </w:p>
    <w:p w14:paraId="7D469FA8" w14:textId="77777777" w:rsidR="009B7AA4" w:rsidRDefault="00000000">
      <w:pPr>
        <w:spacing w:before="120" w:after="40" w:line="360" w:lineRule="auto"/>
        <w:rPr>
          <w:rFonts w:hint="eastAsia"/>
        </w:rPr>
      </w:pPr>
      <w:r>
        <w:t>14、我们知道木星是一颗气体行星，主要成分为氢和氦，与恒星的组成成分类似。氢核聚变使得恒星能够发光发热。那么，木星为什么不能成为一颗恒星呢？（ ）</w:t>
      </w:r>
    </w:p>
    <w:p w14:paraId="1967ECF0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A.体积不够大        C.氢的比例少</w:t>
      </w:r>
    </w:p>
    <w:p w14:paraId="42F9853C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B.质量不够大        D.没有核反应催化剂</w:t>
      </w:r>
    </w:p>
    <w:p w14:paraId="797924A9" w14:textId="77777777" w:rsidR="009B7AA4" w:rsidRDefault="00000000">
      <w:pPr>
        <w:spacing w:before="120" w:after="40" w:line="360" w:lineRule="auto"/>
        <w:rPr>
          <w:rFonts w:hint="eastAsia"/>
        </w:rPr>
      </w:pPr>
      <w:r>
        <w:t>15、地球上发现最多的陨石类型是（ ）。</w:t>
      </w:r>
    </w:p>
    <w:p w14:paraId="37806DBE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A.普通球粒陨石        C.铁陨石</w:t>
      </w:r>
    </w:p>
    <w:p w14:paraId="54FEDFB9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B.无球粒陨石        D.中铁陨石</w:t>
      </w:r>
    </w:p>
    <w:p w14:paraId="50D9A3E8" w14:textId="77777777" w:rsidR="009B7AA4" w:rsidRDefault="00000000">
      <w:pPr>
        <w:spacing w:before="120" w:after="40" w:line="360" w:lineRule="auto"/>
        <w:rPr>
          <w:rFonts w:hint="eastAsia"/>
        </w:rPr>
      </w:pPr>
      <w:r>
        <w:t>16、我国“天问二号”即将对太阳系的两颗小天体进行探测，其中一颗位于小行星主带内，它是一颗（ ）。</w:t>
      </w:r>
    </w:p>
    <w:p w14:paraId="4871E41B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A.S型小行星        C.彗星</w:t>
      </w:r>
    </w:p>
    <w:p w14:paraId="5448BE11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B.C型小行星        D.M型小行星</w:t>
      </w:r>
    </w:p>
    <w:p w14:paraId="05B07F5A" w14:textId="77777777" w:rsidR="009B7AA4" w:rsidRDefault="00000000">
      <w:pPr>
        <w:spacing w:before="120" w:after="40" w:line="360" w:lineRule="auto"/>
        <w:rPr>
          <w:rFonts w:hint="eastAsia"/>
        </w:rPr>
      </w:pPr>
      <w:r>
        <w:t>17、黄金是一种化学性质非常稳定的贵金属，金元素的原子序数为79，恒星中的核聚变反应不能合成金，只能通过更剧烈的天体过程合成。现在科学家认为，金元素主要是通过以下哪种过程产生的？（ ）</w:t>
      </w:r>
    </w:p>
    <w:p w14:paraId="5F1245C2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A.超新星爆发        C.潮汐瓦解事件</w:t>
      </w:r>
    </w:p>
    <w:p w14:paraId="5B0B07CE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B.中子星并合        D.宇宙大爆炸</w:t>
      </w:r>
    </w:p>
    <w:p w14:paraId="51374BFE" w14:textId="77777777" w:rsidR="009B7AA4" w:rsidRDefault="00000000">
      <w:pPr>
        <w:spacing w:before="120" w:after="40" w:line="360" w:lineRule="auto"/>
        <w:rPr>
          <w:rFonts w:hint="eastAsia"/>
        </w:rPr>
      </w:pPr>
      <w:r>
        <w:t>18、以下四颗行星中，（ ）属于太阳系中具有全球性磁场的类地行星。</w:t>
      </w:r>
    </w:p>
    <w:p w14:paraId="516B272A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lastRenderedPageBreak/>
        <w:t>A.火星        C.水星</w:t>
      </w:r>
    </w:p>
    <w:p w14:paraId="16CA5293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B.金星        D.土星</w:t>
      </w:r>
    </w:p>
    <w:p w14:paraId="6ACE7C7C" w14:textId="77777777" w:rsidR="009B7AA4" w:rsidRDefault="00000000">
      <w:pPr>
        <w:spacing w:before="120" w:after="40" w:line="360" w:lineRule="auto"/>
        <w:rPr>
          <w:rFonts w:hint="eastAsia"/>
        </w:rPr>
      </w:pPr>
      <w:r>
        <w:t>19、恒星的光度主要取决于其表面温度和半径。假设两颗恒星的质量相同，恒星A的半径是恒星B的两倍，而A的表面温度是B的一半。那么，恒星A的光度是恒星B的多少倍？（ ）</w:t>
      </w:r>
    </w:p>
    <w:p w14:paraId="0E8A8BE6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A.1/4        C.2</w:t>
      </w:r>
    </w:p>
    <w:p w14:paraId="7425AAED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B.1/2        D.4</w:t>
      </w:r>
    </w:p>
    <w:p w14:paraId="641B4506" w14:textId="77777777" w:rsidR="009B7AA4" w:rsidRDefault="00000000">
      <w:pPr>
        <w:spacing w:before="120" w:after="40" w:line="360" w:lineRule="auto"/>
        <w:rPr>
          <w:rFonts w:hint="eastAsia"/>
        </w:rPr>
      </w:pPr>
      <w:r>
        <w:t>20、四川稻城无名山观测站，坐标为东经100°，北纬29°。今年劳动节午夜，下面哪个天体适合在该台址观测？（ ）</w:t>
      </w:r>
    </w:p>
    <w:p w14:paraId="0533EBFF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A.土星 RA=23h54m，Dec=-02d48m        C.南门二 RA=14h39m，Dec=-60d48m</w:t>
      </w:r>
    </w:p>
    <w:p w14:paraId="33F14FEF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B.昴星团 RA=03h46m，Dec=+24d11m        D.大角星 RA=14h15m，Dec=+19d09m</w:t>
      </w:r>
    </w:p>
    <w:p w14:paraId="4B944370" w14:textId="77777777" w:rsidR="009B7AA4" w:rsidRDefault="00000000">
      <w:pPr>
        <w:spacing w:before="120" w:after="40" w:line="360" w:lineRule="auto"/>
        <w:rPr>
          <w:rFonts w:hint="eastAsia"/>
        </w:rPr>
      </w:pPr>
      <w:r>
        <w:t>21、宇宙线是来自外太空的高能次原子粒子的总称，其最主要的成分是（ ）。</w:t>
      </w:r>
    </w:p>
    <w:p w14:paraId="11EC01B2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A.电子        C.质子</w:t>
      </w:r>
    </w:p>
    <w:p w14:paraId="2609D39F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B.中子        D.中微子</w:t>
      </w:r>
    </w:p>
    <w:p w14:paraId="620838F3" w14:textId="77777777" w:rsidR="009B7AA4" w:rsidRDefault="00000000">
      <w:pPr>
        <w:spacing w:before="120" w:after="40" w:line="360" w:lineRule="auto"/>
        <w:rPr>
          <w:rFonts w:hint="eastAsia"/>
        </w:rPr>
      </w:pPr>
      <w:r>
        <w:t>22、北京天文馆院区内放置的赤道式日晷，晷面上标注的是中国传统时辰。在芒种这一天（晴天），晷针影子是（ ）。</w:t>
      </w:r>
    </w:p>
    <w:p w14:paraId="707DB956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A.由寅顺时针转向戌        C.由辰顺时针转向申</w:t>
      </w:r>
    </w:p>
    <w:p w14:paraId="223C0A23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B.由辰顺时针转向戌        D.由辰逆时针转向申</w:t>
      </w:r>
    </w:p>
    <w:p w14:paraId="745D97C9" w14:textId="77777777" w:rsidR="009B7AA4" w:rsidRDefault="00000000">
      <w:pPr>
        <w:spacing w:before="120" w:after="40" w:line="360" w:lineRule="auto"/>
        <w:rPr>
          <w:rFonts w:hint="eastAsia"/>
        </w:rPr>
      </w:pPr>
      <w:r>
        <w:t>23、天狼星是一个双星系统，由一颗主序星天狼星A和一颗白矮星天狼星B组成，其中后者是人类最早发现的白矮星之一，其光度在整个天狼星系统中仅占万分之一。已知天狼星的视星等约为-1.5等，距离地球8.6光年，估算天狼星B的绝对星等为（ ）。</w:t>
      </w:r>
    </w:p>
    <w:p w14:paraId="4594E744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A.11.5等        C.5.5等</w:t>
      </w:r>
    </w:p>
    <w:p w14:paraId="7C78EF3F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B.8.5等        D.1.5等</w:t>
      </w:r>
    </w:p>
    <w:p w14:paraId="467F3208" w14:textId="77777777" w:rsidR="009B7AA4" w:rsidRDefault="00000000">
      <w:pPr>
        <w:spacing w:before="120" w:after="40" w:line="360" w:lineRule="auto"/>
        <w:rPr>
          <w:rFonts w:hint="eastAsia"/>
        </w:rPr>
      </w:pPr>
      <w:r>
        <w:t>24、以下说法不正确的是（ ）。</w:t>
      </w:r>
    </w:p>
    <w:p w14:paraId="18AF3759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A.2024年1月顺利升空的天关卫星（原名爱因斯坦探针卫星），依托“龙虾眼”宽视场X射线聚焦成像技术，已经探测到多种类型的暂现天体。        C.2024年2月，高海拔宇宙线观测站（LHAASO）国际合作组宣布发现了一颗巨型超高能伽马射线泡，证认了首个超级宇宙线起源天体。</w:t>
      </w:r>
    </w:p>
    <w:p w14:paraId="14EB0E07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lastRenderedPageBreak/>
        <w:t>B.2024年6月，嫦娥六号探测器成功完成世界首次月球背面采样，带回了珍贵的1935.3克月壤样本。        D.2024年7月，我国科研人员首次在嫦娥五号带回的月壤样品中发现了液态水。</w:t>
      </w:r>
    </w:p>
    <w:p w14:paraId="1885DAF7" w14:textId="77777777" w:rsidR="009B7AA4" w:rsidRDefault="00000000">
      <w:pPr>
        <w:spacing w:before="120" w:after="40" w:line="360" w:lineRule="auto"/>
        <w:rPr>
          <w:rFonts w:hint="eastAsia"/>
        </w:rPr>
      </w:pPr>
      <w:r>
        <w:t>25、遥远天体发出的电磁辐射由于宇宙自身膨胀而频率降低、波长变长，表现为光谱的谱线朝红端（波长更长方向）移动了一段距离，该现象称为宇宙学红移。请问在可见光的g波段（波长范围400～550nm），我们可以探测到红移为3的年轻星系产生的哪条谱线（不考虑相对论效应）？（ ）</w:t>
      </w:r>
    </w:p>
    <w:p w14:paraId="622E06F3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A.Lyα(121.6nm)        C.[OII]</w:t>
      </w:r>
    </w:p>
    <w:p w14:paraId="1ACD9496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B.MgII(279.8nm)        D.Hβ(486.8nm)</w:t>
      </w:r>
    </w:p>
    <w:p w14:paraId="5BC9FF14" w14:textId="77777777" w:rsidR="009B7AA4" w:rsidRDefault="00000000">
      <w:pPr>
        <w:spacing w:before="120" w:after="40" w:line="360" w:lineRule="auto"/>
        <w:rPr>
          <w:rFonts w:hint="eastAsia"/>
        </w:rPr>
      </w:pPr>
      <w:r>
        <w:t>26、交食计算是中国古代历法的重要内容，历法准确的情况下，日食通常发生在哪一天？（ ）</w:t>
      </w:r>
    </w:p>
    <w:p w14:paraId="6F4B9222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A.朔日        C.望日</w:t>
      </w:r>
    </w:p>
    <w:p w14:paraId="41320375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B.朏日        D.晦日</w:t>
      </w:r>
    </w:p>
    <w:p w14:paraId="36BB88EE" w14:textId="77777777" w:rsidR="009B7AA4" w:rsidRDefault="00000000">
      <w:pPr>
        <w:spacing w:before="120" w:after="40" w:line="360" w:lineRule="auto"/>
        <w:rPr>
          <w:rFonts w:hint="eastAsia"/>
        </w:rPr>
      </w:pPr>
      <w:r>
        <w:t>27、北京时间2025年3月5日会发生月掩昴星团，当日在北京观测月球上中天的时间约为（ ）。</w:t>
      </w:r>
    </w:p>
    <w:p w14:paraId="5380DBBD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A.05:00        C.17:00</w:t>
      </w:r>
    </w:p>
    <w:p w14:paraId="117AD43B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B.11:00        D.23:00</w:t>
      </w:r>
    </w:p>
    <w:p w14:paraId="302C847F" w14:textId="77777777" w:rsidR="009B7AA4" w:rsidRDefault="00000000">
      <w:pPr>
        <w:spacing w:before="120" w:after="40" w:line="360" w:lineRule="auto"/>
        <w:rPr>
          <w:rFonts w:hint="eastAsia"/>
        </w:rPr>
      </w:pPr>
      <w:r>
        <w:t>28、下面哪种天文仪器不会因地理纬度的变化而影响其正常使用？（ ）</w:t>
      </w:r>
    </w:p>
    <w:p w14:paraId="36E3C44B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A.简仪        C.浑仪</w:t>
      </w:r>
    </w:p>
    <w:p w14:paraId="5AEE4803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B.地平式日晷        D.象限仪</w:t>
      </w:r>
    </w:p>
    <w:p w14:paraId="024D81F8" w14:textId="77777777" w:rsidR="009B7AA4" w:rsidRDefault="00000000">
      <w:pPr>
        <w:spacing w:before="120" w:after="40" w:line="360" w:lineRule="auto"/>
        <w:rPr>
          <w:rFonts w:hint="eastAsia"/>
        </w:rPr>
      </w:pPr>
      <w:r>
        <w:t>29、受大气层湍流的影响，进行长时间深空天体曝光单张拍摄的望远镜在焦距不变的情况下，口径增大到多少之后便无法再有效提升其单张图像的角分辨率？（ ）</w:t>
      </w:r>
    </w:p>
    <w:p w14:paraId="727FC9A1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A.约40mm        C.约350mm</w:t>
      </w:r>
    </w:p>
    <w:p w14:paraId="2B670AB8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B.约150mm        D.约1000mm</w:t>
      </w:r>
    </w:p>
    <w:p w14:paraId="2B130E89" w14:textId="77777777" w:rsidR="009B7AA4" w:rsidRDefault="00000000">
      <w:pPr>
        <w:spacing w:before="120" w:after="40" w:line="360" w:lineRule="auto"/>
        <w:rPr>
          <w:rFonts w:hint="eastAsia"/>
        </w:rPr>
      </w:pPr>
      <w:r>
        <w:t>30、在一个较长的时段内，对满月发生的农历时间取平均。该平均满月时刻最接近于（ ）。</w:t>
      </w:r>
    </w:p>
    <w:p w14:paraId="15216182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A.农历十五12时        C.农历十六0时</w:t>
      </w:r>
    </w:p>
    <w:p w14:paraId="3CA6737F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B.农历十五18时        D.农历十六6时</w:t>
      </w:r>
    </w:p>
    <w:p w14:paraId="58A99C9D" w14:textId="77777777" w:rsidR="009B7AA4" w:rsidRDefault="00000000">
      <w:pPr>
        <w:spacing w:before="120" w:after="40" w:line="360" w:lineRule="auto"/>
        <w:rPr>
          <w:rFonts w:hint="eastAsia"/>
        </w:rPr>
      </w:pPr>
      <w:r>
        <w:t>31、以德国物理学家命名的夫琅和费线是一系列强吸收线，请问下面哪个不属于夫琅和费线命名？（ ）</w:t>
      </w:r>
    </w:p>
    <w:p w14:paraId="7DEA05D4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lastRenderedPageBreak/>
        <w:t>A.He        C.H</w:t>
      </w:r>
    </w:p>
    <w:p w14:paraId="15EE8B35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B.D1        D.h</w:t>
      </w:r>
    </w:p>
    <w:p w14:paraId="7B5F2706" w14:textId="77777777" w:rsidR="009B7AA4" w:rsidRDefault="00000000">
      <w:pPr>
        <w:spacing w:before="120" w:after="40" w:line="360" w:lineRule="auto"/>
        <w:rPr>
          <w:rFonts w:hint="eastAsia"/>
        </w:rPr>
      </w:pPr>
      <w:r>
        <w:t>32、下列哪个探测器可以探测到能量在10¹⁵eV量级的光子？（ ）</w:t>
      </w:r>
    </w:p>
    <w:p w14:paraId="0C6908EB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A.500米口径球面射电望远镜（FAST）        C.硬X射线调制望远镜（HXMT）</w:t>
      </w:r>
    </w:p>
    <w:p w14:paraId="3487DD0A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B.高海拔宇宙线观测站（LHAASO）        D.暗物质粒子探测卫星（DAMPE）</w:t>
      </w:r>
    </w:p>
    <w:p w14:paraId="5B378EEA" w14:textId="77777777" w:rsidR="009B7AA4" w:rsidRDefault="00000000">
      <w:pPr>
        <w:spacing w:before="120" w:after="40" w:line="360" w:lineRule="auto"/>
        <w:rPr>
          <w:rFonts w:hint="eastAsia"/>
        </w:rPr>
      </w:pPr>
      <w:r>
        <w:t>33、岁差会导致恒星坐标发生变化。其中哪种坐标变化最小？（ ）</w:t>
      </w:r>
    </w:p>
    <w:p w14:paraId="7D728F61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A.赤经        C.黄经</w:t>
      </w:r>
    </w:p>
    <w:p w14:paraId="2EF37D6B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B.赤纬        D.黄纬</w:t>
      </w:r>
    </w:p>
    <w:p w14:paraId="4E1F2B0A" w14:textId="77777777" w:rsidR="009B7AA4" w:rsidRDefault="00000000">
      <w:pPr>
        <w:spacing w:before="120" w:after="40" w:line="360" w:lineRule="auto"/>
        <w:rPr>
          <w:rFonts w:hint="eastAsia"/>
        </w:rPr>
      </w:pPr>
      <w:r>
        <w:t>34、每年12月中旬的夜晚，随着双子座流星雨辐射点升高，可以观测到的群内流星数量也会增加。流星的数量和辐射角高度的增长关系是一种什么曲线？（ ）</w:t>
      </w:r>
    </w:p>
    <w:p w14:paraId="1CC30F2D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A.直线        C.对数曲线</w:t>
      </w:r>
    </w:p>
    <w:p w14:paraId="022A0472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B.二次曲线        D.正弦曲线</w:t>
      </w:r>
    </w:p>
    <w:p w14:paraId="20F94DC0" w14:textId="77777777" w:rsidR="009B7AA4" w:rsidRDefault="00000000">
      <w:pPr>
        <w:spacing w:before="120" w:after="40" w:line="360" w:lineRule="auto"/>
        <w:rPr>
          <w:rFonts w:hint="eastAsia"/>
        </w:rPr>
      </w:pPr>
      <w:r>
        <w:t>35、在本次预赛的日期，以下哪颗恒星的周年光行差数值最大？（ ）</w:t>
      </w:r>
    </w:p>
    <w:p w14:paraId="17288B68" w14:textId="77777777" w:rsidR="009B7AA4" w:rsidRDefault="00000000">
      <w:pPr>
        <w:spacing w:after="0" w:line="312" w:lineRule="auto"/>
        <w:ind w:left="567"/>
        <w:rPr>
          <w:rFonts w:hint="eastAsia"/>
        </w:rPr>
      </w:pPr>
      <w:r>
        <w:rPr>
          <w:sz w:val="22"/>
        </w:rPr>
        <w:t>A.毕宿五        C.北河三</w:t>
      </w:r>
    </w:p>
    <w:p w14:paraId="0978D84C" w14:textId="77777777" w:rsidR="009B7AA4" w:rsidRDefault="00000000">
      <w:pPr>
        <w:spacing w:after="80" w:line="312" w:lineRule="auto"/>
        <w:ind w:left="567"/>
        <w:rPr>
          <w:rFonts w:hint="eastAsia"/>
        </w:rPr>
      </w:pPr>
      <w:r>
        <w:rPr>
          <w:sz w:val="22"/>
        </w:rPr>
        <w:t>B.角宿一        D.心宿二</w:t>
      </w:r>
    </w:p>
    <w:p w14:paraId="7C0E81F8" w14:textId="77777777" w:rsidR="009B7AA4" w:rsidRDefault="00000000">
      <w:pPr>
        <w:rPr>
          <w:rFonts w:hint="eastAsia"/>
        </w:rPr>
      </w:pPr>
      <w:r>
        <w:br w:type="page"/>
      </w:r>
    </w:p>
    <w:p w14:paraId="539D074C" w14:textId="77777777" w:rsidR="009B7AA4" w:rsidRDefault="00000000">
      <w:pPr>
        <w:jc w:val="center"/>
        <w:rPr>
          <w:rFonts w:hint="eastAsia"/>
        </w:rPr>
      </w:pPr>
      <w:r>
        <w:rPr>
          <w:rFonts w:ascii="黑体" w:eastAsia="黑体" w:hAnsi="黑体"/>
          <w:b/>
          <w:sz w:val="36"/>
        </w:rPr>
        <w:t>2025学年CNAO全国中学生天文知识竞赛预赛A卷 答案解析</w:t>
      </w:r>
    </w:p>
    <w:p w14:paraId="4A2DC05B" w14:textId="77777777" w:rsidR="009B7AA4" w:rsidRDefault="009B7AA4">
      <w:pPr>
        <w:rPr>
          <w:rFonts w:hint="eastAsia"/>
        </w:rPr>
      </w:pPr>
    </w:p>
    <w:p w14:paraId="5839436A" w14:textId="77777777" w:rsidR="009B7AA4" w:rsidRDefault="00000000">
      <w:pPr>
        <w:rPr>
          <w:rFonts w:hint="eastAsia"/>
        </w:rPr>
      </w:pPr>
      <w:r>
        <w:rPr>
          <w:rFonts w:ascii="黑体" w:eastAsia="黑体" w:hAnsi="黑体"/>
          <w:b/>
          <w:sz w:val="28"/>
        </w:rPr>
        <w:t>答案速查表</w:t>
      </w:r>
    </w:p>
    <w:p w14:paraId="27DC29FA" w14:textId="77777777" w:rsidR="009B7AA4" w:rsidRDefault="009B7AA4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30"/>
        <w:gridCol w:w="830"/>
        <w:gridCol w:w="830"/>
        <w:gridCol w:w="830"/>
        <w:gridCol w:w="830"/>
      </w:tblGrid>
      <w:tr w:rsidR="009B7AA4" w14:paraId="0BC0EA96" w14:textId="77777777">
        <w:trPr>
          <w:jc w:val="center"/>
        </w:trPr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4327F3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1.A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F605DBB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2.C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EF8C194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3.D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826FACB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4.C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A702826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5.D</w:t>
            </w:r>
          </w:p>
        </w:tc>
      </w:tr>
      <w:tr w:rsidR="009B7AA4" w14:paraId="16A91531" w14:textId="77777777">
        <w:trPr>
          <w:jc w:val="center"/>
        </w:trPr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2F4397D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6.D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E4E1E57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7.A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EED6B6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8.C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6AFCC45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9.B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3C7032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10.C</w:t>
            </w:r>
          </w:p>
        </w:tc>
      </w:tr>
      <w:tr w:rsidR="009B7AA4" w14:paraId="4EEB0BBB" w14:textId="77777777">
        <w:trPr>
          <w:jc w:val="center"/>
        </w:trPr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F9EC945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11.C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99C5F6B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12.B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F054F62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13.C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9C32F54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14.B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FFB835A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15.A</w:t>
            </w:r>
          </w:p>
        </w:tc>
      </w:tr>
      <w:tr w:rsidR="009B7AA4" w14:paraId="179B08E0" w14:textId="77777777">
        <w:trPr>
          <w:jc w:val="center"/>
        </w:trPr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A2DDE53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16.C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CB6E461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17.B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6428FD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18.C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856440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19.A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63CC22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20.D</w:t>
            </w:r>
          </w:p>
        </w:tc>
      </w:tr>
      <w:tr w:rsidR="009B7AA4" w14:paraId="3E32F011" w14:textId="77777777">
        <w:trPr>
          <w:jc w:val="center"/>
        </w:trPr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1B028A8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21.C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E14801C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22.A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838C2A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23.A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8A4E080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24.D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8458603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25.A</w:t>
            </w:r>
          </w:p>
        </w:tc>
      </w:tr>
      <w:tr w:rsidR="009B7AA4" w14:paraId="7999D2D4" w14:textId="77777777">
        <w:trPr>
          <w:jc w:val="center"/>
        </w:trPr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33080E3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26.A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6CD4D99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27.C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26A4D8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28.D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E8EF07F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29.B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AD260E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30.D</w:t>
            </w:r>
          </w:p>
        </w:tc>
      </w:tr>
      <w:tr w:rsidR="009B7AA4" w14:paraId="7EB8ABAC" w14:textId="77777777">
        <w:trPr>
          <w:jc w:val="center"/>
        </w:trPr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D3A16DD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31.A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88BDBE6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32.B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7FE891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33.D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E09A645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34.D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33C6342" w14:textId="77777777" w:rsidR="009B7AA4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CC0000"/>
                <w:sz w:val="20"/>
              </w:rPr>
              <w:t>35.B</w:t>
            </w:r>
          </w:p>
        </w:tc>
      </w:tr>
    </w:tbl>
    <w:p w14:paraId="0D9ED761" w14:textId="77777777" w:rsidR="009B7AA4" w:rsidRDefault="009B7AA4">
      <w:pPr>
        <w:rPr>
          <w:rFonts w:hint="eastAsia"/>
        </w:rPr>
      </w:pPr>
    </w:p>
    <w:p w14:paraId="21B95B50" w14:textId="77777777" w:rsidR="009B7AA4" w:rsidRDefault="009B7AA4">
      <w:pPr>
        <w:rPr>
          <w:rFonts w:hint="eastAsia"/>
        </w:rPr>
      </w:pPr>
    </w:p>
    <w:p w14:paraId="5EF0D2F1" w14:textId="77777777" w:rsidR="009B7AA4" w:rsidRDefault="00000000">
      <w:pPr>
        <w:rPr>
          <w:rFonts w:hint="eastAsia"/>
        </w:rPr>
      </w:pPr>
      <w:r>
        <w:rPr>
          <w:rFonts w:ascii="黑体" w:eastAsia="黑体" w:hAnsi="黑体"/>
          <w:b/>
          <w:sz w:val="28"/>
        </w:rPr>
        <w:t>逐题答案与解析</w:t>
      </w:r>
    </w:p>
    <w:p w14:paraId="57D9614F" w14:textId="77777777" w:rsidR="009B7AA4" w:rsidRDefault="009B7AA4">
      <w:pPr>
        <w:rPr>
          <w:rFonts w:hint="eastAsia"/>
        </w:rPr>
      </w:pPr>
    </w:p>
    <w:p w14:paraId="4976F3E8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1. A  考试日期为2025年3月29日，当日18时58分朔，并发生日偏食；考前月球正位于太阳与地球之间，日月黄经相同，月相为新月。</w:t>
      </w:r>
    </w:p>
    <w:p w14:paraId="7377EDCF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2. C  蛇夫座的天区被黄道穿过，属于黄道星座，但不是传统的黄道十二宫之一；长蛇座、巨蛇座、水蛇座都不与黄道相交。</w:t>
      </w:r>
    </w:p>
    <w:p w14:paraId="5AEB18EE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3. D  鹿林天文台约北纬23.5°，冷湖约38.6°，兴隆约40.4°，稻城无名山约29°，四者中鹿林纬度最靠南。</w:t>
      </w:r>
    </w:p>
    <w:p w14:paraId="082850AF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4. C  比邻星是半人马座的一颗红矮星，距太阳4.24光年，是离我们最近的恒星，不属于太阳系；冥王星、谷神星、阋神星都是太阳系天体。</w:t>
      </w:r>
    </w:p>
    <w:p w14:paraId="0DAC0479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5. D  冬至时太阳直射南回归线，此后直射点转为向北移动，即移动方向由向南转为向北；春分只是直射点经过赤道，方向一直是向北。</w:t>
      </w:r>
    </w:p>
    <w:p w14:paraId="1B344098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6. D  仙女星系（M31）在暗夜下约3.4等，肉眼可见；大、小麦哲伦星云在南半球同样肉眼可见，所以三个都能看到，选3个。</w:t>
      </w:r>
    </w:p>
    <w:p w14:paraId="3E9EC842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lastRenderedPageBreak/>
        <w:t>7. A  2025年全球只有3月29日和9月21日两次日偏食，没有日全食（下一次日全食在2026年8月12日）；月全食有3月14日、9月7日两次，2月9日还有一次月掩火星。</w:t>
      </w:r>
    </w:p>
    <w:p w14:paraId="6C7558ED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8. C  北冕座T是典型的再发新星，1866年、1946年两次爆发相隔约80年，因此爆发周期约80年。</w:t>
      </w:r>
    </w:p>
    <w:p w14:paraId="6CE16AD7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9. B  老人星赤纬-52°42′、水委一-40°18′、海石一-59°33′、十字架二-63°06′，水委一赤纬最靠北。（官方参考答案误作A，按各星实际赤纬应为B）</w:t>
      </w:r>
    </w:p>
    <w:p w14:paraId="1ECCA5EE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10. C  朔、望前后太阳与月球的引潮力叠加形成大潮，潮差最大、退潮最甚，农历十六正逢望后大潮，故选C。（官方特别说明：A初三亦按正确答案计分）</w:t>
      </w:r>
    </w:p>
    <w:p w14:paraId="2C065DA0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11. C  土星光环每半个公转周期（约15年）侧对地球一次，2025年之后再过约14年即2038—2039年，选项中2039年最接近。</w:t>
      </w:r>
    </w:p>
    <w:p w14:paraId="0B428584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12. B  原卷为四幅手势示意图（本电子版缺图）。伸直手臂时，握拳的宽度约10°（单根手指约1°～2°，张开手掌可达20°以上），故官方答案B应为握拳一类的手势。</w:t>
      </w:r>
    </w:p>
    <w:p w14:paraId="1208C9E2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13. C  原卷为太阳实拍照片（本电子版缺图）。凌日时金星呈边缘清晰、大小固定的圆形黑点，且在数小时内自东向西横穿日面；太阳黑子形状不规则、外围有半影，并随日面自转缓慢移动，故答案为金星。</w:t>
      </w:r>
    </w:p>
    <w:p w14:paraId="7635AE07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14. B  能否点燃氢核聚变取决于核心的温度和密度，本质是质量门槛（约0.08倍太阳质量）。木星质量只有太阳的千分之一，核心温度远达不到点火条件，与体积大小、含氢比例无关。</w:t>
      </w:r>
    </w:p>
    <w:p w14:paraId="046234F6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15. A  全球收集的陨石中普通球粒陨石约占80%～90%，是数量最多的一类；铁陨石、无球粒陨石、中铁陨石都只占很小比例。</w:t>
      </w:r>
    </w:p>
    <w:p w14:paraId="469682EE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16. C  天问二号的第二个目标是311P/PANSTARRS，它运行在小行星主带内，却具有彗发和彗尾，被归为主带彗星，故选彗星。</w:t>
      </w:r>
    </w:p>
    <w:p w14:paraId="1729BBD5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17. B  金等重元素主要靠中子星并合过程中的快中子俘获（r过程）合成，2017年GW170817及其光学对应体观测证实了这一点；超新星爆发只能贡献一小部分。</w:t>
      </w:r>
    </w:p>
    <w:p w14:paraId="371785EA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18. C  水星是类地行星中除地球外唯一具有全球性内禀磁场的行星（虽很弱）；火星只有岩石剩磁、没有全球磁场，金星没有磁场，土星属于巨行星而非类地行星。</w:t>
      </w:r>
    </w:p>
    <w:p w14:paraId="1C7929F1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19. A  由L=4πR²σT⁴，L_A/L_B=(2)²×(1/2)⁴=4×1/16=1/4，即恒星A的光度是B的1/4。</w:t>
      </w:r>
    </w:p>
    <w:p w14:paraId="6F4AC469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lastRenderedPageBreak/>
        <w:t>20. D  5月1日午夜，该台址的地方恒星时约13～14时：大角星（RA 14h15m、Dec+19°09′）几乎正位于上中天，地平高度约80°，最适观测；土星（RA 23h54m）已西沉，昴星团尚未升起，南门二在该纬度最高仅约0.2°，故选D。</w:t>
      </w:r>
    </w:p>
    <w:p w14:paraId="225DE363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21. C  宇宙线中约90%是质子（氢核），其次约9%是氦核，电子和中微子只占极小部分。</w:t>
      </w:r>
    </w:p>
    <w:p w14:paraId="06E90E88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22. A  芒种日太阳赤纬约+22.6°，北京白昼最长，日出约04:45（寅时）、日落约19:40（戌时）；晷针影子在晷面上随时角均匀转动，由寅时顺时针扫到戌时。</w:t>
      </w:r>
    </w:p>
    <w:p w14:paraId="35DF2869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23. A  距离8.6光年≈2.64pc，m-M=5lg2.64-5≈-2.9，系统总绝对星等约1.4等；B的光度只有系统的万分之一，比系统暗10个星等，故M_B≈1.4+10≈11.4，最接近11.5等。</w:t>
      </w:r>
    </w:p>
    <w:p w14:paraId="4D1E160A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24. D  2024年7月我国科研人员在嫦娥五号月壤中首次发现的是“分子水”（含水矿物中的水分子），并非液态水，故D表述错误；天关卫星、嫦娥六号采样量、LHAASO伽马射线泡三项均正确。</w:t>
      </w:r>
    </w:p>
    <w:p w14:paraId="16406BEE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25. A  观测波长=(1+z)×静止波长=4×121.6nm=486.4nm，正落在g波段（400～550nm）内；MgII观测波长为1119nm、[OII]为1491nm、Hβ为1947nm，均已移出该波段。</w:t>
      </w:r>
    </w:p>
    <w:p w14:paraId="40794B53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26. A  日食时月球位于太阳与地球之间，日月黄经相同，即朔（农历初一）；望日地影投向月球，发生的是月食。</w:t>
      </w:r>
    </w:p>
    <w:p w14:paraId="084B7C08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27. C  3月5日为农历二月初六，月球在太阳以东约70°。上弦月于日落时上中天，而初六比上弦早一天多，上中天约提前1小时，故北京约17时月球上中天，与C相符。</w:t>
      </w:r>
    </w:p>
    <w:p w14:paraId="52E20051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28. D  简仪、浑仪都是赤道式装置，安装时须按当地纬度调整极轴倾角；地平式日晷的时刻线随纬度改变，也受纬度影响；象限仪以当地铅垂线（地平）为基准测量天体高度，与地理纬度无关。</w:t>
      </w:r>
    </w:p>
    <w:p w14:paraId="43331338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29. B  低海拔台址的大气相干长度（Fried参数r₀）约10～15cm，对应视宁度约1″；口径超过r₀（约150mm）之后，单张长曝光图像的角分辨率不再随口径提高。</w:t>
      </w:r>
    </w:p>
    <w:p w14:paraId="1975257C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30. D  朔望月平均29.53天，朔到望平均14.77天；朔在初一这一天内的平均位置是0.5天，故平均满月时刻为初一0时之后第15.27天，即农历十六6时前后。</w:t>
      </w:r>
    </w:p>
    <w:p w14:paraId="3E2BCD3B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31. A  夫琅和费线用字母命名（大写A、B、C…K，小写a、b…h，如H为396.8nm的钙线、h为410.1nm的氢线、D₁为钠线）；He是元素符号“氦”，不是谱线名称。</w:t>
      </w:r>
    </w:p>
    <w:p w14:paraId="316D1957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lastRenderedPageBreak/>
        <w:t>32. B  LHAASO通过地面探测宇宙线簇射产生的切伦科夫光，可测量10¹⁵eV（PeV）量级的光子；FAST工作在射电波段，HXMT针对硬X射线，DAMPE针对GeV—TeV的电子和伽马。</w:t>
      </w:r>
    </w:p>
    <w:p w14:paraId="4171EE54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33. D  岁差是地球自转轴绕黄极的缓慢进动，等价于春分点沿黄道西退；赤经、赤纬、黄经都随之改变，而黄纬基本不变，变化最小。</w:t>
      </w:r>
    </w:p>
    <w:p w14:paraId="4AD0F08B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34. D  辐射点地平高度为h时，可见流星数N∝sin h（ZHR换算关系），随高度增加按正弦规律增长，h=90°时最大。</w:t>
      </w:r>
    </w:p>
    <w:p w14:paraId="4CA8F124" w14:textId="77777777" w:rsidR="009B7AA4" w:rsidRDefault="00000000">
      <w:pPr>
        <w:spacing w:before="60" w:after="40" w:line="360" w:lineRule="auto"/>
        <w:rPr>
          <w:rFonts w:hint="eastAsia"/>
        </w:rPr>
      </w:pPr>
      <w:r>
        <w:rPr>
          <w:sz w:val="22"/>
        </w:rPr>
        <w:t>35. B  周年光行差位移=κ·sinθ，θ为恒星与地球运动“奔赴点”的角距。3月29日太阳黄经约8°，奔赴点在黄经98°附近（RA约6h30m、Dec+23°）；角宿一距奔赴点约106°，sinθ≈0.96，为四者中最大。</w:t>
      </w:r>
    </w:p>
    <w:sectPr w:rsidR="009B7AA4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0457745">
    <w:abstractNumId w:val="8"/>
  </w:num>
  <w:num w:numId="2" w16cid:durableId="1562444154">
    <w:abstractNumId w:val="6"/>
  </w:num>
  <w:num w:numId="3" w16cid:durableId="486212702">
    <w:abstractNumId w:val="5"/>
  </w:num>
  <w:num w:numId="4" w16cid:durableId="516381858">
    <w:abstractNumId w:val="4"/>
  </w:num>
  <w:num w:numId="5" w16cid:durableId="762997734">
    <w:abstractNumId w:val="7"/>
  </w:num>
  <w:num w:numId="6" w16cid:durableId="920872138">
    <w:abstractNumId w:val="3"/>
  </w:num>
  <w:num w:numId="7" w16cid:durableId="220022424">
    <w:abstractNumId w:val="2"/>
  </w:num>
  <w:num w:numId="8" w16cid:durableId="1799032236">
    <w:abstractNumId w:val="1"/>
  </w:num>
  <w:num w:numId="9" w16cid:durableId="736901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5647"/>
    <w:rsid w:val="002376A3"/>
    <w:rsid w:val="0029639D"/>
    <w:rsid w:val="00326F90"/>
    <w:rsid w:val="006012B6"/>
    <w:rsid w:val="007C5EC9"/>
    <w:rsid w:val="009B7AA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E1662D"/>
  <w14:defaultImageDpi w14:val="300"/>
  <w15:docId w15:val="{2F5886B6-4261-4672-BD9A-C86B7AD9D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 f</cp:lastModifiedBy>
  <cp:revision>3</cp:revision>
  <dcterms:created xsi:type="dcterms:W3CDTF">2013-12-23T23:15:00Z</dcterms:created>
  <dcterms:modified xsi:type="dcterms:W3CDTF">2026-10-27T05:35:00Z</dcterms:modified>
  <cp:category/>
</cp:coreProperties>
</file>