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20"/>
        <w:jc w:val="center"/>
      </w:pPr>
      <w:r>
        <w:rPr>
          <w:rFonts w:ascii="黑体" w:hAnsi="黑体" w:eastAsia="黑体"/>
          <w:b/>
          <w:color w:val="1C3A5E"/>
          <w:sz w:val="36"/>
        </w:rPr>
        <w:t>2024年北京市中小学生天文观测竞赛</w:t>
      </w:r>
    </w:p>
    <w:p>
      <w:pPr>
        <w:spacing w:after="240"/>
        <w:jc w:val="center"/>
      </w:pPr>
      <w:r>
        <w:rPr>
          <w:rFonts w:ascii="黑体" w:hAnsi="黑体" w:eastAsia="黑体"/>
          <w:b/>
          <w:color w:val="1C3A5E"/>
          <w:sz w:val="32"/>
        </w:rPr>
        <w:t>天文知识竞赛题库（小学组）</w:t>
      </w:r>
    </w:p>
    <w:p>
      <w:pPr>
        <w:spacing w:after="240"/>
        <w:jc w:val="center"/>
      </w:pPr>
      <w:r>
        <w:rPr>
          <w:rFonts w:ascii="仿宋" w:hAnsi="仿宋" w:eastAsia="仿宋"/>
          <w:b w:val="0"/>
          <w:color w:val="646464"/>
          <w:sz w:val="22"/>
        </w:rPr>
        <w:t>试卷共50道选择题，满分100分 | 答卷时间：50分钟</w:t>
      </w:r>
    </w:p>
    <w:p>
      <w:pPr>
        <w:spacing w:after="360"/>
        <w:jc w:val="left"/>
      </w:pPr>
      <w:r>
        <w:rPr>
          <w:rFonts w:ascii="宋体" w:hAnsi="宋体" w:eastAsia="宋体"/>
          <w:b w:val="0"/>
          <w:sz w:val="24"/>
        </w:rPr>
        <w:t>您的姓名：__________    年级：__________    班级：__________</w:t>
      </w:r>
    </w:p>
    <w:p>
      <w:pPr>
        <w:spacing w:after="240"/>
        <w:jc w:val="center"/>
      </w:pPr>
      <w:r>
        <w:rPr>
          <w:rFonts w:ascii="宋体" w:hAnsi="宋体" w:eastAsia="宋体"/>
          <w:b w:val="0"/>
          <w:color w:val="B4B4B4"/>
          <w:sz w:val="24"/>
        </w:rPr>
        <w:t>————————————————————————————————————————</w:t>
      </w:r>
    </w:p>
    <w:p>
      <w:pPr>
        <w:spacing w:before="240" w:after="240"/>
        <w:jc w:val="left"/>
      </w:pPr>
      <w:r>
        <w:rPr>
          <w:rFonts w:ascii="黑体" w:hAnsi="黑体" w:eastAsia="黑体"/>
          <w:b/>
          <w:color w:val="1C3A5E"/>
          <w:sz w:val="32"/>
        </w:rPr>
        <w:t>第一板块：试题部分</w:t>
      </w:r>
    </w:p>
    <w:p>
      <w:pPr>
        <w:spacing w:after="160"/>
      </w:pPr>
      <w:r>
        <w:rPr>
          <w:rFonts w:ascii="宋体" w:hAnsi="宋体" w:eastAsia="宋体"/>
          <w:b w:val="0"/>
          <w:color w:val="B4B4B4"/>
          <w:sz w:val="24"/>
        </w:rPr>
        <w:t>————————————————————————————————————————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1、2024年全球共发生4次日月食，在北京地区我们可以看到其中的（ ）次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A、0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B、1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C、2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D、3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2、2024年的12月14日将发生一次流星雨现象，请问该流星雨的辐射点位于（ ）。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A、双子座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B、英仙座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C、宝瓶座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D、天龙座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3、2024年5月3日，嫦娥系列探测器成功发射，请问本次发射的是嫦娥（ ）号。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A、四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B、五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C、六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D、七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4、下列天体，从分类上看属于冰巨星的是?（ 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A、火星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B、木星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C、海王星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D、冥王星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5、以下天体还未被观测到的是（ 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A、中子星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B、红巨星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C、白矮星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D、黑矮星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6、牧夫座α星的中文名叫?（ 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A、轩辕十四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B、角宿一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C、五帝座一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D、大角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7、一架折射式天文望远镜，用焦距短的目镜比用焦距长的（）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A、实际视场更大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B、放大率更大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C、分辨率更大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D、极限星等更大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8、下列时间长短的排列正确的是（）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A、恒星日&gt;太阳日&gt;太阴日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B、太阳日＞太阴日＞恒星日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C、太阳日&gt;恒星日&gt;太阴日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D、太阴日&gt;太阳日&gt;恒星日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9、北冕座α星的目视星等约（）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A、2等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B、3等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C、4等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D、5等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10、太阳位于银河系的什么悬臂上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A、英仙臂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B、猎户臂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C、人马臂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D、3000秒差距臂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11、秒差距是天文学中的______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A、时间单位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B、长度单位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C、光速单位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D、质量单位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12、我国古代将土星称为什么?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A、岁星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B、启明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C、镇星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D、荧惑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13、我们平常看见的太阳盘面，明亮耀眼，是太阳大气层的哪一层?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A、光球层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B、色球层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C、日冕层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D、磁球层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14、杜甫的诗句"人生不相见，动如参与商"其中"参"位于猎户星座，"商"位于（ 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A、天蝎座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B、小犬座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C、船底座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D、南鱼座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15、五帝座一这颗恒星位于哪一个星座?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A、仙王座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B、御夫座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C、狮子座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D、牧夫座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16、每年端午节时月亮升起的时间是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A、半夜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B、日出时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C、中午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D、日落时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17、下面哪一个天体我们不可能在天赤道上看到?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A、天狼星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B、水星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C、月亮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D、太阳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18、毕星团位于（ 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A、武仙座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B、仙女座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C、双子座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D、金牛座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19、天空中的恒星有的相对发红，有的相对发蓝。蓝星与红星相比较，哪种说法正确?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A、更为年老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B、质量较小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C、重元素较少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D、表面温度高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20、下面星座中（ ）是与猎户座相邻的星座。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A、金牛座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B、巨蟹座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C、狮子座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D、天鹰座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21、某恒星，在15天前于晚上10时升起，问该恒星今天大约在晚上（ ）升起。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A、8时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B、9时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C、10时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D、不是在晚上升起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22、太阳的周年视运动是地球的什么运动的反映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A、自转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B、公转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C、随太阳绕银河系中心的运动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23、在春季夜空中，有三颗明星构成一个三角形称为春季大三角，这三颗明星分别为: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A、北极星、织女、参宿四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B、天狼、南河三、参宿四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C、大角、五帝座一、角宿一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D、织女、牛郎、天津四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24、在下列天体中，哪个天体在夜空中看上去最暗?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A、土星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B、北极星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C、大角星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D、牛郎星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25、在木星的4颗伽利略卫星中，直径最大的是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A、木卫一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B、木卫二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C、木卫三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D、木卫四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26、狮子座流星雨与哪颗彗星有关?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A、坦普尔·塔特尔彗星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B、池谷-关彗星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C、哈雷彗星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D、斯威夫特·塔特尔彗星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27、北斗星的其中4颗星排列成"斗勺"，其余3颗星排列成"斗柄"。俗语说:"斗柄东指，天下皆春"。当"斗柄北指"时，什么季节来临?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A、春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B、夏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C、秋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D、冬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28、以下恒星与所在星座位置错误的一组是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A、天狼星，大犬座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B、南河三，双子座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C、参宿七，猎户座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D、轩辕十四，狮子座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29、月全食包括五个阶段。从初亏开始，接下来的四个阶段次序正确的一项是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A、食既、食甚、复圆、生光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B、食甚、食既、复圆、生光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C、生光、食既、食甚、复圆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D、食既、食甚、生光、复圆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30、一个视力正常的人，在晴朗的夜晚到无光害的地方观赏星星，直接用肉眼能看到最暗的星星亮度约为:（ ）。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A、24星等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B、15星等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C、9星等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D、6星等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31、以下那两个星座是相邻的星座?（ 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A、乌鸦座和室女座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B、北冕座和天蝎座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C、牧夫座和仙女座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D、狮子座和猎户座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32、用数码单反相机进行星空摄影，对质量好坏影响最大的因素是（ ）。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A、感光度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B、曝光时间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C、光圈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D、调焦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33、以下哪一天，地球离太阳最近（ ）。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A、春分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B、夏至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C、秋分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D、冬至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34、外行星最佳观测时间应选在（ ）时刻。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A、冲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B、东方照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C、合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D、西方照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35、下列关于恒星演化的论述哪一种是正确的?（ 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A、质量越大的恒星演化得越快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B、恒星演化过程中化学组成基本不变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C、恒星的半径在演化过程中逐渐减小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D、大质量恒星经过超新星爆发形成行星状星云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36、双星系统中两颗子星的运动方式是（ ）。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A、各自作圆轨道运动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B、围绕共同质心作椭圆轨道运动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C、相对于共同质心静止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D、一颗子星绕另一颗子星作圆轨道运动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37、以下流星雨中极大日期出现在每年10月份的是（ ）流星雨。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A、天龙座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B、牧夫座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C、宝瓶座η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D、象限仪座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38、在地球上观测，以下哪个天象最不可能发生?（ 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A、水星凌日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B、金星凌日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C、火星凌日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D、国际空间站凌日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39、天鹅座距离我们有多远?（ 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A、约230光年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B、约1100光年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C、约16万光年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D、另外三个答案都不对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40、漩涡星系M51位于哪个星座?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A、大熊座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B、猎犬座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C、小熊座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D、牧夫座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41、太阳系中密度最低的行星是?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A、土星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B、天王星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C、木星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D、海王星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42、全天最亮的球状星团是?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A、M13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B、M4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C、半人马ω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D、M71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43、钱德拉塞卡极限是几倍太阳质量?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A、1.44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B、2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C、2.5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D、1.85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44、下列哪个不是冬季大三角的组成星?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A、天狼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B、南河三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C、北河三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D、参宿四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45、月相的更替周期是29.53天，称为一个（ 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A、大月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B、恒星月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C、朔望月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D、小月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46、黄道星座中何者面积最大?（ 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A、长蛇座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B、室女座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C、狮子座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D、射手座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47、室宿一、室宿二、壁宿一、壁宿二四颗星组成的星群被称为（ 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A、春季大镰刀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B、夏季拱顶石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C、秋季四边形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D、冬季大钻石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48、辅星是哪颗星的伴星（ 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A、摇光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B、开阳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C、玉衡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D、天权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49、距我们最近的恒星比邻星是一颗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A、A型主序星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B、黄巨星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C、脉动变星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D、耀星</w:t>
      </w:r>
    </w:p>
    <w:p>
      <w:pPr>
        <w:spacing w:before="120" w:after="40" w:line="360" w:lineRule="auto"/>
      </w:pPr>
      <w:r>
        <w:rPr>
          <w:rFonts w:ascii="宋体" w:hAnsi="宋体" w:eastAsia="宋体"/>
          <w:b w:val="0"/>
          <w:sz w:val="24"/>
        </w:rPr>
        <w:t>50、下列哪颗星被当做标准测光星之一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A、织女一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B、参宿七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C、参宿四</w:t>
      </w:r>
    </w:p>
    <w:p>
      <w:pPr>
        <w:spacing w:before="0" w:after="0" w:line="312" w:lineRule="auto"/>
        <w:ind w:left="567"/>
      </w:pPr>
      <w:r>
        <w:rPr>
          <w:rFonts w:ascii="宋体" w:hAnsi="宋体" w:eastAsia="宋体"/>
          <w:b w:val="0"/>
          <w:sz w:val="24"/>
        </w:rPr>
        <w:t>D、五车二</w:t>
      </w:r>
    </w:p>
    <w:p>
      <w:r>
        <w:br w:type="page"/>
      </w:r>
    </w:p>
    <w:p>
      <w:pPr>
        <w:spacing w:before="240" w:after="240"/>
        <w:jc w:val="left"/>
      </w:pPr>
      <w:r>
        <w:rPr>
          <w:rFonts w:ascii="黑体" w:hAnsi="黑体" w:eastAsia="黑体"/>
          <w:b/>
          <w:color w:val="1C3A5E"/>
          <w:sz w:val="32"/>
        </w:rPr>
        <w:t>2024北京天文知识竞赛题库（小学组） 答案解析</w:t>
      </w:r>
    </w:p>
    <w:p>
      <w:pPr>
        <w:spacing w:after="160"/>
      </w:pPr>
      <w:r>
        <w:rPr>
          <w:rFonts w:ascii="宋体" w:hAnsi="宋体" w:eastAsia="宋体"/>
          <w:b w:val="0"/>
          <w:color w:val="B4B4B4"/>
          <w:sz w:val="24"/>
        </w:rPr>
        <w:t>————————————————————————————————————————</w:t>
      </w:r>
    </w:p>
    <w:p>
      <w:pPr>
        <w:spacing w:before="120" w:after="120"/>
        <w:jc w:val="left"/>
      </w:pPr>
      <w:r>
        <w:rPr>
          <w:rFonts w:ascii="黑体" w:hAnsi="黑体" w:eastAsia="黑体"/>
          <w:b/>
          <w:color w:val="1C3A5E"/>
          <w:sz w:val="28"/>
        </w:rPr>
        <w:t>答案速查表</w:t>
      </w:r>
    </w:p>
    <w:p>
      <w:pPr>
        <w:spacing w:before="40" w:after="40" w:line="360" w:lineRule="auto"/>
      </w:pPr>
      <w:r>
        <w:rPr>
          <w:rFonts w:ascii="宋体" w:hAnsi="宋体" w:eastAsia="宋体"/>
          <w:b w:val="0"/>
          <w:color w:val="1C3A5E"/>
          <w:sz w:val="22"/>
        </w:rPr>
        <w:t>1. A    2. A    3. C    4. C    5. D    6. D    7. B    8. D    9. A    10. B</w:t>
      </w:r>
    </w:p>
    <w:p>
      <w:pPr>
        <w:spacing w:before="40" w:after="40" w:line="360" w:lineRule="auto"/>
      </w:pPr>
      <w:r>
        <w:rPr>
          <w:rFonts w:ascii="宋体" w:hAnsi="宋体" w:eastAsia="宋体"/>
          <w:b w:val="0"/>
          <w:color w:val="1C3A5E"/>
          <w:sz w:val="22"/>
        </w:rPr>
        <w:t>11. B    12. C    13. A    14. A    15. C    16. C    17. A    18. D    19. D    20. A</w:t>
      </w:r>
    </w:p>
    <w:p>
      <w:pPr>
        <w:spacing w:before="40" w:after="40" w:line="360" w:lineRule="auto"/>
      </w:pPr>
      <w:r>
        <w:rPr>
          <w:rFonts w:ascii="宋体" w:hAnsi="宋体" w:eastAsia="宋体"/>
          <w:b w:val="0"/>
          <w:color w:val="1C3A5E"/>
          <w:sz w:val="22"/>
        </w:rPr>
        <w:t>21. B    22. B    23. C    24. B    25. C    26. A    27. D    28. B    29. D    30. D</w:t>
      </w:r>
    </w:p>
    <w:p>
      <w:pPr>
        <w:spacing w:before="40" w:after="40" w:line="360" w:lineRule="auto"/>
      </w:pPr>
      <w:r>
        <w:rPr>
          <w:rFonts w:ascii="宋体" w:hAnsi="宋体" w:eastAsia="宋体"/>
          <w:b w:val="0"/>
          <w:color w:val="1C3A5E"/>
          <w:sz w:val="22"/>
        </w:rPr>
        <w:t>31. A    32. D    33. D    34. A    35. A    36. B    37. A    38. C    39. D    40. B</w:t>
      </w:r>
    </w:p>
    <w:p>
      <w:pPr>
        <w:spacing w:before="40" w:after="40" w:line="360" w:lineRule="auto"/>
      </w:pPr>
      <w:r>
        <w:rPr>
          <w:rFonts w:ascii="宋体" w:hAnsi="宋体" w:eastAsia="宋体"/>
          <w:b w:val="0"/>
          <w:color w:val="1C3A5E"/>
          <w:sz w:val="22"/>
        </w:rPr>
        <w:t>41. A    42. C    43. A    44. C    45. C    46. B    47. C    48. B    49. D    50. A</w:t>
      </w:r>
    </w:p>
    <w:p>
      <w:pPr>
        <w:spacing w:before="240" w:after="160"/>
      </w:pPr>
      <w:r>
        <w:rPr>
          <w:rFonts w:ascii="宋体" w:hAnsi="宋体" w:eastAsia="宋体"/>
          <w:b w:val="0"/>
          <w:color w:val="B4B4B4"/>
          <w:sz w:val="24"/>
        </w:rPr>
        <w:t>————————————————————————————————————————</w:t>
      </w:r>
    </w:p>
    <w:p>
      <w:pPr>
        <w:spacing w:before="120" w:after="160"/>
        <w:jc w:val="left"/>
      </w:pPr>
      <w:r>
        <w:rPr>
          <w:rFonts w:ascii="黑体" w:hAnsi="黑体" w:eastAsia="黑体"/>
          <w:b/>
          <w:color w:val="1C3A5E"/>
          <w:sz w:val="28"/>
        </w:rPr>
        <w:t>逐题详细解析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1、</w:t>
      </w:r>
      <w:r>
        <w:rPr>
          <w:rFonts w:ascii="宋体" w:hAnsi="宋体" w:eastAsia="宋体"/>
          <w:b/>
          <w:color w:val="CC0000"/>
          <w:sz w:val="24"/>
        </w:rPr>
        <w:t>【A】</w:t>
      </w:r>
      <w:r>
        <w:rPr>
          <w:rFonts w:ascii="宋体" w:hAnsi="宋体" w:eastAsia="宋体"/>
          <w:b w:val="0"/>
          <w:color w:val="808080"/>
          <w:sz w:val="21"/>
        </w:rPr>
        <w:t xml:space="preserve"> 2024年全球共发生4次日月食：日食2次（4月8日/北京时间9日的日全食、10月2日/3日的日环食）、月食2次（3月25日半影月食、9月18日月偏食）。但两次月食的食甚分别在北京时间15:13和10:44，月球都在地平线以下；两次日食的食带也都不经过我国。因此我国境内（含北京）一次都看不到，只能看到0次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2、</w:t>
      </w:r>
      <w:r>
        <w:rPr>
          <w:rFonts w:ascii="宋体" w:hAnsi="宋体" w:eastAsia="宋体"/>
          <w:b/>
          <w:color w:val="CC0000"/>
          <w:sz w:val="24"/>
        </w:rPr>
        <w:t>【A】</w:t>
      </w:r>
      <w:r>
        <w:rPr>
          <w:rFonts w:ascii="宋体" w:hAnsi="宋体" w:eastAsia="宋体"/>
          <w:b w:val="0"/>
          <w:color w:val="808080"/>
          <w:sz w:val="21"/>
        </w:rPr>
        <w:t xml:space="preserve"> 12月14日是双子座流星雨的极大期，辐射点位于双子座。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3、</w:t>
      </w:r>
      <w:r>
        <w:rPr>
          <w:rFonts w:ascii="宋体" w:hAnsi="宋体" w:eastAsia="宋体"/>
          <w:b/>
          <w:color w:val="CC0000"/>
          <w:sz w:val="24"/>
        </w:rPr>
        <w:t>【C】</w:t>
      </w:r>
      <w:r>
        <w:rPr>
          <w:rFonts w:ascii="宋体" w:hAnsi="宋体" w:eastAsia="宋体"/>
          <w:b w:val="0"/>
          <w:color w:val="808080"/>
          <w:sz w:val="21"/>
        </w:rPr>
        <w:t xml:space="preserve"> 2024年5月3日，嫦娥六号探测器由长征五号遥八运载火箭成功发射。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4、</w:t>
      </w:r>
      <w:r>
        <w:rPr>
          <w:rFonts w:ascii="宋体" w:hAnsi="宋体" w:eastAsia="宋体"/>
          <w:b/>
          <w:color w:val="CC0000"/>
          <w:sz w:val="24"/>
        </w:rPr>
        <w:t>【C】</w:t>
      </w:r>
      <w:r>
        <w:rPr>
          <w:rFonts w:ascii="宋体" w:hAnsi="宋体" w:eastAsia="宋体"/>
          <w:b w:val="0"/>
          <w:color w:val="808080"/>
          <w:sz w:val="21"/>
        </w:rPr>
        <w:t xml:space="preserve"> 海王星和天王星属于冰巨星，火星是类地行星，木星是气态巨行星，冥王星已被降级为矮行星。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5、</w:t>
      </w:r>
      <w:r>
        <w:rPr>
          <w:rFonts w:ascii="宋体" w:hAnsi="宋体" w:eastAsia="宋体"/>
          <w:b/>
          <w:color w:val="CC0000"/>
          <w:sz w:val="24"/>
        </w:rPr>
        <w:t>【D】</w:t>
      </w:r>
      <w:r>
        <w:rPr>
          <w:rFonts w:ascii="宋体" w:hAnsi="宋体" w:eastAsia="宋体"/>
          <w:b w:val="0"/>
          <w:color w:val="808080"/>
          <w:sz w:val="21"/>
        </w:rPr>
        <w:t xml:space="preserve"> 黑矮星是理论预言的天体，目前宇宙年龄尚不足以形成黑矮星，因此从未被观测到。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6、</w:t>
      </w:r>
      <w:r>
        <w:rPr>
          <w:rFonts w:ascii="宋体" w:hAnsi="宋体" w:eastAsia="宋体"/>
          <w:b/>
          <w:color w:val="CC0000"/>
          <w:sz w:val="24"/>
        </w:rPr>
        <w:t>【D】</w:t>
      </w:r>
      <w:r>
        <w:rPr>
          <w:rFonts w:ascii="宋体" w:hAnsi="宋体" w:eastAsia="宋体"/>
          <w:b w:val="0"/>
          <w:color w:val="808080"/>
          <w:sz w:val="21"/>
        </w:rPr>
        <w:t xml:space="preserve"> 牧夫座α星的中文名叫大角星，是北半球夜空最亮的恒星之一。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7、</w:t>
      </w:r>
      <w:r>
        <w:rPr>
          <w:rFonts w:ascii="宋体" w:hAnsi="宋体" w:eastAsia="宋体"/>
          <w:b/>
          <w:color w:val="CC0000"/>
          <w:sz w:val="24"/>
        </w:rPr>
        <w:t>【B】</w:t>
      </w:r>
      <w:r>
        <w:rPr>
          <w:rFonts w:ascii="宋体" w:hAnsi="宋体" w:eastAsia="宋体"/>
          <w:b w:val="0"/>
          <w:color w:val="808080"/>
          <w:sz w:val="21"/>
        </w:rPr>
        <w:t xml:space="preserve"> 焦距短的目镜放大倍率更大（放大倍率=望远镜焦距/目镜焦距），因此能看到更大的放大效果。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8、</w:t>
      </w:r>
      <w:r>
        <w:rPr>
          <w:rFonts w:ascii="宋体" w:hAnsi="宋体" w:eastAsia="宋体"/>
          <w:b/>
          <w:color w:val="CC0000"/>
          <w:sz w:val="24"/>
        </w:rPr>
        <w:t>【D】</w:t>
      </w:r>
      <w:r>
        <w:rPr>
          <w:rFonts w:ascii="宋体" w:hAnsi="宋体" w:eastAsia="宋体"/>
          <w:b w:val="0"/>
          <w:color w:val="808080"/>
          <w:sz w:val="21"/>
        </w:rPr>
        <w:t xml:space="preserve"> 太阴日（约24小时50分）&gt;太阳日（24小时）&gt;恒星日（23小时56分4秒）。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9、</w:t>
      </w:r>
      <w:r>
        <w:rPr>
          <w:rFonts w:ascii="宋体" w:hAnsi="宋体" w:eastAsia="宋体"/>
          <w:b/>
          <w:color w:val="CC0000"/>
          <w:sz w:val="24"/>
        </w:rPr>
        <w:t>【A】</w:t>
      </w:r>
      <w:r>
        <w:rPr>
          <w:rFonts w:ascii="宋体" w:hAnsi="宋体" w:eastAsia="宋体"/>
          <w:b w:val="0"/>
          <w:color w:val="808080"/>
          <w:sz w:val="21"/>
        </w:rPr>
        <w:t xml:space="preserve"> 北冕座α星（贯索四，Alphecca）视星等约2.23等，是北冕座最亮的恒星，四舍五入最接近2等。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10、</w:t>
      </w:r>
      <w:r>
        <w:rPr>
          <w:rFonts w:ascii="宋体" w:hAnsi="宋体" w:eastAsia="宋体"/>
          <w:b/>
          <w:color w:val="CC0000"/>
          <w:sz w:val="24"/>
        </w:rPr>
        <w:t>【B】</w:t>
      </w:r>
      <w:r>
        <w:rPr>
          <w:rFonts w:ascii="宋体" w:hAnsi="宋体" w:eastAsia="宋体"/>
          <w:b w:val="0"/>
          <w:color w:val="808080"/>
          <w:sz w:val="21"/>
        </w:rPr>
        <w:t xml:space="preserve"> 太阳位于银河系的猎户臂（猎户-天鹅臂）上，距离银河系中心约2.6万光年。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11、</w:t>
      </w:r>
      <w:r>
        <w:rPr>
          <w:rFonts w:ascii="宋体" w:hAnsi="宋体" w:eastAsia="宋体"/>
          <w:b/>
          <w:color w:val="CC0000"/>
          <w:sz w:val="24"/>
        </w:rPr>
        <w:t>【B】</w:t>
      </w:r>
      <w:r>
        <w:rPr>
          <w:rFonts w:ascii="宋体" w:hAnsi="宋体" w:eastAsia="宋体"/>
          <w:b w:val="0"/>
          <w:color w:val="808080"/>
          <w:sz w:val="21"/>
        </w:rPr>
        <w:t xml:space="preserve"> 秒差距（parsec）是天文学中的长度单位，1秒差距约等于3.26光年。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12、</w:t>
      </w:r>
      <w:r>
        <w:rPr>
          <w:rFonts w:ascii="宋体" w:hAnsi="宋体" w:eastAsia="宋体"/>
          <w:b/>
          <w:color w:val="CC0000"/>
          <w:sz w:val="24"/>
        </w:rPr>
        <w:t>【C】</w:t>
      </w:r>
      <w:r>
        <w:rPr>
          <w:rFonts w:ascii="宋体" w:hAnsi="宋体" w:eastAsia="宋体"/>
          <w:b w:val="0"/>
          <w:color w:val="808080"/>
          <w:sz w:val="21"/>
        </w:rPr>
        <w:t xml:space="preserve"> 我国古代将土星称为镇星，木星称为岁星，金星早晨称为启明、傍晚称为长庚，火星称为荧惑。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13、</w:t>
      </w:r>
      <w:r>
        <w:rPr>
          <w:rFonts w:ascii="宋体" w:hAnsi="宋体" w:eastAsia="宋体"/>
          <w:b/>
          <w:color w:val="CC0000"/>
          <w:sz w:val="24"/>
        </w:rPr>
        <w:t>【A】</w:t>
      </w:r>
      <w:r>
        <w:rPr>
          <w:rFonts w:ascii="宋体" w:hAnsi="宋体" w:eastAsia="宋体"/>
          <w:b w:val="0"/>
          <w:color w:val="808080"/>
          <w:sz w:val="21"/>
        </w:rPr>
        <w:t xml:space="preserve"> 我们平常看到的太阳明亮盘面是光球层，它是太阳大气层最内层、温度约5500°C的一层。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14、</w:t>
      </w:r>
      <w:r>
        <w:rPr>
          <w:rFonts w:ascii="宋体" w:hAnsi="宋体" w:eastAsia="宋体"/>
          <w:b/>
          <w:color w:val="CC0000"/>
          <w:sz w:val="24"/>
        </w:rPr>
        <w:t>【A】</w:t>
      </w:r>
      <w:r>
        <w:rPr>
          <w:rFonts w:ascii="宋体" w:hAnsi="宋体" w:eastAsia="宋体"/>
          <w:b w:val="0"/>
          <w:color w:val="808080"/>
          <w:sz w:val="21"/>
        </w:rPr>
        <w:t xml:space="preserve"> “参”指猎户座的参宿（以腰带三星参宿一、二、三为代表的那片星空），“商”指天蝎座的心宿二（Antares）。参宿与心宿在天球上几乎正相对，此出彼没、不得相见，故有“人生不相见，动如参与商”。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15、</w:t>
      </w:r>
      <w:r>
        <w:rPr>
          <w:rFonts w:ascii="宋体" w:hAnsi="宋体" w:eastAsia="宋体"/>
          <w:b/>
          <w:color w:val="CC0000"/>
          <w:sz w:val="24"/>
        </w:rPr>
        <w:t>【C】</w:t>
      </w:r>
      <w:r>
        <w:rPr>
          <w:rFonts w:ascii="宋体" w:hAnsi="宋体" w:eastAsia="宋体"/>
          <w:b w:val="0"/>
          <w:color w:val="808080"/>
          <w:sz w:val="21"/>
        </w:rPr>
        <w:t xml:space="preserve"> 五帝座一（Denebola）是狮子座β星，位于狮子座尾部。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16、</w:t>
      </w:r>
      <w:r>
        <w:rPr>
          <w:rFonts w:ascii="宋体" w:hAnsi="宋体" w:eastAsia="宋体"/>
          <w:b/>
          <w:color w:val="CC0000"/>
          <w:sz w:val="24"/>
        </w:rPr>
        <w:t>【C】</w:t>
      </w:r>
      <w:r>
        <w:rPr>
          <w:rFonts w:ascii="宋体" w:hAnsi="宋体" w:eastAsia="宋体"/>
          <w:b w:val="0"/>
          <w:color w:val="808080"/>
          <w:sz w:val="21"/>
        </w:rPr>
        <w:t xml:space="preserve"> 端午节是农历五月初五，月龄约4天，月相为蛾眉月。月亮每天比太阳晚升起约50分钟：初一与太阳同升，初七、初八推迟到正午升起，初五约为上午10—11时升起，日落后不久就在西方低空落下。四个选项中“中午”最接近，故选C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17、</w:t>
      </w:r>
      <w:r>
        <w:rPr>
          <w:rFonts w:ascii="宋体" w:hAnsi="宋体" w:eastAsia="宋体"/>
          <w:b/>
          <w:color w:val="CC0000"/>
          <w:sz w:val="24"/>
        </w:rPr>
        <w:t>【A】</w:t>
      </w:r>
      <w:r>
        <w:rPr>
          <w:rFonts w:ascii="宋体" w:hAnsi="宋体" w:eastAsia="宋体"/>
          <w:b w:val="0"/>
          <w:color w:val="808080"/>
          <w:sz w:val="21"/>
        </w:rPr>
        <w:t xml:space="preserve"> 天狼星赤纬约-16°42'，不在天赤道上。水星、月亮、太阳均可运行至天赤道附近。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18、</w:t>
      </w:r>
      <w:r>
        <w:rPr>
          <w:rFonts w:ascii="宋体" w:hAnsi="宋体" w:eastAsia="宋体"/>
          <w:b/>
          <w:color w:val="CC0000"/>
          <w:sz w:val="24"/>
        </w:rPr>
        <w:t>【D】</w:t>
      </w:r>
      <w:r>
        <w:rPr>
          <w:rFonts w:ascii="宋体" w:hAnsi="宋体" w:eastAsia="宋体"/>
          <w:b w:val="0"/>
          <w:color w:val="808080"/>
          <w:sz w:val="21"/>
        </w:rPr>
        <w:t xml:space="preserve"> 毕星团位于金牛座，是离太阳系最近的疏散星团之一，包含数百颗恒星。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19、</w:t>
      </w:r>
      <w:r>
        <w:rPr>
          <w:rFonts w:ascii="宋体" w:hAnsi="宋体" w:eastAsia="宋体"/>
          <w:b/>
          <w:color w:val="CC0000"/>
          <w:sz w:val="24"/>
        </w:rPr>
        <w:t>【D】</w:t>
      </w:r>
      <w:r>
        <w:rPr>
          <w:rFonts w:ascii="宋体" w:hAnsi="宋体" w:eastAsia="宋体"/>
          <w:b w:val="0"/>
          <w:color w:val="808080"/>
          <w:sz w:val="21"/>
        </w:rPr>
        <w:t xml:space="preserve"> 蓝星表面温度高（可达数万K），红星表面温度较低（约3000K）。颜色反映恒星表面温度。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20、</w:t>
      </w:r>
      <w:r>
        <w:rPr>
          <w:rFonts w:ascii="宋体" w:hAnsi="宋体" w:eastAsia="宋体"/>
          <w:b/>
          <w:color w:val="CC0000"/>
          <w:sz w:val="24"/>
        </w:rPr>
        <w:t>【A】</w:t>
      </w:r>
      <w:r>
        <w:rPr>
          <w:rFonts w:ascii="宋体" w:hAnsi="宋体" w:eastAsia="宋体"/>
          <w:b w:val="0"/>
          <w:color w:val="808080"/>
          <w:sz w:val="21"/>
        </w:rPr>
        <w:t xml:space="preserve"> 金牛座与猎户座相邻，两者在冬季夜空中紧挨着。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21、</w:t>
      </w:r>
      <w:r>
        <w:rPr>
          <w:rFonts w:ascii="宋体" w:hAnsi="宋体" w:eastAsia="宋体"/>
          <w:b/>
          <w:color w:val="CC0000"/>
          <w:sz w:val="24"/>
        </w:rPr>
        <w:t>【B】</w:t>
      </w:r>
      <w:r>
        <w:rPr>
          <w:rFonts w:ascii="宋体" w:hAnsi="宋体" w:eastAsia="宋体"/>
          <w:b w:val="0"/>
          <w:color w:val="808080"/>
          <w:sz w:val="21"/>
        </w:rPr>
        <w:t xml:space="preserve"> 恒星每天提前约4分钟升起，15天提前约60分钟（1小时），因此10时-1时=9时。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22、</w:t>
      </w:r>
      <w:r>
        <w:rPr>
          <w:rFonts w:ascii="宋体" w:hAnsi="宋体" w:eastAsia="宋体"/>
          <w:b/>
          <w:color w:val="CC0000"/>
          <w:sz w:val="24"/>
        </w:rPr>
        <w:t>【B】</w:t>
      </w:r>
      <w:r>
        <w:rPr>
          <w:rFonts w:ascii="宋体" w:hAnsi="宋体" w:eastAsia="宋体"/>
          <w:b w:val="0"/>
          <w:color w:val="808080"/>
          <w:sz w:val="21"/>
        </w:rPr>
        <w:t xml:space="preserve"> 太阳周年视运动是地球绕太阳公转的反映，从地球上看太阳在恒星背景上每年绕行一周。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23、</w:t>
      </w:r>
      <w:r>
        <w:rPr>
          <w:rFonts w:ascii="宋体" w:hAnsi="宋体" w:eastAsia="宋体"/>
          <w:b/>
          <w:color w:val="CC0000"/>
          <w:sz w:val="24"/>
        </w:rPr>
        <w:t>【C】</w:t>
      </w:r>
      <w:r>
        <w:rPr>
          <w:rFonts w:ascii="宋体" w:hAnsi="宋体" w:eastAsia="宋体"/>
          <w:b w:val="0"/>
          <w:color w:val="808080"/>
          <w:sz w:val="21"/>
        </w:rPr>
        <w:t xml:space="preserve"> 春季大三角由牧夫座大角星、狮子座五帝座一和室女座角宿一组成。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24、</w:t>
      </w:r>
      <w:r>
        <w:rPr>
          <w:rFonts w:ascii="宋体" w:hAnsi="宋体" w:eastAsia="宋体"/>
          <w:b/>
          <w:color w:val="CC0000"/>
          <w:sz w:val="24"/>
        </w:rPr>
        <w:t>【B】</w:t>
      </w:r>
      <w:r>
        <w:rPr>
          <w:rFonts w:ascii="宋体" w:hAnsi="宋体" w:eastAsia="宋体"/>
          <w:b w:val="0"/>
          <w:color w:val="808080"/>
          <w:sz w:val="21"/>
        </w:rPr>
        <w:t xml:space="preserve"> 北极星视星等约2.0，在四个选项中最为暗淡。大角星约-0.05等最亮。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25、</w:t>
      </w:r>
      <w:r>
        <w:rPr>
          <w:rFonts w:ascii="宋体" w:hAnsi="宋体" w:eastAsia="宋体"/>
          <w:b/>
          <w:color w:val="CC0000"/>
          <w:sz w:val="24"/>
        </w:rPr>
        <w:t>【C】</w:t>
      </w:r>
      <w:r>
        <w:rPr>
          <w:rFonts w:ascii="宋体" w:hAnsi="宋体" w:eastAsia="宋体"/>
          <w:b w:val="0"/>
          <w:color w:val="808080"/>
          <w:sz w:val="21"/>
        </w:rPr>
        <w:t xml:space="preserve"> 木卫三（Ganymede）是伽利略四颗卫星中直径最大的一颗，甚至比水星还大。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26、</w:t>
      </w:r>
      <w:r>
        <w:rPr>
          <w:rFonts w:ascii="宋体" w:hAnsi="宋体" w:eastAsia="宋体"/>
          <w:b/>
          <w:color w:val="CC0000"/>
          <w:sz w:val="24"/>
        </w:rPr>
        <w:t>【A】</w:t>
      </w:r>
      <w:r>
        <w:rPr>
          <w:rFonts w:ascii="宋体" w:hAnsi="宋体" w:eastAsia="宋体"/>
          <w:b w:val="0"/>
          <w:color w:val="808080"/>
          <w:sz w:val="21"/>
        </w:rPr>
        <w:t xml:space="preserve"> 狮子座流星雨与坦普尔·塔特尔彗星（55P/Tempel-Tuttle）有关，该彗星周期约33年，流星体密集的年份会出现“流星暴”。选项B的正确写法是“池谷-关彗星”（Ikeya-Seki），与狮子座流星雨无关。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27、</w:t>
      </w:r>
      <w:r>
        <w:rPr>
          <w:rFonts w:ascii="宋体" w:hAnsi="宋体" w:eastAsia="宋体"/>
          <w:b/>
          <w:color w:val="CC0000"/>
          <w:sz w:val="24"/>
        </w:rPr>
        <w:t>【D】</w:t>
      </w:r>
      <w:r>
        <w:rPr>
          <w:rFonts w:ascii="宋体" w:hAnsi="宋体" w:eastAsia="宋体"/>
          <w:b w:val="0"/>
          <w:color w:val="808080"/>
          <w:sz w:val="21"/>
        </w:rPr>
        <w:t xml:space="preserve"> "斗柄北指，天下皆冬"，北斗斗柄指向北方时对应冬季。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28、</w:t>
      </w:r>
      <w:r>
        <w:rPr>
          <w:rFonts w:ascii="宋体" w:hAnsi="宋体" w:eastAsia="宋体"/>
          <w:b/>
          <w:color w:val="CC0000"/>
          <w:sz w:val="24"/>
        </w:rPr>
        <w:t>【B】</w:t>
      </w:r>
      <w:r>
        <w:rPr>
          <w:rFonts w:ascii="宋体" w:hAnsi="宋体" w:eastAsia="宋体"/>
          <w:b w:val="0"/>
          <w:color w:val="808080"/>
          <w:sz w:val="21"/>
        </w:rPr>
        <w:t xml:space="preserve"> 南河三位于小犬座而非双子座，因此该选项位置错误。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29、</w:t>
      </w:r>
      <w:r>
        <w:rPr>
          <w:rFonts w:ascii="宋体" w:hAnsi="宋体" w:eastAsia="宋体"/>
          <w:b/>
          <w:color w:val="CC0000"/>
          <w:sz w:val="24"/>
        </w:rPr>
        <w:t>【D】</w:t>
      </w:r>
      <w:r>
        <w:rPr>
          <w:rFonts w:ascii="宋体" w:hAnsi="宋体" w:eastAsia="宋体"/>
          <w:b w:val="0"/>
          <w:color w:val="808080"/>
          <w:sz w:val="21"/>
        </w:rPr>
        <w:t xml:space="preserve"> 月全食五个阶段依次为：初亏→食既→食甚→生光→复圆。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30、</w:t>
      </w:r>
      <w:r>
        <w:rPr>
          <w:rFonts w:ascii="宋体" w:hAnsi="宋体" w:eastAsia="宋体"/>
          <w:b/>
          <w:color w:val="CC0000"/>
          <w:sz w:val="24"/>
        </w:rPr>
        <w:t>【D】</w:t>
      </w:r>
      <w:r>
        <w:rPr>
          <w:rFonts w:ascii="宋体" w:hAnsi="宋体" w:eastAsia="宋体"/>
          <w:b w:val="0"/>
          <w:color w:val="808080"/>
          <w:sz w:val="21"/>
        </w:rPr>
        <w:t xml:space="preserve"> 视力正常的人在无光害环境下肉眼可见的最暗星等约为6等。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31、</w:t>
      </w:r>
      <w:r>
        <w:rPr>
          <w:rFonts w:ascii="宋体" w:hAnsi="宋体" w:eastAsia="宋体"/>
          <w:b/>
          <w:color w:val="CC0000"/>
          <w:sz w:val="24"/>
        </w:rPr>
        <w:t>【A】</w:t>
      </w:r>
      <w:r>
        <w:rPr>
          <w:rFonts w:ascii="宋体" w:hAnsi="宋体" w:eastAsia="宋体"/>
          <w:b w:val="0"/>
          <w:color w:val="808080"/>
          <w:sz w:val="21"/>
        </w:rPr>
        <w:t xml:space="preserve"> 乌鸦座和室女座是相邻星座。北冕座与天蝎座不相邻，牧夫座与仙女座不相邻，狮子座与猎户座不相邻。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32、</w:t>
      </w:r>
      <w:r>
        <w:rPr>
          <w:rFonts w:ascii="宋体" w:hAnsi="宋体" w:eastAsia="宋体"/>
          <w:b/>
          <w:color w:val="CC0000"/>
          <w:sz w:val="24"/>
        </w:rPr>
        <w:t>【D】</w:t>
      </w:r>
      <w:r>
        <w:rPr>
          <w:rFonts w:ascii="宋体" w:hAnsi="宋体" w:eastAsia="宋体"/>
          <w:b w:val="0"/>
          <w:color w:val="808080"/>
          <w:sz w:val="21"/>
        </w:rPr>
        <w:t xml:space="preserve"> 星空摄影中对焦（调焦）最关键：焦点稍有偏差，星点就从锐利的点变成圆斑或拖影，后期无法挽回；感光度、曝光时间、光圈主要影响亮度与噪声，可以通过多张叠加、提高ISO来弥补。故选D调焦。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33、</w:t>
      </w:r>
      <w:r>
        <w:rPr>
          <w:rFonts w:ascii="宋体" w:hAnsi="宋体" w:eastAsia="宋体"/>
          <w:b/>
          <w:color w:val="CC0000"/>
          <w:sz w:val="24"/>
        </w:rPr>
        <w:t>【D】</w:t>
      </w:r>
      <w:r>
        <w:rPr>
          <w:rFonts w:ascii="宋体" w:hAnsi="宋体" w:eastAsia="宋体"/>
          <w:b w:val="0"/>
          <w:color w:val="808080"/>
          <w:sz w:val="21"/>
        </w:rPr>
        <w:t xml:space="preserve"> 地球在每年1月初经过近日点，冬至（12月21-22日）最接近近日点，因此此时地球离太阳最近。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34、</w:t>
      </w:r>
      <w:r>
        <w:rPr>
          <w:rFonts w:ascii="宋体" w:hAnsi="宋体" w:eastAsia="宋体"/>
          <w:b/>
          <w:color w:val="CC0000"/>
          <w:sz w:val="24"/>
        </w:rPr>
        <w:t>【A】</w:t>
      </w:r>
      <w:r>
        <w:rPr>
          <w:rFonts w:ascii="宋体" w:hAnsi="宋体" w:eastAsia="宋体"/>
          <w:b w:val="0"/>
          <w:color w:val="808080"/>
          <w:sz w:val="21"/>
        </w:rPr>
        <w:t xml:space="preserve"> 外行星在冲日时距离地球最近且整夜可见，是最佳观测时机。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35、</w:t>
      </w:r>
      <w:r>
        <w:rPr>
          <w:rFonts w:ascii="宋体" w:hAnsi="宋体" w:eastAsia="宋体"/>
          <w:b/>
          <w:color w:val="CC0000"/>
          <w:sz w:val="24"/>
        </w:rPr>
        <w:t>【A】</w:t>
      </w:r>
      <w:r>
        <w:rPr>
          <w:rFonts w:ascii="宋体" w:hAnsi="宋体" w:eastAsia="宋体"/>
          <w:b w:val="0"/>
          <w:color w:val="808080"/>
          <w:sz w:val="21"/>
        </w:rPr>
        <w:t xml:space="preserve"> 质量越大的恒星核燃料消耗越快，演化速度越快，寿命反而越短。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36、</w:t>
      </w:r>
      <w:r>
        <w:rPr>
          <w:rFonts w:ascii="宋体" w:hAnsi="宋体" w:eastAsia="宋体"/>
          <w:b/>
          <w:color w:val="CC0000"/>
          <w:sz w:val="24"/>
        </w:rPr>
        <w:t>【B】</w:t>
      </w:r>
      <w:r>
        <w:rPr>
          <w:rFonts w:ascii="宋体" w:hAnsi="宋体" w:eastAsia="宋体"/>
          <w:b w:val="0"/>
          <w:color w:val="808080"/>
          <w:sz w:val="21"/>
        </w:rPr>
        <w:t xml:space="preserve"> 双星系统中两颗子星围绕共同质心作椭圆轨道运动，遵循开普勒定律。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37、</w:t>
      </w:r>
      <w:r>
        <w:rPr>
          <w:rFonts w:ascii="宋体" w:hAnsi="宋体" w:eastAsia="宋体"/>
          <w:b/>
          <w:color w:val="CC0000"/>
          <w:sz w:val="24"/>
        </w:rPr>
        <w:t>【A】</w:t>
      </w:r>
      <w:r>
        <w:rPr>
          <w:rFonts w:ascii="宋体" w:hAnsi="宋体" w:eastAsia="宋体"/>
          <w:b w:val="0"/>
          <w:color w:val="808080"/>
          <w:sz w:val="21"/>
        </w:rPr>
        <w:t xml:space="preserve"> 天龙座流星雨的极大期在每年10月8日前后。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38、</w:t>
      </w:r>
      <w:r>
        <w:rPr>
          <w:rFonts w:ascii="宋体" w:hAnsi="宋体" w:eastAsia="宋体"/>
          <w:b/>
          <w:color w:val="CC0000"/>
          <w:sz w:val="24"/>
        </w:rPr>
        <w:t>【C】</w:t>
      </w:r>
      <w:r>
        <w:rPr>
          <w:rFonts w:ascii="宋体" w:hAnsi="宋体" w:eastAsia="宋体"/>
          <w:b w:val="0"/>
          <w:color w:val="808080"/>
          <w:sz w:val="21"/>
        </w:rPr>
        <w:t xml:space="preserve"> 火星轨道在地球轨道之外（外行星），从地球上看火星不可能经过太阳盘面，因此火星凌日不可能发生。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39、</w:t>
      </w:r>
      <w:r>
        <w:rPr>
          <w:rFonts w:ascii="宋体" w:hAnsi="宋体" w:eastAsia="宋体"/>
          <w:b/>
          <w:color w:val="CC0000"/>
          <w:sz w:val="24"/>
        </w:rPr>
        <w:t>【D】</w:t>
      </w:r>
      <w:r>
        <w:rPr>
          <w:rFonts w:ascii="宋体" w:hAnsi="宋体" w:eastAsia="宋体"/>
          <w:b w:val="0"/>
          <w:color w:val="808080"/>
          <w:sz w:val="21"/>
        </w:rPr>
        <w:t xml:space="preserve"> 星座是天区划分而不是单个天体，各成员星远近悬殊：天鹅座61约11.4光年，辇道增七约430光年，天津四约2600光年，天鹅座X-1约7200光年，不存在统一的“天鹅座距离”，三个具体数值都不成立，故选D。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40、</w:t>
      </w:r>
      <w:r>
        <w:rPr>
          <w:rFonts w:ascii="宋体" w:hAnsi="宋体" w:eastAsia="宋体"/>
          <w:b/>
          <w:color w:val="CC0000"/>
          <w:sz w:val="24"/>
        </w:rPr>
        <w:t>【B】</w:t>
      </w:r>
      <w:r>
        <w:rPr>
          <w:rFonts w:ascii="宋体" w:hAnsi="宋体" w:eastAsia="宋体"/>
          <w:b w:val="0"/>
          <w:color w:val="808080"/>
          <w:sz w:val="21"/>
        </w:rPr>
        <w:t xml:space="preserve"> M51（涡状星系/Whirlpool Galaxy）位于猎犬座，距地球约2300万光年，是第一个被辨认出旋涡结构的星系（罗斯伯爵1845年观测）。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41、</w:t>
      </w:r>
      <w:r>
        <w:rPr>
          <w:rFonts w:ascii="宋体" w:hAnsi="宋体" w:eastAsia="宋体"/>
          <w:b/>
          <w:color w:val="CC0000"/>
          <w:sz w:val="24"/>
        </w:rPr>
        <w:t>【A】</w:t>
      </w:r>
      <w:r>
        <w:rPr>
          <w:rFonts w:ascii="宋体" w:hAnsi="宋体" w:eastAsia="宋体"/>
          <w:b w:val="0"/>
          <w:color w:val="808080"/>
          <w:sz w:val="21"/>
        </w:rPr>
        <w:t xml:space="preserve"> 土星是太阳系中密度最低的行星，其密度甚至低于水（约0.687 g/cm³）。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42、</w:t>
      </w:r>
      <w:r>
        <w:rPr>
          <w:rFonts w:ascii="宋体" w:hAnsi="宋体" w:eastAsia="宋体"/>
          <w:b/>
          <w:color w:val="CC0000"/>
          <w:sz w:val="24"/>
        </w:rPr>
        <w:t>【C】</w:t>
      </w:r>
      <w:r>
        <w:rPr>
          <w:rFonts w:ascii="宋体" w:hAnsi="宋体" w:eastAsia="宋体"/>
          <w:b w:val="0"/>
          <w:color w:val="808080"/>
          <w:sz w:val="21"/>
        </w:rPr>
        <w:t xml:space="preserve"> 半人马座ω星团（Omega Centauri）是全天最亮的球状星团，位于南天半人马座。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43、</w:t>
      </w:r>
      <w:r>
        <w:rPr>
          <w:rFonts w:ascii="宋体" w:hAnsi="宋体" w:eastAsia="宋体"/>
          <w:b/>
          <w:color w:val="CC0000"/>
          <w:sz w:val="24"/>
        </w:rPr>
        <w:t>【A】</w:t>
      </w:r>
      <w:r>
        <w:rPr>
          <w:rFonts w:ascii="宋体" w:hAnsi="宋体" w:eastAsia="宋体"/>
          <w:b w:val="0"/>
          <w:color w:val="808080"/>
          <w:sz w:val="21"/>
        </w:rPr>
        <w:t xml:space="preserve"> 钱德拉塞卡极限约为1.44倍太阳质量，是白矮星的质量上限。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44、</w:t>
      </w:r>
      <w:r>
        <w:rPr>
          <w:rFonts w:ascii="宋体" w:hAnsi="宋体" w:eastAsia="宋体"/>
          <w:b/>
          <w:color w:val="CC0000"/>
          <w:sz w:val="24"/>
        </w:rPr>
        <w:t>【C】</w:t>
      </w:r>
      <w:r>
        <w:rPr>
          <w:rFonts w:ascii="宋体" w:hAnsi="宋体" w:eastAsia="宋体"/>
          <w:b w:val="0"/>
          <w:color w:val="808080"/>
          <w:sz w:val="21"/>
        </w:rPr>
        <w:t xml:space="preserve"> 冬季大三角由天狼星（大犬座α）、南河三（小犬座α）和参宿四（猎户座α）组成，北河三不在其中。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45、</w:t>
      </w:r>
      <w:r>
        <w:rPr>
          <w:rFonts w:ascii="宋体" w:hAnsi="宋体" w:eastAsia="宋体"/>
          <w:b/>
          <w:color w:val="CC0000"/>
          <w:sz w:val="24"/>
        </w:rPr>
        <w:t>【C】</w:t>
      </w:r>
      <w:r>
        <w:rPr>
          <w:rFonts w:ascii="宋体" w:hAnsi="宋体" w:eastAsia="宋体"/>
          <w:b w:val="0"/>
          <w:color w:val="808080"/>
          <w:sz w:val="21"/>
        </w:rPr>
        <w:t xml:space="preserve"> 月相更替周期29.53天称为朔望月，是农历一个月的依据。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46、</w:t>
      </w:r>
      <w:r>
        <w:rPr>
          <w:rFonts w:ascii="宋体" w:hAnsi="宋体" w:eastAsia="宋体"/>
          <w:b/>
          <w:color w:val="CC0000"/>
          <w:sz w:val="24"/>
        </w:rPr>
        <w:t>【B】</w:t>
      </w:r>
      <w:r>
        <w:rPr>
          <w:rFonts w:ascii="宋体" w:hAnsi="宋体" w:eastAsia="宋体"/>
          <w:b w:val="0"/>
          <w:color w:val="808080"/>
          <w:sz w:val="21"/>
        </w:rPr>
        <w:t xml:space="preserve"> 室女座（约1294平方度）是黄道十二星座中面积最大的。注意：全天面积最大的星座是长蛇座（约1303平方度），但它不属于黄道星座。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47、</w:t>
      </w:r>
      <w:r>
        <w:rPr>
          <w:rFonts w:ascii="宋体" w:hAnsi="宋体" w:eastAsia="宋体"/>
          <w:b/>
          <w:color w:val="CC0000"/>
          <w:sz w:val="24"/>
        </w:rPr>
        <w:t>【C】</w:t>
      </w:r>
      <w:r>
        <w:rPr>
          <w:rFonts w:ascii="宋体" w:hAnsi="宋体" w:eastAsia="宋体"/>
          <w:b w:val="0"/>
          <w:color w:val="808080"/>
          <w:sz w:val="21"/>
        </w:rPr>
        <w:t xml:space="preserve"> 室宿一、室宿二、壁宿一、壁宿二四颗星组成的星群被称为秋季四边形，是秋季夜空标志。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48、</w:t>
      </w:r>
      <w:r>
        <w:rPr>
          <w:rFonts w:ascii="宋体" w:hAnsi="宋体" w:eastAsia="宋体"/>
          <w:b/>
          <w:color w:val="CC0000"/>
          <w:sz w:val="24"/>
        </w:rPr>
        <w:t>【B】</w:t>
      </w:r>
      <w:r>
        <w:rPr>
          <w:rFonts w:ascii="宋体" w:hAnsi="宋体" w:eastAsia="宋体"/>
          <w:b w:val="0"/>
          <w:color w:val="808080"/>
          <w:sz w:val="21"/>
        </w:rPr>
        <w:t xml:space="preserve"> 辅星（Alcor，大熊座80）是开阳（Mizar，大熊座ζ）的伴星，二者组成北斗斗柄处的目视双星，古人曾用它检验视力。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49、</w:t>
      </w:r>
      <w:r>
        <w:rPr>
          <w:rFonts w:ascii="宋体" w:hAnsi="宋体" w:eastAsia="宋体"/>
          <w:b/>
          <w:color w:val="CC0000"/>
          <w:sz w:val="24"/>
        </w:rPr>
        <w:t>【D】</w:t>
      </w:r>
      <w:r>
        <w:rPr>
          <w:rFonts w:ascii="宋体" w:hAnsi="宋体" w:eastAsia="宋体"/>
          <w:b w:val="0"/>
          <w:color w:val="808080"/>
          <w:sz w:val="21"/>
        </w:rPr>
        <w:t xml:space="preserve"> 比邻星（半人马座α星C）是一颗红矮星，同时也是耀星，经常发生亮度突然增强的耀斑活动。</w:t>
      </w:r>
    </w:p>
    <w:p>
      <w:pPr>
        <w:spacing w:before="60" w:after="60" w:line="360" w:lineRule="auto"/>
      </w:pPr>
      <w:r>
        <w:rPr>
          <w:rFonts w:ascii="宋体" w:hAnsi="宋体" w:eastAsia="宋体"/>
          <w:b w:val="0"/>
          <w:sz w:val="24"/>
        </w:rPr>
        <w:t>50、</w:t>
      </w:r>
      <w:r>
        <w:rPr>
          <w:rFonts w:ascii="宋体" w:hAnsi="宋体" w:eastAsia="宋体"/>
          <w:b/>
          <w:color w:val="CC0000"/>
          <w:sz w:val="24"/>
        </w:rPr>
        <w:t>【A】</w:t>
      </w:r>
      <w:r>
        <w:rPr>
          <w:rFonts w:ascii="宋体" w:hAnsi="宋体" w:eastAsia="宋体"/>
          <w:b w:val="0"/>
          <w:color w:val="808080"/>
          <w:sz w:val="21"/>
        </w:rPr>
        <w:t xml:space="preserve"> 织女一（天琴座α，Vega）是UBV测光系统的零点基准星，被规定为0等，是天文测光最常用的标准星。参宿七、参宿四、五车二有时作次级标准，但“标准测光星”的本义指的是织女一，故选A。</w:t>
      </w:r>
    </w:p>
    <w:sectPr w:rsidR="00FC693F" w:rsidRPr="0006063C" w:rsidSect="00034616">
      <w:pgSz w:w="11906" w:h="16838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