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2022年北京市中小学生天文观测竞赛</w:t>
      </w:r>
    </w:p>
    <w:p>
      <w:pPr>
        <w:jc w:val="center"/>
      </w:pPr>
      <w:r>
        <w:rPr>
          <w:rFonts w:ascii="黑体" w:hAnsi="黑体" w:eastAsia="黑体"/>
          <w:b/>
          <w:sz w:val="32"/>
        </w:rPr>
        <w:t>天文知识竞赛（清华附小CBD）</w:t>
      </w:r>
    </w:p>
    <w:p/>
    <w:p>
      <w:r>
        <w:rPr>
          <w:rFonts w:ascii="黑体" w:hAnsi="黑体" w:eastAsia="黑体"/>
          <w:b/>
          <w:sz w:val="24"/>
        </w:rPr>
        <w:t>注意事项</w:t>
      </w:r>
    </w:p>
    <w:p>
      <w:r>
        <w:rPr>
          <w:rFonts w:ascii="宋体" w:hAnsi="宋体" w:eastAsia="宋体"/>
          <w:b w:val="0"/>
          <w:sz w:val="22"/>
        </w:rPr>
        <w:t>1、请在试卷及答题纸上填写区（县）、学校、姓名、等内容字迹要清晰工整。</w:t>
      </w:r>
    </w:p>
    <w:p>
      <w:r>
        <w:rPr>
          <w:rFonts w:ascii="宋体" w:hAnsi="宋体" w:eastAsia="宋体"/>
          <w:b w:val="0"/>
          <w:sz w:val="22"/>
        </w:rPr>
        <w:t>2、所有答案均应填写在答题纸上。</w:t>
      </w:r>
    </w:p>
    <w:p>
      <w:r>
        <w:rPr>
          <w:rFonts w:ascii="宋体" w:hAnsi="宋体" w:eastAsia="宋体"/>
          <w:b w:val="0"/>
          <w:sz w:val="22"/>
        </w:rPr>
        <w:t>3、全卷共100分。答卷时间为50分钟。</w:t>
      </w:r>
    </w:p>
    <w:p/>
    <w:p>
      <w:r>
        <w:rPr>
          <w:rFonts w:ascii="宋体" w:hAnsi="宋体" w:eastAsia="宋体"/>
          <w:b w:val="0"/>
          <w:sz w:val="24"/>
        </w:rPr>
        <w:t>您的姓名：__________    年级：__________    班级：__________</w:t>
      </w:r>
    </w:p>
    <w:p/>
    <w:p>
      <w:pPr>
        <w:jc w:val="center"/>
      </w:pPr>
      <w:r>
        <w:rPr>
          <w:rFonts w:ascii="宋体" w:hAnsi="宋体" w:eastAsia="宋体"/>
          <w:b w:val="0"/>
          <w:color w:val="969696"/>
          <w:sz w:val="20"/>
        </w:rPr>
        <w:t>— — — — — — — — — — — — — — — — — — — — — — — — — — — —</w:t>
      </w:r>
    </w:p>
    <w:p>
      <w:pPr>
        <w:jc w:val="center"/>
      </w:pPr>
      <w:r>
        <w:rPr>
          <w:rFonts w:ascii="黑体" w:hAnsi="黑体" w:eastAsia="黑体"/>
          <w:b/>
          <w:sz w:val="32"/>
        </w:rPr>
        <w:t>试  题</w:t>
      </w:r>
    </w:p>
    <w:p/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1、2022年11月8日，在我国大部分地区（东北地区可以看见该天象全过程）将可以观测到一次重要天象，该天象是（）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A、日偏食        B、月全食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C、双子座流星雨        D、火星大冲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2、2022年的7月13日和8月12日，连续发生了两次超级月亮。这两天的在我国的农历中最可能是（）。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A、初三        B、初七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C、十五        D、二十三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3、每年的12月13日至14日间，我们都有可能观测到一次著名的流星雨天象，它被列为北天三大流星雨之一，被称为（）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A、英仙座流星雨        B、双子座流星雨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C、猎户座流星雨        D、天龙座流星雨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4、下列四个天体中，地表平均温度最高的是？（）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A、月球        B、水星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C、金星        D、谷神星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5、行星状星云的中心有一颗（）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A、中子星        B、红巨星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C、白矮星        D、黑矮星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6、狮子座beta的中文名叫？（）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A、轩辕十二        B、贯索一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C、五帝座一        D、王良四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7、开阳星位于哪一个星座？（）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A、仙王座        B、大熊座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C、狮子座        D、牧夫座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8、一台折反射望远镜物镜口径200mm，焦距2800mm，目镜焦距20mm，它现在的放大率是？（）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A、140倍        B、200倍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C、14倍        D、10倍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9、木星最主要的成分是？（）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A、碳        B、氮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C、氦        D、氢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10、毕宿五位于（）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A、金牛座        B、天鹰座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C、飞马座        D、天鹅座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11、以下哪个星座所占天区面积最大？（）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A、人马座        B、天琴座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C、大犬座        D、小熊座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12、七夕故事中的主角，牛郎星和织女星，与天津四一起构成？（）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A、夏季大三角        B、冬季大三角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C、春季大三角        D、秋季大三角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13、月相的更替周期是29.53天，这被称为一个（）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A、大月        B、小月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C、恒星月        D、朔望月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14、一位在北京的同学在他生日那天的北京时间22:00看到北落师门上中天，这位同学最可能在哪月生日？（）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A、1月        B、4月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C、7月        D、10月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15、天狼星位于（）。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A、大熊座        B、小熊座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C、大犬座        D、小犬座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16、昴星团位于（）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A、武仙座        B、仙女座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C、双子座        D、金牛座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17、天空中的恒星有的相对发红，有的相对发蓝。蓝星与红星相比较，哪种说法正确？（）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A、更为年老        B、质量较小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C、重元素较少        D、表面温度高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18、月食出现的时候，地球、太阳、月亮是（）排列的。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A、地球在月亮和太阳之间        B、月亮在地球和太阳之中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C、太阳在地球和月亮之间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19、行星逆行发生的原因是什么？（）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A、地球比内行星运行快        B、地球比外行星运行快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C、行星走椭圆轨道，有快有慢        D、地球自转的缘故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20、金星同地球类似，但金星的温室效应已经失控，非常炎热。金星的大气中，温室效应气体大约占多少？（）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A、50%        B、72%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C、88%        D、96%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21、杜甫的诗句人生不相见，动如参与商，其中参位于猎户星座，商位于（）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A、天蝎座        B、小犬座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C、船底座        D、南鱼座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22、我国古代历法中著名的大衍历是由一名僧人制定的，他是（）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A、一行        B、法海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C、果航        D、沈括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23、如果把地球比喻为花生米大小，那么太阳直径大小可比为（）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A、乒乓球        B、汽车轮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C、中国科技馆球幕影院        D、四百米运动场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24、按星区划分，全天共有______个星座。（）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A、28        B、68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C、88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25、下面哪一个天体我们不可能在天赤道上看到？（）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A、天狼星        B、水星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C、月亮        D、太阳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26、下面星座中（）是与猎户座相邻的星座。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A、金牛座        B、巨蟹座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C、狮子座        D、天鹰座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27、日环食一定发生在公历某月的（）。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A、1日        B、15日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C、可能是任何一天        D、不可能发生日环食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28、天文单位的定义是（）。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A、相对日地张角为一个角秒的天体的距离        B、光线一年时间里传播的距离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C、地球到太阳的平均距离        D、光线从太阳到地球所需的时间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29、中文星名南河三对应的西方星名是（）。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A、双子座alpha        B、双子座beta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C、大犬座alpha        D、小犬座alpha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30、以下哪一组星座是在北京秋天的夜晚可以看到的？（）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A、仙后座、英仙座、飞马座        B、猎户座、狮子座、剑鱼座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C、水蛇座、双子座、小熊座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31、探测器金星快车将工作大约500个地球日，在此期间，金星将自转几圈？（）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A、不到10圈        B、约2圈多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C、约100圈不到        D、约173圈多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32、某恒星，在一个月前于晚上10时升起，问该恒星今天大约在晚上（）升起。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A、8时        B、10时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C、12时        D、不是在晚上升起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33、假设你在未来乘坐宇宙船到达了离太阳系最近的恒星，你发出的第一份报告大致要多长时间才能传送到地球？（）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A、10分钟        B、3个月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C、4.2年        D、10.3年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34、著名的小行星带位于哪两颗行星之间？（）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A、土、木        B、火、木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C、天、土        D、天、海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35、在以下行星中，没有卫星的是（）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A、水星、金星        B、火星、金星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C、水星、火星        D、金星、海王星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36、太阳系中唯一自转逆向的行星是（）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A、水星        B、金星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C、火星        D、冥王星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37、我们夜晚看到的流星发光的高度与一般民航飞机的飞行高度相比（）。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A、要低        B、差不多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C、要高10倍左右        D、要高至少100倍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38、太阳黑子活动的一个重要的基本周期是（）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A、33年        B、5年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C、11年        D、20年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39、下面星座中（）是与牧夫座相邻的星座。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A、金牛座        B、飞马座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C、室女座        D、天鹰座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40、恒星的周日视运动是地球的什么运动的反映（）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A、自转        B、公转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C、随太阳绕银河系中心的运动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41、心宿二位于（）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A、金牛座        B、天蝎座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C、飞马座        D、天鹅座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42、最早发现的小行星为（）（现已变更为矮行星）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A、灶神星        B、谷神星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C、智神星        D、婚神星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43、梅西耶天体M31位于（）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A、武仙座        B、仙女座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C、双子座        D、金牛座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44、我们所看到的恒星是（）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A、固定不变的        B、时刻运动的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C、有时动，有时不动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45、在黄道上的星座大多由（）命名。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A、动物名称        B、植物名称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C、物品名称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46、蟹状星云在梅西叶星云星团表中的编号是（）。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A、M1        B、M7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C、M44        D、M81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47、蜂巢星团（鬼星团）位于（）。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A、巨蟹座        B、室女座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C、双子座        D、金牛座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48、我们在地球上一直无法看到月球的背面，是因为（）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A、月球并不作自转运动        B、月球自转周期与地球自转周期相同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C、月球公转周期与地球公转的周期相同        D、以上皆错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49、北斗七星大多数的亮度约为（）。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A、0等左右        B、2等左右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C、3等左右        D、4等及以上</w:t>
      </w:r>
    </w:p>
    <w:p>
      <w:pPr>
        <w:spacing w:before="120" w:after="40"/>
      </w:pPr>
      <w:r>
        <w:rPr>
          <w:rFonts w:ascii="宋体" w:hAnsi="宋体" w:eastAsia="宋体"/>
          <w:b w:val="0"/>
          <w:sz w:val="24"/>
        </w:rPr>
        <w:t>50、在春季夜空中，有三颗明星构成一个三角形称为春季大三角，这三颗明星分别为：（）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A、北极星、织女、参宿四        B、天狼、南河三、参宿四</w:t>
      </w:r>
    </w:p>
    <w:p>
      <w:pPr>
        <w:spacing w:before="20" w:after="20"/>
        <w:ind w:left="283"/>
      </w:pPr>
      <w:r>
        <w:rPr>
          <w:rFonts w:ascii="宋体" w:hAnsi="宋体" w:eastAsia="宋体"/>
          <w:b w:val="0"/>
          <w:sz w:val="22"/>
        </w:rPr>
        <w:t xml:space="preserve">    C、大角、五帝座一、角宿一        D、织女、牛郎、天津四</w:t>
      </w:r>
    </w:p>
    <w:p>
      <w:r>
        <w:br w:type="page"/>
      </w:r>
    </w:p>
    <w:p>
      <w:pPr>
        <w:jc w:val="center"/>
      </w:pPr>
      <w:r>
        <w:rPr>
          <w:rFonts w:ascii="黑体" w:hAnsi="黑体" w:eastAsia="黑体"/>
          <w:b/>
          <w:sz w:val="36"/>
        </w:rPr>
        <w:t>2022年北京市中小学生天文观测竞赛 答案解析</w:t>
      </w:r>
    </w:p>
    <w:p/>
    <w:p>
      <w:r>
        <w:rPr>
          <w:rFonts w:ascii="黑体" w:hAnsi="黑体" w:eastAsia="黑体"/>
          <w:b/>
          <w:sz w:val="28"/>
        </w:rPr>
        <w:t>答案速查表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5.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6.C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7.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8.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9.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10.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</w:tr>
      <w:tr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11.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12.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13.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14.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15.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16.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17.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18.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19.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20.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</w:tr>
      <w:tr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21.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22.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23.B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24.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25.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26.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27.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28.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29.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30.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</w:tr>
      <w:tr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31.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32.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33.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34.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35.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36.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37.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38.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39.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40.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</w:tr>
      <w:tr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41.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42.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43.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44.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45.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46.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47.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A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48.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D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49.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B</w:t>
            </w:r>
          </w:p>
        </w:tc>
        <w:tc>
          <w:tcPr>
            <w:tcW w:type="dxa" w:w="863"/>
            <w:tcMar>
              <w:top w:w="40" w:type="dxa"/>
              <w:bottom w:w="40" w:type="dxa"/>
              <w:left w:w="40" w:type="dxa"/>
              <w:right w:w="40" w:type="dxa"/>
            </w:tcMar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50.</w:t>
            </w:r>
            <w:r>
              <w:rPr>
                <w:rFonts w:ascii="宋体" w:hAnsi="宋体" w:eastAsia="宋体"/>
                <w:b/>
                <w:color w:val="CC0000"/>
                <w:sz w:val="18"/>
              </w:rPr>
              <w:t>C</w:t>
            </w:r>
          </w:p>
        </w:tc>
      </w:tr>
    </w:tbl>
    <w:p/>
    <w:p>
      <w:r>
        <w:rPr>
          <w:rFonts w:ascii="黑体" w:hAnsi="黑体" w:eastAsia="黑体"/>
          <w:b/>
          <w:sz w:val="28"/>
        </w:rPr>
        <w:t>逐题详细解析</w:t>
      </w:r>
    </w:p>
    <w:p/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。2022年11月8日发生了月全食，我国大部分地区可见。月全食时月球进入地球本影，呈现古铜红色，俗称血月。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。超级月亮是指满月时月球位于近地点附近，看起来比平时更大更亮。满月发生在农历十五左右。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。双子座流星雨每年12月4日至17日活跃，极大期在12月13-14日，是北天三大流星雨之一，流量稳定且明亮流星多。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。金星表面平均温度高达约462℃，是太阳系最热的行星，其浓厚的二氧化碳大气产生了极强的温室效应；水星虽离太阳最近，但白天约430℃、夜间骤降到-180℃，平均温度远低于金星。故选C。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5.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。行星状星云是中小质量恒星（类似太阳）演化到末期的产物，其中心残骸是一颗炽热的白矮星。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6.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。狮子座β即五帝座一（Denebola），是狮子座第二亮星；轩辕十四是狮子座α（最亮星），轩辕十二则是狮子座γ（Algieba）。故选C。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7.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。开阳星是大熊座zeta星，位于北斗七星的斗勺位置，是著名的目视双星（开阳和辅）。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8.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。望远镜放大率 = 物镜焦距 / 目镜焦距 = 2800mm / 20mm = 140倍。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9.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。木星是气态巨行星，主要成分是氢（约占90%），其次为氦（约占10%）。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10.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。毕宿五是金牛座alpha星，是金牛座最亮的恒星，呈橙红色，是夜空中第14亮星。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11.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。四个选项中面积最大的是人马座（约946平方度），故选A。需要说明的是，全天88星座中面积第一的是长蛇座（约1303平方度），其后是室女座、大熊座，人马座只排在第30位之后；本题只是在给定四项中比较。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12.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。夏季大三角由织女星（天琴座alpha）、牛郎星（天鹰座alpha）和天津四（天鹅座alpha）三颗亮星组成。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13.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。朔望月是月相更替的周期，约为29.53天，即从一次满月到下一次满月的时间间隔。恒星月约为27.32天。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14.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。北落师门（南鱼座alpha）在10月前后于晚上22时左右上中天。恒星每天提前约4分钟升起，不同月份不同恒星在上中天。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15.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。天狼星是大犬座alpha星，是夜空中最亮的恒星（视星等-1.46），位于大犬座。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16.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。昴星团（M45，七姐妹星团）位于金牛座，是离地球最近的疏散星团之一，肉眼可见六七颗恒星。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17.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。恒星颜色反映其表面温度：蓝星表面温度高（&gt;10000K），红星表面温度低（&lt;3500K）。这是黑体辐射的基本规律。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18.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。月食发生时，地球运行到太阳和月球之间，地球的影子投射到月球上，三者几乎成一直线。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19.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行星逆行是纯视运动：地球公转速度比外行星快，当地球从内侧“超车”经过外行星时，外行星在天球上的视位置就会出现倒退；内行星的逆行同样发生在下合前后，与“地球比内行星快”无关（地球公转其实比水星、金星慢）。故选B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20.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。金星大气中二氧化碳（CO2）约占96%，是极强的温室气体，导致金星表面温度高达约462度C。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21.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。参指参宿（猎户座），商指心宿二（天蝎座alpha），两颗星在天空中西东相对，此升彼落，永不相见。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22.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。大衍历由唐代僧人一行（张遂）制定，是中国古代重要的历法之一，首次引入了太阳运行速度不均匀的修正。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23.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太阳直径约139万公里、地球直径约1.27万公里，两者相差约109倍。若把地球缩成一颗约1厘米的花生米，太阳的直径就约1.1米，正好相当于一个汽车轮子的大小；乒乓球只有4厘米，球幕影院直径约30米、四百米运动场更相差好几个数量级。故选B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24.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。1928年国际天文学联合会（IAU）将全天划分为88个星座，其中北天29个、黄道12个、南天47个。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25.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。天狼星赤纬约-16度43分，位于南天，不可能出现在天赤道上。水星、月亮和太阳的赤纬范围均可覆盖天赤道。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26.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。金牛座与猎户座相邻，毕宿五（金牛座alpha）紧邻猎户座的参宿七。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27.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。日环食发生在农历初一（朔日），但公历日期不固定，可能出现在公历的任何月份。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28.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。天文单位（AU）定义为地球到太阳的平均距离，约1.496亿公里。光年才是光一年传播的距离。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29.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。南河三即小犬座alpha星，是夜空中第8亮星，与参宿四、天狼星构成冬季大三角。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30.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。秋季夜晚北京可见仙后座（W形）、英仙座和飞马座（秋季四边形），构成秋季星空的主要标志。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31.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。金星自转周期约243地球日（逆行），500个地球日约等于500/243约2.06个金星自转周期，即约2圈多。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32.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。恒星每天提前约4分钟升起，30天前晚上10时升起的恒星，今天提前约30x4=120分钟=2小时，即晚上8时升起。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33.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。离太阳系最近的恒星是比邻星（半人马座alpha星C），距离约4.2光年，电磁信号以光速传播需约4.2年。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34.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。主小行星带位于火星和木星轨道之间，是太阳系小行星最密集的区域。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35.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。太阳系八大行星中，只有水星和金星没有天然卫星。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36.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。金星是唯一自转方向与其他大多数行星相反的行星（自东向西自转），自转周期约243地球日。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37.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。流星发光高度约80-120公里，民航飞机巡航高度约10公里，流星发光高度约为飞机的10倍左右。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38.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。太阳黑子活动的基本周期约为11年，从极小期到极大期再到极小期约11年。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39.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。牧夫座南邻室女座，此外还与天龙座、武仙座、猎犬座、后发座、巨蛇座、北冕座相邻；金牛座、飞马座、天鹰座都与它不相邻。故选C。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40.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。恒星的周日视运动（东升西落）是地球自转（自西向东）的反映，地球自转一周约24小时。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41.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。心宿二是天蝎座alpha星，是中国古代二十八宿中的心宿，呈橙红色，是夏季夜空显著亮星。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42.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。谷神星（Ceres）于1801年由皮亚齐发现，是第一颗被发现的小行星，2006年被重新分类为矮行星。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43.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。M31即仙女座星系（Andromeda Galaxy），是离银河系最近的大型旋涡星系，位于仙女座，距地球约254万光年。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44.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。所有恒星都在宇宙中不断运动（自行运动），只是因距离遥远，短期内肉眼难以察觉其位置变化。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45.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。黄道十二星座（白羊座、金牛座、双子座等）大多以动物名称命名。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46.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。蟹状星云（Crab Nebula）编号为M1，是公元1054年超新星爆发（SN 1054）的残骸，位于金牛座。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47. </w:t>
      </w:r>
      <w:r>
        <w:rPr>
          <w:rFonts w:ascii="宋体" w:hAnsi="宋体" w:eastAsia="宋体"/>
          <w:b/>
          <w:color w:val="CC0000"/>
          <w:sz w:val="24"/>
        </w:rPr>
        <w:t>A</w:t>
      </w:r>
      <w:r>
        <w:rPr>
          <w:rFonts w:ascii="宋体" w:hAnsi="宋体" w:eastAsia="宋体"/>
          <w:b w:val="0"/>
          <w:color w:val="505050"/>
          <w:sz w:val="22"/>
        </w:rPr>
        <w:t>。蜂巢星团（M44，鬼星团）位于巨蟹座，是离地球较近的疏散星团，肉眼可见为一团模糊光斑。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48. </w:t>
      </w:r>
      <w:r>
        <w:rPr>
          <w:rFonts w:ascii="宋体" w:hAnsi="宋体" w:eastAsia="宋体"/>
          <w:b/>
          <w:color w:val="CC0000"/>
          <w:sz w:val="24"/>
        </w:rPr>
        <w:t>D</w:t>
      </w:r>
      <w:r>
        <w:rPr>
          <w:rFonts w:ascii="宋体" w:hAnsi="宋体" w:eastAsia="宋体"/>
          <w:b w:val="0"/>
          <w:color w:val="505050"/>
          <w:sz w:val="22"/>
        </w:rPr>
        <w:t>。无法看到月球背面是因为月球的自转周期与公转周期相同（潮汐锁定），而非选项A/B/C所述。选项D正确。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49. </w:t>
      </w:r>
      <w:r>
        <w:rPr>
          <w:rFonts w:ascii="宋体" w:hAnsi="宋体" w:eastAsia="宋体"/>
          <w:b/>
          <w:color w:val="CC0000"/>
          <w:sz w:val="24"/>
        </w:rPr>
        <w:t>B</w:t>
      </w:r>
      <w:r>
        <w:rPr>
          <w:rFonts w:ascii="宋体" w:hAnsi="宋体" w:eastAsia="宋体"/>
          <w:b w:val="0"/>
          <w:color w:val="505050"/>
          <w:sz w:val="22"/>
        </w:rPr>
        <w:t>。北斗七星七颗主要恒星的视星等大多在1.8-3.3等之间，多数约为2等左右。</w:t>
      </w:r>
    </w:p>
    <w:p>
      <w:pPr>
        <w:spacing w:before="80" w:after="80" w:line="400" w:lineRule="exact"/>
      </w:pPr>
      <w:r>
        <w:rPr>
          <w:rFonts w:ascii="宋体" w:hAnsi="宋体" w:eastAsia="宋体"/>
          <w:b w:val="0"/>
          <w:sz w:val="24"/>
        </w:rPr>
        <w:t xml:space="preserve">50. </w:t>
      </w:r>
      <w:r>
        <w:rPr>
          <w:rFonts w:ascii="宋体" w:hAnsi="宋体" w:eastAsia="宋体"/>
          <w:b/>
          <w:color w:val="CC0000"/>
          <w:sz w:val="24"/>
        </w:rPr>
        <w:t>C</w:t>
      </w:r>
      <w:r>
        <w:rPr>
          <w:rFonts w:ascii="宋体" w:hAnsi="宋体" w:eastAsia="宋体"/>
          <w:b w:val="0"/>
          <w:color w:val="505050"/>
          <w:sz w:val="22"/>
        </w:rPr>
        <w:t>。春季大三角由牧夫座大角星（最亮）、狮子座五帝座一和室女座角宿一三颗恒星组成。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