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40"/>
        <w:jc w:val="center"/>
      </w:pPr>
      <w:r>
        <w:rPr>
          <w:rFonts w:ascii="黑体" w:hAnsi="黑体" w:eastAsia="黑体"/>
          <w:b/>
          <w:color w:val="000000"/>
          <w:sz w:val="36"/>
        </w:rPr>
        <w:t>2020年广东省中小学生天文知识竞赛高年组试题</w:t>
      </w:r>
    </w:p>
    <w:p>
      <w:pPr>
        <w:spacing w:before="240" w:after="120"/>
      </w:pPr>
      <w:r>
        <w:rPr>
          <w:rFonts w:ascii="黑体" w:hAnsi="黑体" w:eastAsia="黑体"/>
          <w:b/>
          <w:color w:val="1C3A5E"/>
          <w:sz w:val="26"/>
        </w:rPr>
        <w:t>注意事项</w:t>
      </w:r>
    </w:p>
    <w:p>
      <w:pPr>
        <w:spacing w:line="440" w:lineRule="exact" w:before="40" w:after="40"/>
      </w:pPr>
      <w:r>
        <w:rPr>
          <w:rFonts w:ascii="宋体" w:hAnsi="宋体" w:eastAsia="宋体"/>
          <w:b w:val="0"/>
          <w:sz w:val="22"/>
        </w:rPr>
        <w:t>1、本卷为闭卷考试，请答卷人按照自己的真实水平独立完成。</w:t>
      </w:r>
    </w:p>
    <w:p>
      <w:pPr>
        <w:spacing w:line="440" w:lineRule="exact" w:before="40" w:after="40"/>
      </w:pPr>
      <w:r>
        <w:rPr>
          <w:rFonts w:ascii="宋体" w:hAnsi="宋体" w:eastAsia="宋体"/>
          <w:b w:val="0"/>
          <w:sz w:val="22"/>
        </w:rPr>
        <w:t>2、选择题全部为单项选择，考生直接在试题页面中点选一个最接近正确的答案，答错不扣分。</w:t>
      </w:r>
    </w:p>
    <w:p>
      <w:pPr>
        <w:spacing w:line="440" w:lineRule="exact" w:before="40" w:after="40"/>
      </w:pPr>
      <w:r>
        <w:rPr>
          <w:rFonts w:ascii="宋体" w:hAnsi="宋体" w:eastAsia="宋体"/>
          <w:b w:val="0"/>
          <w:sz w:val="22"/>
        </w:rPr>
        <w:t>3、总分100分，每题2分，考试时间100分钟。</w:t>
      </w:r>
    </w:p>
    <w:p>
      <w:pPr>
        <w:spacing w:line="440" w:lineRule="exact" w:before="40" w:after="40"/>
      </w:pPr>
      <w:r>
        <w:rPr>
          <w:rFonts w:ascii="宋体" w:hAnsi="宋体" w:eastAsia="宋体"/>
          <w:b w:val="0"/>
          <w:sz w:val="22"/>
        </w:rPr>
        <w:t>4、本场考试允许使用不具编程功能的计算器。</w:t>
      </w:r>
    </w:p>
    <w:p>
      <w:pPr>
        <w:spacing w:line="440" w:lineRule="exact" w:before="40" w:after="40"/>
      </w:pPr>
      <w:r>
        <w:rPr>
          <w:rFonts w:ascii="宋体" w:hAnsi="宋体" w:eastAsia="宋体"/>
          <w:b w:val="0"/>
          <w:sz w:val="22"/>
        </w:rPr>
        <w:t>5、考试过程中不得切出考试页面，否则平台将自动收卷。</w:t>
      </w:r>
    </w:p>
    <w:p>
      <w:pPr>
        <w:spacing w:line="440" w:lineRule="exact" w:before="40" w:after="40"/>
      </w:pPr>
      <w:r>
        <w:rPr>
          <w:rFonts w:ascii="宋体" w:hAnsi="宋体" w:eastAsia="宋体"/>
          <w:b w:val="0"/>
          <w:sz w:val="22"/>
        </w:rPr>
        <w:t>6、比赛结果在广东天文学会网站和微信公众号公布。</w:t>
      </w:r>
    </w:p>
    <w:p>
      <w:pPr>
        <w:spacing w:before="160" w:after="160"/>
      </w:pPr>
      <w:r>
        <w:rPr>
          <w:rFonts w:ascii="宋体" w:hAnsi="宋体" w:eastAsia="宋体"/>
          <w:sz w:val="24"/>
        </w:rPr>
        <w:t>姓名：__________    年级：__________    班级：__________    得分：__________</w:t>
      </w:r>
    </w:p>
    <w:p>
      <w:pPr>
        <w:spacing w:before="120" w:after="120"/>
      </w:pPr>
      <w:r>
        <w:rPr>
          <w:color w:val="999999"/>
          <w:sz w:val="20"/>
        </w:rPr>
        <w:t>————————————————————————————————————————</w:t>
      </w:r>
    </w:p>
    <w:p>
      <w:pPr>
        <w:spacing w:before="240" w:after="120"/>
      </w:pPr>
      <w:r>
        <w:rPr>
          <w:rFonts w:ascii="黑体" w:hAnsi="黑体" w:eastAsia="黑体"/>
          <w:b/>
          <w:color w:val="1C3A5E"/>
          <w:sz w:val="28"/>
        </w:rPr>
        <w:t>Part 1. 天文热点</w:t>
      </w:r>
    </w:p>
    <w:p>
      <w:pPr>
        <w:spacing w:line="440" w:lineRule="exact" w:before="40" w:after="40"/>
      </w:pPr>
      <w:r>
        <w:rPr>
          <w:rFonts w:ascii="宋体" w:hAnsi="宋体" w:eastAsia="宋体"/>
          <w:b w:val="0"/>
          <w:sz w:val="24"/>
        </w:rPr>
        <w:t>1. 我国首个自主发射的火星探测器“天问一号”计划于何时入轨火星？（  ）</w:t>
      </w:r>
    </w:p>
    <w:p>
      <w:pPr>
        <w:spacing w:line="440" w:lineRule="exact" w:before="20" w:after="20"/>
        <w:ind w:left="567"/>
      </w:pPr>
      <w:r>
        <w:rPr>
          <w:rFonts w:ascii="宋体" w:hAnsi="宋体" w:eastAsia="宋体"/>
          <w:sz w:val="24"/>
        </w:rPr>
        <w:t>A. 2020年12月底左右</w:t>
      </w:r>
    </w:p>
    <w:p>
      <w:pPr>
        <w:spacing w:line="440" w:lineRule="exact" w:before="20" w:after="20"/>
        <w:ind w:left="567"/>
      </w:pPr>
      <w:r>
        <w:rPr>
          <w:rFonts w:ascii="宋体" w:hAnsi="宋体" w:eastAsia="宋体"/>
          <w:sz w:val="24"/>
        </w:rPr>
        <w:t>B. 2021年2月底左右</w:t>
      </w:r>
    </w:p>
    <w:p>
      <w:pPr>
        <w:spacing w:line="440" w:lineRule="exact" w:before="20" w:after="20"/>
        <w:ind w:left="567"/>
      </w:pPr>
      <w:r>
        <w:rPr>
          <w:rFonts w:ascii="宋体" w:hAnsi="宋体" w:eastAsia="宋体"/>
          <w:sz w:val="24"/>
        </w:rPr>
        <w:t>C. 2021年5月中左右</w:t>
      </w:r>
    </w:p>
    <w:p>
      <w:pPr>
        <w:spacing w:line="440" w:lineRule="exact" w:before="20" w:after="20"/>
        <w:ind w:left="567"/>
      </w:pPr>
      <w:r>
        <w:rPr>
          <w:rFonts w:ascii="宋体" w:hAnsi="宋体" w:eastAsia="宋体"/>
          <w:sz w:val="24"/>
        </w:rPr>
        <w:t>D. 2022年7月底左右</w:t>
      </w:r>
    </w:p>
    <w:p>
      <w:pPr>
        <w:spacing w:line="440" w:lineRule="exact" w:before="40" w:after="40"/>
      </w:pPr>
      <w:r>
        <w:rPr>
          <w:rFonts w:ascii="宋体" w:hAnsi="宋体" w:eastAsia="宋体"/>
          <w:b w:val="0"/>
          <w:sz w:val="24"/>
        </w:rPr>
        <w:t>2. 2020年的诺贝尔物理学奖分别颁发给罗杰·彭罗斯、莱因哈特·根策尔和安德烈娅·盖兹。其中彭罗斯获奖的理由是“发现黑洞形成是广义相对论的一个预言”，那根策尔和盖兹获奖的理由是？（  ）</w:t>
      </w:r>
    </w:p>
    <w:p>
      <w:pPr>
        <w:spacing w:line="440" w:lineRule="exact" w:before="20" w:after="20"/>
        <w:ind w:left="567"/>
      </w:pPr>
      <w:r>
        <w:rPr>
          <w:rFonts w:ascii="宋体" w:hAnsi="宋体" w:eastAsia="宋体"/>
          <w:sz w:val="24"/>
        </w:rPr>
        <w:t>A. 发现银河系中心的超大质量致密天体</w:t>
      </w:r>
    </w:p>
    <w:p>
      <w:pPr>
        <w:spacing w:line="440" w:lineRule="exact" w:before="20" w:after="20"/>
        <w:ind w:left="567"/>
      </w:pPr>
      <w:r>
        <w:rPr>
          <w:rFonts w:ascii="宋体" w:hAnsi="宋体" w:eastAsia="宋体"/>
          <w:sz w:val="24"/>
        </w:rPr>
        <w:t>B. 发现第一颗环绕类太阳恒星运动的系外行星</w:t>
      </w:r>
    </w:p>
    <w:p>
      <w:pPr>
        <w:spacing w:line="440" w:lineRule="exact" w:before="20" w:after="20"/>
        <w:ind w:left="567"/>
      </w:pPr>
      <w:r>
        <w:rPr>
          <w:rFonts w:ascii="宋体" w:hAnsi="宋体" w:eastAsia="宋体"/>
          <w:sz w:val="24"/>
        </w:rPr>
        <w:t>C. 验证了引力波的存在</w:t>
      </w:r>
    </w:p>
    <w:p>
      <w:pPr>
        <w:spacing w:line="440" w:lineRule="exact" w:before="20" w:after="20"/>
        <w:ind w:left="567"/>
      </w:pPr>
      <w:r>
        <w:rPr>
          <w:rFonts w:ascii="宋体" w:hAnsi="宋体" w:eastAsia="宋体"/>
          <w:sz w:val="24"/>
        </w:rPr>
        <w:t>D. 发现了一种测量宇宙大尺度结构的探针</w:t>
      </w:r>
    </w:p>
    <w:p>
      <w:pPr>
        <w:spacing w:line="440" w:lineRule="exact" w:before="40" w:after="40"/>
      </w:pPr>
      <w:r>
        <w:rPr>
          <w:rFonts w:ascii="宋体" w:hAnsi="宋体" w:eastAsia="宋体"/>
          <w:b w:val="0"/>
          <w:sz w:val="24"/>
        </w:rPr>
        <w:t>3. 2020年2月，欧航局和美航局合作的项目SolO探测器顺利升空。SolO的探测对象是？（  ）</w:t>
      </w:r>
    </w:p>
    <w:p>
      <w:pPr>
        <w:spacing w:line="440" w:lineRule="exact" w:before="20" w:after="20"/>
        <w:ind w:left="567"/>
      </w:pPr>
      <w:r>
        <w:rPr>
          <w:rFonts w:ascii="宋体" w:hAnsi="宋体" w:eastAsia="宋体"/>
          <w:sz w:val="24"/>
        </w:rPr>
        <w:t>A. 水星</w:t>
      </w:r>
    </w:p>
    <w:p>
      <w:pPr>
        <w:spacing w:line="440" w:lineRule="exact" w:before="20" w:after="20"/>
        <w:ind w:left="567"/>
      </w:pPr>
      <w:r>
        <w:rPr>
          <w:rFonts w:ascii="宋体" w:hAnsi="宋体" w:eastAsia="宋体"/>
          <w:sz w:val="24"/>
        </w:rPr>
        <w:t>B. 金星</w:t>
      </w:r>
    </w:p>
    <w:p>
      <w:pPr>
        <w:spacing w:line="440" w:lineRule="exact" w:before="20" w:after="20"/>
        <w:ind w:left="567"/>
      </w:pPr>
      <w:r>
        <w:rPr>
          <w:rFonts w:ascii="宋体" w:hAnsi="宋体" w:eastAsia="宋体"/>
          <w:sz w:val="24"/>
        </w:rPr>
        <w:t>C. 月球</w:t>
      </w:r>
    </w:p>
    <w:p>
      <w:pPr>
        <w:spacing w:line="440" w:lineRule="exact" w:before="20" w:after="20"/>
        <w:ind w:left="567"/>
      </w:pPr>
      <w:r>
        <w:rPr>
          <w:rFonts w:ascii="宋体" w:hAnsi="宋体" w:eastAsia="宋体"/>
          <w:sz w:val="24"/>
        </w:rPr>
        <w:t>D. 太阳</w:t>
      </w:r>
    </w:p>
    <w:p>
      <w:pPr>
        <w:spacing w:line="440" w:lineRule="exact" w:before="40" w:after="40"/>
      </w:pPr>
      <w:r>
        <w:rPr>
          <w:rFonts w:ascii="宋体" w:hAnsi="宋体" w:eastAsia="宋体"/>
          <w:b w:val="0"/>
          <w:sz w:val="24"/>
        </w:rPr>
        <w:t>4. 2020年9月14日，《自然·天文》杂志上发表了Jane Greaves教授等人的研究成果，它们发现了金星大气中存在着生物标志物________，但后续研究表明，该结果可能不准确。（  ）</w:t>
      </w:r>
    </w:p>
    <w:p>
      <w:pPr>
        <w:spacing w:line="440" w:lineRule="exact" w:before="20" w:after="20"/>
        <w:ind w:left="567"/>
      </w:pPr>
      <w:r>
        <w:rPr>
          <w:rFonts w:ascii="宋体" w:hAnsi="宋体" w:eastAsia="宋体"/>
          <w:sz w:val="24"/>
        </w:rPr>
        <w:t>A. 硫化氢</w:t>
      </w:r>
    </w:p>
    <w:p>
      <w:pPr>
        <w:spacing w:line="440" w:lineRule="exact" w:before="20" w:after="20"/>
        <w:ind w:left="567"/>
      </w:pPr>
      <w:r>
        <w:rPr>
          <w:rFonts w:ascii="宋体" w:hAnsi="宋体" w:eastAsia="宋体"/>
          <w:sz w:val="24"/>
        </w:rPr>
        <w:t>B. 氧化氢</w:t>
      </w:r>
    </w:p>
    <w:p>
      <w:pPr>
        <w:spacing w:line="440" w:lineRule="exact" w:before="20" w:after="20"/>
        <w:ind w:left="567"/>
      </w:pPr>
      <w:r>
        <w:rPr>
          <w:rFonts w:ascii="宋体" w:hAnsi="宋体" w:eastAsia="宋体"/>
          <w:sz w:val="24"/>
        </w:rPr>
        <w:t>C. 磷化氢</w:t>
      </w:r>
    </w:p>
    <w:p>
      <w:pPr>
        <w:spacing w:line="440" w:lineRule="exact" w:before="20" w:after="20"/>
        <w:ind w:left="567"/>
      </w:pPr>
      <w:r>
        <w:rPr>
          <w:rFonts w:ascii="宋体" w:hAnsi="宋体" w:eastAsia="宋体"/>
          <w:sz w:val="24"/>
        </w:rPr>
        <w:t>D. 氟化氢</w:t>
      </w:r>
    </w:p>
    <w:p>
      <w:pPr>
        <w:spacing w:line="440" w:lineRule="exact" w:before="40" w:after="40"/>
      </w:pPr>
      <w:r>
        <w:rPr>
          <w:rFonts w:ascii="宋体" w:hAnsi="宋体" w:eastAsia="宋体"/>
          <w:b w:val="0"/>
          <w:sz w:val="24"/>
        </w:rPr>
        <w:t>5. 2020年7月，一颗“黑马”彗星亮度达到2等以上，吸引了很多爱好者拍摄。这颗彗星是？（  ）</w:t>
      </w:r>
    </w:p>
    <w:p>
      <w:pPr>
        <w:spacing w:line="440" w:lineRule="exact" w:before="20" w:after="20"/>
        <w:ind w:left="567"/>
      </w:pPr>
      <w:r>
        <w:rPr>
          <w:rFonts w:ascii="宋体" w:hAnsi="宋体" w:eastAsia="宋体"/>
          <w:sz w:val="24"/>
        </w:rPr>
        <w:t>A. C/2019 Y4 (ATLAS)</w:t>
      </w:r>
    </w:p>
    <w:p>
      <w:pPr>
        <w:spacing w:line="440" w:lineRule="exact" w:before="20" w:after="20"/>
        <w:ind w:left="567"/>
      </w:pPr>
      <w:r>
        <w:rPr>
          <w:rFonts w:ascii="宋体" w:hAnsi="宋体" w:eastAsia="宋体"/>
          <w:sz w:val="24"/>
        </w:rPr>
        <w:t>B. C/2020 F8 (SWAN)</w:t>
      </w:r>
    </w:p>
    <w:p>
      <w:pPr>
        <w:spacing w:line="440" w:lineRule="exact" w:before="20" w:after="20"/>
        <w:ind w:left="567"/>
      </w:pPr>
      <w:r>
        <w:rPr>
          <w:rFonts w:ascii="宋体" w:hAnsi="宋体" w:eastAsia="宋体"/>
          <w:sz w:val="24"/>
        </w:rPr>
        <w:t>C. C/2020 F3 (NEOWISE)</w:t>
      </w:r>
    </w:p>
    <w:p>
      <w:pPr>
        <w:spacing w:line="440" w:lineRule="exact" w:before="20" w:after="20"/>
        <w:ind w:left="567"/>
      </w:pPr>
      <w:r>
        <w:rPr>
          <w:rFonts w:ascii="宋体" w:hAnsi="宋体" w:eastAsia="宋体"/>
          <w:sz w:val="24"/>
        </w:rPr>
        <w:t>D. C/2019 U6 (Lemmon)</w:t>
      </w:r>
    </w:p>
    <w:p>
      <w:pPr>
        <w:spacing w:line="440" w:lineRule="exact" w:before="40" w:after="40"/>
      </w:pPr>
      <w:r>
        <w:rPr>
          <w:rFonts w:ascii="宋体" w:hAnsi="宋体" w:eastAsia="宋体"/>
          <w:b w:val="0"/>
          <w:sz w:val="24"/>
        </w:rPr>
        <w:t>6. 2020年，我国境内能观测到下列哪种天象？（不含半影月食）（  ）</w:t>
      </w:r>
    </w:p>
    <w:p>
      <w:pPr>
        <w:spacing w:line="440" w:lineRule="exact" w:before="20" w:after="20"/>
        <w:ind w:left="567"/>
      </w:pPr>
      <w:r>
        <w:rPr>
          <w:rFonts w:ascii="宋体" w:hAnsi="宋体" w:eastAsia="宋体"/>
          <w:sz w:val="24"/>
        </w:rPr>
        <w:t>A. 月全食</w:t>
      </w:r>
    </w:p>
    <w:p>
      <w:pPr>
        <w:spacing w:line="440" w:lineRule="exact" w:before="20" w:after="20"/>
        <w:ind w:left="567"/>
      </w:pPr>
      <w:r>
        <w:rPr>
          <w:rFonts w:ascii="宋体" w:hAnsi="宋体" w:eastAsia="宋体"/>
          <w:sz w:val="24"/>
        </w:rPr>
        <w:t>B. 月偏食</w:t>
      </w:r>
    </w:p>
    <w:p>
      <w:pPr>
        <w:spacing w:line="440" w:lineRule="exact" w:before="20" w:after="20"/>
        <w:ind w:left="567"/>
      </w:pPr>
      <w:r>
        <w:rPr>
          <w:rFonts w:ascii="宋体" w:hAnsi="宋体" w:eastAsia="宋体"/>
          <w:sz w:val="24"/>
        </w:rPr>
        <w:t>C. 日全食</w:t>
      </w:r>
    </w:p>
    <w:p>
      <w:pPr>
        <w:spacing w:line="440" w:lineRule="exact" w:before="20" w:after="20"/>
        <w:ind w:left="567"/>
      </w:pPr>
      <w:r>
        <w:rPr>
          <w:rFonts w:ascii="宋体" w:hAnsi="宋体" w:eastAsia="宋体"/>
          <w:sz w:val="24"/>
        </w:rPr>
        <w:t>D. 日环食</w:t>
      </w:r>
    </w:p>
    <w:p>
      <w:pPr>
        <w:spacing w:line="440" w:lineRule="exact" w:before="40" w:after="40"/>
      </w:pPr>
      <w:r>
        <w:rPr>
          <w:rFonts w:ascii="宋体" w:hAnsi="宋体" w:eastAsia="宋体"/>
          <w:b w:val="0"/>
          <w:sz w:val="24"/>
        </w:rPr>
        <w:t>7. 2020年4月24日是我国首个人造卫星“东方红一号”成功发射________周年。（  ）</w:t>
      </w:r>
    </w:p>
    <w:p>
      <w:pPr>
        <w:spacing w:line="440" w:lineRule="exact" w:before="20" w:after="20"/>
        <w:ind w:left="567"/>
      </w:pPr>
      <w:r>
        <w:rPr>
          <w:rFonts w:ascii="宋体" w:hAnsi="宋体" w:eastAsia="宋体"/>
          <w:sz w:val="24"/>
        </w:rPr>
        <w:t>A. 40</w:t>
      </w:r>
    </w:p>
    <w:p>
      <w:pPr>
        <w:spacing w:line="440" w:lineRule="exact" w:before="20" w:after="20"/>
        <w:ind w:left="567"/>
      </w:pPr>
      <w:r>
        <w:rPr>
          <w:rFonts w:ascii="宋体" w:hAnsi="宋体" w:eastAsia="宋体"/>
          <w:sz w:val="24"/>
        </w:rPr>
        <w:t>B. 50</w:t>
      </w:r>
    </w:p>
    <w:p>
      <w:pPr>
        <w:spacing w:line="440" w:lineRule="exact" w:before="20" w:after="20"/>
        <w:ind w:left="567"/>
      </w:pPr>
      <w:r>
        <w:rPr>
          <w:rFonts w:ascii="宋体" w:hAnsi="宋体" w:eastAsia="宋体"/>
          <w:sz w:val="24"/>
        </w:rPr>
        <w:t>C. 60</w:t>
      </w:r>
    </w:p>
    <w:p>
      <w:pPr>
        <w:spacing w:line="440" w:lineRule="exact" w:before="20" w:after="20"/>
        <w:ind w:left="567"/>
      </w:pPr>
      <w:r>
        <w:rPr>
          <w:rFonts w:ascii="宋体" w:hAnsi="宋体" w:eastAsia="宋体"/>
          <w:sz w:val="24"/>
        </w:rPr>
        <w:t>D. 70</w:t>
      </w:r>
    </w:p>
    <w:p>
      <w:pPr>
        <w:spacing w:line="440" w:lineRule="exact" w:before="40" w:after="40"/>
      </w:pPr>
      <w:r>
        <w:rPr>
          <w:rFonts w:ascii="宋体" w:hAnsi="宋体" w:eastAsia="宋体"/>
          <w:b w:val="0"/>
          <w:sz w:val="24"/>
        </w:rPr>
        <w:t>8. 北京时间2020年10月21日，OSIRIS-Rex（冥王号）探测器对小行星________进行了首次采样。（  ）</w:t>
      </w:r>
    </w:p>
    <w:p>
      <w:pPr>
        <w:spacing w:line="440" w:lineRule="exact" w:before="20" w:after="20"/>
        <w:ind w:left="567"/>
      </w:pPr>
      <w:r>
        <w:rPr>
          <w:rFonts w:ascii="宋体" w:hAnsi="宋体" w:eastAsia="宋体"/>
          <w:sz w:val="24"/>
        </w:rPr>
        <w:t>A. 龙宫</w:t>
      </w:r>
    </w:p>
    <w:p>
      <w:pPr>
        <w:spacing w:line="440" w:lineRule="exact" w:before="20" w:after="20"/>
        <w:ind w:left="567"/>
      </w:pPr>
      <w:r>
        <w:rPr>
          <w:rFonts w:ascii="宋体" w:hAnsi="宋体" w:eastAsia="宋体"/>
          <w:sz w:val="24"/>
        </w:rPr>
        <w:t>B. 贝努</w:t>
      </w:r>
    </w:p>
    <w:p>
      <w:pPr>
        <w:spacing w:line="440" w:lineRule="exact" w:before="20" w:after="20"/>
        <w:ind w:left="567"/>
      </w:pPr>
      <w:r>
        <w:rPr>
          <w:rFonts w:ascii="宋体" w:hAnsi="宋体" w:eastAsia="宋体"/>
          <w:sz w:val="24"/>
        </w:rPr>
        <w:t>C. 糸川</w:t>
      </w:r>
    </w:p>
    <w:p>
      <w:pPr>
        <w:spacing w:line="440" w:lineRule="exact" w:before="20" w:after="20"/>
        <w:ind w:left="567"/>
      </w:pPr>
      <w:r>
        <w:rPr>
          <w:rFonts w:ascii="宋体" w:hAnsi="宋体" w:eastAsia="宋体"/>
          <w:sz w:val="24"/>
        </w:rPr>
        <w:t>D. 灶神星</w:t>
      </w:r>
    </w:p>
    <w:p>
      <w:pPr>
        <w:spacing w:line="440" w:lineRule="exact" w:before="40" w:after="40"/>
      </w:pPr>
      <w:r>
        <w:rPr>
          <w:rFonts w:ascii="宋体" w:hAnsi="宋体" w:eastAsia="宋体"/>
          <w:b w:val="0"/>
          <w:sz w:val="24"/>
        </w:rPr>
        <w:t>9. 2019年年底，一颗本来位列全天前20亮星的恒星亮度持续下降，甚至一度跌出前20亮星排名。2020年年初，它的亮度又恢复了。这颗恒星是？（  ）</w:t>
      </w:r>
    </w:p>
    <w:p>
      <w:pPr>
        <w:spacing w:line="440" w:lineRule="exact" w:before="20" w:after="20"/>
        <w:ind w:left="567"/>
      </w:pPr>
      <w:r>
        <w:rPr>
          <w:rFonts w:ascii="宋体" w:hAnsi="宋体" w:eastAsia="宋体"/>
          <w:sz w:val="24"/>
        </w:rPr>
        <w:t>A. 参宿四</w:t>
      </w:r>
    </w:p>
    <w:p>
      <w:pPr>
        <w:spacing w:line="440" w:lineRule="exact" w:before="20" w:after="20"/>
        <w:ind w:left="567"/>
      </w:pPr>
      <w:r>
        <w:rPr>
          <w:rFonts w:ascii="宋体" w:hAnsi="宋体" w:eastAsia="宋体"/>
          <w:sz w:val="24"/>
        </w:rPr>
        <w:t>B. 参宿七</w:t>
      </w:r>
    </w:p>
    <w:p>
      <w:pPr>
        <w:spacing w:line="440" w:lineRule="exact" w:before="20" w:after="20"/>
        <w:ind w:left="567"/>
      </w:pPr>
      <w:r>
        <w:rPr>
          <w:rFonts w:ascii="宋体" w:hAnsi="宋体" w:eastAsia="宋体"/>
          <w:sz w:val="24"/>
        </w:rPr>
        <w:t>C. 毕宿五</w:t>
      </w:r>
    </w:p>
    <w:p>
      <w:pPr>
        <w:spacing w:line="440" w:lineRule="exact" w:before="20" w:after="20"/>
        <w:ind w:left="567"/>
      </w:pPr>
      <w:r>
        <w:rPr>
          <w:rFonts w:ascii="宋体" w:hAnsi="宋体" w:eastAsia="宋体"/>
          <w:sz w:val="24"/>
        </w:rPr>
        <w:t>D. 北河二</w:t>
      </w:r>
    </w:p>
    <w:p>
      <w:pPr>
        <w:spacing w:line="440" w:lineRule="exact" w:before="40" w:after="40"/>
      </w:pPr>
      <w:r>
        <w:rPr>
          <w:rFonts w:ascii="宋体" w:hAnsi="宋体" w:eastAsia="宋体"/>
          <w:b w:val="0"/>
          <w:sz w:val="24"/>
        </w:rPr>
        <w:t>10. 以下哪个天象在2020年11月出现？（  ）</w:t>
      </w:r>
    </w:p>
    <w:p>
      <w:pPr>
        <w:spacing w:line="440" w:lineRule="exact" w:before="20" w:after="20"/>
        <w:ind w:left="567"/>
      </w:pPr>
      <w:r>
        <w:rPr>
          <w:rFonts w:ascii="宋体" w:hAnsi="宋体" w:eastAsia="宋体"/>
          <w:sz w:val="24"/>
        </w:rPr>
        <w:t>A. 水星西大距</w:t>
      </w:r>
    </w:p>
    <w:p>
      <w:pPr>
        <w:spacing w:line="440" w:lineRule="exact" w:before="20" w:after="20"/>
        <w:ind w:left="567"/>
      </w:pPr>
      <w:r>
        <w:rPr>
          <w:rFonts w:ascii="宋体" w:hAnsi="宋体" w:eastAsia="宋体"/>
          <w:sz w:val="24"/>
        </w:rPr>
        <w:t>B. 木星冲</w:t>
      </w:r>
    </w:p>
    <w:p>
      <w:pPr>
        <w:spacing w:line="440" w:lineRule="exact" w:before="20" w:after="20"/>
        <w:ind w:left="567"/>
      </w:pPr>
      <w:r>
        <w:rPr>
          <w:rFonts w:ascii="宋体" w:hAnsi="宋体" w:eastAsia="宋体"/>
          <w:sz w:val="24"/>
        </w:rPr>
        <w:t>C. 金星东大距</w:t>
      </w:r>
    </w:p>
    <w:p>
      <w:pPr>
        <w:spacing w:line="440" w:lineRule="exact" w:before="20" w:after="20"/>
        <w:ind w:left="567"/>
      </w:pPr>
      <w:r>
        <w:rPr>
          <w:rFonts w:ascii="宋体" w:hAnsi="宋体" w:eastAsia="宋体"/>
          <w:sz w:val="24"/>
        </w:rPr>
        <w:t>D. 土星合木星</w:t>
      </w:r>
    </w:p>
    <w:p>
      <w:pPr>
        <w:spacing w:before="240" w:after="120"/>
      </w:pPr>
      <w:r>
        <w:rPr>
          <w:rFonts w:ascii="黑体" w:hAnsi="黑体" w:eastAsia="黑体"/>
          <w:b/>
          <w:color w:val="1C3A5E"/>
          <w:sz w:val="28"/>
        </w:rPr>
        <w:t>Part 2. 基础知识</w:t>
      </w:r>
    </w:p>
    <w:p>
      <w:pPr>
        <w:spacing w:line="440" w:lineRule="exact" w:before="40" w:after="40"/>
      </w:pPr>
      <w:r>
        <w:rPr>
          <w:rFonts w:ascii="宋体" w:hAnsi="宋体" w:eastAsia="宋体"/>
          <w:b w:val="0"/>
          <w:sz w:val="24"/>
        </w:rPr>
        <w:t>11. 本地恒星时等于本地________</w:t>
      </w:r>
    </w:p>
    <w:p>
      <w:pPr>
        <w:spacing w:line="440" w:lineRule="exact" w:before="20" w:after="20"/>
        <w:ind w:left="567"/>
      </w:pPr>
      <w:r>
        <w:rPr>
          <w:rFonts w:ascii="宋体" w:hAnsi="宋体" w:eastAsia="宋体"/>
          <w:sz w:val="24"/>
        </w:rPr>
        <w:t>A. 秋分点的时角</w:t>
      </w:r>
    </w:p>
    <w:p>
      <w:pPr>
        <w:spacing w:line="440" w:lineRule="exact" w:before="20" w:after="20"/>
        <w:ind w:left="567"/>
      </w:pPr>
      <w:r>
        <w:rPr>
          <w:rFonts w:ascii="宋体" w:hAnsi="宋体" w:eastAsia="宋体"/>
          <w:sz w:val="24"/>
        </w:rPr>
        <w:t>B. 秋分点的赤经</w:t>
      </w:r>
    </w:p>
    <w:p>
      <w:pPr>
        <w:spacing w:line="440" w:lineRule="exact" w:before="20" w:after="20"/>
        <w:ind w:left="567"/>
      </w:pPr>
      <w:r>
        <w:rPr>
          <w:rFonts w:ascii="宋体" w:hAnsi="宋体" w:eastAsia="宋体"/>
          <w:sz w:val="24"/>
        </w:rPr>
        <w:t>C. 春分点的时角</w:t>
      </w:r>
    </w:p>
    <w:p>
      <w:pPr>
        <w:spacing w:line="440" w:lineRule="exact" w:before="20" w:after="20"/>
        <w:ind w:left="567"/>
      </w:pPr>
      <w:r>
        <w:rPr>
          <w:rFonts w:ascii="宋体" w:hAnsi="宋体" w:eastAsia="宋体"/>
          <w:sz w:val="24"/>
        </w:rPr>
        <w:t>D. 春分点的赤经</w:t>
      </w:r>
    </w:p>
    <w:p>
      <w:pPr>
        <w:spacing w:line="440" w:lineRule="exact" w:before="40" w:after="40"/>
      </w:pPr>
      <w:r>
        <w:rPr>
          <w:rFonts w:ascii="宋体" w:hAnsi="宋体" w:eastAsia="宋体"/>
          <w:b w:val="0"/>
          <w:sz w:val="24"/>
        </w:rPr>
        <w:t>12. 农历一个月的时间长度接近一个________</w:t>
      </w:r>
    </w:p>
    <w:p>
      <w:pPr>
        <w:spacing w:line="440" w:lineRule="exact" w:before="20" w:after="20"/>
        <w:ind w:left="567"/>
      </w:pPr>
      <w:r>
        <w:rPr>
          <w:rFonts w:ascii="宋体" w:hAnsi="宋体" w:eastAsia="宋体"/>
          <w:sz w:val="24"/>
        </w:rPr>
        <w:t>A. 朔望月</w:t>
      </w:r>
    </w:p>
    <w:p>
      <w:pPr>
        <w:spacing w:line="440" w:lineRule="exact" w:before="20" w:after="20"/>
        <w:ind w:left="567"/>
      </w:pPr>
      <w:r>
        <w:rPr>
          <w:rFonts w:ascii="宋体" w:hAnsi="宋体" w:eastAsia="宋体"/>
          <w:sz w:val="24"/>
        </w:rPr>
        <w:t>B. 恒星月</w:t>
      </w:r>
    </w:p>
    <w:p>
      <w:pPr>
        <w:spacing w:line="440" w:lineRule="exact" w:before="20" w:after="20"/>
        <w:ind w:left="567"/>
      </w:pPr>
      <w:r>
        <w:rPr>
          <w:rFonts w:ascii="宋体" w:hAnsi="宋体" w:eastAsia="宋体"/>
          <w:sz w:val="24"/>
        </w:rPr>
        <w:t>C. 近点月</w:t>
      </w:r>
    </w:p>
    <w:p>
      <w:pPr>
        <w:spacing w:line="440" w:lineRule="exact" w:before="20" w:after="20"/>
        <w:ind w:left="567"/>
      </w:pPr>
      <w:r>
        <w:rPr>
          <w:rFonts w:ascii="宋体" w:hAnsi="宋体" w:eastAsia="宋体"/>
          <w:sz w:val="24"/>
        </w:rPr>
        <w:t>D. 交点月</w:t>
      </w:r>
    </w:p>
    <w:p>
      <w:pPr>
        <w:spacing w:line="440" w:lineRule="exact" w:before="40" w:after="40"/>
      </w:pPr>
      <w:r>
        <w:rPr>
          <w:rFonts w:ascii="宋体" w:hAnsi="宋体" w:eastAsia="宋体"/>
          <w:b w:val="0"/>
          <w:sz w:val="24"/>
        </w:rPr>
        <w:t>13. 一位在珠三角的同学在他生日那天的北京时间22:00看到北落师门上中天，这位同学最可能在哪月生日？（  ）</w:t>
      </w:r>
    </w:p>
    <w:p>
      <w:pPr>
        <w:spacing w:line="440" w:lineRule="exact" w:before="20" w:after="20"/>
        <w:ind w:left="567"/>
      </w:pPr>
      <w:r>
        <w:rPr>
          <w:rFonts w:ascii="宋体" w:hAnsi="宋体" w:eastAsia="宋体"/>
          <w:sz w:val="24"/>
        </w:rPr>
        <w:t>A. 1月</w:t>
      </w:r>
    </w:p>
    <w:p>
      <w:pPr>
        <w:spacing w:line="440" w:lineRule="exact" w:before="20" w:after="20"/>
        <w:ind w:left="567"/>
      </w:pPr>
      <w:r>
        <w:rPr>
          <w:rFonts w:ascii="宋体" w:hAnsi="宋体" w:eastAsia="宋体"/>
          <w:sz w:val="24"/>
        </w:rPr>
        <w:t>B. 4月</w:t>
      </w:r>
    </w:p>
    <w:p>
      <w:pPr>
        <w:spacing w:line="440" w:lineRule="exact" w:before="20" w:after="20"/>
        <w:ind w:left="567"/>
      </w:pPr>
      <w:r>
        <w:rPr>
          <w:rFonts w:ascii="宋体" w:hAnsi="宋体" w:eastAsia="宋体"/>
          <w:sz w:val="24"/>
        </w:rPr>
        <w:t>C. 7月</w:t>
      </w:r>
    </w:p>
    <w:p>
      <w:pPr>
        <w:spacing w:line="440" w:lineRule="exact" w:before="20" w:after="20"/>
        <w:ind w:left="567"/>
      </w:pPr>
      <w:r>
        <w:rPr>
          <w:rFonts w:ascii="宋体" w:hAnsi="宋体" w:eastAsia="宋体"/>
          <w:sz w:val="24"/>
        </w:rPr>
        <w:t>D. 10月</w:t>
      </w:r>
    </w:p>
    <w:p>
      <w:pPr>
        <w:spacing w:line="440" w:lineRule="exact" w:before="40" w:after="40"/>
      </w:pPr>
      <w:r>
        <w:rPr>
          <w:rFonts w:ascii="宋体" w:hAnsi="宋体" w:eastAsia="宋体"/>
          <w:b w:val="0"/>
          <w:sz w:val="24"/>
        </w:rPr>
        <w:t>14. 以下哪项属于激变变星？（  ）</w:t>
      </w:r>
    </w:p>
    <w:p>
      <w:pPr>
        <w:spacing w:line="440" w:lineRule="exact" w:before="20" w:after="20"/>
        <w:ind w:left="567"/>
      </w:pPr>
      <w:r>
        <w:rPr>
          <w:rFonts w:ascii="宋体" w:hAnsi="宋体" w:eastAsia="宋体"/>
          <w:sz w:val="24"/>
        </w:rPr>
        <w:t>A. 新星</w:t>
      </w:r>
    </w:p>
    <w:p>
      <w:pPr>
        <w:spacing w:line="440" w:lineRule="exact" w:before="20" w:after="20"/>
        <w:ind w:left="567"/>
      </w:pPr>
      <w:r>
        <w:rPr>
          <w:rFonts w:ascii="宋体" w:hAnsi="宋体" w:eastAsia="宋体"/>
          <w:sz w:val="24"/>
        </w:rPr>
        <w:t>B. 蒭藁型变星</w:t>
      </w:r>
    </w:p>
    <w:p>
      <w:pPr>
        <w:spacing w:line="440" w:lineRule="exact" w:before="20" w:after="20"/>
        <w:ind w:left="567"/>
      </w:pPr>
      <w:r>
        <w:rPr>
          <w:rFonts w:ascii="宋体" w:hAnsi="宋体" w:eastAsia="宋体"/>
          <w:sz w:val="24"/>
        </w:rPr>
        <w:t>C. 大陵型变星</w:t>
      </w:r>
    </w:p>
    <w:p>
      <w:pPr>
        <w:spacing w:line="440" w:lineRule="exact" w:before="20" w:after="20"/>
        <w:ind w:left="567"/>
      </w:pPr>
      <w:r>
        <w:rPr>
          <w:rFonts w:ascii="宋体" w:hAnsi="宋体" w:eastAsia="宋体"/>
          <w:sz w:val="24"/>
        </w:rPr>
        <w:t>D. 盾牌座δ型变星</w:t>
      </w:r>
    </w:p>
    <w:p>
      <w:pPr>
        <w:spacing w:line="440" w:lineRule="exact" w:before="40" w:after="40"/>
      </w:pPr>
      <w:r>
        <w:rPr>
          <w:rFonts w:ascii="宋体" w:hAnsi="宋体" w:eastAsia="宋体"/>
          <w:b w:val="0"/>
          <w:sz w:val="24"/>
        </w:rPr>
        <w:t>15. 用一台25.4厘米口径的牛顿式反射望远和市面常见的天文CMOS/单反，在极限星等2.5等左右的城市里进行天文摄影。下列情况中最不可能的是？（  ）</w:t>
      </w:r>
    </w:p>
    <w:p>
      <w:pPr>
        <w:spacing w:line="440" w:lineRule="exact" w:before="20" w:after="20"/>
        <w:ind w:left="567"/>
      </w:pPr>
      <w:r>
        <w:rPr>
          <w:rFonts w:ascii="宋体" w:hAnsi="宋体" w:eastAsia="宋体"/>
          <w:sz w:val="24"/>
        </w:rPr>
        <w:t>A. 拍到火星的两颗卫星</w:t>
      </w:r>
    </w:p>
    <w:p>
      <w:pPr>
        <w:spacing w:line="440" w:lineRule="exact" w:before="20" w:after="20"/>
        <w:ind w:left="567"/>
      </w:pPr>
      <w:r>
        <w:rPr>
          <w:rFonts w:ascii="宋体" w:hAnsi="宋体" w:eastAsia="宋体"/>
          <w:sz w:val="24"/>
        </w:rPr>
        <w:t>B. 拍到参宿四表面的星斑</w:t>
      </w:r>
    </w:p>
    <w:p>
      <w:pPr>
        <w:spacing w:line="440" w:lineRule="exact" w:before="20" w:after="20"/>
        <w:ind w:left="567"/>
      </w:pPr>
      <w:r>
        <w:rPr>
          <w:rFonts w:ascii="宋体" w:hAnsi="宋体" w:eastAsia="宋体"/>
          <w:sz w:val="24"/>
        </w:rPr>
        <w:t>C. 拍到国际空间站</w:t>
      </w:r>
    </w:p>
    <w:p>
      <w:pPr>
        <w:spacing w:line="440" w:lineRule="exact" w:before="20" w:after="20"/>
        <w:ind w:left="567"/>
      </w:pPr>
      <w:r>
        <w:rPr>
          <w:rFonts w:ascii="宋体" w:hAnsi="宋体" w:eastAsia="宋体"/>
          <w:sz w:val="24"/>
        </w:rPr>
        <w:t>D. 拍到哑铃星云中心的白矮星</w:t>
      </w:r>
    </w:p>
    <w:p>
      <w:pPr>
        <w:spacing w:line="440" w:lineRule="exact" w:before="40" w:after="40"/>
      </w:pPr>
      <w:r>
        <w:rPr>
          <w:rFonts w:ascii="宋体" w:hAnsi="宋体" w:eastAsia="宋体"/>
          <w:b w:val="0"/>
          <w:sz w:val="24"/>
        </w:rPr>
        <w:t>16. 一颗表面温度11600K的恒星，光度是太阳的100倍。它的半径是？（R⊙是太阳半径）（  ）</w:t>
      </w:r>
    </w:p>
    <w:p>
      <w:pPr>
        <w:spacing w:line="440" w:lineRule="exact" w:before="20" w:after="20"/>
        <w:ind w:left="567"/>
      </w:pPr>
      <w:r>
        <w:rPr>
          <w:rFonts w:ascii="宋体" w:hAnsi="宋体" w:eastAsia="宋体"/>
          <w:sz w:val="24"/>
        </w:rPr>
        <w:t>A. 0.4R⊙</w:t>
      </w:r>
    </w:p>
    <w:p>
      <w:pPr>
        <w:spacing w:line="440" w:lineRule="exact" w:before="20" w:after="20"/>
        <w:ind w:left="567"/>
      </w:pPr>
      <w:r>
        <w:rPr>
          <w:rFonts w:ascii="宋体" w:hAnsi="宋体" w:eastAsia="宋体"/>
          <w:sz w:val="24"/>
        </w:rPr>
        <w:t>B. 1R⊙</w:t>
      </w:r>
    </w:p>
    <w:p>
      <w:pPr>
        <w:spacing w:line="440" w:lineRule="exact" w:before="20" w:after="20"/>
        <w:ind w:left="567"/>
      </w:pPr>
      <w:r>
        <w:rPr>
          <w:rFonts w:ascii="宋体" w:hAnsi="宋体" w:eastAsia="宋体"/>
          <w:sz w:val="24"/>
        </w:rPr>
        <w:t>C. 2.5R⊙</w:t>
      </w:r>
    </w:p>
    <w:p>
      <w:pPr>
        <w:spacing w:line="440" w:lineRule="exact" w:before="20" w:after="20"/>
        <w:ind w:left="567"/>
      </w:pPr>
      <w:r>
        <w:rPr>
          <w:rFonts w:ascii="宋体" w:hAnsi="宋体" w:eastAsia="宋体"/>
          <w:sz w:val="24"/>
        </w:rPr>
        <w:t>D. 5R⊙</w:t>
      </w:r>
    </w:p>
    <w:p>
      <w:pPr>
        <w:spacing w:line="440" w:lineRule="exact" w:before="40" w:after="40"/>
      </w:pPr>
      <w:r>
        <w:rPr>
          <w:rFonts w:ascii="宋体" w:hAnsi="宋体" w:eastAsia="宋体"/>
          <w:b w:val="0"/>
          <w:sz w:val="24"/>
        </w:rPr>
        <w:t>17. 夏威夷的莫纳克亚山是天文学的“圣地”之一。以下哪个望远镜不是架设在莫纳克亚山上？（  ）</w:t>
      </w:r>
    </w:p>
    <w:p>
      <w:pPr>
        <w:spacing w:line="440" w:lineRule="exact" w:before="20" w:after="20"/>
        <w:ind w:left="567"/>
      </w:pPr>
      <w:r>
        <w:rPr>
          <w:rFonts w:ascii="宋体" w:hAnsi="宋体" w:eastAsia="宋体"/>
          <w:sz w:val="24"/>
        </w:rPr>
        <w:t>A. 凯克望远镜 I/II</w:t>
      </w:r>
    </w:p>
    <w:p>
      <w:pPr>
        <w:spacing w:line="440" w:lineRule="exact" w:before="20" w:after="20"/>
        <w:ind w:left="567"/>
      </w:pPr>
      <w:r>
        <w:rPr>
          <w:rFonts w:ascii="宋体" w:hAnsi="宋体" w:eastAsia="宋体"/>
          <w:sz w:val="24"/>
        </w:rPr>
        <w:t>B. 甚大望远镜</w:t>
      </w:r>
    </w:p>
    <w:p>
      <w:pPr>
        <w:spacing w:line="440" w:lineRule="exact" w:before="20" w:after="20"/>
        <w:ind w:left="567"/>
      </w:pPr>
      <w:r>
        <w:rPr>
          <w:rFonts w:ascii="宋体" w:hAnsi="宋体" w:eastAsia="宋体"/>
          <w:sz w:val="24"/>
        </w:rPr>
        <w:t>C. 昴星团望远镜</w:t>
      </w:r>
    </w:p>
    <w:p>
      <w:pPr>
        <w:spacing w:line="440" w:lineRule="exact" w:before="20" w:after="20"/>
        <w:ind w:left="567"/>
      </w:pPr>
      <w:r>
        <w:rPr>
          <w:rFonts w:ascii="宋体" w:hAnsi="宋体" w:eastAsia="宋体"/>
          <w:sz w:val="24"/>
        </w:rPr>
        <w:t>D. 双子望远镜（北）</w:t>
      </w:r>
    </w:p>
    <w:p>
      <w:pPr>
        <w:spacing w:line="440" w:lineRule="exact" w:before="40" w:after="40"/>
      </w:pPr>
      <w:r>
        <w:rPr>
          <w:rFonts w:ascii="宋体" w:hAnsi="宋体" w:eastAsia="宋体"/>
          <w:b w:val="0"/>
          <w:sz w:val="24"/>
        </w:rPr>
        <w:t>18. 唐代李贺的《塞下曲》中有这样一句：“秋静见旄头，沙远席羁愁。”文中的“旄头”其实是一个深空天体，它在中国文化中常代表外敌。这个天体就是？（  ）</w:t>
      </w:r>
    </w:p>
    <w:p>
      <w:pPr>
        <w:spacing w:line="440" w:lineRule="exact" w:before="20" w:after="20"/>
        <w:ind w:left="567"/>
      </w:pPr>
      <w:r>
        <w:rPr>
          <w:rFonts w:ascii="宋体" w:hAnsi="宋体" w:eastAsia="宋体"/>
          <w:sz w:val="24"/>
        </w:rPr>
        <w:t>A. 鬼星团</w:t>
      </w:r>
    </w:p>
    <w:p>
      <w:pPr>
        <w:spacing w:line="440" w:lineRule="exact" w:before="20" w:after="20"/>
        <w:ind w:left="567"/>
      </w:pPr>
      <w:r>
        <w:rPr>
          <w:rFonts w:ascii="宋体" w:hAnsi="宋体" w:eastAsia="宋体"/>
          <w:sz w:val="24"/>
        </w:rPr>
        <w:t>B. 昴星团</w:t>
      </w:r>
    </w:p>
    <w:p>
      <w:pPr>
        <w:spacing w:line="440" w:lineRule="exact" w:before="20" w:after="20"/>
        <w:ind w:left="567"/>
      </w:pPr>
      <w:r>
        <w:rPr>
          <w:rFonts w:ascii="宋体" w:hAnsi="宋体" w:eastAsia="宋体"/>
          <w:sz w:val="24"/>
        </w:rPr>
        <w:t>C. 蟹状星云</w:t>
      </w:r>
    </w:p>
    <w:p>
      <w:pPr>
        <w:spacing w:line="440" w:lineRule="exact" w:before="20" w:after="20"/>
        <w:ind w:left="567"/>
      </w:pPr>
      <w:r>
        <w:rPr>
          <w:rFonts w:ascii="宋体" w:hAnsi="宋体" w:eastAsia="宋体"/>
          <w:sz w:val="24"/>
        </w:rPr>
        <w:t>D. 天狼星</w:t>
      </w:r>
    </w:p>
    <w:p>
      <w:pPr>
        <w:spacing w:line="440" w:lineRule="exact" w:before="40" w:after="40"/>
      </w:pPr>
      <w:r>
        <w:rPr>
          <w:rFonts w:ascii="宋体" w:hAnsi="宋体" w:eastAsia="宋体"/>
          <w:b w:val="0"/>
          <w:sz w:val="24"/>
        </w:rPr>
        <w:t>19. 木星最主要的成分是？（  ）</w:t>
      </w:r>
    </w:p>
    <w:p>
      <w:pPr>
        <w:spacing w:line="440" w:lineRule="exact" w:before="20" w:after="20"/>
        <w:ind w:left="567"/>
      </w:pPr>
      <w:r>
        <w:rPr>
          <w:rFonts w:ascii="宋体" w:hAnsi="宋体" w:eastAsia="宋体"/>
          <w:sz w:val="24"/>
        </w:rPr>
        <w:t>A. 碳</w:t>
      </w:r>
    </w:p>
    <w:p>
      <w:pPr>
        <w:spacing w:line="440" w:lineRule="exact" w:before="20" w:after="20"/>
        <w:ind w:left="567"/>
      </w:pPr>
      <w:r>
        <w:rPr>
          <w:rFonts w:ascii="宋体" w:hAnsi="宋体" w:eastAsia="宋体"/>
          <w:sz w:val="24"/>
        </w:rPr>
        <w:t>B. 氮</w:t>
      </w:r>
    </w:p>
    <w:p>
      <w:pPr>
        <w:spacing w:line="440" w:lineRule="exact" w:before="20" w:after="20"/>
        <w:ind w:left="567"/>
      </w:pPr>
      <w:r>
        <w:rPr>
          <w:rFonts w:ascii="宋体" w:hAnsi="宋体" w:eastAsia="宋体"/>
          <w:sz w:val="24"/>
        </w:rPr>
        <w:t>C. 氦</w:t>
      </w:r>
    </w:p>
    <w:p>
      <w:pPr>
        <w:spacing w:line="440" w:lineRule="exact" w:before="20" w:after="20"/>
        <w:ind w:left="567"/>
      </w:pPr>
      <w:r>
        <w:rPr>
          <w:rFonts w:ascii="宋体" w:hAnsi="宋体" w:eastAsia="宋体"/>
          <w:sz w:val="24"/>
        </w:rPr>
        <w:t>D. 氢</w:t>
      </w:r>
    </w:p>
    <w:p>
      <w:pPr>
        <w:spacing w:line="440" w:lineRule="exact" w:before="40" w:after="40"/>
      </w:pPr>
      <w:r>
        <w:rPr>
          <w:rFonts w:ascii="宋体" w:hAnsi="宋体" w:eastAsia="宋体"/>
          <w:b w:val="0"/>
          <w:sz w:val="24"/>
        </w:rPr>
        <w:t>20. 一台折反射望远镜物镜口径200mm，焦距2800mm，目镜焦距20mm，它现在的放大率是？（  ）</w:t>
      </w:r>
    </w:p>
    <w:p>
      <w:pPr>
        <w:spacing w:line="440" w:lineRule="exact" w:before="20" w:after="20"/>
        <w:ind w:left="567"/>
      </w:pPr>
      <w:r>
        <w:rPr>
          <w:rFonts w:ascii="宋体" w:hAnsi="宋体" w:eastAsia="宋体"/>
          <w:sz w:val="24"/>
        </w:rPr>
        <w:t>A. 140倍</w:t>
      </w:r>
    </w:p>
    <w:p>
      <w:pPr>
        <w:spacing w:line="440" w:lineRule="exact" w:before="20" w:after="20"/>
        <w:ind w:left="567"/>
      </w:pPr>
      <w:r>
        <w:rPr>
          <w:rFonts w:ascii="宋体" w:hAnsi="宋体" w:eastAsia="宋体"/>
          <w:sz w:val="24"/>
        </w:rPr>
        <w:t>B. 200倍</w:t>
      </w:r>
    </w:p>
    <w:p>
      <w:pPr>
        <w:spacing w:line="440" w:lineRule="exact" w:before="20" w:after="20"/>
        <w:ind w:left="567"/>
      </w:pPr>
      <w:r>
        <w:rPr>
          <w:rFonts w:ascii="宋体" w:hAnsi="宋体" w:eastAsia="宋体"/>
          <w:sz w:val="24"/>
        </w:rPr>
        <w:t>C. 14倍</w:t>
      </w:r>
    </w:p>
    <w:p>
      <w:pPr>
        <w:spacing w:line="440" w:lineRule="exact" w:before="20" w:after="20"/>
        <w:ind w:left="567"/>
      </w:pPr>
      <w:r>
        <w:rPr>
          <w:rFonts w:ascii="宋体" w:hAnsi="宋体" w:eastAsia="宋体"/>
          <w:sz w:val="24"/>
        </w:rPr>
        <w:t>D. 10倍</w:t>
      </w:r>
    </w:p>
    <w:p>
      <w:pPr>
        <w:spacing w:before="240" w:after="120"/>
      </w:pPr>
      <w:r>
        <w:rPr>
          <w:rFonts w:ascii="黑体" w:hAnsi="黑体" w:eastAsia="黑体"/>
          <w:b/>
          <w:color w:val="1C3A5E"/>
          <w:sz w:val="28"/>
        </w:rPr>
        <w:t>Part 3. 观测与应用</w:t>
      </w:r>
    </w:p>
    <w:p>
      <w:pPr>
        <w:spacing w:before="240" w:after="120"/>
      </w:pPr>
      <w:r>
        <w:rPr>
          <w:rFonts w:ascii="黑体" w:hAnsi="黑体" w:eastAsia="黑体"/>
          <w:b/>
          <w:color w:val="1C3A5E"/>
          <w:sz w:val="26"/>
        </w:rPr>
        <w:t>Ⅰ. 日常观测</w:t>
      </w:r>
    </w:p>
    <w:p>
      <w:pPr>
        <w:spacing w:line="440" w:lineRule="exact" w:before="40" w:after="40"/>
        <w:ind w:firstLine="420"/>
      </w:pPr>
      <w:r>
        <w:rPr>
          <w:rFonts w:ascii="宋体" w:hAnsi="宋体" w:eastAsia="宋体"/>
          <w:b w:val="0"/>
          <w:sz w:val="22"/>
        </w:rPr>
        <w:t>某天文社的成员们准备组织一次流星雨观测，观测日期定在流星雨极大前后两天内。社团干部准备让社员们在上半夜观测时辨认天空中的亮星与主要星座，并印发了星图供社员们实时对照。星图对应的是北京时间11:30 AM观测地的星空，此时观测地已入夜。请结合上述信息回答21-26小题。</w:t>
      </w:r>
    </w:p>
    <w:p>
      <w:pPr>
        <w:spacing w:line="440" w:lineRule="exact" w:before="40" w:after="40"/>
      </w:pPr>
      <w:r>
        <w:rPr>
          <w:rFonts w:ascii="宋体" w:hAnsi="宋体" w:eastAsia="宋体"/>
          <w:b w:val="0"/>
          <w:sz w:val="24"/>
        </w:rPr>
        <w:t>21. 星图中的哪颗亮星是行星？（  ）</w:t>
      </w:r>
    </w:p>
    <w:p>
      <w:pPr>
        <w:spacing w:line="440" w:lineRule="exact" w:before="20" w:after="20"/>
        <w:ind w:left="567"/>
      </w:pPr>
      <w:r>
        <w:rPr>
          <w:rFonts w:ascii="宋体" w:hAnsi="宋体" w:eastAsia="宋体"/>
          <w:sz w:val="24"/>
        </w:rPr>
        <w:t>A. A星</w:t>
      </w:r>
    </w:p>
    <w:p>
      <w:pPr>
        <w:spacing w:line="440" w:lineRule="exact" w:before="20" w:after="20"/>
        <w:ind w:left="567"/>
      </w:pPr>
      <w:r>
        <w:rPr>
          <w:rFonts w:ascii="宋体" w:hAnsi="宋体" w:eastAsia="宋体"/>
          <w:sz w:val="24"/>
        </w:rPr>
        <w:t>B. B星</w:t>
      </w:r>
    </w:p>
    <w:p>
      <w:pPr>
        <w:spacing w:line="440" w:lineRule="exact" w:before="20" w:after="20"/>
        <w:ind w:left="567"/>
      </w:pPr>
      <w:r>
        <w:rPr>
          <w:rFonts w:ascii="宋体" w:hAnsi="宋体" w:eastAsia="宋体"/>
          <w:sz w:val="24"/>
        </w:rPr>
        <w:t>C. C星</w:t>
      </w:r>
    </w:p>
    <w:p>
      <w:pPr>
        <w:spacing w:line="440" w:lineRule="exact" w:before="20" w:after="20"/>
        <w:ind w:left="567"/>
      </w:pPr>
      <w:r>
        <w:rPr>
          <w:rFonts w:ascii="宋体" w:hAnsi="宋体" w:eastAsia="宋体"/>
          <w:sz w:val="24"/>
        </w:rPr>
        <w:t>D. D星</w:t>
      </w:r>
    </w:p>
    <w:p>
      <w:pPr>
        <w:spacing w:line="440" w:lineRule="exact" w:before="40" w:after="40"/>
      </w:pPr>
      <w:r>
        <w:rPr>
          <w:rFonts w:ascii="宋体" w:hAnsi="宋体" w:eastAsia="宋体"/>
          <w:b w:val="0"/>
          <w:sz w:val="24"/>
        </w:rPr>
        <w:t>22. 星图中虚线框框选的区域主要属于？（  ）</w:t>
      </w:r>
    </w:p>
    <w:p>
      <w:pPr>
        <w:spacing w:line="440" w:lineRule="exact" w:before="20" w:after="20"/>
        <w:ind w:left="567"/>
      </w:pPr>
      <w:r>
        <w:rPr>
          <w:rFonts w:ascii="宋体" w:hAnsi="宋体" w:eastAsia="宋体"/>
          <w:sz w:val="24"/>
        </w:rPr>
        <w:t>A. 海豚座</w:t>
      </w:r>
    </w:p>
    <w:p>
      <w:pPr>
        <w:spacing w:line="440" w:lineRule="exact" w:before="20" w:after="20"/>
        <w:ind w:left="567"/>
      </w:pPr>
      <w:r>
        <w:rPr>
          <w:rFonts w:ascii="宋体" w:hAnsi="宋体" w:eastAsia="宋体"/>
          <w:sz w:val="24"/>
        </w:rPr>
        <w:t>B. 仙后座</w:t>
      </w:r>
    </w:p>
    <w:p>
      <w:pPr>
        <w:spacing w:line="440" w:lineRule="exact" w:before="20" w:after="20"/>
        <w:ind w:left="567"/>
      </w:pPr>
      <w:r>
        <w:rPr>
          <w:rFonts w:ascii="宋体" w:hAnsi="宋体" w:eastAsia="宋体"/>
          <w:sz w:val="24"/>
        </w:rPr>
        <w:t>C. 白羊座</w:t>
      </w:r>
    </w:p>
    <w:p>
      <w:pPr>
        <w:spacing w:line="440" w:lineRule="exact" w:before="20" w:after="20"/>
        <w:ind w:left="567"/>
      </w:pPr>
      <w:r>
        <w:rPr>
          <w:rFonts w:ascii="宋体" w:hAnsi="宋体" w:eastAsia="宋体"/>
          <w:sz w:val="24"/>
        </w:rPr>
        <w:t>D. 巨蟹座</w:t>
      </w:r>
    </w:p>
    <w:p>
      <w:pPr>
        <w:spacing w:line="440" w:lineRule="exact" w:before="40" w:after="40"/>
      </w:pPr>
      <w:r>
        <w:rPr>
          <w:rFonts w:ascii="宋体" w:hAnsi="宋体" w:eastAsia="宋体"/>
          <w:b w:val="0"/>
          <w:sz w:val="24"/>
        </w:rPr>
        <w:t>23. 社团组织观测的流星雨最可能是？（  ）</w:t>
      </w:r>
    </w:p>
    <w:p>
      <w:pPr>
        <w:spacing w:line="440" w:lineRule="exact" w:before="20" w:after="20"/>
        <w:ind w:left="567"/>
      </w:pPr>
      <w:r>
        <w:rPr>
          <w:rFonts w:ascii="宋体" w:hAnsi="宋体" w:eastAsia="宋体"/>
          <w:sz w:val="24"/>
        </w:rPr>
        <w:t>A. 双子座流星雨</w:t>
      </w:r>
    </w:p>
    <w:p>
      <w:pPr>
        <w:spacing w:line="440" w:lineRule="exact" w:before="20" w:after="20"/>
        <w:ind w:left="567"/>
      </w:pPr>
      <w:r>
        <w:rPr>
          <w:rFonts w:ascii="宋体" w:hAnsi="宋体" w:eastAsia="宋体"/>
          <w:sz w:val="24"/>
        </w:rPr>
        <w:t>B. 英仙座流星雨</w:t>
      </w:r>
    </w:p>
    <w:p>
      <w:pPr>
        <w:spacing w:line="440" w:lineRule="exact" w:before="20" w:after="20"/>
        <w:ind w:left="567"/>
      </w:pPr>
      <w:r>
        <w:rPr>
          <w:rFonts w:ascii="宋体" w:hAnsi="宋体" w:eastAsia="宋体"/>
          <w:sz w:val="24"/>
        </w:rPr>
        <w:t>C. 宝瓶座η流星雨</w:t>
      </w:r>
    </w:p>
    <w:p>
      <w:pPr>
        <w:spacing w:line="440" w:lineRule="exact" w:before="20" w:after="20"/>
        <w:ind w:left="567"/>
      </w:pPr>
      <w:r>
        <w:rPr>
          <w:rFonts w:ascii="宋体" w:hAnsi="宋体" w:eastAsia="宋体"/>
          <w:sz w:val="24"/>
        </w:rPr>
        <w:t>D. 白昼白羊座流星雨</w:t>
      </w:r>
    </w:p>
    <w:p>
      <w:pPr>
        <w:spacing w:line="440" w:lineRule="exact" w:before="40" w:after="40"/>
      </w:pPr>
      <w:r>
        <w:rPr>
          <w:rFonts w:ascii="宋体" w:hAnsi="宋体" w:eastAsia="宋体"/>
          <w:b w:val="0"/>
          <w:sz w:val="24"/>
        </w:rPr>
        <w:t>24. 社团所选的观测点最可能是下面哪一项？（  ）</w:t>
      </w:r>
    </w:p>
    <w:p>
      <w:pPr>
        <w:spacing w:line="440" w:lineRule="exact" w:before="20" w:after="20"/>
        <w:ind w:left="567"/>
      </w:pPr>
      <w:r>
        <w:rPr>
          <w:rFonts w:ascii="宋体" w:hAnsi="宋体" w:eastAsia="宋体"/>
          <w:sz w:val="24"/>
        </w:rPr>
        <w:t>A. 伦敦（东经0.1度，北纬51.3度）</w:t>
      </w:r>
    </w:p>
    <w:p>
      <w:pPr>
        <w:spacing w:line="440" w:lineRule="exact" w:before="20" w:after="20"/>
        <w:ind w:left="567"/>
      </w:pPr>
      <w:r>
        <w:rPr>
          <w:rFonts w:ascii="宋体" w:hAnsi="宋体" w:eastAsia="宋体"/>
          <w:sz w:val="24"/>
        </w:rPr>
        <w:t>B. 吉布提（东经42.2度，北纬11.1度）</w:t>
      </w:r>
    </w:p>
    <w:p>
      <w:pPr>
        <w:spacing w:line="440" w:lineRule="exact" w:before="20" w:after="20"/>
        <w:ind w:left="567"/>
      </w:pPr>
      <w:r>
        <w:rPr>
          <w:rFonts w:ascii="宋体" w:hAnsi="宋体" w:eastAsia="宋体"/>
          <w:sz w:val="24"/>
        </w:rPr>
        <w:t>C. 阿鲁巴（西经70度，北纬12.3度）</w:t>
      </w:r>
    </w:p>
    <w:p>
      <w:pPr>
        <w:spacing w:line="440" w:lineRule="exact" w:before="20" w:after="20"/>
        <w:ind w:left="567"/>
      </w:pPr>
      <w:r>
        <w:rPr>
          <w:rFonts w:ascii="宋体" w:hAnsi="宋体" w:eastAsia="宋体"/>
          <w:sz w:val="24"/>
        </w:rPr>
        <w:t>D. 火奴鲁鲁（西经157.9度，北纬21.3度）</w:t>
      </w:r>
    </w:p>
    <w:p>
      <w:pPr>
        <w:spacing w:line="440" w:lineRule="exact" w:before="40" w:after="40"/>
      </w:pPr>
      <w:r>
        <w:rPr>
          <w:rFonts w:ascii="宋体" w:hAnsi="宋体" w:eastAsia="宋体"/>
          <w:b w:val="0"/>
          <w:sz w:val="24"/>
        </w:rPr>
        <w:t>25. 观测点当晚下半夜，社员们不能观测到下列哪个天体？（  ）</w:t>
      </w:r>
    </w:p>
    <w:p>
      <w:pPr>
        <w:spacing w:line="440" w:lineRule="exact" w:before="20" w:after="20"/>
        <w:ind w:left="567"/>
      </w:pPr>
      <w:r>
        <w:rPr>
          <w:rFonts w:ascii="宋体" w:hAnsi="宋体" w:eastAsia="宋体"/>
          <w:sz w:val="24"/>
        </w:rPr>
        <w:t>A. M44</w:t>
      </w:r>
    </w:p>
    <w:p>
      <w:pPr>
        <w:spacing w:line="440" w:lineRule="exact" w:before="20" w:after="20"/>
        <w:ind w:left="567"/>
      </w:pPr>
      <w:r>
        <w:rPr>
          <w:rFonts w:ascii="宋体" w:hAnsi="宋体" w:eastAsia="宋体"/>
          <w:sz w:val="24"/>
        </w:rPr>
        <w:t>B. M57</w:t>
      </w:r>
    </w:p>
    <w:p>
      <w:pPr>
        <w:spacing w:line="440" w:lineRule="exact" w:before="20" w:after="20"/>
        <w:ind w:left="567"/>
      </w:pPr>
      <w:r>
        <w:rPr>
          <w:rFonts w:ascii="宋体" w:hAnsi="宋体" w:eastAsia="宋体"/>
          <w:sz w:val="24"/>
        </w:rPr>
        <w:t>C. M81</w:t>
      </w:r>
    </w:p>
    <w:p>
      <w:pPr>
        <w:spacing w:line="440" w:lineRule="exact" w:before="20" w:after="20"/>
        <w:ind w:left="567"/>
      </w:pPr>
      <w:r>
        <w:rPr>
          <w:rFonts w:ascii="宋体" w:hAnsi="宋体" w:eastAsia="宋体"/>
          <w:sz w:val="24"/>
        </w:rPr>
        <w:t>D. M45</w:t>
      </w:r>
    </w:p>
    <w:p>
      <w:pPr>
        <w:spacing w:line="440" w:lineRule="exact" w:before="40" w:after="40"/>
      </w:pPr>
      <w:r>
        <w:rPr>
          <w:rFonts w:ascii="宋体" w:hAnsi="宋体" w:eastAsia="宋体"/>
          <w:b w:val="0"/>
          <w:sz w:val="24"/>
        </w:rPr>
        <w:t>26. 关于星图的星空，下列说法中正确的一项是？（  ）</w:t>
      </w:r>
    </w:p>
    <w:p>
      <w:pPr>
        <w:spacing w:line="440" w:lineRule="exact" w:before="20" w:after="20"/>
        <w:ind w:left="567"/>
      </w:pPr>
      <w:r>
        <w:rPr>
          <w:rFonts w:ascii="宋体" w:hAnsi="宋体" w:eastAsia="宋体"/>
          <w:sz w:val="24"/>
        </w:rPr>
        <w:t>A. 仙女座大星系出现在西北方天空</w:t>
      </w:r>
    </w:p>
    <w:p>
      <w:pPr>
        <w:spacing w:line="440" w:lineRule="exact" w:before="20" w:after="20"/>
        <w:ind w:left="567"/>
      </w:pPr>
      <w:r>
        <w:rPr>
          <w:rFonts w:ascii="宋体" w:hAnsi="宋体" w:eastAsia="宋体"/>
          <w:sz w:val="24"/>
        </w:rPr>
        <w:t>B. 北河二没出现在天空中</w:t>
      </w:r>
    </w:p>
    <w:p>
      <w:pPr>
        <w:spacing w:line="440" w:lineRule="exact" w:before="20" w:after="20"/>
        <w:ind w:left="567"/>
      </w:pPr>
      <w:r>
        <w:rPr>
          <w:rFonts w:ascii="宋体" w:hAnsi="宋体" w:eastAsia="宋体"/>
          <w:sz w:val="24"/>
        </w:rPr>
        <w:t>C. B星是组成“春季大圆弧”的恒星之一</w:t>
      </w:r>
    </w:p>
    <w:p>
      <w:pPr>
        <w:spacing w:line="440" w:lineRule="exact" w:before="20" w:after="20"/>
        <w:ind w:left="567"/>
      </w:pPr>
      <w:r>
        <w:rPr>
          <w:rFonts w:ascii="宋体" w:hAnsi="宋体" w:eastAsia="宋体"/>
          <w:sz w:val="24"/>
        </w:rPr>
        <w:t>D. 流星雨的辐射点还没升起</w:t>
      </w:r>
    </w:p>
    <w:p>
      <w:pPr>
        <w:spacing w:before="240" w:after="120"/>
      </w:pPr>
      <w:r>
        <w:rPr>
          <w:rFonts w:ascii="黑体" w:hAnsi="黑体" w:eastAsia="黑体"/>
          <w:b/>
          <w:color w:val="1C3A5E"/>
          <w:sz w:val="26"/>
        </w:rPr>
        <w:t>Ⅱ. 月掩星</w:t>
      </w:r>
    </w:p>
    <w:p>
      <w:pPr>
        <w:spacing w:line="440" w:lineRule="exact" w:before="40" w:after="40"/>
        <w:ind w:firstLine="420"/>
      </w:pPr>
      <w:r>
        <w:rPr>
          <w:rFonts w:ascii="宋体" w:hAnsi="宋体" w:eastAsia="宋体"/>
          <w:b w:val="0"/>
          <w:sz w:val="22"/>
        </w:rPr>
        <w:t>月球在围绕地球运行期间，经常会掩蔽背景的恒星，有时还会遮掩太阳系内的行星和小天体。月掩星观测有助于我们精确测量月球地形，发现望远镜难以观测的密近双星。2021年4月17日将发生一次月掩火星天象，本次掩星我国南方部分省市可见。请根据预报回答27-34小题。</w:t>
      </w:r>
    </w:p>
    <w:p>
      <w:pPr>
        <w:spacing w:line="440" w:lineRule="exact" w:before="40" w:after="40"/>
      </w:pPr>
      <w:r>
        <w:rPr>
          <w:rFonts w:ascii="宋体" w:hAnsi="宋体" w:eastAsia="宋体"/>
          <w:b w:val="0"/>
          <w:sz w:val="24"/>
        </w:rPr>
        <w:t>27. 以下哪个城市看得到此次掩星现象？（  ）</w:t>
      </w:r>
    </w:p>
    <w:p>
      <w:pPr>
        <w:spacing w:line="440" w:lineRule="exact" w:before="20" w:after="20"/>
        <w:ind w:left="567"/>
      </w:pPr>
      <w:r>
        <w:rPr>
          <w:rFonts w:ascii="宋体" w:hAnsi="宋体" w:eastAsia="宋体"/>
          <w:sz w:val="24"/>
        </w:rPr>
        <w:t>A. 漠河</w:t>
      </w:r>
    </w:p>
    <w:p>
      <w:pPr>
        <w:spacing w:line="440" w:lineRule="exact" w:before="20" w:after="20"/>
        <w:ind w:left="567"/>
      </w:pPr>
      <w:r>
        <w:rPr>
          <w:rFonts w:ascii="宋体" w:hAnsi="宋体" w:eastAsia="宋体"/>
          <w:sz w:val="24"/>
        </w:rPr>
        <w:t>B. 上海</w:t>
      </w:r>
    </w:p>
    <w:p>
      <w:pPr>
        <w:spacing w:line="440" w:lineRule="exact" w:before="20" w:after="20"/>
        <w:ind w:left="567"/>
      </w:pPr>
      <w:r>
        <w:rPr>
          <w:rFonts w:ascii="宋体" w:hAnsi="宋体" w:eastAsia="宋体"/>
          <w:sz w:val="24"/>
        </w:rPr>
        <w:t>C. 乌鲁木齐</w:t>
      </w:r>
    </w:p>
    <w:p>
      <w:pPr>
        <w:spacing w:line="440" w:lineRule="exact" w:before="20" w:after="20"/>
        <w:ind w:left="567"/>
      </w:pPr>
      <w:r>
        <w:rPr>
          <w:rFonts w:ascii="宋体" w:hAnsi="宋体" w:eastAsia="宋体"/>
          <w:sz w:val="24"/>
        </w:rPr>
        <w:t>D. 以上选项都不正确</w:t>
      </w:r>
    </w:p>
    <w:p>
      <w:pPr>
        <w:spacing w:line="440" w:lineRule="exact" w:before="40" w:after="40"/>
      </w:pPr>
      <w:r>
        <w:rPr>
          <w:rFonts w:ascii="宋体" w:hAnsi="宋体" w:eastAsia="宋体"/>
          <w:b w:val="0"/>
          <w:sz w:val="24"/>
        </w:rPr>
        <w:t>28. 此次月掩火星事件，在海口能够观测多长时间？（  ）</w:t>
      </w:r>
    </w:p>
    <w:p>
      <w:pPr>
        <w:spacing w:line="440" w:lineRule="exact" w:before="20" w:after="20"/>
        <w:ind w:left="567"/>
      </w:pPr>
      <w:r>
        <w:rPr>
          <w:rFonts w:ascii="宋体" w:hAnsi="宋体" w:eastAsia="宋体"/>
          <w:sz w:val="24"/>
        </w:rPr>
        <w:t>A. 21小时51分29.5秒</w:t>
      </w:r>
    </w:p>
    <w:p>
      <w:pPr>
        <w:spacing w:line="440" w:lineRule="exact" w:before="20" w:after="20"/>
        <w:ind w:left="567"/>
      </w:pPr>
      <w:r>
        <w:rPr>
          <w:rFonts w:ascii="宋体" w:hAnsi="宋体" w:eastAsia="宋体"/>
          <w:sz w:val="24"/>
        </w:rPr>
        <w:t>B. 15分07秒</w:t>
      </w:r>
    </w:p>
    <w:p>
      <w:pPr>
        <w:spacing w:line="440" w:lineRule="exact" w:before="20" w:after="20"/>
        <w:ind w:left="567"/>
      </w:pPr>
      <w:r>
        <w:rPr>
          <w:rFonts w:ascii="宋体" w:hAnsi="宋体" w:eastAsia="宋体"/>
          <w:sz w:val="24"/>
        </w:rPr>
        <w:t>C. 30分14秒</w:t>
      </w:r>
    </w:p>
    <w:p>
      <w:pPr>
        <w:spacing w:line="440" w:lineRule="exact" w:before="20" w:after="20"/>
        <w:ind w:left="567"/>
      </w:pPr>
      <w:r>
        <w:rPr>
          <w:rFonts w:ascii="宋体" w:hAnsi="宋体" w:eastAsia="宋体"/>
          <w:sz w:val="24"/>
        </w:rPr>
        <w:t>D. 60分28秒</w:t>
      </w:r>
    </w:p>
    <w:p>
      <w:pPr>
        <w:spacing w:line="440" w:lineRule="exact" w:before="40" w:after="40"/>
      </w:pPr>
      <w:r>
        <w:rPr>
          <w:rFonts w:ascii="宋体" w:hAnsi="宋体" w:eastAsia="宋体"/>
          <w:b w:val="0"/>
          <w:sz w:val="24"/>
        </w:rPr>
        <w:t>29. 掩星发生时，北京时间大约是22点。在掩星带图中，东经约70度的经线以西的掩星带南北两侧都以虚线标注，你认为这代表了什么意思？（  ）</w:t>
      </w:r>
    </w:p>
    <w:p>
      <w:pPr>
        <w:spacing w:line="440" w:lineRule="exact" w:before="20" w:after="20"/>
        <w:ind w:left="567"/>
      </w:pPr>
      <w:r>
        <w:rPr>
          <w:rFonts w:ascii="宋体" w:hAnsi="宋体" w:eastAsia="宋体"/>
          <w:sz w:val="24"/>
        </w:rPr>
        <w:t>A. 掩星带该区域将发生火星掩月球</w:t>
      </w:r>
    </w:p>
    <w:p>
      <w:pPr>
        <w:spacing w:line="440" w:lineRule="exact" w:before="20" w:after="20"/>
        <w:ind w:left="567"/>
      </w:pPr>
      <w:r>
        <w:rPr>
          <w:rFonts w:ascii="宋体" w:hAnsi="宋体" w:eastAsia="宋体"/>
          <w:sz w:val="24"/>
        </w:rPr>
        <w:t>B. 掩星带该区域火星由月球暗面掩入</w:t>
      </w:r>
    </w:p>
    <w:p>
      <w:pPr>
        <w:spacing w:line="440" w:lineRule="exact" w:before="20" w:after="20"/>
        <w:ind w:left="567"/>
      </w:pPr>
      <w:r>
        <w:rPr>
          <w:rFonts w:ascii="宋体" w:hAnsi="宋体" w:eastAsia="宋体"/>
          <w:sz w:val="24"/>
        </w:rPr>
        <w:t>C. 掩星带该区域还未月出</w:t>
      </w:r>
    </w:p>
    <w:p>
      <w:pPr>
        <w:spacing w:line="440" w:lineRule="exact" w:before="20" w:after="20"/>
        <w:ind w:left="567"/>
      </w:pPr>
      <w:r>
        <w:rPr>
          <w:rFonts w:ascii="宋体" w:hAnsi="宋体" w:eastAsia="宋体"/>
          <w:sz w:val="24"/>
        </w:rPr>
        <w:t>D. 掩星带该区域还未日落</w:t>
      </w:r>
    </w:p>
    <w:p>
      <w:pPr>
        <w:spacing w:line="440" w:lineRule="exact" w:before="40" w:after="40"/>
      </w:pPr>
      <w:r>
        <w:rPr>
          <w:rFonts w:ascii="宋体" w:hAnsi="宋体" w:eastAsia="宋体"/>
          <w:b w:val="0"/>
          <w:sz w:val="24"/>
        </w:rPr>
        <w:t>30. 掩星带东西两端各有一个椭圆标识的区域，著名旅游胜地巴厘岛就位于此次掩星带东侧的标识区域内。这两个椭圆代表了什么意思？（  ）</w:t>
      </w:r>
    </w:p>
    <w:p>
      <w:pPr>
        <w:spacing w:line="440" w:lineRule="exact" w:before="20" w:after="20"/>
        <w:ind w:left="567"/>
      </w:pPr>
      <w:r>
        <w:rPr>
          <w:rFonts w:ascii="宋体" w:hAnsi="宋体" w:eastAsia="宋体"/>
          <w:sz w:val="24"/>
        </w:rPr>
        <w:t>A. 该区域内无法看到月掩火星</w:t>
      </w:r>
    </w:p>
    <w:p>
      <w:pPr>
        <w:spacing w:line="440" w:lineRule="exact" w:before="20" w:after="20"/>
        <w:ind w:left="567"/>
      </w:pPr>
      <w:r>
        <w:rPr>
          <w:rFonts w:ascii="宋体" w:hAnsi="宋体" w:eastAsia="宋体"/>
          <w:sz w:val="24"/>
        </w:rPr>
        <w:t>B. 该区域内无法看到月掩火星的全过程</w:t>
      </w:r>
    </w:p>
    <w:p>
      <w:pPr>
        <w:spacing w:line="440" w:lineRule="exact" w:before="20" w:after="20"/>
        <w:ind w:left="567"/>
      </w:pPr>
      <w:r>
        <w:rPr>
          <w:rFonts w:ascii="宋体" w:hAnsi="宋体" w:eastAsia="宋体"/>
          <w:sz w:val="24"/>
        </w:rPr>
        <w:t>C. 该区域内只能看到月掩火卫</w:t>
      </w:r>
    </w:p>
    <w:p>
      <w:pPr>
        <w:spacing w:line="440" w:lineRule="exact" w:before="20" w:after="20"/>
        <w:ind w:left="567"/>
      </w:pPr>
      <w:r>
        <w:rPr>
          <w:rFonts w:ascii="宋体" w:hAnsi="宋体" w:eastAsia="宋体"/>
          <w:sz w:val="24"/>
        </w:rPr>
        <w:t>D. 该区域内过往气象记录不佳，不适宜观测</w:t>
      </w:r>
    </w:p>
    <w:p>
      <w:pPr>
        <w:spacing w:line="440" w:lineRule="exact" w:before="40" w:after="40"/>
      </w:pPr>
      <w:r>
        <w:rPr>
          <w:rFonts w:ascii="宋体" w:hAnsi="宋体" w:eastAsia="宋体"/>
          <w:b w:val="0"/>
          <w:sz w:val="24"/>
        </w:rPr>
        <w:t>31. 在掩星带的南北界线附近，可以看到一种特殊的掩星现象：掠掩。此次月掩火星，我国西藏、云南、广西和广东多地都可以观测到掠掩现象，火星将在被月面边缘掠过的过程中会多次消失和再现。请问掠掩现象的成因是什么？（  ）</w:t>
      </w:r>
    </w:p>
    <w:p>
      <w:pPr>
        <w:spacing w:line="440" w:lineRule="exact" w:before="20" w:after="20"/>
        <w:ind w:left="567"/>
      </w:pPr>
      <w:r>
        <w:rPr>
          <w:rFonts w:ascii="宋体" w:hAnsi="宋体" w:eastAsia="宋体"/>
          <w:sz w:val="24"/>
        </w:rPr>
        <w:t>A. 火星表面不同区域反照率的差异</w:t>
      </w:r>
    </w:p>
    <w:p>
      <w:pPr>
        <w:spacing w:line="440" w:lineRule="exact" w:before="20" w:after="20"/>
        <w:ind w:left="567"/>
      </w:pPr>
      <w:r>
        <w:rPr>
          <w:rFonts w:ascii="宋体" w:hAnsi="宋体" w:eastAsia="宋体"/>
          <w:sz w:val="24"/>
        </w:rPr>
        <w:t>B. 火星被嫦娥5号的轨道器和返回器掩食</w:t>
      </w:r>
    </w:p>
    <w:p>
      <w:pPr>
        <w:spacing w:line="440" w:lineRule="exact" w:before="20" w:after="20"/>
        <w:ind w:left="567"/>
      </w:pPr>
      <w:r>
        <w:rPr>
          <w:rFonts w:ascii="宋体" w:hAnsi="宋体" w:eastAsia="宋体"/>
          <w:sz w:val="24"/>
        </w:rPr>
        <w:t>C. 月球地形起伏不平</w:t>
      </w:r>
    </w:p>
    <w:p>
      <w:pPr>
        <w:spacing w:line="440" w:lineRule="exact" w:before="20" w:after="20"/>
        <w:ind w:left="567"/>
      </w:pPr>
      <w:r>
        <w:rPr>
          <w:rFonts w:ascii="宋体" w:hAnsi="宋体" w:eastAsia="宋体"/>
          <w:sz w:val="24"/>
        </w:rPr>
        <w:t>D. 大气扰动</w:t>
      </w:r>
    </w:p>
    <w:p>
      <w:pPr>
        <w:spacing w:line="440" w:lineRule="exact" w:before="40" w:after="40"/>
      </w:pPr>
      <w:r>
        <w:rPr>
          <w:rFonts w:ascii="宋体" w:hAnsi="宋体" w:eastAsia="宋体"/>
          <w:b w:val="0"/>
          <w:sz w:val="24"/>
        </w:rPr>
        <w:t>32. 在掩星观测中，计时是一个重要的工作。准确的计时结果，能够帮助天文学家精确测量星体的大小、位置，确定月球的轨道、地形。在计时前，需要先对时，请问以下哪种对时方式不可以应用于掩星观测中？（  ）</w:t>
      </w:r>
    </w:p>
    <w:p>
      <w:pPr>
        <w:spacing w:line="440" w:lineRule="exact" w:before="20" w:after="20"/>
        <w:ind w:left="567"/>
      </w:pPr>
      <w:r>
        <w:rPr>
          <w:rFonts w:ascii="宋体" w:hAnsi="宋体" w:eastAsia="宋体"/>
          <w:sz w:val="24"/>
        </w:rPr>
        <w:t>A. 利用中央电视台的整点报时对时</w:t>
      </w:r>
    </w:p>
    <w:p>
      <w:pPr>
        <w:spacing w:line="440" w:lineRule="exact" w:before="20" w:after="20"/>
        <w:ind w:left="567"/>
      </w:pPr>
      <w:r>
        <w:rPr>
          <w:rFonts w:ascii="宋体" w:hAnsi="宋体" w:eastAsia="宋体"/>
          <w:sz w:val="24"/>
        </w:rPr>
        <w:t>B. 使用GPS对时</w:t>
      </w:r>
    </w:p>
    <w:p>
      <w:pPr>
        <w:spacing w:line="440" w:lineRule="exact" w:before="20" w:after="20"/>
        <w:ind w:left="567"/>
      </w:pPr>
      <w:r>
        <w:rPr>
          <w:rFonts w:ascii="宋体" w:hAnsi="宋体" w:eastAsia="宋体"/>
          <w:sz w:val="24"/>
        </w:rPr>
        <w:t>C. 国家授时中心短波信号对时</w:t>
      </w:r>
    </w:p>
    <w:p>
      <w:pPr>
        <w:spacing w:line="440" w:lineRule="exact" w:before="20" w:after="20"/>
        <w:ind w:left="567"/>
      </w:pPr>
      <w:r>
        <w:rPr>
          <w:rFonts w:ascii="宋体" w:hAnsi="宋体" w:eastAsia="宋体"/>
          <w:sz w:val="24"/>
        </w:rPr>
        <w:t>D. 国家授时中心NTP服务器网络对时</w:t>
      </w:r>
    </w:p>
    <w:p>
      <w:pPr>
        <w:spacing w:line="440" w:lineRule="exact" w:before="40" w:after="40"/>
      </w:pPr>
      <w:r>
        <w:rPr>
          <w:rFonts w:ascii="宋体" w:hAnsi="宋体" w:eastAsia="宋体"/>
          <w:b w:val="0"/>
          <w:sz w:val="24"/>
        </w:rPr>
        <w:t>33. 下列说法正确的是？（  ）</w:t>
      </w:r>
    </w:p>
    <w:p>
      <w:pPr>
        <w:spacing w:line="440" w:lineRule="exact" w:before="20" w:after="20"/>
        <w:ind w:left="567"/>
      </w:pPr>
      <w:r>
        <w:rPr>
          <w:rFonts w:ascii="宋体" w:hAnsi="宋体" w:eastAsia="宋体"/>
          <w:sz w:val="24"/>
        </w:rPr>
        <w:t>A. 在月球亮面发生的掩始/掩终现象更容易被测准发生时刻</w:t>
      </w:r>
    </w:p>
    <w:p>
      <w:pPr>
        <w:spacing w:line="440" w:lineRule="exact" w:before="20" w:after="20"/>
        <w:ind w:left="567"/>
      </w:pPr>
      <w:r>
        <w:rPr>
          <w:rFonts w:ascii="宋体" w:hAnsi="宋体" w:eastAsia="宋体"/>
          <w:sz w:val="24"/>
        </w:rPr>
        <w:t>B. 月掩星的食带宽度取决于月相</w:t>
      </w:r>
    </w:p>
    <w:p>
      <w:pPr>
        <w:spacing w:line="440" w:lineRule="exact" w:before="20" w:after="20"/>
        <w:ind w:left="567"/>
      </w:pPr>
      <w:r>
        <w:rPr>
          <w:rFonts w:ascii="宋体" w:hAnsi="宋体" w:eastAsia="宋体"/>
          <w:sz w:val="24"/>
        </w:rPr>
        <w:t>C. 月掩星现象的持续时间可超过1小时</w:t>
      </w:r>
    </w:p>
    <w:p>
      <w:pPr>
        <w:spacing w:line="440" w:lineRule="exact" w:before="20" w:after="20"/>
        <w:ind w:left="567"/>
      </w:pPr>
      <w:r>
        <w:rPr>
          <w:rFonts w:ascii="宋体" w:hAnsi="宋体" w:eastAsia="宋体"/>
          <w:sz w:val="24"/>
        </w:rPr>
        <w:t>D. 我们可以去非洲中部观看本次月掩火星</w:t>
      </w:r>
    </w:p>
    <w:p>
      <w:pPr>
        <w:spacing w:line="440" w:lineRule="exact" w:before="40" w:after="40"/>
      </w:pPr>
      <w:r>
        <w:rPr>
          <w:rFonts w:ascii="宋体" w:hAnsi="宋体" w:eastAsia="宋体"/>
          <w:b w:val="0"/>
          <w:sz w:val="24"/>
        </w:rPr>
        <w:t>34. 2024年8月10日，将发生月掩角宿一，我国观测条件良好。假设在观测此次掩星时，角宿一恰好通过月面中心点。假如发现角宿一并非突然消失，而是在“先变暗、再消失”。角宿一首先由1.04等下降至3.04等，最后再迅速消失。请问根据观测，能够得出什么结论？（  ）</w:t>
      </w:r>
    </w:p>
    <w:p>
      <w:pPr>
        <w:spacing w:line="440" w:lineRule="exact" w:before="20" w:after="20"/>
        <w:ind w:left="567"/>
      </w:pPr>
      <w:r>
        <w:rPr>
          <w:rFonts w:ascii="宋体" w:hAnsi="宋体" w:eastAsia="宋体"/>
          <w:sz w:val="24"/>
        </w:rPr>
        <w:t>A. 角宿一是双星，主星和伴星亮度分别为1.22等、3.04等</w:t>
      </w:r>
    </w:p>
    <w:p>
      <w:pPr>
        <w:spacing w:line="440" w:lineRule="exact" w:before="20" w:after="20"/>
        <w:ind w:left="567"/>
      </w:pPr>
      <w:r>
        <w:rPr>
          <w:rFonts w:ascii="宋体" w:hAnsi="宋体" w:eastAsia="宋体"/>
          <w:sz w:val="24"/>
        </w:rPr>
        <w:t>B. 角宿一是双星，主星和伴星亮度分别为1.04等、1.22等</w:t>
      </w:r>
    </w:p>
    <w:p>
      <w:pPr>
        <w:spacing w:line="440" w:lineRule="exact" w:before="20" w:after="20"/>
        <w:ind w:left="567"/>
      </w:pPr>
      <w:r>
        <w:rPr>
          <w:rFonts w:ascii="宋体" w:hAnsi="宋体" w:eastAsia="宋体"/>
          <w:sz w:val="24"/>
        </w:rPr>
        <w:t>C. 角宿一是双星，主星和伴星亮度分别为1.04等、3.04等</w:t>
      </w:r>
    </w:p>
    <w:p>
      <w:pPr>
        <w:spacing w:line="440" w:lineRule="exact" w:before="20" w:after="20"/>
        <w:ind w:left="567"/>
      </w:pPr>
      <w:r>
        <w:rPr>
          <w:rFonts w:ascii="宋体" w:hAnsi="宋体" w:eastAsia="宋体"/>
          <w:sz w:val="24"/>
        </w:rPr>
        <w:t>D. 角宿一是双星，主星和伴星亮度分别为2.00等、3.04等</w:t>
      </w:r>
    </w:p>
    <w:p>
      <w:pPr>
        <w:spacing w:before="240" w:after="120"/>
      </w:pPr>
      <w:r>
        <w:rPr>
          <w:rFonts w:ascii="黑体" w:hAnsi="黑体" w:eastAsia="黑体"/>
          <w:b/>
          <w:color w:val="1C3A5E"/>
          <w:sz w:val="26"/>
        </w:rPr>
        <w:t>Ⅲ. 火星探测器</w:t>
      </w:r>
    </w:p>
    <w:p>
      <w:pPr>
        <w:spacing w:line="440" w:lineRule="exact" w:before="40" w:after="40"/>
        <w:ind w:firstLine="420"/>
      </w:pPr>
      <w:r>
        <w:rPr>
          <w:rFonts w:ascii="宋体" w:hAnsi="宋体" w:eastAsia="宋体"/>
          <w:b w:val="0"/>
          <w:sz w:val="22"/>
        </w:rPr>
        <w:t>霍曼转移轨道是一种相对节省燃料的空间飞行轨道。前往外行星的探测器在恰当的时机变轨，脱离地球的引力控制，并以近日点在地球轨道上，远日点在目标行星轨道上的椭圆轨道绕太阳运动。当飞行器到达远日点时，目标行星刚好到达同一位置，飞行器调整速度，让目标行星俘获，开展探测任务。“天问一号”的地火转移轨道也近似是一条霍曼转移轨道，现假设地球轨道和火星轨道均为圆轨道，回答35-43小题。</w:t>
      </w:r>
    </w:p>
    <w:p>
      <w:pPr>
        <w:spacing w:line="440" w:lineRule="exact" w:before="40" w:after="40"/>
      </w:pPr>
      <w:r>
        <w:rPr>
          <w:rFonts w:ascii="宋体" w:hAnsi="宋体" w:eastAsia="宋体"/>
          <w:b w:val="0"/>
          <w:sz w:val="24"/>
        </w:rPr>
        <w:t>35. 地—火霍曼转移轨道的轨道半长轴约为？（  ）</w:t>
      </w:r>
    </w:p>
    <w:p>
      <w:pPr>
        <w:spacing w:line="440" w:lineRule="exact" w:before="20" w:after="20"/>
        <w:ind w:left="567"/>
      </w:pPr>
      <w:r>
        <w:rPr>
          <w:rFonts w:ascii="宋体" w:hAnsi="宋体" w:eastAsia="宋体"/>
          <w:sz w:val="24"/>
        </w:rPr>
        <w:t>A. 1 AU</w:t>
      </w:r>
    </w:p>
    <w:p>
      <w:pPr>
        <w:spacing w:line="440" w:lineRule="exact" w:before="20" w:after="20"/>
        <w:ind w:left="567"/>
      </w:pPr>
      <w:r>
        <w:rPr>
          <w:rFonts w:ascii="宋体" w:hAnsi="宋体" w:eastAsia="宋体"/>
          <w:sz w:val="24"/>
        </w:rPr>
        <w:t>B. 1.25 AU</w:t>
      </w:r>
    </w:p>
    <w:p>
      <w:pPr>
        <w:spacing w:line="440" w:lineRule="exact" w:before="20" w:after="20"/>
        <w:ind w:left="567"/>
      </w:pPr>
      <w:r>
        <w:rPr>
          <w:rFonts w:ascii="宋体" w:hAnsi="宋体" w:eastAsia="宋体"/>
          <w:sz w:val="24"/>
        </w:rPr>
        <w:t>C. 1.5 AU</w:t>
      </w:r>
    </w:p>
    <w:p>
      <w:pPr>
        <w:spacing w:line="440" w:lineRule="exact" w:before="20" w:after="20"/>
        <w:ind w:left="567"/>
      </w:pPr>
      <w:r>
        <w:rPr>
          <w:rFonts w:ascii="宋体" w:hAnsi="宋体" w:eastAsia="宋体"/>
          <w:sz w:val="24"/>
        </w:rPr>
        <w:t>D. 2.5 AU</w:t>
      </w:r>
    </w:p>
    <w:p>
      <w:pPr>
        <w:spacing w:line="440" w:lineRule="exact" w:before="40" w:after="40"/>
      </w:pPr>
      <w:r>
        <w:rPr>
          <w:rFonts w:ascii="宋体" w:hAnsi="宋体" w:eastAsia="宋体"/>
          <w:b w:val="0"/>
          <w:sz w:val="24"/>
        </w:rPr>
        <w:t>36. 探测器沿上述轨道从地球轨道出发到达火星轨道约需要多长时间？（  ）</w:t>
      </w:r>
    </w:p>
    <w:p>
      <w:pPr>
        <w:spacing w:line="440" w:lineRule="exact" w:before="20" w:after="20"/>
        <w:ind w:left="567"/>
      </w:pPr>
      <w:r>
        <w:rPr>
          <w:rFonts w:ascii="宋体" w:hAnsi="宋体" w:eastAsia="宋体"/>
          <w:sz w:val="24"/>
        </w:rPr>
        <w:t>A. 1.8年</w:t>
      </w:r>
    </w:p>
    <w:p>
      <w:pPr>
        <w:spacing w:line="440" w:lineRule="exact" w:before="20" w:after="20"/>
        <w:ind w:left="567"/>
      </w:pPr>
      <w:r>
        <w:rPr>
          <w:rFonts w:ascii="宋体" w:hAnsi="宋体" w:eastAsia="宋体"/>
          <w:sz w:val="24"/>
        </w:rPr>
        <w:t>B. 1.4年</w:t>
      </w:r>
    </w:p>
    <w:p>
      <w:pPr>
        <w:spacing w:line="440" w:lineRule="exact" w:before="20" w:after="20"/>
        <w:ind w:left="567"/>
      </w:pPr>
      <w:r>
        <w:rPr>
          <w:rFonts w:ascii="宋体" w:hAnsi="宋体" w:eastAsia="宋体"/>
          <w:sz w:val="24"/>
        </w:rPr>
        <w:t>C. 0.7年</w:t>
      </w:r>
    </w:p>
    <w:p>
      <w:pPr>
        <w:spacing w:line="440" w:lineRule="exact" w:before="20" w:after="20"/>
        <w:ind w:left="567"/>
      </w:pPr>
      <w:r>
        <w:rPr>
          <w:rFonts w:ascii="宋体" w:hAnsi="宋体" w:eastAsia="宋体"/>
          <w:sz w:val="24"/>
        </w:rPr>
        <w:t>D. 0.4年</w:t>
      </w:r>
    </w:p>
    <w:p>
      <w:pPr>
        <w:spacing w:line="440" w:lineRule="exact" w:before="40" w:after="40"/>
      </w:pPr>
      <w:r>
        <w:rPr>
          <w:rFonts w:ascii="宋体" w:hAnsi="宋体" w:eastAsia="宋体"/>
          <w:b w:val="0"/>
          <w:sz w:val="24"/>
        </w:rPr>
        <w:t>37. 探测器从地球轨道上变轨进入霍曼转移轨道（绕行方向与地球公转方向相同）前往火星时，根据你的估算，日火与日地连线的夹角约？（  ）</w:t>
      </w:r>
    </w:p>
    <w:p>
      <w:pPr>
        <w:spacing w:line="440" w:lineRule="exact" w:before="20" w:after="20"/>
        <w:ind w:left="567"/>
      </w:pPr>
      <w:r>
        <w:rPr>
          <w:rFonts w:ascii="宋体" w:hAnsi="宋体" w:eastAsia="宋体"/>
          <w:sz w:val="24"/>
        </w:rPr>
        <w:t>A. 36°</w:t>
      </w:r>
    </w:p>
    <w:p>
      <w:pPr>
        <w:spacing w:line="440" w:lineRule="exact" w:before="20" w:after="20"/>
        <w:ind w:left="567"/>
      </w:pPr>
      <w:r>
        <w:rPr>
          <w:rFonts w:ascii="宋体" w:hAnsi="宋体" w:eastAsia="宋体"/>
          <w:sz w:val="24"/>
        </w:rPr>
        <w:t>B. 43°</w:t>
      </w:r>
    </w:p>
    <w:p>
      <w:pPr>
        <w:spacing w:line="440" w:lineRule="exact" w:before="20" w:after="20"/>
        <w:ind w:left="567"/>
      </w:pPr>
      <w:r>
        <w:rPr>
          <w:rFonts w:ascii="宋体" w:hAnsi="宋体" w:eastAsia="宋体"/>
          <w:sz w:val="24"/>
        </w:rPr>
        <w:t>C. 56°</w:t>
      </w:r>
    </w:p>
    <w:p>
      <w:pPr>
        <w:spacing w:line="440" w:lineRule="exact" w:before="20" w:after="20"/>
        <w:ind w:left="567"/>
      </w:pPr>
      <w:r>
        <w:rPr>
          <w:rFonts w:ascii="宋体" w:hAnsi="宋体" w:eastAsia="宋体"/>
          <w:sz w:val="24"/>
        </w:rPr>
        <w:t>D. 84°</w:t>
      </w:r>
    </w:p>
    <w:p>
      <w:pPr>
        <w:spacing w:line="440" w:lineRule="exact" w:before="40" w:after="40"/>
      </w:pPr>
      <w:r>
        <w:rPr>
          <w:rFonts w:ascii="宋体" w:hAnsi="宋体" w:eastAsia="宋体"/>
          <w:b w:val="0"/>
          <w:sz w:val="24"/>
        </w:rPr>
        <w:t>38. 由第37小题可知，从以霍曼转移轨道前往火星有一个严格的时间窗口。这个时间窗口大约多久出现一次？（  ）</w:t>
      </w:r>
    </w:p>
    <w:p>
      <w:pPr>
        <w:spacing w:line="440" w:lineRule="exact" w:before="20" w:after="20"/>
        <w:ind w:left="567"/>
      </w:pPr>
      <w:r>
        <w:rPr>
          <w:rFonts w:ascii="宋体" w:hAnsi="宋体" w:eastAsia="宋体"/>
          <w:sz w:val="24"/>
        </w:rPr>
        <w:t>A. 300天</w:t>
      </w:r>
    </w:p>
    <w:p>
      <w:pPr>
        <w:spacing w:line="440" w:lineRule="exact" w:before="20" w:after="20"/>
        <w:ind w:left="567"/>
      </w:pPr>
      <w:r>
        <w:rPr>
          <w:rFonts w:ascii="宋体" w:hAnsi="宋体" w:eastAsia="宋体"/>
          <w:sz w:val="24"/>
        </w:rPr>
        <w:t>B. 610天</w:t>
      </w:r>
    </w:p>
    <w:p>
      <w:pPr>
        <w:spacing w:line="440" w:lineRule="exact" w:before="20" w:after="20"/>
        <w:ind w:left="567"/>
      </w:pPr>
      <w:r>
        <w:rPr>
          <w:rFonts w:ascii="宋体" w:hAnsi="宋体" w:eastAsia="宋体"/>
          <w:sz w:val="24"/>
        </w:rPr>
        <w:t>C. 780天</w:t>
      </w:r>
    </w:p>
    <w:p>
      <w:pPr>
        <w:spacing w:line="440" w:lineRule="exact" w:before="20" w:after="20"/>
        <w:ind w:left="567"/>
      </w:pPr>
      <w:r>
        <w:rPr>
          <w:rFonts w:ascii="宋体" w:hAnsi="宋体" w:eastAsia="宋体"/>
          <w:sz w:val="24"/>
        </w:rPr>
        <w:t>D. 920天</w:t>
      </w:r>
    </w:p>
    <w:p>
      <w:pPr>
        <w:spacing w:line="440" w:lineRule="exact" w:before="40" w:after="40"/>
      </w:pPr>
      <w:r>
        <w:rPr>
          <w:rFonts w:ascii="宋体" w:hAnsi="宋体" w:eastAsia="宋体"/>
          <w:b w:val="0"/>
          <w:sz w:val="24"/>
        </w:rPr>
        <w:t>39. 世界多个航天机构趁着本次发射窗口在2020年发射了火星探测器，这不包括以下哪个国家或机构的探测器？（  ）</w:t>
      </w:r>
    </w:p>
    <w:p>
      <w:pPr>
        <w:spacing w:line="440" w:lineRule="exact" w:before="20" w:after="20"/>
        <w:ind w:left="567"/>
      </w:pPr>
      <w:r>
        <w:rPr>
          <w:rFonts w:ascii="宋体" w:hAnsi="宋体" w:eastAsia="宋体"/>
          <w:sz w:val="24"/>
        </w:rPr>
        <w:t>A. 中国</w:t>
      </w:r>
    </w:p>
    <w:p>
      <w:pPr>
        <w:spacing w:line="440" w:lineRule="exact" w:before="20" w:after="20"/>
        <w:ind w:left="567"/>
      </w:pPr>
      <w:r>
        <w:rPr>
          <w:rFonts w:ascii="宋体" w:hAnsi="宋体" w:eastAsia="宋体"/>
          <w:sz w:val="24"/>
        </w:rPr>
        <w:t>B. 美国</w:t>
      </w:r>
    </w:p>
    <w:p>
      <w:pPr>
        <w:spacing w:line="440" w:lineRule="exact" w:before="20" w:after="20"/>
        <w:ind w:left="567"/>
      </w:pPr>
      <w:r>
        <w:rPr>
          <w:rFonts w:ascii="宋体" w:hAnsi="宋体" w:eastAsia="宋体"/>
          <w:sz w:val="24"/>
        </w:rPr>
        <w:t>C. 阿联酋</w:t>
      </w:r>
    </w:p>
    <w:p>
      <w:pPr>
        <w:spacing w:line="440" w:lineRule="exact" w:before="20" w:after="20"/>
        <w:ind w:left="567"/>
      </w:pPr>
      <w:r>
        <w:rPr>
          <w:rFonts w:ascii="宋体" w:hAnsi="宋体" w:eastAsia="宋体"/>
          <w:sz w:val="24"/>
        </w:rPr>
        <w:t>D. 欧洲航天局</w:t>
      </w:r>
    </w:p>
    <w:p>
      <w:pPr>
        <w:spacing w:line="440" w:lineRule="exact" w:before="40" w:after="40"/>
      </w:pPr>
      <w:r>
        <w:rPr>
          <w:rFonts w:ascii="宋体" w:hAnsi="宋体" w:eastAsia="宋体"/>
          <w:b w:val="0"/>
          <w:sz w:val="24"/>
        </w:rPr>
        <w:t>40. 近年的火星探测为我们带来了很多关于火星的新认知，行星科学家们甚至还发现，火星地表下很可能还存在液态水。上述发现是基于分析哪个火星探测器的数据得到的？（  ）</w:t>
      </w:r>
    </w:p>
    <w:p>
      <w:pPr>
        <w:spacing w:line="440" w:lineRule="exact" w:before="20" w:after="20"/>
        <w:ind w:left="567"/>
      </w:pPr>
      <w:r>
        <w:rPr>
          <w:rFonts w:ascii="宋体" w:hAnsi="宋体" w:eastAsia="宋体"/>
          <w:sz w:val="24"/>
        </w:rPr>
        <w:t>A. 好奇号</w:t>
      </w:r>
    </w:p>
    <w:p>
      <w:pPr>
        <w:spacing w:line="440" w:lineRule="exact" w:before="20" w:after="20"/>
        <w:ind w:left="567"/>
      </w:pPr>
      <w:r>
        <w:rPr>
          <w:rFonts w:ascii="宋体" w:hAnsi="宋体" w:eastAsia="宋体"/>
          <w:sz w:val="24"/>
        </w:rPr>
        <w:t>B. 机遇号</w:t>
      </w:r>
    </w:p>
    <w:p>
      <w:pPr>
        <w:spacing w:line="440" w:lineRule="exact" w:before="20" w:after="20"/>
        <w:ind w:left="567"/>
      </w:pPr>
      <w:r>
        <w:rPr>
          <w:rFonts w:ascii="宋体" w:hAnsi="宋体" w:eastAsia="宋体"/>
          <w:sz w:val="24"/>
        </w:rPr>
        <w:t>C. 天问一号</w:t>
      </w:r>
    </w:p>
    <w:p>
      <w:pPr>
        <w:spacing w:line="440" w:lineRule="exact" w:before="20" w:after="20"/>
        <w:ind w:left="567"/>
      </w:pPr>
      <w:r>
        <w:rPr>
          <w:rFonts w:ascii="宋体" w:hAnsi="宋体" w:eastAsia="宋体"/>
          <w:sz w:val="24"/>
        </w:rPr>
        <w:t>D. 火星快车</w:t>
      </w:r>
    </w:p>
    <w:p>
      <w:pPr>
        <w:spacing w:line="440" w:lineRule="exact" w:before="40" w:after="40"/>
      </w:pPr>
      <w:r>
        <w:rPr>
          <w:rFonts w:ascii="宋体" w:hAnsi="宋体" w:eastAsia="宋体"/>
          <w:b w:val="0"/>
          <w:sz w:val="24"/>
        </w:rPr>
        <w:t>41. 沿抛物线转移轨道飞行的探测器在近日点附近相对太阳的速度约为？（  ）</w:t>
      </w:r>
    </w:p>
    <w:p>
      <w:pPr>
        <w:spacing w:line="440" w:lineRule="exact" w:before="20" w:after="20"/>
        <w:ind w:left="567"/>
      </w:pPr>
      <w:r>
        <w:rPr>
          <w:rFonts w:ascii="宋体" w:hAnsi="宋体" w:eastAsia="宋体"/>
          <w:sz w:val="24"/>
        </w:rPr>
        <w:t>A. 42 km/s</w:t>
      </w:r>
    </w:p>
    <w:p>
      <w:pPr>
        <w:spacing w:line="440" w:lineRule="exact" w:before="20" w:after="20"/>
        <w:ind w:left="567"/>
      </w:pPr>
      <w:r>
        <w:rPr>
          <w:rFonts w:ascii="宋体" w:hAnsi="宋体" w:eastAsia="宋体"/>
          <w:sz w:val="24"/>
        </w:rPr>
        <w:t>B. 30 km/s</w:t>
      </w:r>
    </w:p>
    <w:p>
      <w:pPr>
        <w:spacing w:line="440" w:lineRule="exact" w:before="20" w:after="20"/>
        <w:ind w:left="567"/>
      </w:pPr>
      <w:r>
        <w:rPr>
          <w:rFonts w:ascii="宋体" w:hAnsi="宋体" w:eastAsia="宋体"/>
          <w:sz w:val="24"/>
        </w:rPr>
        <w:t>C. 20 km/s</w:t>
      </w:r>
    </w:p>
    <w:p>
      <w:pPr>
        <w:spacing w:line="440" w:lineRule="exact" w:before="20" w:after="20"/>
        <w:ind w:left="567"/>
      </w:pPr>
      <w:r>
        <w:rPr>
          <w:rFonts w:ascii="宋体" w:hAnsi="宋体" w:eastAsia="宋体"/>
          <w:sz w:val="24"/>
        </w:rPr>
        <w:t>D. 11 km/s</w:t>
      </w:r>
    </w:p>
    <w:p>
      <w:pPr>
        <w:spacing w:line="440" w:lineRule="exact" w:before="40" w:after="40"/>
      </w:pPr>
      <w:r>
        <w:rPr>
          <w:rFonts w:ascii="宋体" w:hAnsi="宋体" w:eastAsia="宋体"/>
          <w:b w:val="0"/>
          <w:sz w:val="24"/>
        </w:rPr>
        <w:t>42. 在飞行器沿抛物线轨道飞行的过程中，下列哪项近似不变？（  ）</w:t>
      </w:r>
    </w:p>
    <w:p>
      <w:pPr>
        <w:spacing w:line="440" w:lineRule="exact" w:before="20" w:after="20"/>
        <w:ind w:left="567"/>
      </w:pPr>
      <w:r>
        <w:rPr>
          <w:rFonts w:ascii="宋体" w:hAnsi="宋体" w:eastAsia="宋体"/>
          <w:sz w:val="24"/>
        </w:rPr>
        <w:t>A. 太阳与探测器的连线在单位时间内扫过的面积</w:t>
      </w:r>
    </w:p>
    <w:p>
      <w:pPr>
        <w:spacing w:line="440" w:lineRule="exact" w:before="20" w:after="20"/>
        <w:ind w:left="567"/>
      </w:pPr>
      <w:r>
        <w:rPr>
          <w:rFonts w:ascii="宋体" w:hAnsi="宋体" w:eastAsia="宋体"/>
          <w:sz w:val="24"/>
        </w:rPr>
        <w:t>B. 探测器与太阳的引力势能</w:t>
      </w:r>
    </w:p>
    <w:p>
      <w:pPr>
        <w:spacing w:line="440" w:lineRule="exact" w:before="20" w:after="20"/>
        <w:ind w:left="567"/>
      </w:pPr>
      <w:r>
        <w:rPr>
          <w:rFonts w:ascii="宋体" w:hAnsi="宋体" w:eastAsia="宋体"/>
          <w:sz w:val="24"/>
        </w:rPr>
        <w:t>C. 探测器相对太阳的角速度</w:t>
      </w:r>
    </w:p>
    <w:p>
      <w:pPr>
        <w:spacing w:line="440" w:lineRule="exact" w:before="20" w:after="20"/>
        <w:ind w:left="567"/>
      </w:pPr>
      <w:r>
        <w:rPr>
          <w:rFonts w:ascii="宋体" w:hAnsi="宋体" w:eastAsia="宋体"/>
          <w:sz w:val="24"/>
        </w:rPr>
        <w:t>D. 探测器和太阳之间的引力</w:t>
      </w:r>
    </w:p>
    <w:p>
      <w:pPr>
        <w:spacing w:line="440" w:lineRule="exact" w:before="40" w:after="40"/>
      </w:pPr>
      <w:r>
        <w:rPr>
          <w:rFonts w:ascii="宋体" w:hAnsi="宋体" w:eastAsia="宋体"/>
          <w:b w:val="0"/>
          <w:sz w:val="24"/>
        </w:rPr>
        <w:t>43. 探测器从地球轨道飞行到火星轨道耗时约？（  ）</w:t>
      </w:r>
    </w:p>
    <w:p>
      <w:pPr>
        <w:spacing w:line="440" w:lineRule="exact" w:before="20" w:after="20"/>
        <w:ind w:left="567"/>
      </w:pPr>
      <w:r>
        <w:rPr>
          <w:rFonts w:ascii="宋体" w:hAnsi="宋体" w:eastAsia="宋体"/>
          <w:sz w:val="24"/>
        </w:rPr>
        <w:t>A. 40天</w:t>
      </w:r>
    </w:p>
    <w:p>
      <w:pPr>
        <w:spacing w:line="440" w:lineRule="exact" w:before="20" w:after="20"/>
        <w:ind w:left="567"/>
      </w:pPr>
      <w:r>
        <w:rPr>
          <w:rFonts w:ascii="宋体" w:hAnsi="宋体" w:eastAsia="宋体"/>
          <w:sz w:val="24"/>
        </w:rPr>
        <w:t>B. 70天</w:t>
      </w:r>
    </w:p>
    <w:p>
      <w:pPr>
        <w:spacing w:line="440" w:lineRule="exact" w:before="20" w:after="20"/>
        <w:ind w:left="567"/>
      </w:pPr>
      <w:r>
        <w:rPr>
          <w:rFonts w:ascii="宋体" w:hAnsi="宋体" w:eastAsia="宋体"/>
          <w:sz w:val="24"/>
        </w:rPr>
        <w:t>C. 110天</w:t>
      </w:r>
    </w:p>
    <w:p>
      <w:pPr>
        <w:spacing w:line="440" w:lineRule="exact" w:before="20" w:after="20"/>
        <w:ind w:left="567"/>
      </w:pPr>
      <w:r>
        <w:rPr>
          <w:rFonts w:ascii="宋体" w:hAnsi="宋体" w:eastAsia="宋体"/>
          <w:sz w:val="24"/>
        </w:rPr>
        <w:t>D. 137天</w:t>
      </w:r>
    </w:p>
    <w:p>
      <w:pPr>
        <w:spacing w:before="240" w:after="120"/>
      </w:pPr>
      <w:r>
        <w:rPr>
          <w:rFonts w:ascii="黑体" w:hAnsi="黑体" w:eastAsia="黑体"/>
          <w:b/>
          <w:color w:val="1C3A5E"/>
          <w:sz w:val="26"/>
        </w:rPr>
        <w:t>IV. 观测突破</w:t>
      </w:r>
    </w:p>
    <w:p>
      <w:pPr>
        <w:spacing w:line="440" w:lineRule="exact" w:before="40" w:after="40"/>
        <w:ind w:firstLine="420"/>
      </w:pPr>
      <w:r>
        <w:rPr>
          <w:rFonts w:ascii="宋体" w:hAnsi="宋体" w:eastAsia="宋体"/>
          <w:b w:val="0"/>
          <w:sz w:val="22"/>
        </w:rPr>
        <w:t>在过往的比赛中我们提到，到达了未知星球的某天文社社长已经和该星球上的文明开展了交流。最近，社长了解到这个星球上存在一种神奇的植物，当地人称为“星河草”。这种植物可以富集铝元素，并在阳光过于猛烈时大量生成一种高反射率物质，让叶片反射过多的阳光。当地文明从星河草中提取这种物质做成高反射率涂料，制作镜子等物品。</w:t>
      </w:r>
    </w:p>
    <w:p>
      <w:pPr>
        <w:spacing w:line="440" w:lineRule="exact" w:before="40" w:after="40"/>
        <w:ind w:firstLine="420"/>
      </w:pPr>
      <w:r>
        <w:rPr>
          <w:rFonts w:ascii="宋体" w:hAnsi="宋体" w:eastAsia="宋体"/>
          <w:b w:val="0"/>
          <w:sz w:val="22"/>
        </w:rPr>
        <w:t>社长在一块岩石上磨制出半径为1.92m，横截面直径为10cm的凹球面，并均匀涂上反光液体，再把一片平面镜和一片凸透镜放在支架上做成一台反射望远镜。凸透镜的焦距16mm。当社长用望远镜观测一颗2等的行星时，发现能看清它圆形的轮廓，此时这颗天体的圆面刚好一半明亮一半黯淡无光。假设行星的公转轨道与社长所在的星球的公转轨道共面，且都以圆轨道绕恒星S公转，请结合已知信息回答44-50小题。</w:t>
      </w:r>
    </w:p>
    <w:p>
      <w:pPr>
        <w:spacing w:line="440" w:lineRule="exact" w:before="40" w:after="40"/>
      </w:pPr>
      <w:r>
        <w:rPr>
          <w:rFonts w:ascii="宋体" w:hAnsi="宋体" w:eastAsia="宋体"/>
          <w:b w:val="0"/>
          <w:sz w:val="24"/>
        </w:rPr>
        <w:t>44. 该行星此时的相位角为（相位角的定义见图）？（  ）</w:t>
      </w:r>
    </w:p>
    <w:p>
      <w:pPr>
        <w:spacing w:line="440" w:lineRule="exact" w:before="20" w:after="20"/>
        <w:ind w:left="567"/>
      </w:pPr>
      <w:r>
        <w:rPr>
          <w:rFonts w:ascii="宋体" w:hAnsi="宋体" w:eastAsia="宋体"/>
          <w:sz w:val="24"/>
        </w:rPr>
        <w:t>A. 0°</w:t>
      </w:r>
    </w:p>
    <w:p>
      <w:pPr>
        <w:spacing w:line="440" w:lineRule="exact" w:before="20" w:after="20"/>
        <w:ind w:left="567"/>
      </w:pPr>
      <w:r>
        <w:rPr>
          <w:rFonts w:ascii="宋体" w:hAnsi="宋体" w:eastAsia="宋体"/>
          <w:sz w:val="24"/>
        </w:rPr>
        <w:t>B. 30°</w:t>
      </w:r>
    </w:p>
    <w:p>
      <w:pPr>
        <w:spacing w:line="440" w:lineRule="exact" w:before="20" w:after="20"/>
        <w:ind w:left="567"/>
      </w:pPr>
      <w:r>
        <w:rPr>
          <w:rFonts w:ascii="宋体" w:hAnsi="宋体" w:eastAsia="宋体"/>
          <w:sz w:val="24"/>
        </w:rPr>
        <w:t>C. 90°</w:t>
      </w:r>
    </w:p>
    <w:p>
      <w:pPr>
        <w:spacing w:line="440" w:lineRule="exact" w:before="20" w:after="20"/>
        <w:ind w:left="567"/>
      </w:pPr>
      <w:r>
        <w:rPr>
          <w:rFonts w:ascii="宋体" w:hAnsi="宋体" w:eastAsia="宋体"/>
          <w:sz w:val="24"/>
        </w:rPr>
        <w:t>D. 135°</w:t>
      </w:r>
    </w:p>
    <w:p>
      <w:pPr>
        <w:spacing w:line="440" w:lineRule="exact" w:before="40" w:after="40"/>
      </w:pPr>
      <w:r>
        <w:rPr>
          <w:rFonts w:ascii="宋体" w:hAnsi="宋体" w:eastAsia="宋体"/>
          <w:b w:val="0"/>
          <w:sz w:val="24"/>
        </w:rPr>
        <w:t>45. 此时行星P与恒星S的角距离为30°，行星P与星球O的轨道半径之比为？</w:t>
      </w:r>
    </w:p>
    <w:p>
      <w:pPr>
        <w:spacing w:line="440" w:lineRule="exact" w:before="20" w:after="20"/>
        <w:ind w:left="567"/>
      </w:pPr>
      <w:r>
        <w:rPr>
          <w:rFonts w:ascii="宋体" w:hAnsi="宋体" w:eastAsia="宋体"/>
          <w:sz w:val="24"/>
        </w:rPr>
        <w:t>A. 1/2</w:t>
      </w:r>
    </w:p>
    <w:p>
      <w:pPr>
        <w:spacing w:line="440" w:lineRule="exact" w:before="20" w:after="20"/>
        <w:ind w:left="567"/>
      </w:pPr>
      <w:r>
        <w:rPr>
          <w:rFonts w:ascii="宋体" w:hAnsi="宋体" w:eastAsia="宋体"/>
          <w:sz w:val="24"/>
        </w:rPr>
        <w:t>B. 1/√3</w:t>
      </w:r>
    </w:p>
    <w:p>
      <w:pPr>
        <w:spacing w:line="440" w:lineRule="exact" w:before="20" w:after="20"/>
        <w:ind w:left="567"/>
      </w:pPr>
      <w:r>
        <w:rPr>
          <w:rFonts w:ascii="宋体" w:hAnsi="宋体" w:eastAsia="宋体"/>
          <w:sz w:val="24"/>
        </w:rPr>
        <w:t>C. √3/2</w:t>
      </w:r>
    </w:p>
    <w:p>
      <w:pPr>
        <w:spacing w:line="440" w:lineRule="exact" w:before="20" w:after="20"/>
        <w:ind w:left="567"/>
      </w:pPr>
      <w:r>
        <w:rPr>
          <w:rFonts w:ascii="宋体" w:hAnsi="宋体" w:eastAsia="宋体"/>
          <w:sz w:val="24"/>
        </w:rPr>
        <w:t>D. 1/3</w:t>
      </w:r>
    </w:p>
    <w:p>
      <w:pPr>
        <w:spacing w:line="440" w:lineRule="exact" w:before="40" w:after="40"/>
      </w:pPr>
      <w:r>
        <w:rPr>
          <w:rFonts w:ascii="宋体" w:hAnsi="宋体" w:eastAsia="宋体"/>
          <w:b w:val="0"/>
          <w:sz w:val="24"/>
        </w:rPr>
        <w:t>46. 关于该行星P的亮度，以下哪项说法有误？（  ）</w:t>
      </w:r>
    </w:p>
    <w:p>
      <w:pPr>
        <w:spacing w:line="440" w:lineRule="exact" w:before="20" w:after="20"/>
        <w:ind w:left="567"/>
      </w:pPr>
      <w:r>
        <w:rPr>
          <w:rFonts w:ascii="宋体" w:hAnsi="宋体" w:eastAsia="宋体"/>
          <w:sz w:val="24"/>
        </w:rPr>
        <w:t>A. 该行星亮度与恒星S的光度有关</w:t>
      </w:r>
    </w:p>
    <w:p>
      <w:pPr>
        <w:spacing w:line="440" w:lineRule="exact" w:before="20" w:after="20"/>
        <w:ind w:left="567"/>
      </w:pPr>
      <w:r>
        <w:rPr>
          <w:rFonts w:ascii="宋体" w:hAnsi="宋体" w:eastAsia="宋体"/>
          <w:sz w:val="24"/>
        </w:rPr>
        <w:t>B. 该行星的亮度与行星表面物质成分有关</w:t>
      </w:r>
    </w:p>
    <w:p>
      <w:pPr>
        <w:spacing w:line="440" w:lineRule="exact" w:before="20" w:after="20"/>
        <w:ind w:left="567"/>
      </w:pPr>
      <w:r>
        <w:rPr>
          <w:rFonts w:ascii="宋体" w:hAnsi="宋体" w:eastAsia="宋体"/>
          <w:sz w:val="24"/>
        </w:rPr>
        <w:t>C. 该行星的亮度与d²成正比</w:t>
      </w:r>
    </w:p>
    <w:p>
      <w:pPr>
        <w:spacing w:line="440" w:lineRule="exact" w:before="20" w:after="20"/>
        <w:ind w:left="567"/>
      </w:pPr>
      <w:r>
        <w:rPr>
          <w:rFonts w:ascii="宋体" w:hAnsi="宋体" w:eastAsia="宋体"/>
          <w:sz w:val="24"/>
        </w:rPr>
        <w:t>D. 该行星的亮度正比于1/d²</w:t>
      </w:r>
    </w:p>
    <w:p>
      <w:pPr>
        <w:spacing w:line="440" w:lineRule="exact" w:before="40" w:after="40"/>
      </w:pPr>
      <w:r>
        <w:rPr>
          <w:rFonts w:ascii="宋体" w:hAnsi="宋体" w:eastAsia="宋体"/>
          <w:b w:val="0"/>
          <w:sz w:val="24"/>
        </w:rPr>
        <w:t>47. 设行星的横截面积为S。根据上面的分析对选项进行排除，可知行星的亮度与在星球O处测得的恒星S亮度之比？</w:t>
      </w:r>
    </w:p>
    <w:p>
      <w:pPr>
        <w:spacing w:line="440" w:lineRule="exact" w:before="20" w:after="20"/>
        <w:ind w:left="567"/>
      </w:pPr>
      <w:r>
        <w:rPr>
          <w:rFonts w:ascii="宋体" w:hAnsi="宋体" w:eastAsia="宋体"/>
          <w:sz w:val="24"/>
        </w:rPr>
        <w:t>A. 见选项A</w:t>
      </w:r>
    </w:p>
    <w:p>
      <w:pPr>
        <w:spacing w:line="440" w:lineRule="exact" w:before="20" w:after="20"/>
        <w:ind w:left="567"/>
      </w:pPr>
      <w:r>
        <w:rPr>
          <w:rFonts w:ascii="宋体" w:hAnsi="宋体" w:eastAsia="宋体"/>
          <w:sz w:val="24"/>
        </w:rPr>
        <w:t>B. 见选项B</w:t>
      </w:r>
    </w:p>
    <w:p>
      <w:pPr>
        <w:spacing w:line="440" w:lineRule="exact" w:before="20" w:after="20"/>
        <w:ind w:left="567"/>
      </w:pPr>
      <w:r>
        <w:rPr>
          <w:rFonts w:ascii="宋体" w:hAnsi="宋体" w:eastAsia="宋体"/>
          <w:sz w:val="24"/>
        </w:rPr>
        <w:t>C. 见选项C</w:t>
      </w:r>
    </w:p>
    <w:p>
      <w:pPr>
        <w:spacing w:line="440" w:lineRule="exact" w:before="20" w:after="20"/>
        <w:ind w:left="567"/>
      </w:pPr>
      <w:r>
        <w:rPr>
          <w:rFonts w:ascii="宋体" w:hAnsi="宋体" w:eastAsia="宋体"/>
          <w:sz w:val="24"/>
        </w:rPr>
        <w:t>D. 见选项D</w:t>
      </w:r>
    </w:p>
    <w:p>
      <w:pPr>
        <w:spacing w:line="440" w:lineRule="exact" w:before="40" w:after="40"/>
      </w:pPr>
      <w:r>
        <w:rPr>
          <w:rFonts w:ascii="宋体" w:hAnsi="宋体" w:eastAsia="宋体"/>
          <w:b w:val="0"/>
          <w:sz w:val="24"/>
        </w:rPr>
        <w:t>48. 设社长所在星球上测得的恒星S的视星等为m_s0，行星的视星等m_p可表示成？</w:t>
      </w:r>
    </w:p>
    <w:p>
      <w:pPr>
        <w:spacing w:line="440" w:lineRule="exact" w:before="20" w:after="20"/>
        <w:ind w:left="567"/>
      </w:pPr>
      <w:r>
        <w:rPr>
          <w:rFonts w:ascii="宋体" w:hAnsi="宋体" w:eastAsia="宋体"/>
          <w:sz w:val="24"/>
        </w:rPr>
        <w:t>A. 见选项A</w:t>
      </w:r>
    </w:p>
    <w:p>
      <w:pPr>
        <w:spacing w:line="440" w:lineRule="exact" w:before="20" w:after="20"/>
        <w:ind w:left="567"/>
      </w:pPr>
      <w:r>
        <w:rPr>
          <w:rFonts w:ascii="宋体" w:hAnsi="宋体" w:eastAsia="宋体"/>
          <w:sz w:val="24"/>
        </w:rPr>
        <w:t>B. 见选项B</w:t>
      </w:r>
    </w:p>
    <w:p>
      <w:pPr>
        <w:spacing w:line="440" w:lineRule="exact" w:before="20" w:after="20"/>
        <w:ind w:left="567"/>
      </w:pPr>
      <w:r>
        <w:rPr>
          <w:rFonts w:ascii="宋体" w:hAnsi="宋体" w:eastAsia="宋体"/>
          <w:sz w:val="24"/>
        </w:rPr>
        <w:t>C. 见选项C</w:t>
      </w:r>
    </w:p>
    <w:p>
      <w:pPr>
        <w:spacing w:line="440" w:lineRule="exact" w:before="20" w:after="20"/>
        <w:ind w:left="567"/>
      </w:pPr>
      <w:r>
        <w:rPr>
          <w:rFonts w:ascii="宋体" w:hAnsi="宋体" w:eastAsia="宋体"/>
          <w:sz w:val="24"/>
        </w:rPr>
        <w:t>D. 见选项D</w:t>
      </w:r>
    </w:p>
    <w:p>
      <w:pPr>
        <w:spacing w:line="440" w:lineRule="exact" w:before="40" w:after="40"/>
      </w:pPr>
      <w:r>
        <w:rPr>
          <w:rFonts w:ascii="宋体" w:hAnsi="宋体" w:eastAsia="宋体"/>
          <w:b w:val="0"/>
          <w:sz w:val="24"/>
        </w:rPr>
        <w:t>49. 当相位角α=45°，行星的视星等将变成？（  ）</w:t>
      </w:r>
    </w:p>
    <w:p>
      <w:pPr>
        <w:spacing w:line="440" w:lineRule="exact" w:before="20" w:after="20"/>
        <w:ind w:left="567"/>
      </w:pPr>
      <w:r>
        <w:rPr>
          <w:rFonts w:ascii="宋体" w:hAnsi="宋体" w:eastAsia="宋体"/>
          <w:sz w:val="24"/>
        </w:rPr>
        <w:t>A. 0等</w:t>
      </w:r>
    </w:p>
    <w:p>
      <w:pPr>
        <w:spacing w:line="440" w:lineRule="exact" w:before="20" w:after="20"/>
        <w:ind w:left="567"/>
      </w:pPr>
      <w:r>
        <w:rPr>
          <w:rFonts w:ascii="宋体" w:hAnsi="宋体" w:eastAsia="宋体"/>
          <w:sz w:val="24"/>
        </w:rPr>
        <w:t>B. 1.0等</w:t>
      </w:r>
    </w:p>
    <w:p>
      <w:pPr>
        <w:spacing w:line="440" w:lineRule="exact" w:before="20" w:after="20"/>
        <w:ind w:left="567"/>
      </w:pPr>
      <w:r>
        <w:rPr>
          <w:rFonts w:ascii="宋体" w:hAnsi="宋体" w:eastAsia="宋体"/>
          <w:sz w:val="24"/>
        </w:rPr>
        <w:t>C. 1.4等</w:t>
      </w:r>
    </w:p>
    <w:p>
      <w:pPr>
        <w:spacing w:line="440" w:lineRule="exact" w:before="20" w:after="20"/>
        <w:ind w:left="567"/>
      </w:pPr>
      <w:r>
        <w:rPr>
          <w:rFonts w:ascii="宋体" w:hAnsi="宋体" w:eastAsia="宋体"/>
          <w:sz w:val="24"/>
        </w:rPr>
        <w:t>D. 2.3等</w:t>
      </w:r>
    </w:p>
    <w:p>
      <w:pPr>
        <w:spacing w:line="440" w:lineRule="exact" w:before="40" w:after="40"/>
      </w:pPr>
      <w:r>
        <w:rPr>
          <w:rFonts w:ascii="宋体" w:hAnsi="宋体" w:eastAsia="宋体"/>
          <w:b w:val="0"/>
          <w:sz w:val="24"/>
        </w:rPr>
        <w:t>50. 该行星与社长所在的星球均自西向东绕恒星S运动，下列说法正确的是（注意观测点在星球O上）？（  ）</w:t>
      </w:r>
    </w:p>
    <w:p>
      <w:pPr>
        <w:spacing w:line="440" w:lineRule="exact" w:before="20" w:after="20"/>
        <w:ind w:left="567"/>
      </w:pPr>
      <w:r>
        <w:rPr>
          <w:rFonts w:ascii="宋体" w:hAnsi="宋体" w:eastAsia="宋体"/>
          <w:sz w:val="24"/>
        </w:rPr>
        <w:t>A. 该行星的亮度峰值将出现在西大距之后，上合之前的某个时刻</w:t>
      </w:r>
    </w:p>
    <w:p>
      <w:pPr>
        <w:spacing w:line="440" w:lineRule="exact" w:before="20" w:after="20"/>
        <w:ind w:left="567"/>
      </w:pPr>
      <w:r>
        <w:rPr>
          <w:rFonts w:ascii="宋体" w:hAnsi="宋体" w:eastAsia="宋体"/>
          <w:sz w:val="24"/>
        </w:rPr>
        <w:t>B. 该行星冲日当天亮度上升至最高值</w:t>
      </w:r>
    </w:p>
    <w:p>
      <w:pPr>
        <w:spacing w:line="440" w:lineRule="exact" w:before="20" w:after="20"/>
        <w:ind w:left="567"/>
      </w:pPr>
      <w:r>
        <w:rPr>
          <w:rFonts w:ascii="宋体" w:hAnsi="宋体" w:eastAsia="宋体"/>
          <w:sz w:val="24"/>
        </w:rPr>
        <w:t>C. 该行星上合当天亮度最大</w:t>
      </w:r>
    </w:p>
    <w:p>
      <w:pPr>
        <w:spacing w:line="440" w:lineRule="exact" w:before="20" w:after="20"/>
        <w:ind w:left="567"/>
      </w:pPr>
      <w:r>
        <w:rPr>
          <w:rFonts w:ascii="宋体" w:hAnsi="宋体" w:eastAsia="宋体"/>
          <w:sz w:val="24"/>
        </w:rPr>
        <w:t>D. 该行星的亮度峰值将出现在东大距之后，下合之前的某个时刻</w:t>
      </w:r>
    </w:p>
    <w:p>
      <w:r>
        <w:br w:type="page"/>
      </w:r>
    </w:p>
    <w:p>
      <w:pPr>
        <w:spacing w:before="120" w:after="240"/>
        <w:jc w:val="center"/>
      </w:pPr>
      <w:r>
        <w:rPr>
          <w:rFonts w:ascii="黑体" w:hAnsi="黑体" w:eastAsia="黑体"/>
          <w:b/>
          <w:color w:val="000000"/>
          <w:sz w:val="32"/>
        </w:rPr>
        <w:t>2020年广东省中小学生天文知识竞赛高年组试题 答案解析</w:t>
      </w:r>
    </w:p>
    <w:p>
      <w:pPr>
        <w:spacing w:before="240" w:after="120"/>
      </w:pPr>
      <w:r>
        <w:rPr>
          <w:rFonts w:ascii="黑体" w:hAnsi="黑体" w:eastAsia="黑体"/>
          <w:b/>
          <w:color w:val="1C3A5E"/>
          <w:sz w:val="26"/>
        </w:rPr>
        <w:t>答案速查</w:t>
      </w:r>
    </w:p>
    <w:p>
      <w:pPr>
        <w:spacing w:line="440" w:lineRule="exact" w:before="40" w:after="40"/>
      </w:pPr>
      <w:r>
        <w:rPr>
          <w:rFonts w:ascii="宋体" w:hAnsi="宋体" w:eastAsia="宋体"/>
          <w:b/>
          <w:sz w:val="24"/>
        </w:rPr>
        <w:t>1-12. B A D C C / D B B A A / C A</w:t>
      </w:r>
    </w:p>
    <w:p>
      <w:pPr>
        <w:spacing w:line="400" w:lineRule="exact" w:before="20" w:after="20"/>
      </w:pPr>
      <w:r>
        <w:rPr>
          <w:rFonts w:ascii="宋体" w:hAnsi="宋体" w:eastAsia="宋体"/>
          <w:sz w:val="22"/>
        </w:rPr>
        <w:t xml:space="preserve">1. </w:t>
      </w:r>
      <w:r>
        <w:rPr>
          <w:rFonts w:ascii="宋体" w:hAnsi="宋体" w:eastAsia="宋体"/>
          <w:b/>
          <w:color w:val="CC0000"/>
          <w:sz w:val="22"/>
        </w:rPr>
        <w:t>B</w:t>
      </w:r>
      <w:r>
        <w:rPr>
          <w:rFonts w:ascii="宋体" w:hAnsi="宋体" w:eastAsia="宋体"/>
          <w:color w:val="666666"/>
          <w:sz w:val="20"/>
        </w:rPr>
        <w:t xml:space="preserve">  天问一号 2020 年 7 月 23 日发射，2021 年 2 月 10 日实施近火制动、被火星引力捕获，故“入轨火星”发生在 2021 年 2 月底左右。2020 年 7 月是它的发射窗口，不是入轨时刻。故选B。</w:t>
      </w:r>
    </w:p>
    <w:p>
      <w:pPr>
        <w:spacing w:line="400" w:lineRule="exact" w:before="20" w:after="20"/>
      </w:pPr>
      <w:r>
        <w:rPr>
          <w:rFonts w:ascii="宋体" w:hAnsi="宋体" w:eastAsia="宋体"/>
          <w:sz w:val="22"/>
        </w:rPr>
        <w:t xml:space="preserve">2. </w:t>
      </w:r>
      <w:r>
        <w:rPr>
          <w:rFonts w:ascii="宋体" w:hAnsi="宋体" w:eastAsia="宋体"/>
          <w:b/>
          <w:color w:val="CC0000"/>
          <w:sz w:val="22"/>
        </w:rPr>
        <w:t>A</w:t>
      </w:r>
      <w:r>
        <w:rPr>
          <w:rFonts w:ascii="宋体" w:hAnsi="宋体" w:eastAsia="宋体"/>
          <w:color w:val="666666"/>
          <w:sz w:val="20"/>
        </w:rPr>
        <w:t xml:space="preserve">  根策尔与盖兹各自领导团队，用近红外干涉测量长期追踪银河系中心人马座 A* 附近恒星的运动，测出那里存在约 400 万倍太阳质量的超大质量致密天体，故选A。</w:t>
      </w:r>
    </w:p>
    <w:p>
      <w:pPr>
        <w:spacing w:line="400" w:lineRule="exact" w:before="20" w:after="20"/>
      </w:pPr>
      <w:r>
        <w:rPr>
          <w:rFonts w:ascii="宋体" w:hAnsi="宋体" w:eastAsia="宋体"/>
          <w:sz w:val="22"/>
        </w:rPr>
        <w:t xml:space="preserve">3. </w:t>
      </w:r>
      <w:r>
        <w:rPr>
          <w:rFonts w:ascii="宋体" w:hAnsi="宋体" w:eastAsia="宋体"/>
          <w:b/>
          <w:color w:val="CC0000"/>
          <w:sz w:val="22"/>
        </w:rPr>
        <w:t>D</w:t>
      </w:r>
      <w:r>
        <w:rPr>
          <w:rFonts w:ascii="宋体" w:hAnsi="宋体" w:eastAsia="宋体"/>
          <w:color w:val="666666"/>
          <w:sz w:val="20"/>
        </w:rPr>
        <w:t xml:space="preserve">  SolO 即 Solar Orbiter（太阳轨道器），2020 年 2 月由欧航局与美国合作发射，将借金星借力逐步抬升轨道倾角、首次俯视太阳极区，探测对象是太阳，故选D。</w:t>
      </w:r>
    </w:p>
    <w:p>
      <w:pPr>
        <w:spacing w:line="400" w:lineRule="exact" w:before="20" w:after="20"/>
      </w:pPr>
      <w:r>
        <w:rPr>
          <w:rFonts w:ascii="宋体" w:hAnsi="宋体" w:eastAsia="宋体"/>
          <w:sz w:val="22"/>
        </w:rPr>
        <w:t xml:space="preserve">4. </w:t>
      </w:r>
      <w:r>
        <w:rPr>
          <w:rFonts w:ascii="宋体" w:hAnsi="宋体" w:eastAsia="宋体"/>
          <w:b/>
          <w:color w:val="CC0000"/>
          <w:sz w:val="22"/>
        </w:rPr>
        <w:t>C</w:t>
      </w:r>
      <w:r>
        <w:rPr>
          <w:rFonts w:ascii="宋体" w:hAnsi="宋体" w:eastAsia="宋体"/>
          <w:color w:val="666666"/>
          <w:sz w:val="20"/>
        </w:rPr>
        <w:t xml:space="preserve">  Jane Greaves 团队 2020 年 9 月在《自然·天文》报道在金星大气约 55 km 高度探测到磷化氢（PH₃），一度被视为潜在生物标志物；后续更高灵敏度的观测未能证实，结果存疑。故选C。</w:t>
      </w:r>
    </w:p>
    <w:p>
      <w:pPr>
        <w:spacing w:line="400" w:lineRule="exact" w:before="20" w:after="20"/>
      </w:pPr>
      <w:r>
        <w:rPr>
          <w:rFonts w:ascii="宋体" w:hAnsi="宋体" w:eastAsia="宋体"/>
          <w:sz w:val="22"/>
        </w:rPr>
        <w:t xml:space="preserve">5. </w:t>
      </w:r>
      <w:r>
        <w:rPr>
          <w:rFonts w:ascii="宋体" w:hAnsi="宋体" w:eastAsia="宋体"/>
          <w:b/>
          <w:color w:val="CC0000"/>
          <w:sz w:val="22"/>
        </w:rPr>
        <w:t>C</w:t>
      </w:r>
      <w:r>
        <w:rPr>
          <w:rFonts w:ascii="宋体" w:hAnsi="宋体" w:eastAsia="宋体"/>
          <w:color w:val="666666"/>
          <w:sz w:val="20"/>
        </w:rPr>
        <w:t xml:space="preserve">  C/2020 F3（NEOWISE）2020 年 7 月 3 日过近日点，亮度增至 1～2 等并拖出长长的尘埃尾和离子尾，是当年最壮观的彗星；ATLAS（C/2019 Y4）4 月即解体，SWAN 与 Lemmon 都没亮到这个程度。故选C。</w:t>
      </w:r>
    </w:p>
    <w:p>
      <w:pPr>
        <w:spacing w:line="400" w:lineRule="exact" w:before="20" w:after="20"/>
      </w:pPr>
      <w:r>
        <w:rPr>
          <w:rFonts w:ascii="宋体" w:hAnsi="宋体" w:eastAsia="宋体"/>
          <w:sz w:val="22"/>
        </w:rPr>
        <w:t xml:space="preserve">6. </w:t>
      </w:r>
      <w:r>
        <w:rPr>
          <w:rFonts w:ascii="宋体" w:hAnsi="宋体" w:eastAsia="宋体"/>
          <w:b/>
          <w:color w:val="CC0000"/>
          <w:sz w:val="22"/>
        </w:rPr>
        <w:t>D</w:t>
      </w:r>
      <w:r>
        <w:rPr>
          <w:rFonts w:ascii="宋体" w:hAnsi="宋体" w:eastAsia="宋体"/>
          <w:color w:val="666666"/>
          <w:sz w:val="20"/>
        </w:rPr>
        <w:t xml:space="preserve">  2020 年 6 月 21 日发生日环食，环食带经过西藏、四川、贵州、湖南、江西、福建、台湾等地，我国境内可以看到；而 2020 年的 4 次月食（1 月 11 日、6 月 6 日、7 月 5 日、11 月 30 日）在我国均只是半影月食，日全食也与我国无关。故选D。</w:t>
      </w:r>
    </w:p>
    <w:p>
      <w:pPr>
        <w:spacing w:line="400" w:lineRule="exact" w:before="20" w:after="20"/>
      </w:pPr>
      <w:r>
        <w:rPr>
          <w:rFonts w:ascii="宋体" w:hAnsi="宋体" w:eastAsia="宋体"/>
          <w:sz w:val="22"/>
        </w:rPr>
        <w:t xml:space="preserve">7. </w:t>
      </w:r>
      <w:r>
        <w:rPr>
          <w:rFonts w:ascii="宋体" w:hAnsi="宋体" w:eastAsia="宋体"/>
          <w:b/>
          <w:color w:val="CC0000"/>
          <w:sz w:val="22"/>
        </w:rPr>
        <w:t>B</w:t>
      </w:r>
      <w:r>
        <w:rPr>
          <w:rFonts w:ascii="宋体" w:hAnsi="宋体" w:eastAsia="宋体"/>
          <w:color w:val="666666"/>
          <w:sz w:val="20"/>
        </w:rPr>
        <w:t xml:space="preserve">  东方红一号 1970 年 4 月 24 日发射成功，2020 年恰为 50 周年（这也是“中国航天日”定在 4 月 24 日的由来）。故选B。</w:t>
      </w:r>
    </w:p>
    <w:p>
      <w:pPr>
        <w:spacing w:line="400" w:lineRule="exact" w:before="20" w:after="20"/>
      </w:pPr>
      <w:r>
        <w:rPr>
          <w:rFonts w:ascii="宋体" w:hAnsi="宋体" w:eastAsia="宋体"/>
          <w:sz w:val="22"/>
        </w:rPr>
        <w:t xml:space="preserve">8. </w:t>
      </w:r>
      <w:r>
        <w:rPr>
          <w:rFonts w:ascii="宋体" w:hAnsi="宋体" w:eastAsia="宋体"/>
          <w:b/>
          <w:color w:val="CC0000"/>
          <w:sz w:val="22"/>
        </w:rPr>
        <w:t>B</w:t>
      </w:r>
      <w:r>
        <w:rPr>
          <w:rFonts w:ascii="宋体" w:hAnsi="宋体" w:eastAsia="宋体"/>
          <w:color w:val="666666"/>
          <w:sz w:val="20"/>
        </w:rPr>
        <w:t xml:space="preserve">  OSIRIS-REx 于 2020 年 10 月 20 日（北京时间 21 日）用机械臂在贝努（Bennu）的“夜莺”采样点完成“一触即走”采样，故“冥王号”取的是贝努的样；龙宫是隼鸟2号的目标，糸川是隼鸟号的目标。故选B。</w:t>
      </w:r>
    </w:p>
    <w:p>
      <w:pPr>
        <w:spacing w:line="400" w:lineRule="exact" w:before="20" w:after="20"/>
      </w:pPr>
      <w:r>
        <w:rPr>
          <w:rFonts w:ascii="宋体" w:hAnsi="宋体" w:eastAsia="宋体"/>
          <w:sz w:val="22"/>
        </w:rPr>
        <w:t xml:space="preserve">9. </w:t>
      </w:r>
      <w:r>
        <w:rPr>
          <w:rFonts w:ascii="宋体" w:hAnsi="宋体" w:eastAsia="宋体"/>
          <w:b/>
          <w:color w:val="CC0000"/>
          <w:sz w:val="22"/>
        </w:rPr>
        <w:t>A</w:t>
      </w:r>
      <w:r>
        <w:rPr>
          <w:rFonts w:ascii="宋体" w:hAnsi="宋体" w:eastAsia="宋体"/>
          <w:color w:val="666666"/>
          <w:sz w:val="20"/>
        </w:rPr>
        <w:t xml:space="preserve">  参宿四 2019 年 10 月至 2020 年 2 月出现罕见的“大变暗”，亮度从约 0.5 等降到 1.6 等上下、一度跌出全天前 20，原因是它抛出的尘埃云遮挡了星光，2020 年 4 月起逐渐恢复。故选A。</w:t>
      </w:r>
    </w:p>
    <w:p>
      <w:pPr>
        <w:spacing w:line="400" w:lineRule="exact" w:before="20" w:after="20"/>
      </w:pPr>
      <w:r>
        <w:rPr>
          <w:rFonts w:ascii="宋体" w:hAnsi="宋体" w:eastAsia="宋体"/>
          <w:sz w:val="22"/>
        </w:rPr>
        <w:t xml:space="preserve">10. </w:t>
      </w:r>
      <w:r>
        <w:rPr>
          <w:rFonts w:ascii="宋体" w:hAnsi="宋体" w:eastAsia="宋体"/>
          <w:b/>
          <w:color w:val="CC0000"/>
          <w:sz w:val="22"/>
        </w:rPr>
        <w:t>A</w:t>
      </w:r>
      <w:r>
        <w:rPr>
          <w:rFonts w:ascii="宋体" w:hAnsi="宋体" w:eastAsia="宋体"/>
          <w:color w:val="666666"/>
          <w:sz w:val="20"/>
        </w:rPr>
        <w:t xml:space="preserve">  2020 年 11 月 10 日水星西大距，作为晨星在黎明东方低空可见；木星冲在 7 月 14 日、金星东大距在 3 月 24 日、土星合木星在 12 月 21 日，都不在 11 月。故选A。</w:t>
      </w:r>
    </w:p>
    <w:p>
      <w:pPr>
        <w:spacing w:line="400" w:lineRule="exact" w:before="20" w:after="20"/>
      </w:pPr>
      <w:r>
        <w:rPr>
          <w:rFonts w:ascii="宋体" w:hAnsi="宋体" w:eastAsia="宋体"/>
          <w:sz w:val="22"/>
        </w:rPr>
        <w:t xml:space="preserve">11. </w:t>
      </w:r>
      <w:r>
        <w:rPr>
          <w:rFonts w:ascii="宋体" w:hAnsi="宋体" w:eastAsia="宋体"/>
          <w:b/>
          <w:color w:val="CC0000"/>
          <w:sz w:val="22"/>
        </w:rPr>
        <w:t>C</w:t>
      </w:r>
      <w:r>
        <w:rPr>
          <w:rFonts w:ascii="宋体" w:hAnsi="宋体" w:eastAsia="宋体"/>
          <w:color w:val="666666"/>
          <w:sz w:val="20"/>
        </w:rPr>
        <w:t xml:space="preserve">  恒星时以春分点为基准，本地恒星时等于春分点的时角（春分点上中天时恒星时为 0 时）。故选C。</w:t>
      </w:r>
    </w:p>
    <w:p>
      <w:pPr>
        <w:spacing w:line="400" w:lineRule="exact" w:before="20" w:after="20"/>
      </w:pPr>
      <w:r>
        <w:rPr>
          <w:rFonts w:ascii="宋体" w:hAnsi="宋体" w:eastAsia="宋体"/>
          <w:sz w:val="22"/>
        </w:rPr>
        <w:t xml:space="preserve">12. </w:t>
      </w:r>
      <w:r>
        <w:rPr>
          <w:rFonts w:ascii="宋体" w:hAnsi="宋体" w:eastAsia="宋体"/>
          <w:b/>
          <w:color w:val="CC0000"/>
          <w:sz w:val="22"/>
        </w:rPr>
        <w:t>A</w:t>
      </w:r>
      <w:r>
        <w:rPr>
          <w:rFonts w:ascii="宋体" w:hAnsi="宋体" w:eastAsia="宋体"/>
          <w:color w:val="666666"/>
          <w:sz w:val="20"/>
        </w:rPr>
        <w:t xml:space="preserve">  农历以“朔”为月首，一个月的平均长度为 29.53 天，即一个朔望月；恒星月 27.32 天、近点月 27.55 天、交点月 27.21 天都不符。故选A。</w:t>
      </w:r>
    </w:p>
    <w:p>
      <w:pPr>
        <w:spacing w:line="400" w:lineRule="exact" w:before="20" w:after="20"/>
      </w:pPr>
      <w:r>
        <w:rPr>
          <w:rFonts w:ascii="宋体" w:hAnsi="宋体" w:eastAsia="宋体"/>
          <w:sz w:val="22"/>
        </w:rPr>
        <w:t xml:space="preserve">13. </w:t>
      </w:r>
      <w:r>
        <w:rPr>
          <w:rFonts w:ascii="宋体" w:hAnsi="宋体" w:eastAsia="宋体"/>
          <w:b/>
          <w:color w:val="CC0000"/>
          <w:sz w:val="22"/>
        </w:rPr>
        <w:t>D</w:t>
      </w:r>
      <w:r>
        <w:rPr>
          <w:rFonts w:ascii="宋体" w:hAnsi="宋体" w:eastAsia="宋体"/>
          <w:color w:val="666666"/>
          <w:sz w:val="20"/>
        </w:rPr>
        <w:t xml:space="preserve">  北落师门是秋季的亮星，可判断最佳答案是D。</w:t>
      </w:r>
    </w:p>
    <w:p>
      <w:pPr>
        <w:spacing w:line="400" w:lineRule="exact" w:before="20" w:after="20"/>
      </w:pPr>
      <w:r>
        <w:rPr>
          <w:rFonts w:ascii="宋体" w:hAnsi="宋体" w:eastAsia="宋体"/>
          <w:sz w:val="22"/>
        </w:rPr>
        <w:t xml:space="preserve">14. </w:t>
      </w:r>
      <w:r>
        <w:rPr>
          <w:rFonts w:ascii="宋体" w:hAnsi="宋体" w:eastAsia="宋体"/>
          <w:b/>
          <w:color w:val="CC0000"/>
          <w:sz w:val="22"/>
        </w:rPr>
        <w:t>A</w:t>
      </w:r>
      <w:r>
        <w:rPr>
          <w:rFonts w:ascii="宋体" w:hAnsi="宋体" w:eastAsia="宋体"/>
          <w:color w:val="666666"/>
          <w:sz w:val="20"/>
        </w:rPr>
        <w:t xml:space="preserve">  激变变星是由于恒星自身物理原因出现爆发，导致亮度骤增的一类天体。绝大多数的新星是因双星系统中的白矮星吸收来自伴星红巨星的物质，触发剧烈的热核反应而出现的。所以新星是一类激变变星。</w:t>
      </w:r>
    </w:p>
    <w:p>
      <w:pPr>
        <w:spacing w:line="400" w:lineRule="exact" w:before="20" w:after="20"/>
      </w:pPr>
      <w:r>
        <w:rPr>
          <w:rFonts w:ascii="宋体" w:hAnsi="宋体" w:eastAsia="宋体"/>
          <w:sz w:val="22"/>
        </w:rPr>
        <w:t xml:space="preserve">15. </w:t>
      </w:r>
      <w:r>
        <w:rPr>
          <w:rFonts w:ascii="宋体" w:hAnsi="宋体" w:eastAsia="宋体"/>
          <w:b/>
          <w:color w:val="CC0000"/>
          <w:sz w:val="22"/>
        </w:rPr>
        <w:t>B</w:t>
      </w:r>
      <w:r>
        <w:rPr>
          <w:rFonts w:ascii="宋体" w:hAnsi="宋体" w:eastAsia="宋体"/>
          <w:color w:val="666666"/>
          <w:sz w:val="20"/>
        </w:rPr>
        <w:t xml:space="preserve">  参宿四的星斑大小远小于望远镜的分辨率，哑铃星云中心的白矮星在14等左右，拍摄星云的过程中用10英寸（25.4厘米）口径的望远镜拍摄星云的时候完全有可能拍到白矮星。</w:t>
      </w:r>
    </w:p>
    <w:p>
      <w:pPr>
        <w:spacing w:line="400" w:lineRule="exact" w:before="20" w:after="20"/>
      </w:pPr>
      <w:r>
        <w:rPr>
          <w:rFonts w:ascii="宋体" w:hAnsi="宋体" w:eastAsia="宋体"/>
          <w:sz w:val="22"/>
        </w:rPr>
        <w:t xml:space="preserve">16. </w:t>
      </w:r>
      <w:r>
        <w:rPr>
          <w:rFonts w:ascii="宋体" w:hAnsi="宋体" w:eastAsia="宋体"/>
          <w:b/>
          <w:color w:val="CC0000"/>
          <w:sz w:val="22"/>
        </w:rPr>
        <w:t>C</w:t>
      </w:r>
      <w:r>
        <w:rPr>
          <w:rFonts w:ascii="宋体" w:hAnsi="宋体" w:eastAsia="宋体"/>
          <w:color w:val="666666"/>
          <w:sz w:val="20"/>
        </w:rPr>
        <w:t xml:space="preserve">  我们可近似把恒星看成黑体。恒星光度L∝R²T⁴，这里R是恒星半径，T是恒星表面（光球）温度。太阳表面温度约5800K，题中恒星的表面温度约为太阳表面温度的2倍。根据比例关系可得答案为C。</w:t>
      </w:r>
    </w:p>
    <w:p>
      <w:pPr>
        <w:spacing w:line="400" w:lineRule="exact" w:before="20" w:after="20"/>
      </w:pPr>
      <w:r>
        <w:rPr>
          <w:rFonts w:ascii="宋体" w:hAnsi="宋体" w:eastAsia="宋体"/>
          <w:sz w:val="22"/>
        </w:rPr>
        <w:t xml:space="preserve">17. </w:t>
      </w:r>
      <w:r>
        <w:rPr>
          <w:rFonts w:ascii="宋体" w:hAnsi="宋体" w:eastAsia="宋体"/>
          <w:b/>
          <w:color w:val="CC0000"/>
          <w:sz w:val="22"/>
        </w:rPr>
        <w:t>B</w:t>
      </w:r>
      <w:r>
        <w:rPr>
          <w:rFonts w:ascii="宋体" w:hAnsi="宋体" w:eastAsia="宋体"/>
          <w:color w:val="666666"/>
          <w:sz w:val="20"/>
        </w:rPr>
        <w:t xml:space="preserve">  甚大望远镜（VLT）位于智利，不在莫纳克亚山上。</w:t>
      </w:r>
    </w:p>
    <w:p>
      <w:pPr>
        <w:spacing w:line="400" w:lineRule="exact" w:before="20" w:after="20"/>
      </w:pPr>
      <w:r>
        <w:rPr>
          <w:rFonts w:ascii="宋体" w:hAnsi="宋体" w:eastAsia="宋体"/>
          <w:sz w:val="22"/>
        </w:rPr>
        <w:t xml:space="preserve">18. </w:t>
      </w:r>
      <w:r>
        <w:rPr>
          <w:rFonts w:ascii="宋体" w:hAnsi="宋体" w:eastAsia="宋体"/>
          <w:b/>
          <w:color w:val="CC0000"/>
          <w:sz w:val="22"/>
        </w:rPr>
        <w:t>B</w:t>
      </w:r>
      <w:r>
        <w:rPr>
          <w:rFonts w:ascii="宋体" w:hAnsi="宋体" w:eastAsia="宋体"/>
          <w:color w:val="666666"/>
          <w:sz w:val="20"/>
        </w:rPr>
        <w:t xml:space="preserve">  天狼和昴在传统文化中都有指代外敌的意思，题目提到了深空天体，D可排除，答案为B。此外，蟹状星云在公元1054年北宋时期的超新星爆发中形成，在唐代还不存在，且肉眼还不可见，亦可排除。</w:t>
      </w:r>
    </w:p>
    <w:p>
      <w:pPr>
        <w:spacing w:line="400" w:lineRule="exact" w:before="20" w:after="20"/>
      </w:pPr>
      <w:r>
        <w:rPr>
          <w:rFonts w:ascii="宋体" w:hAnsi="宋体" w:eastAsia="宋体"/>
          <w:sz w:val="22"/>
        </w:rPr>
        <w:t xml:space="preserve">19. </w:t>
      </w:r>
      <w:r>
        <w:rPr>
          <w:rFonts w:ascii="宋体" w:hAnsi="宋体" w:eastAsia="宋体"/>
          <w:b/>
          <w:color w:val="CC0000"/>
          <w:sz w:val="22"/>
        </w:rPr>
        <w:t>D</w:t>
      </w:r>
      <w:r>
        <w:rPr>
          <w:rFonts w:ascii="宋体" w:hAnsi="宋体" w:eastAsia="宋体"/>
          <w:color w:val="666666"/>
          <w:sz w:val="20"/>
        </w:rPr>
        <w:t xml:space="preserve">  木星最主要的成分是氢。</w:t>
      </w:r>
    </w:p>
    <w:p>
      <w:pPr>
        <w:spacing w:line="400" w:lineRule="exact" w:before="20" w:after="20"/>
      </w:pPr>
      <w:r>
        <w:rPr>
          <w:rFonts w:ascii="宋体" w:hAnsi="宋体" w:eastAsia="宋体"/>
          <w:sz w:val="22"/>
        </w:rPr>
        <w:t xml:space="preserve">20. </w:t>
      </w:r>
      <w:r>
        <w:rPr>
          <w:rFonts w:ascii="宋体" w:hAnsi="宋体" w:eastAsia="宋体"/>
          <w:b/>
          <w:color w:val="CC0000"/>
          <w:sz w:val="22"/>
        </w:rPr>
        <w:t>A</w:t>
      </w:r>
      <w:r>
        <w:rPr>
          <w:rFonts w:ascii="宋体" w:hAnsi="宋体" w:eastAsia="宋体"/>
          <w:color w:val="666666"/>
          <w:sz w:val="20"/>
        </w:rPr>
        <w:t xml:space="preserve">  放大率=物镜焦距/目镜焦距=2800/20=140倍。</w:t>
      </w:r>
    </w:p>
    <w:p>
      <w:pPr>
        <w:spacing w:line="400" w:lineRule="exact" w:before="20" w:after="20"/>
      </w:pPr>
      <w:r>
        <w:rPr>
          <w:rFonts w:ascii="宋体" w:hAnsi="宋体" w:eastAsia="宋体"/>
          <w:sz w:val="22"/>
        </w:rPr>
        <w:t xml:space="preserve">21. </w:t>
      </w:r>
      <w:r>
        <w:rPr>
          <w:rFonts w:ascii="宋体" w:hAnsi="宋体" w:eastAsia="宋体"/>
          <w:b/>
          <w:color w:val="CC0000"/>
          <w:sz w:val="22"/>
        </w:rPr>
        <w:t>D</w:t>
      </w:r>
      <w:r>
        <w:rPr>
          <w:rFonts w:ascii="宋体" w:hAnsi="宋体" w:eastAsia="宋体"/>
          <w:color w:val="666666"/>
          <w:sz w:val="20"/>
        </w:rPr>
        <w:t xml:space="preserve">  由冬季六边形可推知D位于秋季星座的片区，这里应该没有亮星，且D刚好在黄道星座内，可推知D是行星。</w:t>
      </w:r>
    </w:p>
    <w:p>
      <w:pPr>
        <w:spacing w:line="400" w:lineRule="exact" w:before="20" w:after="20"/>
      </w:pPr>
      <w:r>
        <w:rPr>
          <w:rFonts w:ascii="宋体" w:hAnsi="宋体" w:eastAsia="宋体"/>
          <w:sz w:val="22"/>
        </w:rPr>
        <w:t xml:space="preserve">22. </w:t>
      </w:r>
      <w:r>
        <w:rPr>
          <w:rFonts w:ascii="宋体" w:hAnsi="宋体" w:eastAsia="宋体"/>
          <w:b/>
          <w:color w:val="CC0000"/>
          <w:sz w:val="22"/>
        </w:rPr>
        <w:t>C</w:t>
      </w:r>
      <w:r>
        <w:rPr>
          <w:rFonts w:ascii="宋体" w:hAnsi="宋体" w:eastAsia="宋体"/>
          <w:color w:val="666666"/>
          <w:sz w:val="20"/>
        </w:rPr>
        <w:t xml:space="preserve">  虚线框框选的区域主要属于白羊座。</w:t>
      </w:r>
    </w:p>
    <w:p>
      <w:pPr>
        <w:spacing w:line="400" w:lineRule="exact" w:before="20" w:after="20"/>
      </w:pPr>
      <w:r>
        <w:rPr>
          <w:rFonts w:ascii="宋体" w:hAnsi="宋体" w:eastAsia="宋体"/>
          <w:sz w:val="22"/>
        </w:rPr>
        <w:t xml:space="preserve">23. </w:t>
      </w:r>
      <w:r>
        <w:rPr>
          <w:rFonts w:ascii="宋体" w:hAnsi="宋体" w:eastAsia="宋体"/>
          <w:b/>
          <w:color w:val="CC0000"/>
          <w:sz w:val="22"/>
        </w:rPr>
        <w:t>A</w:t>
      </w:r>
      <w:r>
        <w:rPr>
          <w:rFonts w:ascii="宋体" w:hAnsi="宋体" w:eastAsia="宋体"/>
          <w:color w:val="666666"/>
          <w:sz w:val="20"/>
        </w:rPr>
        <w:t xml:space="preserve">  冬季极大的流星雨选项里只有双子座流星雨。</w:t>
      </w:r>
    </w:p>
    <w:p>
      <w:pPr>
        <w:spacing w:line="400" w:lineRule="exact" w:before="20" w:after="20"/>
      </w:pPr>
      <w:r>
        <w:rPr>
          <w:rFonts w:ascii="宋体" w:hAnsi="宋体" w:eastAsia="宋体"/>
          <w:sz w:val="22"/>
        </w:rPr>
        <w:t xml:space="preserve">24. </w:t>
      </w:r>
      <w:r>
        <w:rPr>
          <w:rFonts w:ascii="宋体" w:hAnsi="宋体" w:eastAsia="宋体"/>
          <w:b/>
          <w:color w:val="CC0000"/>
          <w:sz w:val="22"/>
        </w:rPr>
        <w:t>C</w:t>
      </w:r>
      <w:r>
        <w:rPr>
          <w:rFonts w:ascii="宋体" w:hAnsi="宋体" w:eastAsia="宋体"/>
          <w:color w:val="666666"/>
          <w:sz w:val="20"/>
        </w:rPr>
        <w:t xml:space="preserve">  双子座流星雨极大在12月13-14日前后，由经验可知在冬至日前后地方时子夜时分，作为季节特征的冬季六边形接近上中天，13-14号出现类似的星空比冬至日晚40分钟左右。由六边形到子午线的距离大致判断出星图观测时间应该在当地子夜前1-2小时左右（10点-11点左右），对应北京时间11:30 AM，观测点经度应与东经120°相差180°再往西一点，即西经60°再稍偏西。结合北极星的高度，可排除AD，得出答案C。</w:t>
      </w:r>
    </w:p>
    <w:p>
      <w:pPr>
        <w:spacing w:line="400" w:lineRule="exact" w:before="20" w:after="20"/>
      </w:pPr>
      <w:r>
        <w:rPr>
          <w:rFonts w:ascii="宋体" w:hAnsi="宋体" w:eastAsia="宋体"/>
          <w:sz w:val="22"/>
        </w:rPr>
        <w:t xml:space="preserve">25. </w:t>
      </w:r>
      <w:r>
        <w:rPr>
          <w:rFonts w:ascii="宋体" w:hAnsi="宋体" w:eastAsia="宋体"/>
          <w:b/>
          <w:color w:val="CC0000"/>
          <w:sz w:val="22"/>
        </w:rPr>
        <w:t>B</w:t>
      </w:r>
      <w:r>
        <w:rPr>
          <w:rFonts w:ascii="宋体" w:hAnsi="宋体" w:eastAsia="宋体"/>
          <w:color w:val="666666"/>
          <w:sz w:val="20"/>
        </w:rPr>
        <w:t xml:space="preserve">  M57位于天琴座（夏季星座），当天很难看到，只在日落后一小段时间出现在天空。</w:t>
      </w:r>
    </w:p>
    <w:p>
      <w:pPr>
        <w:spacing w:line="400" w:lineRule="exact" w:before="20" w:after="20"/>
      </w:pPr>
      <w:r>
        <w:rPr>
          <w:rFonts w:ascii="宋体" w:hAnsi="宋体" w:eastAsia="宋体"/>
          <w:sz w:val="22"/>
        </w:rPr>
        <w:t xml:space="preserve">26. </w:t>
      </w:r>
      <w:r>
        <w:rPr>
          <w:rFonts w:ascii="宋体" w:hAnsi="宋体" w:eastAsia="宋体"/>
          <w:b/>
          <w:color w:val="CC0000"/>
          <w:sz w:val="22"/>
        </w:rPr>
        <w:t>A</w:t>
      </w:r>
      <w:r>
        <w:rPr>
          <w:rFonts w:ascii="宋体" w:hAnsi="宋体" w:eastAsia="宋体"/>
          <w:color w:val="666666"/>
          <w:sz w:val="20"/>
        </w:rPr>
        <w:t xml:space="preserve">  仙女座大星系出现在西北方天空。</w:t>
      </w:r>
    </w:p>
    <w:p>
      <w:pPr>
        <w:spacing w:line="400" w:lineRule="exact" w:before="20" w:after="20"/>
      </w:pPr>
      <w:r>
        <w:rPr>
          <w:rFonts w:ascii="宋体" w:hAnsi="宋体" w:eastAsia="宋体"/>
          <w:sz w:val="22"/>
        </w:rPr>
        <w:t xml:space="preserve">27. </w:t>
      </w:r>
      <w:r>
        <w:rPr>
          <w:rFonts w:ascii="宋体" w:hAnsi="宋体" w:eastAsia="宋体"/>
          <w:b/>
          <w:color w:val="CC0000"/>
          <w:sz w:val="22"/>
        </w:rPr>
        <w:t>D</w:t>
      </w:r>
      <w:r>
        <w:rPr>
          <w:rFonts w:ascii="宋体" w:hAnsi="宋体" w:eastAsia="宋体"/>
          <w:color w:val="666666"/>
          <w:sz w:val="20"/>
        </w:rPr>
        <w:t xml:space="preserve">  由掩星带可知我国只有海南、广西和广东等部分低纬地区可见。</w:t>
      </w:r>
    </w:p>
    <w:p>
      <w:pPr>
        <w:spacing w:line="400" w:lineRule="exact" w:before="20" w:after="20"/>
      </w:pPr>
      <w:r>
        <w:rPr>
          <w:rFonts w:ascii="宋体" w:hAnsi="宋体" w:eastAsia="宋体"/>
          <w:sz w:val="22"/>
        </w:rPr>
        <w:t xml:space="preserve">28. </w:t>
      </w:r>
      <w:r>
        <w:rPr>
          <w:rFonts w:ascii="宋体" w:hAnsi="宋体" w:eastAsia="宋体"/>
          <w:b/>
          <w:color w:val="CC0000"/>
          <w:sz w:val="22"/>
        </w:rPr>
        <w:t>B</w:t>
      </w:r>
      <w:r>
        <w:rPr>
          <w:rFonts w:ascii="宋体" w:hAnsi="宋体" w:eastAsia="宋体"/>
          <w:color w:val="666666"/>
          <w:sz w:val="20"/>
        </w:rPr>
        <w:t xml:space="preserve">  根据表格数据，由掩终时刻减掩始时刻即可得。</w:t>
      </w:r>
    </w:p>
    <w:p>
      <w:pPr>
        <w:spacing w:line="400" w:lineRule="exact" w:before="20" w:after="20"/>
      </w:pPr>
      <w:r>
        <w:rPr>
          <w:rFonts w:ascii="宋体" w:hAnsi="宋体" w:eastAsia="宋体"/>
          <w:sz w:val="22"/>
        </w:rPr>
        <w:t xml:space="preserve">29. </w:t>
      </w:r>
      <w:r>
        <w:rPr>
          <w:rFonts w:ascii="宋体" w:hAnsi="宋体" w:eastAsia="宋体"/>
          <w:b/>
          <w:color w:val="CC0000"/>
          <w:sz w:val="22"/>
        </w:rPr>
        <w:t>D</w:t>
      </w:r>
      <w:r>
        <w:rPr>
          <w:rFonts w:ascii="宋体" w:hAnsi="宋体" w:eastAsia="宋体"/>
          <w:color w:val="666666"/>
          <w:sz w:val="20"/>
        </w:rPr>
        <w:t xml:space="preserve">  掩星带该区域还未日落。</w:t>
      </w:r>
    </w:p>
    <w:p>
      <w:pPr>
        <w:spacing w:line="400" w:lineRule="exact" w:before="20" w:after="20"/>
      </w:pPr>
      <w:r>
        <w:rPr>
          <w:rFonts w:ascii="宋体" w:hAnsi="宋体" w:eastAsia="宋体"/>
          <w:sz w:val="22"/>
        </w:rPr>
        <w:t xml:space="preserve">30. </w:t>
      </w:r>
      <w:r>
        <w:rPr>
          <w:rFonts w:ascii="宋体" w:hAnsi="宋体" w:eastAsia="宋体"/>
          <w:b/>
          <w:color w:val="CC0000"/>
          <w:sz w:val="22"/>
        </w:rPr>
        <w:t>B</w:t>
      </w:r>
      <w:r>
        <w:rPr>
          <w:rFonts w:ascii="宋体" w:hAnsi="宋体" w:eastAsia="宋体"/>
          <w:color w:val="666666"/>
          <w:sz w:val="20"/>
        </w:rPr>
        <w:t xml:space="preserve">  东边的是带食月落区，西边的是带食月出区。</w:t>
      </w:r>
    </w:p>
    <w:p>
      <w:pPr>
        <w:spacing w:line="400" w:lineRule="exact" w:before="20" w:after="20"/>
      </w:pPr>
      <w:r>
        <w:rPr>
          <w:rFonts w:ascii="宋体" w:hAnsi="宋体" w:eastAsia="宋体"/>
          <w:sz w:val="22"/>
        </w:rPr>
        <w:t xml:space="preserve">31. </w:t>
      </w:r>
      <w:r>
        <w:rPr>
          <w:rFonts w:ascii="宋体" w:hAnsi="宋体" w:eastAsia="宋体"/>
          <w:b/>
          <w:color w:val="CC0000"/>
          <w:sz w:val="22"/>
        </w:rPr>
        <w:t>C</w:t>
      </w:r>
      <w:r>
        <w:rPr>
          <w:rFonts w:ascii="宋体" w:hAnsi="宋体" w:eastAsia="宋体"/>
          <w:color w:val="666666"/>
          <w:sz w:val="20"/>
        </w:rPr>
        <w:t xml:space="preserve">  在月轮边缘，由于月球山峰峡谷的影响，我们就会看到不同的山峰轮番掩盖后面的天体，使天体多次消失和再现的现象。</w:t>
      </w:r>
    </w:p>
    <w:p>
      <w:pPr>
        <w:spacing w:line="400" w:lineRule="exact" w:before="20" w:after="20"/>
      </w:pPr>
      <w:r>
        <w:rPr>
          <w:rFonts w:ascii="宋体" w:hAnsi="宋体" w:eastAsia="宋体"/>
          <w:sz w:val="22"/>
        </w:rPr>
        <w:t xml:space="preserve">32. </w:t>
      </w:r>
      <w:r>
        <w:rPr>
          <w:rFonts w:ascii="宋体" w:hAnsi="宋体" w:eastAsia="宋体"/>
          <w:b/>
          <w:color w:val="CC0000"/>
          <w:sz w:val="22"/>
        </w:rPr>
        <w:t>A</w:t>
      </w:r>
      <w:r>
        <w:rPr>
          <w:rFonts w:ascii="宋体" w:hAnsi="宋体" w:eastAsia="宋体"/>
          <w:color w:val="666666"/>
          <w:sz w:val="20"/>
        </w:rPr>
        <w:t xml:space="preserve">  利用中央电视台的整点报时对时精度不够，不可以应用于掩星观测中。</w:t>
      </w:r>
    </w:p>
    <w:p>
      <w:pPr>
        <w:spacing w:line="400" w:lineRule="exact" w:before="20" w:after="20"/>
      </w:pPr>
      <w:r>
        <w:rPr>
          <w:rFonts w:ascii="宋体" w:hAnsi="宋体" w:eastAsia="宋体"/>
          <w:sz w:val="22"/>
        </w:rPr>
        <w:t xml:space="preserve">33. </w:t>
      </w:r>
      <w:r>
        <w:rPr>
          <w:rFonts w:ascii="宋体" w:hAnsi="宋体" w:eastAsia="宋体"/>
          <w:b/>
          <w:color w:val="CC0000"/>
          <w:sz w:val="22"/>
        </w:rPr>
        <w:t>C</w:t>
      </w:r>
      <w:r>
        <w:rPr>
          <w:rFonts w:ascii="宋体" w:hAnsi="宋体" w:eastAsia="宋体"/>
          <w:color w:val="666666"/>
          <w:sz w:val="20"/>
        </w:rPr>
        <w:t xml:space="preserve">  月球亮面的亮度远大于行星或恒星，当它们接近月球亮面时不容易测准；月掩星的食带宽度取决于月球视直径和它投影的方向，与月相无关；在非洲中部位于掩星带的虚线范围内，由第29小题可知掩星发生时当地是白天，无法观测。月球每天东移13.2°左右，平均每小时33角分，月球视直径约30角分，所以月球相对恒星背景移动一个月球视直径大约1小时。加上地球自转（视差）和月球椭圆轨道等因素影响，地球上固定观测者看到月球移动一个月球视直径的时间可大于1小时，即月掩星持续时间可以超过1小时。</w:t>
      </w:r>
    </w:p>
    <w:p>
      <w:pPr>
        <w:spacing w:line="400" w:lineRule="exact" w:before="20" w:after="20"/>
      </w:pPr>
      <w:r>
        <w:rPr>
          <w:rFonts w:ascii="宋体" w:hAnsi="宋体" w:eastAsia="宋体"/>
          <w:sz w:val="22"/>
        </w:rPr>
        <w:t xml:space="preserve">34. </w:t>
      </w:r>
      <w:r>
        <w:rPr>
          <w:rFonts w:ascii="宋体" w:hAnsi="宋体" w:eastAsia="宋体"/>
          <w:b/>
          <w:color w:val="CC0000"/>
          <w:sz w:val="22"/>
        </w:rPr>
        <w:t>A</w:t>
      </w:r>
      <w:r>
        <w:rPr>
          <w:rFonts w:ascii="宋体" w:hAnsi="宋体" w:eastAsia="宋体"/>
          <w:color w:val="666666"/>
          <w:sz w:val="20"/>
        </w:rPr>
        <w:t xml:space="preserve">  角宿一是颗双星，两次亮度下降的原因是先掩了其中一颗子星1，后两颗都被掩。设两子星亮度分别为m1和m2，由普森公式可知未被掩时角宿一视星等m=-2.5lg(F1+F2)+C，子星1被掩后，只余子星2的光，所以角宿一的视星等即子星2的视星等m2=-2.5lg(F2)+C。角宿一首先由1.04等下降至3.04等，最后再迅速消失。计算可得主星约1.22等、伴星3.04等。</w:t>
      </w:r>
    </w:p>
    <w:p>
      <w:pPr>
        <w:spacing w:line="400" w:lineRule="exact" w:before="20" w:after="20"/>
      </w:pPr>
      <w:r>
        <w:rPr>
          <w:rFonts w:ascii="宋体" w:hAnsi="宋体" w:eastAsia="宋体"/>
          <w:sz w:val="22"/>
        </w:rPr>
        <w:t xml:space="preserve">35. </w:t>
      </w:r>
      <w:r>
        <w:rPr>
          <w:rFonts w:ascii="宋体" w:hAnsi="宋体" w:eastAsia="宋体"/>
          <w:b/>
          <w:color w:val="CC0000"/>
          <w:sz w:val="22"/>
        </w:rPr>
        <w:t>B</w:t>
      </w:r>
      <w:r>
        <w:rPr>
          <w:rFonts w:ascii="宋体" w:hAnsi="宋体" w:eastAsia="宋体"/>
          <w:color w:val="666666"/>
          <w:sz w:val="20"/>
        </w:rPr>
        <w:t xml:space="preserve">  霍曼轨道远点在火星轨道上，近点在地球轨道上，太阳位于焦点上。根据椭圆几何性质可知轨道半长轴a=(1.5AU+1AU)/2=1.25AU。</w:t>
      </w:r>
    </w:p>
    <w:p>
      <w:pPr>
        <w:spacing w:line="400" w:lineRule="exact" w:before="20" w:after="20"/>
      </w:pPr>
      <w:r>
        <w:rPr>
          <w:rFonts w:ascii="宋体" w:hAnsi="宋体" w:eastAsia="宋体"/>
          <w:sz w:val="22"/>
        </w:rPr>
        <w:t xml:space="preserve">36. </w:t>
      </w:r>
      <w:r>
        <w:rPr>
          <w:rFonts w:ascii="宋体" w:hAnsi="宋体" w:eastAsia="宋体"/>
          <w:b/>
          <w:color w:val="CC0000"/>
          <w:sz w:val="22"/>
        </w:rPr>
        <w:t>C</w:t>
      </w:r>
      <w:r>
        <w:rPr>
          <w:rFonts w:ascii="宋体" w:hAnsi="宋体" w:eastAsia="宋体"/>
          <w:color w:val="666666"/>
          <w:sz w:val="20"/>
        </w:rPr>
        <w:t xml:space="preserve">  由开普勒第三定律可得上述轨道的周期T²=a³=1.25³，T≈0.7年。从地球轨道到火星轨道要飞行半个轨道周期，所以飞行时间t=T/2≈0.7年。</w:t>
      </w:r>
    </w:p>
    <w:p>
      <w:pPr>
        <w:spacing w:line="400" w:lineRule="exact" w:before="20" w:after="20"/>
      </w:pPr>
      <w:r>
        <w:rPr>
          <w:rFonts w:ascii="宋体" w:hAnsi="宋体" w:eastAsia="宋体"/>
          <w:sz w:val="22"/>
        </w:rPr>
        <w:t xml:space="preserve">37. </w:t>
      </w:r>
      <w:r>
        <w:rPr>
          <w:rFonts w:ascii="宋体" w:hAnsi="宋体" w:eastAsia="宋体"/>
          <w:b/>
          <w:color w:val="CC0000"/>
          <w:sz w:val="22"/>
        </w:rPr>
        <w:t>B</w:t>
      </w:r>
      <w:r>
        <w:rPr>
          <w:rFonts w:ascii="宋体" w:hAnsi="宋体" w:eastAsia="宋体"/>
          <w:color w:val="666666"/>
          <w:sz w:val="20"/>
        </w:rPr>
        <w:t xml:space="preserve">  当飞行器到达火星时，火星必须同时到达霍曼转移轨道的远点。火星公转周期用1.5 AU轨道半长轴和开三估算结果为671天，飞行时间约255天，这段时间内日火连线相对日地转过的角度为360°×255/671≈137°，由几何关系知发射时日地连线和日火连线的夹角为180°−137°=43°。</w:t>
      </w:r>
    </w:p>
    <w:p>
      <w:pPr>
        <w:spacing w:line="400" w:lineRule="exact" w:before="20" w:after="20"/>
      </w:pPr>
      <w:r>
        <w:rPr>
          <w:rFonts w:ascii="宋体" w:hAnsi="宋体" w:eastAsia="宋体"/>
          <w:sz w:val="22"/>
        </w:rPr>
        <w:t xml:space="preserve">38. </w:t>
      </w:r>
      <w:r>
        <w:rPr>
          <w:rFonts w:ascii="宋体" w:hAnsi="宋体" w:eastAsia="宋体"/>
          <w:b/>
          <w:color w:val="CC0000"/>
          <w:sz w:val="22"/>
        </w:rPr>
        <w:t>C</w:t>
      </w:r>
      <w:r>
        <w:rPr>
          <w:rFonts w:ascii="宋体" w:hAnsi="宋体" w:eastAsia="宋体"/>
          <w:color w:val="666666"/>
          <w:sz w:val="20"/>
        </w:rPr>
        <w:t xml:space="preserve">  火星和地球的会合周期T会=T火×T地/(T火−T地)，T火用1.5 AU轨道半长轴和开三估算结果为671天，准确值约687天，对应会合周期分别为800天和780天。均可得出答案C。</w:t>
      </w:r>
    </w:p>
    <w:p>
      <w:pPr>
        <w:spacing w:line="400" w:lineRule="exact" w:before="20" w:after="20"/>
      </w:pPr>
      <w:r>
        <w:rPr>
          <w:rFonts w:ascii="宋体" w:hAnsi="宋体" w:eastAsia="宋体"/>
          <w:sz w:val="22"/>
        </w:rPr>
        <w:t xml:space="preserve">39. </w:t>
      </w:r>
      <w:r>
        <w:rPr>
          <w:rFonts w:ascii="宋体" w:hAnsi="宋体" w:eastAsia="宋体"/>
          <w:b/>
          <w:color w:val="CC0000"/>
          <w:sz w:val="22"/>
        </w:rPr>
        <w:t>D</w:t>
      </w:r>
      <w:r>
        <w:rPr>
          <w:rFonts w:ascii="宋体" w:hAnsi="宋体" w:eastAsia="宋体"/>
          <w:color w:val="666666"/>
          <w:sz w:val="20"/>
        </w:rPr>
        <w:t xml:space="preserve">  2020 年 7 月的火星发射窗口，中国发射了天问一号、美国发射了毅力号（Mars 2020）、阿联酋发射了希望号；欧洲航天局与俄罗斯合作的 ExoMars 2020（罗莎琳德·富兰克林号火星车）因降落伞与电子设备问题推迟到 2022 年，故本次窗口没有欧航局的探测器。故选D。</w:t>
      </w:r>
    </w:p>
    <w:p>
      <w:pPr>
        <w:spacing w:line="400" w:lineRule="exact" w:before="20" w:after="20"/>
      </w:pPr>
      <w:r>
        <w:rPr>
          <w:rFonts w:ascii="宋体" w:hAnsi="宋体" w:eastAsia="宋体"/>
          <w:sz w:val="22"/>
        </w:rPr>
        <w:t xml:space="preserve">40. </w:t>
      </w:r>
      <w:r>
        <w:rPr>
          <w:rFonts w:ascii="宋体" w:hAnsi="宋体" w:eastAsia="宋体"/>
          <w:b/>
          <w:color w:val="CC0000"/>
          <w:sz w:val="22"/>
        </w:rPr>
        <w:t>D</w:t>
      </w:r>
      <w:r>
        <w:rPr>
          <w:rFonts w:ascii="宋体" w:hAnsi="宋体" w:eastAsia="宋体"/>
          <w:color w:val="666666"/>
          <w:sz w:val="20"/>
        </w:rPr>
        <w:t xml:space="preserve">  火星快车探测器发现了火星地表下可能存在液态水的证据。</w:t>
      </w:r>
    </w:p>
    <w:p>
      <w:pPr>
        <w:spacing w:line="400" w:lineRule="exact" w:before="20" w:after="20"/>
      </w:pPr>
      <w:r>
        <w:rPr>
          <w:rFonts w:ascii="宋体" w:hAnsi="宋体" w:eastAsia="宋体"/>
          <w:sz w:val="22"/>
        </w:rPr>
        <w:t xml:space="preserve">41. </w:t>
      </w:r>
      <w:r>
        <w:rPr>
          <w:rFonts w:ascii="宋体" w:hAnsi="宋体" w:eastAsia="宋体"/>
          <w:b/>
          <w:color w:val="CC0000"/>
          <w:sz w:val="22"/>
        </w:rPr>
        <w:t>A</w:t>
      </w:r>
      <w:r>
        <w:rPr>
          <w:rFonts w:ascii="宋体" w:hAnsi="宋体" w:eastAsia="宋体"/>
          <w:color w:val="666666"/>
          <w:sz w:val="20"/>
        </w:rPr>
        <w:t xml:space="preserve">  抛物线轨道和地球轨道的交点刚好是近日点，速度方向与平行于该点的切线，速度大小即地球轨道上的逃逸速度42km/s。</w:t>
      </w:r>
    </w:p>
    <w:p>
      <w:pPr>
        <w:spacing w:line="400" w:lineRule="exact" w:before="20" w:after="20"/>
      </w:pPr>
      <w:r>
        <w:rPr>
          <w:rFonts w:ascii="宋体" w:hAnsi="宋体" w:eastAsia="宋体"/>
          <w:sz w:val="22"/>
        </w:rPr>
        <w:t xml:space="preserve">42. </w:t>
      </w:r>
      <w:r>
        <w:rPr>
          <w:rFonts w:ascii="宋体" w:hAnsi="宋体" w:eastAsia="宋体"/>
          <w:b/>
          <w:color w:val="CC0000"/>
          <w:sz w:val="22"/>
        </w:rPr>
        <w:t>A</w:t>
      </w:r>
      <w:r>
        <w:rPr>
          <w:rFonts w:ascii="宋体" w:hAnsi="宋体" w:eastAsia="宋体"/>
          <w:color w:val="666666"/>
          <w:sz w:val="20"/>
        </w:rPr>
        <w:t xml:space="preserve">  开普勒第二定律的本质是系统角动量守恒，无论轨道是抛物线、双曲线还是椭圆，均遵从这一规律。</w:t>
      </w:r>
    </w:p>
    <w:p>
      <w:pPr>
        <w:spacing w:line="400" w:lineRule="exact" w:before="20" w:after="20"/>
      </w:pPr>
      <w:r>
        <w:rPr>
          <w:rFonts w:ascii="宋体" w:hAnsi="宋体" w:eastAsia="宋体"/>
          <w:sz w:val="22"/>
        </w:rPr>
        <w:t xml:space="preserve">43. </w:t>
      </w:r>
      <w:r>
        <w:rPr>
          <w:rFonts w:ascii="宋体" w:hAnsi="宋体" w:eastAsia="宋体"/>
          <w:b/>
          <w:color w:val="CC0000"/>
          <w:sz w:val="22"/>
        </w:rPr>
        <w:t>B</w:t>
      </w:r>
      <w:r>
        <w:rPr>
          <w:rFonts w:ascii="宋体" w:hAnsi="宋体" w:eastAsia="宋体"/>
          <w:color w:val="666666"/>
          <w:sz w:val="20"/>
        </w:rPr>
        <w:t xml:space="preserve">  在近地点，探测器速度42km/s≈8.8AU/yr，探测器与太阳连线在单位时间内扫过的面积由开普勒第二定律可求。根据提示中的抛物线方程和火星轨道方程联立求解，可得飞行时间约70天。</w:t>
      </w:r>
    </w:p>
    <w:p>
      <w:pPr>
        <w:spacing w:line="400" w:lineRule="exact" w:before="20" w:after="20"/>
      </w:pPr>
      <w:r>
        <w:rPr>
          <w:rFonts w:ascii="宋体" w:hAnsi="宋体" w:eastAsia="宋体"/>
          <w:sz w:val="22"/>
        </w:rPr>
        <w:t xml:space="preserve">44. </w:t>
      </w:r>
      <w:r>
        <w:rPr>
          <w:rFonts w:ascii="宋体" w:hAnsi="宋体" w:eastAsia="宋体"/>
          <w:b/>
          <w:color w:val="CC0000"/>
          <w:sz w:val="22"/>
        </w:rPr>
        <w:t>C</w:t>
      </w:r>
      <w:r>
        <w:rPr>
          <w:rFonts w:ascii="宋体" w:hAnsi="宋体" w:eastAsia="宋体"/>
          <w:color w:val="666666"/>
          <w:sz w:val="20"/>
        </w:rPr>
        <w:t xml:space="preserve">  3个天体的几何关系中，只有相位角为90°时，视平面才刚好同时平分亮区和暗区。</w:t>
      </w:r>
    </w:p>
    <w:p>
      <w:pPr>
        <w:spacing w:line="400" w:lineRule="exact" w:before="20" w:after="20"/>
      </w:pPr>
      <w:r>
        <w:rPr>
          <w:rFonts w:ascii="宋体" w:hAnsi="宋体" w:eastAsia="宋体"/>
          <w:sz w:val="22"/>
        </w:rPr>
        <w:t xml:space="preserve">45. </w:t>
      </w:r>
      <w:r>
        <w:rPr>
          <w:rFonts w:ascii="宋体" w:hAnsi="宋体" w:eastAsia="宋体"/>
          <w:b/>
          <w:color w:val="CC0000"/>
          <w:sz w:val="22"/>
        </w:rPr>
        <w:t>A</w:t>
      </w:r>
      <w:r>
        <w:rPr>
          <w:rFonts w:ascii="宋体" w:hAnsi="宋体" w:eastAsia="宋体"/>
          <w:color w:val="666666"/>
          <w:sz w:val="20"/>
        </w:rPr>
        <w:t xml:space="preserve">  θ=30°时，sinθ=d_p/d_s=1/2。</w:t>
      </w:r>
    </w:p>
    <w:p>
      <w:pPr>
        <w:spacing w:line="400" w:lineRule="exact" w:before="20" w:after="20"/>
      </w:pPr>
      <w:r>
        <w:rPr>
          <w:rFonts w:ascii="宋体" w:hAnsi="宋体" w:eastAsia="宋体"/>
          <w:sz w:val="22"/>
        </w:rPr>
        <w:t xml:space="preserve">46. </w:t>
      </w:r>
      <w:r>
        <w:rPr>
          <w:rFonts w:ascii="宋体" w:hAnsi="宋体" w:eastAsia="宋体"/>
          <w:b/>
          <w:color w:val="CC0000"/>
          <w:sz w:val="22"/>
        </w:rPr>
        <w:t>C</w:t>
      </w:r>
      <w:r>
        <w:rPr>
          <w:rFonts w:ascii="宋体" w:hAnsi="宋体" w:eastAsia="宋体"/>
          <w:color w:val="666666"/>
          <w:sz w:val="20"/>
        </w:rPr>
        <w:t xml:space="preserve">  行星亮度正比于行星P所在位置恒星S的辐射流F₀=L/(4πd²)，正比于它的反照率，反比于d²，正比于行星的接收面积S（横截面积）。其中反照率和地表物质化学成分、地形、大气等因素有关。选项C说法有误。</w:t>
      </w:r>
    </w:p>
    <w:p>
      <w:pPr>
        <w:spacing w:line="400" w:lineRule="exact" w:before="20" w:after="20"/>
      </w:pPr>
      <w:r>
        <w:rPr>
          <w:rFonts w:ascii="宋体" w:hAnsi="宋体" w:eastAsia="宋体"/>
          <w:sz w:val="22"/>
        </w:rPr>
        <w:t xml:space="preserve">47. </w:t>
      </w:r>
      <w:r>
        <w:rPr>
          <w:rFonts w:ascii="宋体" w:hAnsi="宋体" w:eastAsia="宋体"/>
          <w:b/>
          <w:color w:val="CC0000"/>
          <w:sz w:val="22"/>
        </w:rPr>
        <w:t>A</w:t>
      </w:r>
      <w:r>
        <w:rPr>
          <w:rFonts w:ascii="宋体" w:hAnsi="宋体" w:eastAsia="宋体"/>
          <w:color w:val="666666"/>
          <w:sz w:val="20"/>
        </w:rPr>
        <w:t xml:space="preserve">  由第46小题提到的比例关系可排除，得出答案为A。</w:t>
      </w:r>
    </w:p>
    <w:p>
      <w:pPr>
        <w:spacing w:line="400" w:lineRule="exact" w:before="20" w:after="20"/>
      </w:pPr>
      <w:r>
        <w:rPr>
          <w:rFonts w:ascii="宋体" w:hAnsi="宋体" w:eastAsia="宋体"/>
          <w:sz w:val="22"/>
        </w:rPr>
        <w:t xml:space="preserve">48. </w:t>
      </w:r>
      <w:r>
        <w:rPr>
          <w:rFonts w:ascii="宋体" w:hAnsi="宋体" w:eastAsia="宋体"/>
          <w:b/>
          <w:color w:val="CC0000"/>
          <w:sz w:val="22"/>
        </w:rPr>
        <w:t>B</w:t>
      </w:r>
      <w:r>
        <w:rPr>
          <w:rFonts w:ascii="宋体" w:hAnsi="宋体" w:eastAsia="宋体"/>
          <w:color w:val="666666"/>
          <w:sz w:val="20"/>
        </w:rPr>
        <w:t xml:space="preserve">  根据普森公式可推导得出。</w:t>
      </w:r>
    </w:p>
    <w:p>
      <w:pPr>
        <w:spacing w:line="400" w:lineRule="exact" w:before="20" w:after="20"/>
      </w:pPr>
      <w:r>
        <w:rPr>
          <w:rFonts w:ascii="宋体" w:hAnsi="宋体" w:eastAsia="宋体"/>
          <w:sz w:val="22"/>
        </w:rPr>
        <w:t xml:space="preserve">49. </w:t>
      </w:r>
      <w:r>
        <w:rPr>
          <w:rFonts w:ascii="宋体" w:hAnsi="宋体" w:eastAsia="宋体"/>
          <w:b/>
          <w:color w:val="CC0000"/>
          <w:sz w:val="22"/>
        </w:rPr>
        <w:t>C</w:t>
      </w:r>
      <w:r>
        <w:rPr>
          <w:rFonts w:ascii="宋体" w:hAnsi="宋体" w:eastAsia="宋体"/>
          <w:color w:val="666666"/>
          <w:sz w:val="20"/>
        </w:rPr>
        <w:t xml:space="preserve">  两行星的运行轨道都是圆轨道，由正弦定理可得α=45°时的相关参数，计算得视星等约为1.4等。</w:t>
      </w:r>
    </w:p>
    <w:p>
      <w:pPr>
        <w:spacing w:line="400" w:lineRule="exact" w:before="20" w:after="20"/>
      </w:pPr>
      <w:r>
        <w:rPr>
          <w:rFonts w:ascii="宋体" w:hAnsi="宋体" w:eastAsia="宋体"/>
          <w:sz w:val="22"/>
        </w:rPr>
        <w:t xml:space="preserve">50. </w:t>
      </w:r>
      <w:r>
        <w:rPr>
          <w:rFonts w:ascii="宋体" w:hAnsi="宋体" w:eastAsia="宋体"/>
          <w:b/>
          <w:color w:val="CC0000"/>
          <w:sz w:val="22"/>
        </w:rPr>
        <w:t>A</w:t>
      </w:r>
      <w:r>
        <w:rPr>
          <w:rFonts w:ascii="宋体" w:hAnsi="宋体" w:eastAsia="宋体"/>
          <w:color w:val="666666"/>
          <w:sz w:val="20"/>
        </w:rPr>
        <w:t xml:space="preserve">  上合当天的亮度约1.95等，比1.93等稍暗，排除C。内行星不存在冲，可以排除B。α=45°到α=90°亮度在下降；α=0°到α=45°亮度缓慢增加，又从几何分析可知α=90°时恰好大距，所以上合和大距之间存在一个亮度极大点。答案A最符合分析结果。</w:t>
      </w:r>
    </w:p>
    <w:sectPr w:rsidR="00FC693F" w:rsidRPr="0006063C"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40" w:lineRule="exact" w:before="40" w:after="4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