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D340E" w14:textId="079267EC" w:rsidR="00AE5782" w:rsidRDefault="00000000">
      <w:pPr>
        <w:spacing w:before="120" w:after="240"/>
        <w:jc w:val="center"/>
        <w:rPr>
          <w:rFonts w:hint="eastAsia"/>
        </w:rPr>
      </w:pPr>
      <w:r>
        <w:rPr>
          <w:rFonts w:ascii="黑体" w:eastAsia="黑体" w:hAnsi="黑体"/>
          <w:b/>
          <w:sz w:val="36"/>
        </w:rPr>
        <w:t>2020年全国中学生天文知识竞赛决赛试题</w:t>
      </w:r>
    </w:p>
    <w:p w14:paraId="4272E589" w14:textId="77777777" w:rsidR="00AE5782" w:rsidRDefault="00000000">
      <w:pPr>
        <w:spacing w:before="40" w:after="40"/>
        <w:rPr>
          <w:rFonts w:hint="eastAsia"/>
        </w:rPr>
      </w:pPr>
      <w:r>
        <w:rPr>
          <w:b/>
        </w:rPr>
        <w:t>河北廊坊 2020年11月10日 闭卷</w:t>
      </w:r>
    </w:p>
    <w:p w14:paraId="4CDC9A8D" w14:textId="77777777" w:rsidR="00AE5782" w:rsidRDefault="00AE5782">
      <w:pPr>
        <w:spacing w:before="40" w:after="40"/>
        <w:rPr>
          <w:rFonts w:hint="eastAsia"/>
        </w:rPr>
      </w:pPr>
    </w:p>
    <w:p w14:paraId="4621EEA3" w14:textId="77777777" w:rsidR="00AE5782" w:rsidRDefault="00000000">
      <w:pPr>
        <w:spacing w:before="240" w:after="120"/>
        <w:rPr>
          <w:rFonts w:hint="eastAsia"/>
        </w:rPr>
      </w:pPr>
      <w:r>
        <w:rPr>
          <w:rFonts w:ascii="黑体" w:eastAsia="黑体" w:hAnsi="黑体"/>
          <w:b/>
          <w:sz w:val="28"/>
        </w:rPr>
        <w:t>【注意事项】</w:t>
      </w:r>
    </w:p>
    <w:p w14:paraId="1ECCADC5" w14:textId="77777777" w:rsidR="00AE5782" w:rsidRDefault="00000000">
      <w:pPr>
        <w:spacing w:before="40" w:after="40"/>
        <w:rPr>
          <w:rFonts w:hint="eastAsia"/>
        </w:rPr>
      </w:pPr>
      <w:r>
        <w:t>1. 请务必仔细阅读！每位考生会拿到一张试卷。</w:t>
      </w:r>
    </w:p>
    <w:p w14:paraId="2D332E24" w14:textId="77777777" w:rsidR="00AE5782" w:rsidRDefault="00000000">
      <w:pPr>
        <w:spacing w:before="40" w:after="40"/>
        <w:rPr>
          <w:rFonts w:hint="eastAsia"/>
        </w:rPr>
      </w:pPr>
      <w:r>
        <w:t>2. 低年组答1~10题，高年组答4~13题。</w:t>
      </w:r>
    </w:p>
    <w:p w14:paraId="1F7DF12C" w14:textId="77777777" w:rsidR="00AE5782" w:rsidRDefault="00000000">
      <w:pPr>
        <w:spacing w:before="40" w:after="40"/>
        <w:rPr>
          <w:rFonts w:hint="eastAsia"/>
        </w:rPr>
      </w:pPr>
      <w:r>
        <w:t>3. 本卷为闭卷考试，请答卷人按照自己的真实水平独立完成。</w:t>
      </w:r>
    </w:p>
    <w:p w14:paraId="3D99F382" w14:textId="77777777" w:rsidR="00AE5782" w:rsidRDefault="00000000">
      <w:pPr>
        <w:spacing w:before="40" w:after="40"/>
        <w:rPr>
          <w:rFonts w:hint="eastAsia"/>
        </w:rPr>
      </w:pPr>
      <w:r>
        <w:t>4. 每题选择一个最接近正确的答案。不会做的题目不选。</w:t>
      </w:r>
    </w:p>
    <w:p w14:paraId="561FA9DA" w14:textId="77777777" w:rsidR="00AE5782" w:rsidRDefault="00000000">
      <w:pPr>
        <w:spacing w:before="40" w:after="40"/>
        <w:rPr>
          <w:rFonts w:hint="eastAsia"/>
        </w:rPr>
      </w:pPr>
      <w:r>
        <w:t>5. 每道题答对得+4分，答错得-4分，不答得0分。</w:t>
      </w:r>
    </w:p>
    <w:p w14:paraId="17C3F20E" w14:textId="77777777" w:rsidR="00AE5782" w:rsidRDefault="00000000">
      <w:pPr>
        <w:spacing w:before="240" w:after="120"/>
        <w:rPr>
          <w:rFonts w:hint="eastAsia"/>
        </w:rPr>
      </w:pPr>
      <w:r>
        <w:t>姓名：__________    年级：__________    班级：__________    得分：__________</w:t>
      </w:r>
    </w:p>
    <w:p w14:paraId="5329BF1A" w14:textId="77777777" w:rsidR="00AE5782" w:rsidRDefault="00000000">
      <w:pPr>
        <w:spacing w:before="240" w:after="120"/>
        <w:rPr>
          <w:rFonts w:hint="eastAsia"/>
        </w:rPr>
      </w:pPr>
      <w:r>
        <w:rPr>
          <w:rFonts w:ascii="黑体" w:eastAsia="黑体" w:hAnsi="黑体"/>
          <w:b/>
          <w:sz w:val="28"/>
        </w:rPr>
        <w:t>I. 选择题</w:t>
      </w:r>
    </w:p>
    <w:p w14:paraId="0395353F" w14:textId="77777777" w:rsidR="00AE5782" w:rsidRDefault="00000000">
      <w:pPr>
        <w:spacing w:before="40" w:after="40"/>
        <w:rPr>
          <w:rFonts w:hint="eastAsia"/>
        </w:rPr>
      </w:pPr>
      <w:r>
        <w:t>低年组答1~10题，高年组答4~13题。每题答对得+4分，答错得-4分，不答得0分。</w:t>
      </w:r>
    </w:p>
    <w:p w14:paraId="0E285B7A" w14:textId="77777777" w:rsidR="00AE5782" w:rsidRDefault="00000000">
      <w:pPr>
        <w:spacing w:before="40" w:after="40"/>
        <w:rPr>
          <w:rFonts w:hint="eastAsia"/>
        </w:rPr>
      </w:pPr>
      <w:r>
        <w:t>1. （仅低年组）月球相对背景恒星的运动方向是          。</w:t>
      </w:r>
    </w:p>
    <w:p w14:paraId="3D4A0387" w14:textId="77777777" w:rsidR="00AE5782" w:rsidRDefault="00000000">
      <w:pPr>
        <w:spacing w:before="20" w:after="20"/>
        <w:ind w:left="420"/>
        <w:rPr>
          <w:rFonts w:hint="eastAsia"/>
        </w:rPr>
      </w:pPr>
      <w:r>
        <w:t>（A）自西向东</w:t>
      </w:r>
    </w:p>
    <w:p w14:paraId="5B763253" w14:textId="77777777" w:rsidR="00AE5782" w:rsidRDefault="00000000">
      <w:pPr>
        <w:spacing w:before="20" w:after="20"/>
        <w:ind w:left="420"/>
        <w:rPr>
          <w:rFonts w:hint="eastAsia"/>
        </w:rPr>
      </w:pPr>
      <w:r>
        <w:t>（B）自东向西</w:t>
      </w:r>
    </w:p>
    <w:p w14:paraId="607583A6" w14:textId="77777777" w:rsidR="00AE5782" w:rsidRDefault="00000000">
      <w:pPr>
        <w:spacing w:before="20" w:after="20"/>
        <w:ind w:left="420"/>
        <w:rPr>
          <w:rFonts w:hint="eastAsia"/>
        </w:rPr>
      </w:pPr>
      <w:r>
        <w:t>（C）自南向北</w:t>
      </w:r>
    </w:p>
    <w:p w14:paraId="17486DEB" w14:textId="77777777" w:rsidR="00AE5782" w:rsidRDefault="00000000">
      <w:pPr>
        <w:spacing w:before="20" w:after="20"/>
        <w:ind w:left="420"/>
        <w:rPr>
          <w:rFonts w:hint="eastAsia"/>
        </w:rPr>
      </w:pPr>
      <w:r>
        <w:t>（D）自北向南</w:t>
      </w:r>
    </w:p>
    <w:p w14:paraId="50AD9874" w14:textId="77777777" w:rsidR="00AE5782" w:rsidRDefault="00000000">
      <w:pPr>
        <w:spacing w:before="40" w:after="40"/>
        <w:rPr>
          <w:rFonts w:hint="eastAsia"/>
        </w:rPr>
      </w:pPr>
      <w:r>
        <w:t>2. （仅低年组）银河系大约有          ×10¹⁰颗恒星。</w:t>
      </w:r>
    </w:p>
    <w:p w14:paraId="2EBE69F1" w14:textId="77777777" w:rsidR="00AE5782" w:rsidRDefault="00000000">
      <w:pPr>
        <w:spacing w:before="20" w:after="20"/>
        <w:ind w:left="420"/>
        <w:rPr>
          <w:rFonts w:hint="eastAsia"/>
        </w:rPr>
      </w:pPr>
      <w:r>
        <w:t>（A）0.1</w:t>
      </w:r>
    </w:p>
    <w:p w14:paraId="59F3072F" w14:textId="77777777" w:rsidR="00AE5782" w:rsidRDefault="00000000">
      <w:pPr>
        <w:spacing w:before="20" w:after="20"/>
        <w:ind w:left="420"/>
        <w:rPr>
          <w:rFonts w:hint="eastAsia"/>
        </w:rPr>
      </w:pPr>
      <w:r>
        <w:t>（B）1.0</w:t>
      </w:r>
    </w:p>
    <w:p w14:paraId="5B677E99" w14:textId="77777777" w:rsidR="00AE5782" w:rsidRDefault="00000000">
      <w:pPr>
        <w:spacing w:before="20" w:after="20"/>
        <w:ind w:left="420"/>
        <w:rPr>
          <w:rFonts w:hint="eastAsia"/>
        </w:rPr>
      </w:pPr>
      <w:r>
        <w:t>（C）10.0</w:t>
      </w:r>
    </w:p>
    <w:p w14:paraId="2C709C55" w14:textId="77777777" w:rsidR="00AE5782" w:rsidRDefault="00000000">
      <w:pPr>
        <w:spacing w:before="20" w:after="20"/>
        <w:ind w:left="420"/>
        <w:rPr>
          <w:rFonts w:hint="eastAsia"/>
        </w:rPr>
      </w:pPr>
      <w:r>
        <w:t>（D）100.0</w:t>
      </w:r>
    </w:p>
    <w:p w14:paraId="772A402B" w14:textId="77777777" w:rsidR="00AE5782" w:rsidRDefault="00000000">
      <w:pPr>
        <w:spacing w:before="40" w:after="40"/>
        <w:rPr>
          <w:rFonts w:hint="eastAsia"/>
        </w:rPr>
      </w:pPr>
      <w:r>
        <w:lastRenderedPageBreak/>
        <w:t>3. （仅低年组）中国古代有漫长的测影传统，下列仪器用来测定方向的是          。</w:t>
      </w:r>
    </w:p>
    <w:p w14:paraId="2AECA2EA" w14:textId="77777777" w:rsidR="00AE5782" w:rsidRDefault="00000000">
      <w:pPr>
        <w:spacing w:before="20" w:after="20"/>
        <w:ind w:left="420"/>
        <w:rPr>
          <w:rFonts w:hint="eastAsia"/>
        </w:rPr>
      </w:pPr>
      <w:r>
        <w:t>（A）日晷</w:t>
      </w:r>
    </w:p>
    <w:p w14:paraId="5332B70F" w14:textId="77777777" w:rsidR="00AE5782" w:rsidRDefault="00000000">
      <w:pPr>
        <w:spacing w:before="20" w:after="20"/>
        <w:ind w:left="420"/>
        <w:rPr>
          <w:rFonts w:hint="eastAsia"/>
        </w:rPr>
      </w:pPr>
      <w:r>
        <w:t>（B）圭表</w:t>
      </w:r>
    </w:p>
    <w:p w14:paraId="5BA5A24C" w14:textId="77777777" w:rsidR="00AE5782" w:rsidRDefault="00000000">
      <w:pPr>
        <w:spacing w:before="20" w:after="20"/>
        <w:ind w:left="420"/>
        <w:rPr>
          <w:rFonts w:hint="eastAsia"/>
        </w:rPr>
      </w:pPr>
      <w:r>
        <w:t>（C）正方案</w:t>
      </w:r>
    </w:p>
    <w:p w14:paraId="7C50345E" w14:textId="77777777" w:rsidR="00AE5782" w:rsidRDefault="00000000">
      <w:pPr>
        <w:spacing w:before="20" w:after="20"/>
        <w:ind w:left="420"/>
        <w:rPr>
          <w:rFonts w:hint="eastAsia"/>
        </w:rPr>
      </w:pPr>
      <w:r>
        <w:t>（D）水运仪象台</w:t>
      </w:r>
    </w:p>
    <w:p w14:paraId="2BF5F688" w14:textId="77777777" w:rsidR="00AE5782" w:rsidRDefault="00000000">
      <w:pPr>
        <w:spacing w:before="40" w:after="40"/>
        <w:rPr>
          <w:rFonts w:hint="eastAsia"/>
        </w:rPr>
      </w:pPr>
      <w:r>
        <w:t>4. 现今北黄极在赤道坐标系中的位置是          。</w:t>
      </w:r>
    </w:p>
    <w:p w14:paraId="15FF86F7" w14:textId="77777777" w:rsidR="00AE5782" w:rsidRDefault="00000000">
      <w:pPr>
        <w:spacing w:before="20" w:after="20"/>
        <w:ind w:left="420"/>
        <w:rPr>
          <w:rFonts w:hint="eastAsia"/>
        </w:rPr>
      </w:pPr>
      <w:r>
        <w:t>（A）赤经 0h 00m，赤纬 66°34′</w:t>
      </w:r>
    </w:p>
    <w:p w14:paraId="06E9771E" w14:textId="77777777" w:rsidR="00AE5782" w:rsidRDefault="00000000">
      <w:pPr>
        <w:spacing w:before="20" w:after="20"/>
        <w:ind w:left="420"/>
        <w:rPr>
          <w:rFonts w:hint="eastAsia"/>
        </w:rPr>
      </w:pPr>
      <w:r>
        <w:t>（B）赤经 6h 00m，赤纬 66°34′</w:t>
      </w:r>
    </w:p>
    <w:p w14:paraId="458B7504" w14:textId="77777777" w:rsidR="00AE5782" w:rsidRDefault="00000000">
      <w:pPr>
        <w:spacing w:before="20" w:after="20"/>
        <w:ind w:left="420"/>
        <w:rPr>
          <w:rFonts w:hint="eastAsia"/>
        </w:rPr>
      </w:pPr>
      <w:r>
        <w:t>（C）赤经 18h 00m，赤纬 66°34′</w:t>
      </w:r>
    </w:p>
    <w:p w14:paraId="1215005C" w14:textId="77777777" w:rsidR="00AE5782" w:rsidRDefault="00000000">
      <w:pPr>
        <w:spacing w:before="20" w:after="20"/>
        <w:ind w:left="420"/>
        <w:rPr>
          <w:rFonts w:hint="eastAsia"/>
        </w:rPr>
      </w:pPr>
      <w:r>
        <w:t>（D）赤经 0h 00m，赤纬 53°34′</w:t>
      </w:r>
    </w:p>
    <w:p w14:paraId="4ABB7E19" w14:textId="77777777" w:rsidR="00AE5782" w:rsidRDefault="00000000">
      <w:pPr>
        <w:spacing w:before="40" w:after="40"/>
        <w:rPr>
          <w:rFonts w:hint="eastAsia"/>
        </w:rPr>
      </w:pPr>
      <w:r>
        <w:t>5. 2020年7月23日，中国发射了天问一号探测器，计划一步实现火星"环绕、着陆、巡视"三个目标，其中"巡视"任务将由火星车完成，火星车的设计寿命为          。</w:t>
      </w:r>
    </w:p>
    <w:p w14:paraId="15E15329" w14:textId="77777777" w:rsidR="00AE5782" w:rsidRDefault="00000000">
      <w:pPr>
        <w:spacing w:before="20" w:after="20"/>
        <w:ind w:left="420"/>
        <w:rPr>
          <w:rFonts w:hint="eastAsia"/>
        </w:rPr>
      </w:pPr>
      <w:r>
        <w:t>（A）30天</w:t>
      </w:r>
    </w:p>
    <w:p w14:paraId="004009B7" w14:textId="77777777" w:rsidR="00AE5782" w:rsidRDefault="00000000">
      <w:pPr>
        <w:spacing w:before="20" w:after="20"/>
        <w:ind w:left="420"/>
        <w:rPr>
          <w:rFonts w:hint="eastAsia"/>
        </w:rPr>
      </w:pPr>
      <w:r>
        <w:t>（B）61天</w:t>
      </w:r>
    </w:p>
    <w:p w14:paraId="33C15F56" w14:textId="77777777" w:rsidR="00AE5782" w:rsidRDefault="00000000">
      <w:pPr>
        <w:spacing w:before="20" w:after="20"/>
        <w:ind w:left="420"/>
        <w:rPr>
          <w:rFonts w:hint="eastAsia"/>
        </w:rPr>
      </w:pPr>
      <w:r>
        <w:t>（C）92天</w:t>
      </w:r>
    </w:p>
    <w:p w14:paraId="1C734661" w14:textId="77777777" w:rsidR="00AE5782" w:rsidRDefault="00000000">
      <w:pPr>
        <w:spacing w:before="20" w:after="20"/>
        <w:ind w:left="420"/>
        <w:rPr>
          <w:rFonts w:hint="eastAsia"/>
        </w:rPr>
      </w:pPr>
      <w:r>
        <w:t>（D）123天</w:t>
      </w:r>
    </w:p>
    <w:p w14:paraId="0D5FBAD4" w14:textId="77777777" w:rsidR="00AE5782" w:rsidRDefault="00000000">
      <w:pPr>
        <w:spacing w:before="40" w:after="40"/>
        <w:rPr>
          <w:rFonts w:hint="eastAsia"/>
        </w:rPr>
      </w:pPr>
      <w:r>
        <w:t>6. 下面哪个选项按照正确的时间顺序描述了宇宙早期演化经历的各个阶段？</w:t>
      </w:r>
    </w:p>
    <w:p w14:paraId="2C8F0459" w14:textId="77777777" w:rsidR="00AE5782" w:rsidRDefault="00000000">
      <w:pPr>
        <w:spacing w:before="20" w:after="20"/>
        <w:ind w:left="420"/>
        <w:rPr>
          <w:rFonts w:hint="eastAsia"/>
        </w:rPr>
      </w:pPr>
      <w:r>
        <w:t>（A）暴胀——大爆炸——黑暗时代——宇宙发出第一缕光</w:t>
      </w:r>
    </w:p>
    <w:p w14:paraId="05A6A00E" w14:textId="77777777" w:rsidR="00AE5782" w:rsidRDefault="00000000">
      <w:pPr>
        <w:spacing w:before="20" w:after="20"/>
        <w:ind w:left="420"/>
        <w:rPr>
          <w:rFonts w:hint="eastAsia"/>
        </w:rPr>
      </w:pPr>
      <w:r>
        <w:t>（B）暴胀——大爆炸——宇宙发出第一缕光——黑暗时代</w:t>
      </w:r>
    </w:p>
    <w:p w14:paraId="6456E4C4" w14:textId="77777777" w:rsidR="00AE5782" w:rsidRDefault="00000000">
      <w:pPr>
        <w:spacing w:before="20" w:after="20"/>
        <w:ind w:left="420"/>
        <w:rPr>
          <w:rFonts w:hint="eastAsia"/>
        </w:rPr>
      </w:pPr>
      <w:r>
        <w:t>（C）大爆炸——暴胀——黑暗时代——宇宙发出第一缕光</w:t>
      </w:r>
    </w:p>
    <w:p w14:paraId="74932F6E" w14:textId="77777777" w:rsidR="00AE5782" w:rsidRDefault="00000000">
      <w:pPr>
        <w:spacing w:before="20" w:after="20"/>
        <w:ind w:left="420"/>
        <w:rPr>
          <w:rFonts w:hint="eastAsia"/>
        </w:rPr>
      </w:pPr>
      <w:r>
        <w:t>（D）大爆炸——暴胀——宇宙发出第一缕光——黑暗时代</w:t>
      </w:r>
    </w:p>
    <w:p w14:paraId="4D8F954F" w14:textId="77777777" w:rsidR="00AE5782" w:rsidRDefault="00000000">
      <w:pPr>
        <w:spacing w:before="40" w:after="40"/>
        <w:rPr>
          <w:rFonts w:hint="eastAsia"/>
        </w:rPr>
      </w:pPr>
      <w:r>
        <w:t>7. 目前已知本星系群中包含超过50个星系，下面          不属于本星系群。</w:t>
      </w:r>
    </w:p>
    <w:p w14:paraId="185FC567" w14:textId="77777777" w:rsidR="00AE5782" w:rsidRDefault="00000000">
      <w:pPr>
        <w:spacing w:before="20" w:after="20"/>
        <w:ind w:left="420"/>
        <w:rPr>
          <w:rFonts w:hint="eastAsia"/>
        </w:rPr>
      </w:pPr>
      <w:r>
        <w:t>（A）M110</w:t>
      </w:r>
    </w:p>
    <w:p w14:paraId="2D24C1C2" w14:textId="77777777" w:rsidR="00AE5782" w:rsidRDefault="00000000">
      <w:pPr>
        <w:spacing w:before="20" w:after="20"/>
        <w:ind w:left="420"/>
        <w:rPr>
          <w:rFonts w:hint="eastAsia"/>
        </w:rPr>
      </w:pPr>
      <w:r>
        <w:t>（B）M87</w:t>
      </w:r>
    </w:p>
    <w:p w14:paraId="7629F1EF" w14:textId="77777777" w:rsidR="00AE5782" w:rsidRDefault="00000000">
      <w:pPr>
        <w:spacing w:before="20" w:after="20"/>
        <w:ind w:left="420"/>
        <w:rPr>
          <w:rFonts w:hint="eastAsia"/>
        </w:rPr>
      </w:pPr>
      <w:r>
        <w:t>（C）M33</w:t>
      </w:r>
    </w:p>
    <w:p w14:paraId="42336273" w14:textId="77777777" w:rsidR="00AE5782" w:rsidRDefault="00000000">
      <w:pPr>
        <w:spacing w:before="20" w:after="20"/>
        <w:ind w:left="420"/>
        <w:rPr>
          <w:rFonts w:hint="eastAsia"/>
        </w:rPr>
      </w:pPr>
      <w:r>
        <w:t>（D）M32</w:t>
      </w:r>
    </w:p>
    <w:p w14:paraId="48549CBC" w14:textId="77777777" w:rsidR="00AE5782" w:rsidRDefault="00000000">
      <w:pPr>
        <w:spacing w:before="40" w:after="40"/>
        <w:rPr>
          <w:rFonts w:hint="eastAsia"/>
        </w:rPr>
      </w:pPr>
      <w:r>
        <w:lastRenderedPageBreak/>
        <w:t>8. 射电脉冲星拥有很精确的脉冲周期，有很多实际用途，以下哪项不属于它们的应用？</w:t>
      </w:r>
    </w:p>
    <w:p w14:paraId="710DB2A8" w14:textId="77777777" w:rsidR="00AE5782" w:rsidRDefault="00000000">
      <w:pPr>
        <w:spacing w:before="20" w:after="20"/>
        <w:ind w:left="420"/>
        <w:rPr>
          <w:rFonts w:hint="eastAsia"/>
        </w:rPr>
      </w:pPr>
      <w:r>
        <w:t>（A）探测引力波</w:t>
      </w:r>
    </w:p>
    <w:p w14:paraId="358BD97B" w14:textId="77777777" w:rsidR="00AE5782" w:rsidRDefault="00000000">
      <w:pPr>
        <w:spacing w:before="20" w:after="20"/>
        <w:ind w:left="420"/>
        <w:rPr>
          <w:rFonts w:hint="eastAsia"/>
        </w:rPr>
      </w:pPr>
      <w:r>
        <w:t>（B）检验引力理论</w:t>
      </w:r>
    </w:p>
    <w:p w14:paraId="512326AA" w14:textId="77777777" w:rsidR="00AE5782" w:rsidRDefault="00000000">
      <w:pPr>
        <w:spacing w:before="20" w:after="20"/>
        <w:ind w:left="420"/>
        <w:rPr>
          <w:rFonts w:hint="eastAsia"/>
        </w:rPr>
      </w:pPr>
      <w:r>
        <w:t>（C）导航</w:t>
      </w:r>
    </w:p>
    <w:p w14:paraId="4C8F1F93" w14:textId="77777777" w:rsidR="00AE5782" w:rsidRDefault="00000000">
      <w:pPr>
        <w:spacing w:before="20" w:after="20"/>
        <w:ind w:left="420"/>
        <w:rPr>
          <w:rFonts w:hint="eastAsia"/>
        </w:rPr>
      </w:pPr>
      <w:r>
        <w:t>（D）寻找地外生命</w:t>
      </w:r>
    </w:p>
    <w:p w14:paraId="29BB1FBF" w14:textId="77777777" w:rsidR="00AE5782" w:rsidRDefault="00000000">
      <w:pPr>
        <w:spacing w:before="40" w:after="40"/>
        <w:rPr>
          <w:rFonts w:hint="eastAsia"/>
        </w:rPr>
      </w:pPr>
      <w:r>
        <w:t>9. 猎户座的参宿七和参宿四分别是蓝超巨星和红超巨星，根据其颜色，我们可以大概推知其色指数 B-V 较大的是          。</w:t>
      </w:r>
    </w:p>
    <w:p w14:paraId="0ABDB7F5" w14:textId="77777777" w:rsidR="00AE5782" w:rsidRDefault="00000000">
      <w:pPr>
        <w:spacing w:before="20" w:after="20"/>
        <w:ind w:left="420"/>
        <w:rPr>
          <w:rFonts w:hint="eastAsia"/>
        </w:rPr>
      </w:pPr>
      <w:r>
        <w:t>（A）参宿七</w:t>
      </w:r>
    </w:p>
    <w:p w14:paraId="2B46F61E" w14:textId="77777777" w:rsidR="00AE5782" w:rsidRDefault="00000000">
      <w:pPr>
        <w:spacing w:before="20" w:after="20"/>
        <w:ind w:left="420"/>
        <w:rPr>
          <w:rFonts w:hint="eastAsia"/>
        </w:rPr>
      </w:pPr>
      <w:r>
        <w:t>（B）参宿四</w:t>
      </w:r>
    </w:p>
    <w:p w14:paraId="5C5C94A5" w14:textId="77777777" w:rsidR="00AE5782" w:rsidRDefault="00000000">
      <w:pPr>
        <w:spacing w:before="20" w:after="20"/>
        <w:ind w:left="420"/>
        <w:rPr>
          <w:rFonts w:hint="eastAsia"/>
        </w:rPr>
      </w:pPr>
      <w:r>
        <w:t>（C）一样大</w:t>
      </w:r>
    </w:p>
    <w:p w14:paraId="66BF5D2C" w14:textId="77777777" w:rsidR="00AE5782" w:rsidRDefault="00000000">
      <w:pPr>
        <w:spacing w:before="20" w:after="20"/>
        <w:ind w:left="420"/>
        <w:rPr>
          <w:rFonts w:hint="eastAsia"/>
        </w:rPr>
      </w:pPr>
      <w:r>
        <w:t>（D）无法判断</w:t>
      </w:r>
    </w:p>
    <w:p w14:paraId="56665C04" w14:textId="77777777" w:rsidR="00AE5782" w:rsidRDefault="00000000">
      <w:pPr>
        <w:spacing w:before="40" w:after="40"/>
        <w:rPr>
          <w:rFonts w:hint="eastAsia"/>
        </w:rPr>
      </w:pPr>
      <w:r>
        <w:t>10. 影响恒星光谱谱线宽度的因素可能包括          。</w:t>
      </w:r>
    </w:p>
    <w:p w14:paraId="2FE4E909" w14:textId="77777777" w:rsidR="00AE5782" w:rsidRDefault="00000000">
      <w:pPr>
        <w:spacing w:before="20" w:after="20"/>
        <w:ind w:left="420"/>
        <w:rPr>
          <w:rFonts w:hint="eastAsia"/>
        </w:rPr>
      </w:pPr>
      <w:r>
        <w:t>（A）压力、碰撞</w:t>
      </w:r>
    </w:p>
    <w:p w14:paraId="7BCCC11A" w14:textId="77777777" w:rsidR="00AE5782" w:rsidRDefault="00000000">
      <w:pPr>
        <w:spacing w:before="20" w:after="20"/>
        <w:ind w:left="420"/>
        <w:rPr>
          <w:rFonts w:hint="eastAsia"/>
        </w:rPr>
      </w:pPr>
      <w:r>
        <w:t>（B）压力、多普勒效应</w:t>
      </w:r>
    </w:p>
    <w:p w14:paraId="7919038B" w14:textId="77777777" w:rsidR="00AE5782" w:rsidRDefault="00000000">
      <w:pPr>
        <w:spacing w:before="20" w:after="20"/>
        <w:ind w:left="420"/>
        <w:rPr>
          <w:rFonts w:hint="eastAsia"/>
        </w:rPr>
      </w:pPr>
      <w:r>
        <w:t>（C）碰撞、多普勒效应</w:t>
      </w:r>
    </w:p>
    <w:p w14:paraId="4FA9EA80" w14:textId="77777777" w:rsidR="00AE5782" w:rsidRDefault="00000000">
      <w:pPr>
        <w:spacing w:before="20" w:after="20"/>
        <w:ind w:left="420"/>
        <w:rPr>
          <w:rFonts w:hint="eastAsia"/>
        </w:rPr>
      </w:pPr>
      <w:r>
        <w:t>（D）压力、碰撞、多普勒效应</w:t>
      </w:r>
    </w:p>
    <w:p w14:paraId="449605D8" w14:textId="77777777" w:rsidR="00AE5782" w:rsidRDefault="00000000">
      <w:pPr>
        <w:spacing w:before="40" w:after="40"/>
        <w:rPr>
          <w:rFonts w:hint="eastAsia"/>
        </w:rPr>
      </w:pPr>
      <w:r>
        <w:t>11. （仅高年组）宇宙中第三丰富（质量比）的元素是          。</w:t>
      </w:r>
    </w:p>
    <w:p w14:paraId="4A6B0509" w14:textId="77777777" w:rsidR="00AE5782" w:rsidRDefault="00000000">
      <w:pPr>
        <w:spacing w:before="20" w:after="20"/>
        <w:ind w:left="420"/>
        <w:rPr>
          <w:rFonts w:hint="eastAsia"/>
        </w:rPr>
      </w:pPr>
      <w:r>
        <w:t>（A）氧</w:t>
      </w:r>
    </w:p>
    <w:p w14:paraId="06AD14BF" w14:textId="77777777" w:rsidR="00AE5782" w:rsidRDefault="00000000">
      <w:pPr>
        <w:spacing w:before="20" w:after="20"/>
        <w:ind w:left="420"/>
        <w:rPr>
          <w:rFonts w:hint="eastAsia"/>
        </w:rPr>
      </w:pPr>
      <w:r>
        <w:t>（B）硅</w:t>
      </w:r>
    </w:p>
    <w:p w14:paraId="39019B22" w14:textId="77777777" w:rsidR="00AE5782" w:rsidRDefault="00000000">
      <w:pPr>
        <w:spacing w:before="20" w:after="20"/>
        <w:ind w:left="420"/>
        <w:rPr>
          <w:rFonts w:hint="eastAsia"/>
        </w:rPr>
      </w:pPr>
      <w:r>
        <w:t>（C）铝</w:t>
      </w:r>
    </w:p>
    <w:p w14:paraId="0DA94697" w14:textId="77777777" w:rsidR="00AE5782" w:rsidRDefault="00000000">
      <w:pPr>
        <w:spacing w:before="20" w:after="20"/>
        <w:ind w:left="420"/>
        <w:rPr>
          <w:rFonts w:hint="eastAsia"/>
        </w:rPr>
      </w:pPr>
      <w:r>
        <w:t>（D）铁</w:t>
      </w:r>
    </w:p>
    <w:p w14:paraId="3205BD2A" w14:textId="77777777" w:rsidR="00AE5782" w:rsidRDefault="00000000">
      <w:pPr>
        <w:spacing w:before="40" w:after="40"/>
        <w:rPr>
          <w:rFonts w:hint="eastAsia"/>
        </w:rPr>
      </w:pPr>
      <w:r>
        <w:t>12. （仅高年组）一次全食带主要位于地球中纬度地区的日全食，全食带最东端看到的食甚时刻比最西端晚大约          。</w:t>
      </w:r>
    </w:p>
    <w:p w14:paraId="2136B17A" w14:textId="77777777" w:rsidR="00AE5782" w:rsidRDefault="00000000">
      <w:pPr>
        <w:spacing w:before="20" w:after="20"/>
        <w:ind w:left="420"/>
        <w:rPr>
          <w:rFonts w:hint="eastAsia"/>
        </w:rPr>
      </w:pPr>
      <w:r>
        <w:t>（A）1小时</w:t>
      </w:r>
    </w:p>
    <w:p w14:paraId="4A435828" w14:textId="77777777" w:rsidR="00AE5782" w:rsidRDefault="00000000">
      <w:pPr>
        <w:spacing w:before="20" w:after="20"/>
        <w:ind w:left="420"/>
        <w:rPr>
          <w:rFonts w:hint="eastAsia"/>
        </w:rPr>
      </w:pPr>
      <w:r>
        <w:t>（B）3小时</w:t>
      </w:r>
    </w:p>
    <w:p w14:paraId="1499D146" w14:textId="77777777" w:rsidR="00AE5782" w:rsidRDefault="00000000">
      <w:pPr>
        <w:spacing w:before="20" w:after="20"/>
        <w:ind w:left="420"/>
        <w:rPr>
          <w:rFonts w:hint="eastAsia"/>
        </w:rPr>
      </w:pPr>
      <w:r>
        <w:t>（C）6小时</w:t>
      </w:r>
    </w:p>
    <w:p w14:paraId="6BFE1CA1" w14:textId="77777777" w:rsidR="00AE5782" w:rsidRDefault="00000000">
      <w:pPr>
        <w:spacing w:before="20" w:after="20"/>
        <w:ind w:left="420"/>
        <w:rPr>
          <w:rFonts w:hint="eastAsia"/>
        </w:rPr>
      </w:pPr>
      <w:r>
        <w:t>（D）12小时</w:t>
      </w:r>
    </w:p>
    <w:p w14:paraId="0E9D4128" w14:textId="77777777" w:rsidR="00AE5782" w:rsidRDefault="00000000">
      <w:pPr>
        <w:spacing w:before="40" w:after="40"/>
        <w:rPr>
          <w:rFonts w:hint="eastAsia"/>
        </w:rPr>
      </w:pPr>
      <w:r>
        <w:lastRenderedPageBreak/>
        <w:t>13. （仅高年组）一个类星体的热光度为 L_bol = 10⁴⁷ erg/s，它的中心黑洞质量为 M_BH = 10⁹ M☉。已知 L_Edd = 1.26×10³⁸ (M_BH/M☉) erg/s，此类星体的爱丁顿比率（Eddington ratio）是          。</w:t>
      </w:r>
    </w:p>
    <w:p w14:paraId="41D947F7" w14:textId="77777777" w:rsidR="00AE5782" w:rsidRDefault="00000000">
      <w:pPr>
        <w:spacing w:before="20" w:after="20"/>
        <w:ind w:left="420"/>
        <w:rPr>
          <w:rFonts w:hint="eastAsia"/>
        </w:rPr>
      </w:pPr>
      <w:r>
        <w:t>（A）1.26</w:t>
      </w:r>
    </w:p>
    <w:p w14:paraId="47AA9D8E" w14:textId="77777777" w:rsidR="00AE5782" w:rsidRDefault="00000000">
      <w:pPr>
        <w:spacing w:before="20" w:after="20"/>
        <w:ind w:left="420"/>
        <w:rPr>
          <w:rFonts w:hint="eastAsia"/>
        </w:rPr>
      </w:pPr>
      <w:r>
        <w:t>（B）0.59</w:t>
      </w:r>
    </w:p>
    <w:p w14:paraId="776B2DB8" w14:textId="77777777" w:rsidR="00AE5782" w:rsidRDefault="00000000">
      <w:pPr>
        <w:spacing w:before="20" w:after="20"/>
        <w:ind w:left="420"/>
        <w:rPr>
          <w:rFonts w:hint="eastAsia"/>
        </w:rPr>
      </w:pPr>
      <w:r>
        <w:t>（C）0.79</w:t>
      </w:r>
    </w:p>
    <w:p w14:paraId="65C5E394" w14:textId="77777777" w:rsidR="00AE5782" w:rsidRDefault="00000000">
      <w:pPr>
        <w:spacing w:before="20" w:after="20"/>
        <w:ind w:left="420"/>
        <w:rPr>
          <w:rFonts w:hint="eastAsia"/>
        </w:rPr>
      </w:pPr>
      <w:r>
        <w:t>（D）0.89</w:t>
      </w:r>
    </w:p>
    <w:p w14:paraId="73B888CB" w14:textId="77777777" w:rsidR="00AE5782" w:rsidRDefault="00000000">
      <w:pPr>
        <w:spacing w:before="240" w:after="120"/>
        <w:rPr>
          <w:rFonts w:hint="eastAsia"/>
        </w:rPr>
      </w:pPr>
      <w:r>
        <w:rPr>
          <w:rFonts w:ascii="黑体" w:eastAsia="黑体" w:hAnsi="黑体"/>
          <w:b/>
          <w:sz w:val="28"/>
        </w:rPr>
        <w:t>II. 简答题</w:t>
      </w:r>
    </w:p>
    <w:p w14:paraId="0964C065" w14:textId="77777777" w:rsidR="00AE5782" w:rsidRDefault="00000000">
      <w:pPr>
        <w:spacing w:before="40" w:after="40"/>
        <w:rPr>
          <w:rFonts w:hint="eastAsia"/>
        </w:rPr>
      </w:pPr>
      <w:r>
        <w:t>14. （仅低年组）土星环缝</w:t>
      </w:r>
    </w:p>
    <w:p w14:paraId="7935A4DA" w14:textId="77777777" w:rsidR="00AE5782" w:rsidRDefault="00000000">
      <w:pPr>
        <w:spacing w:before="20" w:after="20"/>
        <w:ind w:left="420"/>
        <w:rPr>
          <w:rFonts w:hint="eastAsia"/>
        </w:rPr>
      </w:pPr>
      <w:r>
        <w:rPr>
          <w:sz w:val="22"/>
        </w:rPr>
        <w:t>土星环是太阳系八颗行星中最突出的行星环，土星环中存在由于共振而产生的缝隙，其中最为明显的是卡西尼环缝。假设我们将发射一个探测器来近距离观测土星环缝的结构，其角分辨率为5 arcsec，探测器与土星之间最近的距离为825000km，请问该探测器能够探测的土星光环的最窄缝隙为多大？</w:t>
      </w:r>
    </w:p>
    <w:p w14:paraId="1A0227F3" w14:textId="77777777" w:rsidR="00AE5782" w:rsidRDefault="00000000">
      <w:pPr>
        <w:spacing w:before="40" w:after="40"/>
        <w:rPr>
          <w:rFonts w:hint="eastAsia"/>
        </w:rPr>
      </w:pPr>
      <w:r>
        <w:t>15. （仅高年组）主序星占比</w:t>
      </w:r>
    </w:p>
    <w:p w14:paraId="5FC3465B" w14:textId="77777777" w:rsidR="00AE5782" w:rsidRDefault="00000000">
      <w:pPr>
        <w:spacing w:before="20" w:after="20"/>
        <w:ind w:left="420"/>
        <w:rPr>
          <w:rFonts w:hint="eastAsia"/>
        </w:rPr>
      </w:pPr>
      <w:r>
        <w:rPr>
          <w:sz w:val="22"/>
        </w:rPr>
        <w:t>假设诞生的恒星中最大和最小质量分别是100和0.08个太阳质量，依据Salpeter初始质量函数估算银河系中类太阳G型主序星占多少比例。</w:t>
      </w:r>
    </w:p>
    <w:p w14:paraId="616EE9EC" w14:textId="77777777" w:rsidR="00AE5782" w:rsidRDefault="00000000">
      <w:pPr>
        <w:spacing w:before="20" w:after="20"/>
        <w:ind w:left="420"/>
        <w:rPr>
          <w:rFonts w:hint="eastAsia"/>
        </w:rPr>
      </w:pPr>
      <w:r>
        <w:rPr>
          <w:sz w:val="22"/>
        </w:rPr>
        <w:t>提示：Salpeter初始质量函数是 dN/dM = kM^(-α)，这里k是归一化常数，指数α=2.35。</w:t>
      </w:r>
    </w:p>
    <w:p w14:paraId="7710ECE8" w14:textId="77777777" w:rsidR="00AE5782" w:rsidRDefault="00000000">
      <w:pPr>
        <w:spacing w:before="20" w:after="20"/>
        <w:ind w:left="420"/>
        <w:rPr>
          <w:rFonts w:hint="eastAsia"/>
        </w:rPr>
      </w:pPr>
      <w:r>
        <w:rPr>
          <w:sz w:val="22"/>
        </w:rPr>
        <w:t>对上式积分可以得到 N = k/(α+1) × [M^(α+1)]，这里M_lower和M_upper分别代表最小恒星质量0.08和最大恒星质量100。</w:t>
      </w:r>
    </w:p>
    <w:p w14:paraId="5F5D68E1" w14:textId="77777777" w:rsidR="00AE5782" w:rsidRDefault="00000000">
      <w:pPr>
        <w:spacing w:before="40" w:after="40"/>
        <w:rPr>
          <w:rFonts w:hint="eastAsia"/>
        </w:rPr>
      </w:pPr>
      <w:r>
        <w:t>16. （低年组和高年组）灶神星冲日</w:t>
      </w:r>
    </w:p>
    <w:p w14:paraId="1D8D6F75" w14:textId="77777777" w:rsidR="00AE5782" w:rsidRDefault="00000000">
      <w:pPr>
        <w:spacing w:before="20" w:after="20"/>
        <w:ind w:left="420"/>
        <w:rPr>
          <w:rFonts w:hint="eastAsia"/>
        </w:rPr>
      </w:pPr>
      <w:r>
        <w:rPr>
          <w:sz w:val="22"/>
        </w:rPr>
        <w:t>对于地球来说，当行星或小行星运行到与太阳相反的方向时，我们称其为冲日。对于火星或者小行星带的天体，由于距离地球较近，近日点的冲日就会比一般的冲日更亮，也就是所谓的"大冲"。灶神星（Vesta）是小行星带中最大的成员之一，它于1807年3月29日被德国天文学家奥伯斯发现。灶神星的近日点和远日点分别为2.151AU和2.572AU。上次大冲发生在2018年6月20日，视星等达到5.1等。假设灶神星轨道和地球轨道共面，且其轨道不受火星和木星的影响。</w:t>
      </w:r>
    </w:p>
    <w:p w14:paraId="55F9AEAC" w14:textId="77777777" w:rsidR="00AE5782" w:rsidRDefault="00000000">
      <w:pPr>
        <w:spacing w:before="20" w:after="20"/>
        <w:ind w:left="420"/>
        <w:rPr>
          <w:rFonts w:hint="eastAsia"/>
        </w:rPr>
      </w:pPr>
      <w:r>
        <w:rPr>
          <w:sz w:val="22"/>
        </w:rPr>
        <w:t>(1) 计算下次仍然发生在5-6月左右的大冲的年月日。</w:t>
      </w:r>
    </w:p>
    <w:p w14:paraId="66AEEE26" w14:textId="77777777" w:rsidR="00AE5782" w:rsidRDefault="00000000">
      <w:pPr>
        <w:spacing w:before="20" w:after="20"/>
        <w:ind w:left="420"/>
        <w:rPr>
          <w:rFonts w:hint="eastAsia"/>
        </w:rPr>
      </w:pPr>
      <w:r>
        <w:rPr>
          <w:sz w:val="22"/>
        </w:rPr>
        <w:t>(2) 计算灶神星在远日点冲日时的视星等。</w:t>
      </w:r>
    </w:p>
    <w:p w14:paraId="5FF316B2" w14:textId="77777777" w:rsidR="00AE5782" w:rsidRDefault="00000000">
      <w:pPr>
        <w:spacing w:before="40" w:after="40"/>
        <w:rPr>
          <w:rFonts w:hint="eastAsia"/>
        </w:rPr>
      </w:pPr>
      <w:r>
        <w:lastRenderedPageBreak/>
        <w:t>17. （低年组和高年组）脉冲星</w:t>
      </w:r>
    </w:p>
    <w:p w14:paraId="0BBAA447" w14:textId="77777777" w:rsidR="00AE5782" w:rsidRDefault="00000000">
      <w:pPr>
        <w:spacing w:before="20" w:after="20"/>
        <w:ind w:left="420"/>
        <w:rPr>
          <w:rFonts w:hint="eastAsia"/>
        </w:rPr>
      </w:pPr>
      <w:r>
        <w:rPr>
          <w:sz w:val="22"/>
        </w:rPr>
        <w:t>射电脉冲星绝大多数都是孤立的中子星，而X射线脉冲星绝大多数都是一个中子星和一个正常的光学伴星组成的双星系统，中子星通过引力吸积光学伴星的物质发射强烈的X射线辐射。如果中子星的质量约为1.4个太阳质量，求X射线脉冲星的最大可能光度。</w:t>
      </w:r>
    </w:p>
    <w:p w14:paraId="123CE3B4" w14:textId="77777777" w:rsidR="00AE5782" w:rsidRDefault="00000000">
      <w:pPr>
        <w:spacing w:before="20" w:after="20"/>
        <w:ind w:left="420"/>
        <w:rPr>
          <w:rFonts w:hint="eastAsia"/>
        </w:rPr>
      </w:pPr>
      <w:r>
        <w:rPr>
          <w:sz w:val="22"/>
        </w:rPr>
        <w:t>提示：X射线脉冲星的辐射（光）照射物质的时候，会对被照射的物质产生向外的辐射压力，当辐射压力超过中子星引力的时候，脉冲星就不能吸积物质了。</w:t>
      </w:r>
    </w:p>
    <w:p w14:paraId="44F834CD" w14:textId="77777777" w:rsidR="00AE5782" w:rsidRDefault="00000000">
      <w:pPr>
        <w:spacing w:before="20" w:after="20"/>
        <w:ind w:left="420"/>
        <w:rPr>
          <w:rFonts w:hint="eastAsia"/>
        </w:rPr>
      </w:pPr>
      <w:r>
        <w:rPr>
          <w:sz w:val="22"/>
        </w:rPr>
        <w:t>辐射压力 F = Lσ/(4πc r²)，其中L是脉冲星的光度，光散射截面σ = 6.7×10⁻²⁵ cm²。</w:t>
      </w:r>
    </w:p>
    <w:p w14:paraId="010E7019" w14:textId="77777777" w:rsidR="00AE5782" w:rsidRDefault="00000000">
      <w:pPr>
        <w:spacing w:before="40" w:after="40"/>
        <w:rPr>
          <w:rFonts w:hint="eastAsia"/>
        </w:rPr>
      </w:pPr>
      <w:r>
        <w:t>18. （低年组和高年组）新智彗星颗粒的命运</w:t>
      </w:r>
    </w:p>
    <w:p w14:paraId="21EF1778" w14:textId="77777777" w:rsidR="00AE5782" w:rsidRDefault="00000000">
      <w:pPr>
        <w:spacing w:before="20" w:after="20"/>
        <w:ind w:left="420"/>
        <w:rPr>
          <w:rFonts w:hint="eastAsia"/>
        </w:rPr>
      </w:pPr>
      <w:r>
        <w:rPr>
          <w:sz w:val="22"/>
        </w:rPr>
        <w:t>2020年的新智彗星（Neowise）吸引了无数眼球。一般彗星会释放出不同尺寸的颗粒，假设一个脱离了彗核的彗星颗粒（其尺寸为D）在太阳系内只受到太阳的万有引力和太阳辐射压力的作用，则存在一个彗星颗粒临界尺寸D₀，使得该颗粒受到的引力和辐射压力平衡，请估算D₀的值，并说明尺寸大于D₀和小于D₀的Neowise彗星颗粒的命运将分别是什么？</w:t>
      </w:r>
    </w:p>
    <w:p w14:paraId="6C642CC3" w14:textId="77777777" w:rsidR="00AE5782" w:rsidRDefault="00000000">
      <w:pPr>
        <w:rPr>
          <w:rFonts w:hint="eastAsia"/>
        </w:rPr>
      </w:pPr>
      <w:r>
        <w:br w:type="page"/>
      </w:r>
    </w:p>
    <w:p w14:paraId="5A1615D5" w14:textId="77777777" w:rsidR="00AE5782" w:rsidRDefault="00000000">
      <w:pPr>
        <w:spacing w:before="120" w:after="240"/>
        <w:jc w:val="center"/>
        <w:rPr>
          <w:rFonts w:hint="eastAsia"/>
        </w:rPr>
      </w:pPr>
      <w:r>
        <w:rPr>
          <w:rFonts w:ascii="黑体" w:eastAsia="黑体" w:hAnsi="黑体"/>
          <w:b/>
          <w:sz w:val="36"/>
        </w:rPr>
        <w:t>2020年CNAO全国中学生天文知识竞赛决赛试题 答案解析</w:t>
      </w:r>
    </w:p>
    <w:p w14:paraId="1C507EA6" w14:textId="77777777" w:rsidR="00AE5782" w:rsidRDefault="00000000">
      <w:pPr>
        <w:spacing w:before="240" w:after="120"/>
        <w:rPr>
          <w:rFonts w:hint="eastAsia"/>
        </w:rPr>
      </w:pPr>
      <w:r>
        <w:rPr>
          <w:rFonts w:ascii="黑体" w:eastAsia="黑体" w:hAnsi="黑体"/>
          <w:b/>
          <w:sz w:val="28"/>
        </w:rPr>
        <w:t>选择题答案速查</w:t>
      </w:r>
    </w:p>
    <w:p w14:paraId="571759DB" w14:textId="77777777" w:rsidR="00AE5782" w:rsidRDefault="00000000">
      <w:pPr>
        <w:spacing w:before="40" w:after="40"/>
        <w:rPr>
          <w:rFonts w:hint="eastAsia"/>
        </w:rPr>
      </w:pPr>
      <w:r>
        <w:t>低年组（1~10题）：A  C  C  C  C  C  B  D  B  D</w:t>
      </w:r>
    </w:p>
    <w:p w14:paraId="35DEFF33" w14:textId="77777777" w:rsidR="00AE5782" w:rsidRDefault="00000000">
      <w:pPr>
        <w:spacing w:before="40" w:after="40"/>
        <w:rPr>
          <w:rFonts w:hint="eastAsia"/>
        </w:rPr>
      </w:pPr>
      <w:r>
        <w:t>高年组（11~13题）：A  B  C</w:t>
      </w:r>
    </w:p>
    <w:p w14:paraId="46F11CCC" w14:textId="77777777" w:rsidR="00AE5782" w:rsidRDefault="00000000">
      <w:pPr>
        <w:spacing w:before="240" w:after="120"/>
        <w:rPr>
          <w:rFonts w:hint="eastAsia"/>
        </w:rPr>
      </w:pPr>
      <w:r>
        <w:rPr>
          <w:rFonts w:ascii="黑体" w:eastAsia="黑体" w:hAnsi="黑体"/>
          <w:b/>
          <w:sz w:val="28"/>
        </w:rPr>
        <w:t>选择题逐题解析</w:t>
      </w:r>
    </w:p>
    <w:p w14:paraId="2AEA8CB6" w14:textId="77777777" w:rsidR="00AE5782" w:rsidRDefault="00000000">
      <w:pPr>
        <w:spacing w:before="60"/>
        <w:rPr>
          <w:rFonts w:hint="eastAsia"/>
        </w:rPr>
      </w:pPr>
      <w:r>
        <w:rPr>
          <w:b/>
          <w:color w:val="CC0000"/>
        </w:rPr>
        <w:t>1.（仅低年组）答案：A</w:t>
      </w:r>
      <w:r>
        <w:rPr>
          <w:color w:val="666666"/>
          <w:sz w:val="21"/>
        </w:rPr>
        <w:t xml:space="preserve"> 月球绕地球公转方向为自西向东，因此月球相对背景恒星的运动方向也是自西向东。</w:t>
      </w:r>
    </w:p>
    <w:p w14:paraId="0324EA5A" w14:textId="77777777" w:rsidR="00AE5782" w:rsidRDefault="00000000">
      <w:pPr>
        <w:spacing w:before="60"/>
        <w:rPr>
          <w:rFonts w:hint="eastAsia"/>
        </w:rPr>
      </w:pPr>
      <w:r>
        <w:rPr>
          <w:b/>
          <w:color w:val="CC0000"/>
        </w:rPr>
        <w:t>2.（仅低年组）答案：C</w:t>
      </w:r>
      <w:r>
        <w:rPr>
          <w:color w:val="666666"/>
          <w:sz w:val="21"/>
        </w:rPr>
        <w:t xml:space="preserve"> 银河系约有1000亿~4000亿颗恒星，即约10×10¹⁰颗，故选C。</w:t>
      </w:r>
    </w:p>
    <w:p w14:paraId="3A3F3611" w14:textId="77777777" w:rsidR="00AE5782" w:rsidRDefault="00000000">
      <w:pPr>
        <w:spacing w:before="60"/>
        <w:rPr>
          <w:rFonts w:hint="eastAsia"/>
        </w:rPr>
      </w:pPr>
      <w:r>
        <w:rPr>
          <w:b/>
          <w:color w:val="CC0000"/>
        </w:rPr>
        <w:t>3.（仅低年组）答案：C</w:t>
      </w:r>
      <w:r>
        <w:rPr>
          <w:color w:val="666666"/>
          <w:sz w:val="21"/>
        </w:rPr>
        <w:t xml:space="preserve"> 正方案是中国古代专门用来测定方向的仪器。日晷主要测定时间，圭表主要测定节气，水运仪象台是综合天文仪器。</w:t>
      </w:r>
    </w:p>
    <w:p w14:paraId="260A0CEF" w14:textId="77777777" w:rsidR="00AE5782" w:rsidRDefault="00000000">
      <w:pPr>
        <w:spacing w:before="60"/>
        <w:rPr>
          <w:rFonts w:hint="eastAsia"/>
        </w:rPr>
      </w:pPr>
      <w:r>
        <w:rPr>
          <w:b/>
          <w:color w:val="CC0000"/>
        </w:rPr>
        <w:t>4. 答案：C</w:t>
      </w:r>
      <w:r>
        <w:rPr>
          <w:color w:val="666666"/>
          <w:sz w:val="21"/>
        </w:rPr>
        <w:t xml:space="preserve"> 北黄极在赤道坐标系中的位置约为赤经18h 00m，赤纬+66°34′。</w:t>
      </w:r>
    </w:p>
    <w:p w14:paraId="6A9F06BC" w14:textId="77777777" w:rsidR="00AE5782" w:rsidRDefault="00000000">
      <w:pPr>
        <w:spacing w:before="60"/>
        <w:rPr>
          <w:rFonts w:hint="eastAsia"/>
        </w:rPr>
      </w:pPr>
      <w:r>
        <w:rPr>
          <w:b/>
          <w:color w:val="CC0000"/>
        </w:rPr>
        <w:t>5. 答案：C</w:t>
      </w:r>
      <w:r>
        <w:rPr>
          <w:color w:val="666666"/>
          <w:sz w:val="21"/>
        </w:rPr>
        <w:t xml:space="preserve"> 天问一号的祝融号火星车设计寿命为90个火星日，约92个地球日。</w:t>
      </w:r>
    </w:p>
    <w:p w14:paraId="71D2594C" w14:textId="77777777" w:rsidR="00AE5782" w:rsidRDefault="00000000">
      <w:pPr>
        <w:spacing w:before="60"/>
        <w:rPr>
          <w:rFonts w:hint="eastAsia"/>
        </w:rPr>
      </w:pPr>
      <w:r>
        <w:rPr>
          <w:b/>
          <w:color w:val="CC0000"/>
        </w:rPr>
        <w:t>6. 答案：C  宇宙的演化顺序是：大爆炸 → 暴胀（约在大爆炸后10⁻³⁶秒，宇宙急剧膨胀）→ 黑暗时代（宇宙充满中性气体、还没有恒星发光）→ 第一代恒星和星系点亮宇宙（再电离），故选C。</w:t>
      </w:r>
    </w:p>
    <w:p w14:paraId="2DB8B43E" w14:textId="77777777" w:rsidR="00AE5782" w:rsidRDefault="00000000">
      <w:pPr>
        <w:spacing w:before="60"/>
        <w:rPr>
          <w:rFonts w:hint="eastAsia"/>
        </w:rPr>
      </w:pPr>
      <w:r>
        <w:rPr>
          <w:b/>
          <w:color w:val="CC0000"/>
        </w:rPr>
        <w:t>7. 答案：B</w:t>
      </w:r>
      <w:r>
        <w:rPr>
          <w:color w:val="666666"/>
          <w:sz w:val="21"/>
        </w:rPr>
        <w:t xml:space="preserve"> M87是室女座星系团的核心星系，不属于本星系群。M110、M33、M32均为本星系群成员。</w:t>
      </w:r>
    </w:p>
    <w:p w14:paraId="21E77D46" w14:textId="77777777" w:rsidR="00AE5782" w:rsidRDefault="00000000">
      <w:pPr>
        <w:spacing w:before="60"/>
        <w:rPr>
          <w:rFonts w:hint="eastAsia"/>
        </w:rPr>
      </w:pPr>
      <w:r>
        <w:rPr>
          <w:b/>
          <w:color w:val="CC0000"/>
        </w:rPr>
        <w:t>8. 答案：D  脉冲星可以作为“宇宙时钟”：长期计时观测脉冲到达时间，可探测纳赫兹引力波（脉冲星计时阵）、检验广义相对论、用于深空导航（如XNAV），但从未用于寻找地外生命，故选D。</w:t>
      </w:r>
    </w:p>
    <w:p w14:paraId="48BDBC99" w14:textId="77777777" w:rsidR="00AE5782" w:rsidRDefault="00000000">
      <w:pPr>
        <w:spacing w:before="60"/>
        <w:rPr>
          <w:rFonts w:hint="eastAsia"/>
        </w:rPr>
      </w:pPr>
      <w:r>
        <w:rPr>
          <w:b/>
          <w:color w:val="CC0000"/>
        </w:rPr>
        <w:t>9. 答案：B</w:t>
      </w:r>
      <w:r>
        <w:rPr>
          <w:color w:val="666666"/>
          <w:sz w:val="21"/>
        </w:rPr>
        <w:t xml:space="preserve"> 参宿四是红超巨星，温度较低，B-V色指数较大；参宿七是蓝超巨星，温度较高，B-V较小。</w:t>
      </w:r>
    </w:p>
    <w:p w14:paraId="31F90F14" w14:textId="77777777" w:rsidR="00AE5782" w:rsidRDefault="00000000">
      <w:pPr>
        <w:spacing w:before="60"/>
        <w:rPr>
          <w:rFonts w:hint="eastAsia"/>
        </w:rPr>
      </w:pPr>
      <w:r>
        <w:rPr>
          <w:b/>
          <w:color w:val="CC0000"/>
        </w:rPr>
        <w:t>10. 答案：D</w:t>
      </w:r>
      <w:r>
        <w:rPr>
          <w:color w:val="666666"/>
          <w:sz w:val="21"/>
        </w:rPr>
        <w:t xml:space="preserve"> 恒星光谱谱线宽度受压力增宽（碰撞增宽）和多普勒增宽（热运动）等多种因素影响。</w:t>
      </w:r>
    </w:p>
    <w:p w14:paraId="3AC42F68" w14:textId="77777777" w:rsidR="00AE5782" w:rsidRDefault="00000000">
      <w:pPr>
        <w:spacing w:before="60"/>
        <w:rPr>
          <w:rFonts w:hint="eastAsia"/>
        </w:rPr>
      </w:pPr>
      <w:r>
        <w:rPr>
          <w:b/>
          <w:color w:val="CC0000"/>
        </w:rPr>
        <w:t>11.（仅高年组）答案：A</w:t>
      </w:r>
      <w:r>
        <w:rPr>
          <w:color w:val="666666"/>
          <w:sz w:val="21"/>
        </w:rPr>
        <w:t xml:space="preserve"> 宇宙中按质量比，最丰富的元素是氢，其次为氦，第三为氧。</w:t>
      </w:r>
    </w:p>
    <w:p w14:paraId="135B8B04" w14:textId="77777777" w:rsidR="00AE5782" w:rsidRDefault="00000000">
      <w:pPr>
        <w:spacing w:before="60"/>
        <w:rPr>
          <w:rFonts w:hint="eastAsia"/>
        </w:rPr>
      </w:pPr>
      <w:r>
        <w:rPr>
          <w:b/>
          <w:color w:val="CC0000"/>
        </w:rPr>
        <w:lastRenderedPageBreak/>
        <w:t>12.（仅高年组）答案：B  月球本影在地面上自西向东扫过，中纬度地区影子的移动速度约每秒1千米，一条全食带往往长达成千上万千米，因此最东端的食甚要比最西端晚几个小时，约3小时，故选B。</w:t>
      </w:r>
    </w:p>
    <w:p w14:paraId="39F0D0F3" w14:textId="77777777" w:rsidR="00AE5782" w:rsidRDefault="00000000">
      <w:pPr>
        <w:spacing w:before="60"/>
        <w:rPr>
          <w:rFonts w:hint="eastAsia"/>
        </w:rPr>
      </w:pPr>
      <w:r>
        <w:rPr>
          <w:b/>
          <w:color w:val="CC0000"/>
        </w:rPr>
        <w:t>13.（仅高年组）答案：C</w:t>
      </w:r>
      <w:r>
        <w:rPr>
          <w:color w:val="666666"/>
          <w:sz w:val="21"/>
        </w:rPr>
        <w:t xml:space="preserve"> L_Edd = 1.26×10³⁸ × 10⁹ = 1.26×10⁴⁷ erg/s，爱丁顿比率 = 10⁴⁷ / 1.26×10⁴⁷ ≈ 0.79。</w:t>
      </w:r>
    </w:p>
    <w:p w14:paraId="668CD277" w14:textId="77777777" w:rsidR="00AE5782" w:rsidRDefault="00000000">
      <w:pPr>
        <w:spacing w:before="240" w:after="120"/>
        <w:rPr>
          <w:rFonts w:hint="eastAsia"/>
        </w:rPr>
      </w:pPr>
      <w:r>
        <w:rPr>
          <w:rFonts w:ascii="黑体" w:eastAsia="黑体" w:hAnsi="黑体"/>
          <w:b/>
          <w:sz w:val="28"/>
        </w:rPr>
        <w:t>简答题解析</w:t>
      </w:r>
    </w:p>
    <w:p w14:paraId="4373176A" w14:textId="77777777" w:rsidR="00AE5782" w:rsidRDefault="00000000">
      <w:pPr>
        <w:spacing w:before="120"/>
        <w:rPr>
          <w:rFonts w:hint="eastAsia"/>
        </w:rPr>
      </w:pPr>
      <w:r>
        <w:rPr>
          <w:rFonts w:ascii="黑体" w:eastAsia="黑体" w:hAnsi="黑体"/>
          <w:b/>
        </w:rPr>
        <w:t>14.（仅低年组）土星环缝</w:t>
      </w:r>
    </w:p>
    <w:p w14:paraId="315624D6" w14:textId="77777777" w:rsidR="00AE5782" w:rsidRDefault="00000000">
      <w:pPr>
        <w:spacing w:before="20" w:after="20"/>
        <w:ind w:left="283"/>
        <w:rPr>
          <w:rFonts w:hint="eastAsia"/>
        </w:rPr>
      </w:pPr>
      <w:r>
        <w:rPr>
          <w:sz w:val="22"/>
        </w:rPr>
        <w:t>角分辨率 θ = 5 arcsec = 5/206265 rad</w:t>
      </w:r>
    </w:p>
    <w:p w14:paraId="50CFEBB9" w14:textId="77777777" w:rsidR="00AE5782" w:rsidRDefault="00000000">
      <w:pPr>
        <w:spacing w:before="20" w:after="20"/>
        <w:ind w:left="283"/>
        <w:rPr>
          <w:rFonts w:hint="eastAsia"/>
        </w:rPr>
      </w:pPr>
      <w:r>
        <w:rPr>
          <w:sz w:val="22"/>
        </w:rPr>
        <w:t>最小可分辨缝隙 = d × θ = 825000 × (5/206265) ≈ 20.0 km</w:t>
      </w:r>
    </w:p>
    <w:p w14:paraId="53930B12" w14:textId="77777777" w:rsidR="00AE5782" w:rsidRDefault="00000000">
      <w:pPr>
        <w:spacing w:before="20" w:after="20"/>
        <w:ind w:left="283"/>
        <w:rPr>
          <w:rFonts w:hint="eastAsia"/>
        </w:rPr>
      </w:pPr>
      <w:r>
        <w:rPr>
          <w:sz w:val="22"/>
        </w:rPr>
        <w:t>答：该探测器能够探测的最窄缝隙约为20 km。</w:t>
      </w:r>
    </w:p>
    <w:p w14:paraId="4B1C9CD6" w14:textId="77777777" w:rsidR="00AE5782" w:rsidRDefault="00000000">
      <w:pPr>
        <w:spacing w:before="120"/>
        <w:rPr>
          <w:rFonts w:hint="eastAsia"/>
        </w:rPr>
      </w:pPr>
      <w:r>
        <w:rPr>
          <w:rFonts w:ascii="黑体" w:eastAsia="黑体" w:hAnsi="黑体"/>
          <w:b/>
        </w:rPr>
        <w:t>15.（仅高年组）主序星占比</w:t>
      </w:r>
    </w:p>
    <w:p w14:paraId="23B99BC7" w14:textId="77777777" w:rsidR="00AE5782" w:rsidRDefault="00000000">
      <w:pPr>
        <w:spacing w:before="20" w:after="20"/>
        <w:ind w:left="283"/>
        <w:rPr>
          <w:rFonts w:hint="eastAsia"/>
        </w:rPr>
      </w:pPr>
      <w:r>
        <w:rPr>
          <w:sz w:val="22"/>
        </w:rPr>
        <w:t>Salpeter初始质量函数：dN/dM = kM^(-2.35)</w:t>
      </w:r>
    </w:p>
    <w:p w14:paraId="2299F990" w14:textId="77777777" w:rsidR="00AE5782" w:rsidRDefault="00000000">
      <w:pPr>
        <w:spacing w:before="20" w:after="20"/>
        <w:ind w:left="283"/>
        <w:rPr>
          <w:rFonts w:hint="eastAsia"/>
        </w:rPr>
      </w:pPr>
      <w:r>
        <w:rPr>
          <w:sz w:val="22"/>
        </w:rPr>
        <w:t>总恒星数 N_total = ∫(0.08→100) kM^(-2.35) dM = k/1.35 × (0.08^(-1.35) - 100^(-1.35))</w:t>
      </w:r>
    </w:p>
    <w:p w14:paraId="0807BBBE" w14:textId="77777777" w:rsidR="00AE5782" w:rsidRDefault="00000000">
      <w:pPr>
        <w:spacing w:before="20" w:after="20"/>
        <w:ind w:left="283"/>
        <w:rPr>
          <w:rFonts w:hint="eastAsia"/>
        </w:rPr>
      </w:pPr>
      <w:r>
        <w:rPr>
          <w:sz w:val="22"/>
        </w:rPr>
        <w:t>G型主序星（质量约0.8~1.2 M☉）数 N_G = k/1.35 × (0.8^(-1.35) - 1.2^(-1.35))</w:t>
      </w:r>
    </w:p>
    <w:p w14:paraId="2BBA24DE" w14:textId="77777777" w:rsidR="00AE5782" w:rsidRDefault="00000000">
      <w:pPr>
        <w:spacing w:before="20" w:after="20"/>
        <w:ind w:left="283"/>
        <w:rPr>
          <w:rFonts w:hint="eastAsia"/>
        </w:rPr>
      </w:pPr>
      <w:r>
        <w:rPr>
          <w:sz w:val="22"/>
        </w:rPr>
        <w:t>计算：0.8^(-1.35) ≈ 1.352，1.2^(-1.35) ≈ 0.782，0.08^(-1.35) ≈ 30.28，100^(-1.35) ≈ 0.002</w:t>
      </w:r>
    </w:p>
    <w:p w14:paraId="1F251F02" w14:textId="77777777" w:rsidR="00AE5782" w:rsidRDefault="00000000">
      <w:pPr>
        <w:spacing w:before="20" w:after="20"/>
        <w:ind w:left="283"/>
        <w:rPr>
          <w:rFonts w:hint="eastAsia"/>
        </w:rPr>
      </w:pPr>
      <w:r>
        <w:rPr>
          <w:sz w:val="22"/>
        </w:rPr>
        <w:t>N_total ∝ 30.28 - 0.002 ≈ 30.28</w:t>
      </w:r>
    </w:p>
    <w:p w14:paraId="6E2358B4" w14:textId="77777777" w:rsidR="00AE5782" w:rsidRDefault="00000000">
      <w:pPr>
        <w:spacing w:before="20" w:after="20"/>
        <w:ind w:left="283"/>
        <w:rPr>
          <w:rFonts w:hint="eastAsia"/>
        </w:rPr>
      </w:pPr>
      <w:r>
        <w:rPr>
          <w:sz w:val="22"/>
        </w:rPr>
        <w:t>N_G ∝ 1.352 - 0.782 = 0.570</w:t>
      </w:r>
    </w:p>
    <w:p w14:paraId="5D0EEE72" w14:textId="77777777" w:rsidR="00AE5782" w:rsidRDefault="00000000">
      <w:pPr>
        <w:spacing w:before="20" w:after="20"/>
        <w:ind w:left="283"/>
        <w:rPr>
          <w:rFonts w:hint="eastAsia"/>
        </w:rPr>
      </w:pPr>
      <w:r>
        <w:rPr>
          <w:sz w:val="22"/>
        </w:rPr>
        <w:t>比例 = 0.570/30.28 ≈ 0.0188 ≈ 1.9%</w:t>
      </w:r>
    </w:p>
    <w:p w14:paraId="20DE6B66" w14:textId="77777777" w:rsidR="00AE5782" w:rsidRDefault="00000000">
      <w:pPr>
        <w:spacing w:before="20" w:after="20"/>
        <w:ind w:left="283"/>
        <w:rPr>
          <w:rFonts w:hint="eastAsia"/>
        </w:rPr>
      </w:pPr>
      <w:r>
        <w:rPr>
          <w:sz w:val="22"/>
        </w:rPr>
        <w:t>答：银河系中类太阳G型主序星约占1.9%。</w:t>
      </w:r>
    </w:p>
    <w:p w14:paraId="0FCAF5AF" w14:textId="77777777" w:rsidR="00AE5782" w:rsidRDefault="00000000">
      <w:pPr>
        <w:spacing w:before="120"/>
        <w:rPr>
          <w:rFonts w:hint="eastAsia"/>
        </w:rPr>
      </w:pPr>
      <w:r>
        <w:rPr>
          <w:rFonts w:ascii="黑体" w:eastAsia="黑体" w:hAnsi="黑体"/>
          <w:b/>
        </w:rPr>
        <w:t>16.（低年组和高年组）灶神星冲日</w:t>
      </w:r>
    </w:p>
    <w:p w14:paraId="783FF4F1" w14:textId="77777777" w:rsidR="00AE5782" w:rsidRDefault="00000000">
      <w:pPr>
        <w:spacing w:before="20" w:after="20"/>
        <w:ind w:left="283"/>
        <w:rPr>
          <w:rFonts w:hint="eastAsia"/>
        </w:rPr>
      </w:pPr>
      <w:r>
        <w:rPr>
          <w:sz w:val="22"/>
        </w:rPr>
        <w:t>(1) 灶神星轨道半长轴 a=(2.151+2.572)/2=2.3615AU，轨道周期 T=a^1.5≈3.63年，与地球的会合周期 S=1/(1−1/3.63)≈1.38年≈504天。</w:t>
      </w:r>
      <w:r>
        <w:rPr>
          <w:sz w:val="22"/>
        </w:rPr>
        <w:br/>
        <w:t>因此每过504天就有一次冲日，而每过一个会合周期，冲日时太阳的黄经向后推进约(504−365.25)×0.9856°≈137°，冲日的公历日期大约推后4.6个月：2018-06-20 → 2019-11 → 2021-03 → 2022-08 → 2023-12 → 2025-05。</w:t>
      </w:r>
      <w:r>
        <w:rPr>
          <w:sz w:val="22"/>
        </w:rPr>
        <w:br/>
      </w:r>
      <w:r>
        <w:rPr>
          <w:sz w:val="22"/>
        </w:rPr>
        <w:lastRenderedPageBreak/>
        <w:t>灶神星近日点黄经约255°，“大冲”要求冲日时它的日心黄经接近255°，即太阳黄经接近75°（5月中旬）。2025年5月中旬那次冲日，太阳黄经约53°、灶神星日心黄经约233°，与近日点只差20多度，是2018年之后下一次落在5—6月的大冲。</w:t>
      </w:r>
      <w:r>
        <w:rPr>
          <w:sz w:val="22"/>
        </w:rPr>
        <w:br/>
        <w:t>答：下次仍发生在5—6月左右的大冲约在2025年5月15日前后（其间的2019年11月、2021年3月、2022年8月、2023年12月各次冲日都不在5—6月）。</w:t>
      </w:r>
    </w:p>
    <w:p w14:paraId="48A4AE7F" w14:textId="77777777" w:rsidR="00AE5782" w:rsidRDefault="00AE5782">
      <w:pPr>
        <w:spacing w:before="20" w:after="20"/>
        <w:ind w:left="283"/>
        <w:rPr>
          <w:rFonts w:hint="eastAsia"/>
        </w:rPr>
      </w:pPr>
    </w:p>
    <w:p w14:paraId="70C71C2B" w14:textId="77777777" w:rsidR="00AE5782" w:rsidRDefault="00000000">
      <w:pPr>
        <w:spacing w:before="20" w:after="20"/>
        <w:ind w:left="283"/>
        <w:rPr>
          <w:rFonts w:hint="eastAsia"/>
        </w:rPr>
      </w:pPr>
      <w:r>
        <w:rPr>
          <w:sz w:val="22"/>
        </w:rPr>
        <w:t>(2) 近日点冲日时：d_日 = 2.151 AU，Δ_日 = 2.151 - 1.0 = 1.151 AU，m = 5.1</w:t>
      </w:r>
    </w:p>
    <w:p w14:paraId="21909C41" w14:textId="77777777" w:rsidR="00AE5782" w:rsidRDefault="00000000">
      <w:pPr>
        <w:spacing w:before="20" w:after="20"/>
        <w:ind w:left="283"/>
        <w:rPr>
          <w:rFonts w:hint="eastAsia"/>
        </w:rPr>
      </w:pPr>
      <w:r>
        <w:rPr>
          <w:sz w:val="22"/>
        </w:rPr>
        <w:t>绝对星等 H = 5.1 - 5log(2.151) - 5log(1.151) ≈ 5.1 - 1.66 - 0.31 = 3.13</w:t>
      </w:r>
    </w:p>
    <w:p w14:paraId="43C71C31" w14:textId="77777777" w:rsidR="00AE5782" w:rsidRDefault="00000000">
      <w:pPr>
        <w:spacing w:before="20" w:after="20"/>
        <w:ind w:left="283"/>
        <w:rPr>
          <w:rFonts w:hint="eastAsia"/>
        </w:rPr>
      </w:pPr>
      <w:r>
        <w:rPr>
          <w:sz w:val="22"/>
        </w:rPr>
        <w:t>远日点冲日时：d_远 = 2.572 AU，Δ_远 = 2.572 - 1.0 = 1.572 AU</w:t>
      </w:r>
    </w:p>
    <w:p w14:paraId="48914E94" w14:textId="77777777" w:rsidR="00AE5782" w:rsidRDefault="00000000">
      <w:pPr>
        <w:spacing w:before="20" w:after="20"/>
        <w:ind w:left="283"/>
        <w:rPr>
          <w:rFonts w:hint="eastAsia"/>
        </w:rPr>
      </w:pPr>
      <w:r>
        <w:rPr>
          <w:sz w:val="22"/>
        </w:rPr>
        <w:t>m_远 = 3.13 + 5log(2.572) + 5log(1.572) ≈ 3.13 + 2.05 + 0.98 = 6.16</w:t>
      </w:r>
    </w:p>
    <w:p w14:paraId="09806840" w14:textId="77777777" w:rsidR="00AE5782" w:rsidRDefault="00000000">
      <w:pPr>
        <w:spacing w:before="20" w:after="20"/>
        <w:ind w:left="283"/>
        <w:rPr>
          <w:rFonts w:hint="eastAsia"/>
        </w:rPr>
      </w:pPr>
      <w:r>
        <w:rPr>
          <w:sz w:val="22"/>
        </w:rPr>
        <w:t>答：远日点冲日时灶神星的视星等约为6.2等。</w:t>
      </w:r>
    </w:p>
    <w:p w14:paraId="1E2C029E" w14:textId="77777777" w:rsidR="00AE5782" w:rsidRDefault="00000000">
      <w:pPr>
        <w:spacing w:before="120"/>
        <w:rPr>
          <w:rFonts w:hint="eastAsia"/>
        </w:rPr>
      </w:pPr>
      <w:r>
        <w:rPr>
          <w:rFonts w:ascii="黑体" w:eastAsia="黑体" w:hAnsi="黑体"/>
          <w:b/>
        </w:rPr>
        <w:t>17.（低年组和高年组）脉冲星</w:t>
      </w:r>
    </w:p>
    <w:p w14:paraId="196D370D" w14:textId="77777777" w:rsidR="00AE5782" w:rsidRDefault="00000000">
      <w:pPr>
        <w:spacing w:before="20" w:after="20"/>
        <w:ind w:left="283"/>
        <w:rPr>
          <w:rFonts w:hint="eastAsia"/>
        </w:rPr>
      </w:pPr>
      <w:r>
        <w:rPr>
          <w:sz w:val="22"/>
        </w:rPr>
        <w:t>X射线脉冲星的最大光度为爱丁顿光度。</w:t>
      </w:r>
    </w:p>
    <w:p w14:paraId="0DE5A46C" w14:textId="77777777" w:rsidR="00AE5782" w:rsidRDefault="00000000">
      <w:pPr>
        <w:spacing w:before="20" w:after="20"/>
        <w:ind w:left="283"/>
        <w:rPr>
          <w:rFonts w:hint="eastAsia"/>
        </w:rPr>
      </w:pPr>
      <w:r>
        <w:rPr>
          <w:sz w:val="22"/>
        </w:rPr>
        <w:t>由 F_rad=F_grav：Lσ/(4πcr²)=GM·m_p/r²（每个散射电子对应约一个质子质量），得 L_Edd=4πGMc·m_p/σ。</w:t>
      </w:r>
    </w:p>
    <w:p w14:paraId="3DE18DA3" w14:textId="77777777" w:rsidR="00AE5782" w:rsidRDefault="00000000">
      <w:pPr>
        <w:spacing w:before="20" w:after="20"/>
        <w:ind w:left="283"/>
        <w:rPr>
          <w:rFonts w:hint="eastAsia"/>
        </w:rPr>
      </w:pPr>
      <w:r>
        <w:rPr>
          <w:sz w:val="22"/>
        </w:rPr>
        <w:t>L_Edd = 1.26×10³⁸ × (M/M☉) erg/s</w:t>
      </w:r>
    </w:p>
    <w:p w14:paraId="11038E38" w14:textId="77777777" w:rsidR="00AE5782" w:rsidRDefault="00000000">
      <w:pPr>
        <w:spacing w:before="20" w:after="20"/>
        <w:ind w:left="283"/>
        <w:rPr>
          <w:rFonts w:hint="eastAsia"/>
        </w:rPr>
      </w:pPr>
      <w:r>
        <w:rPr>
          <w:sz w:val="22"/>
        </w:rPr>
        <w:t>M = 1.4 M☉</w:t>
      </w:r>
    </w:p>
    <w:p w14:paraId="5073B251" w14:textId="77777777" w:rsidR="00AE5782" w:rsidRDefault="00000000">
      <w:pPr>
        <w:spacing w:before="20" w:after="20"/>
        <w:ind w:left="283"/>
        <w:rPr>
          <w:rFonts w:hint="eastAsia"/>
        </w:rPr>
      </w:pPr>
      <w:r>
        <w:rPr>
          <w:sz w:val="22"/>
        </w:rPr>
        <w:t>L_max = 1.26×10³⁸ × 1.4 = 1.764×10³⁸ erg/s</w:t>
      </w:r>
    </w:p>
    <w:p w14:paraId="018C9B35" w14:textId="77777777" w:rsidR="00AE5782" w:rsidRDefault="00000000">
      <w:pPr>
        <w:spacing w:before="20" w:after="20"/>
        <w:ind w:left="283"/>
        <w:rPr>
          <w:rFonts w:hint="eastAsia"/>
        </w:rPr>
      </w:pPr>
      <w:r>
        <w:rPr>
          <w:sz w:val="22"/>
        </w:rPr>
        <w:t>答：X射线脉冲星的最大可能光度约为1.76×10³⁸ erg/s。</w:t>
      </w:r>
    </w:p>
    <w:p w14:paraId="0A2AE233" w14:textId="77777777" w:rsidR="00AE5782" w:rsidRDefault="00000000">
      <w:pPr>
        <w:spacing w:before="120"/>
        <w:rPr>
          <w:rFonts w:hint="eastAsia"/>
        </w:rPr>
      </w:pPr>
      <w:r>
        <w:rPr>
          <w:rFonts w:ascii="黑体" w:eastAsia="黑体" w:hAnsi="黑体"/>
          <w:b/>
        </w:rPr>
        <w:t>18.（低年组和高年组）新智彗星颗粒的命运</w:t>
      </w:r>
    </w:p>
    <w:p w14:paraId="2A347CDF" w14:textId="77777777" w:rsidR="00AE5782" w:rsidRDefault="00000000">
      <w:pPr>
        <w:spacing w:before="20" w:after="20"/>
        <w:ind w:left="283"/>
        <w:rPr>
          <w:rFonts w:hint="eastAsia"/>
        </w:rPr>
      </w:pPr>
      <w:r>
        <w:rPr>
          <w:sz w:val="22"/>
        </w:rPr>
        <w:t>辐射压力 F_rad = L☉ × σ_geo / (4πc r²)，其中 σ_geo = πD²/4 为几何截面</w:t>
      </w:r>
    </w:p>
    <w:p w14:paraId="3AA73AC9" w14:textId="77777777" w:rsidR="00AE5782" w:rsidRDefault="00000000">
      <w:pPr>
        <w:spacing w:before="20" w:after="20"/>
        <w:ind w:left="283"/>
        <w:rPr>
          <w:rFonts w:hint="eastAsia"/>
        </w:rPr>
      </w:pPr>
      <w:r>
        <w:rPr>
          <w:sz w:val="22"/>
        </w:rPr>
        <w:t>万有引力 F_grav = G M☉ m / r² = G M☉ × (π/6)ρD³ / r²</w:t>
      </w:r>
    </w:p>
    <w:p w14:paraId="3C8702F4" w14:textId="77777777" w:rsidR="00AE5782" w:rsidRDefault="00000000">
      <w:pPr>
        <w:spacing w:before="20" w:after="20"/>
        <w:ind w:left="283"/>
        <w:rPr>
          <w:rFonts w:hint="eastAsia"/>
        </w:rPr>
      </w:pPr>
      <w:r>
        <w:rPr>
          <w:sz w:val="22"/>
        </w:rPr>
        <w:t>令 F_rad = F_grav：</w:t>
      </w:r>
    </w:p>
    <w:p w14:paraId="22892934" w14:textId="77777777" w:rsidR="00AE5782" w:rsidRDefault="00000000">
      <w:pPr>
        <w:spacing w:before="20" w:after="20"/>
        <w:ind w:left="283"/>
        <w:rPr>
          <w:rFonts w:hint="eastAsia"/>
        </w:rPr>
      </w:pPr>
      <w:r>
        <w:rPr>
          <w:sz w:val="22"/>
        </w:rPr>
        <w:t>L☉ × πD²/4 / (4πc r²) = G M☉ × (π/6)ρD³ / r²</w:t>
      </w:r>
    </w:p>
    <w:p w14:paraId="02FE6C36" w14:textId="77777777" w:rsidR="00AE5782" w:rsidRDefault="00000000">
      <w:pPr>
        <w:spacing w:before="20" w:after="20"/>
        <w:ind w:left="283"/>
        <w:rPr>
          <w:rFonts w:hint="eastAsia"/>
        </w:rPr>
      </w:pPr>
      <w:r>
        <w:rPr>
          <w:sz w:val="22"/>
        </w:rPr>
        <w:t>L☉ / (16c) = G M☉ × ρ × D₀ / 6</w:t>
      </w:r>
    </w:p>
    <w:p w14:paraId="758A0F8F" w14:textId="77777777" w:rsidR="00AE5782" w:rsidRDefault="00000000">
      <w:pPr>
        <w:spacing w:before="20" w:after="20"/>
        <w:ind w:left="283"/>
        <w:rPr>
          <w:rFonts w:hint="eastAsia"/>
        </w:rPr>
      </w:pPr>
      <w:r>
        <w:rPr>
          <w:sz w:val="22"/>
        </w:rPr>
        <w:t>D₀ = 3L☉ / (8πc G M☉ ρ)</w:t>
      </w:r>
    </w:p>
    <w:p w14:paraId="4C83C6C7" w14:textId="77777777" w:rsidR="00AE5782" w:rsidRDefault="00000000">
      <w:pPr>
        <w:spacing w:before="20" w:after="20"/>
        <w:ind w:left="283"/>
        <w:rPr>
          <w:rFonts w:hint="eastAsia"/>
        </w:rPr>
      </w:pPr>
      <w:r>
        <w:rPr>
          <w:sz w:val="22"/>
        </w:rPr>
        <w:t>代入 L☉ = 3.828×10³³ erg/s，M☉ = 1.989×10³³ g，ρ ≈ 1 g/cm³：</w:t>
      </w:r>
    </w:p>
    <w:p w14:paraId="766DAB5D" w14:textId="77777777" w:rsidR="00AE5782" w:rsidRDefault="00000000">
      <w:pPr>
        <w:spacing w:before="20" w:after="20"/>
        <w:ind w:left="283"/>
        <w:rPr>
          <w:rFonts w:hint="eastAsia"/>
        </w:rPr>
      </w:pPr>
      <w:r>
        <w:rPr>
          <w:sz w:val="22"/>
        </w:rPr>
        <w:lastRenderedPageBreak/>
        <w:t>D₀ ≈ 1.1 μm</w:t>
      </w:r>
    </w:p>
    <w:p w14:paraId="6853FE47" w14:textId="77777777" w:rsidR="00AE5782" w:rsidRDefault="00000000">
      <w:pPr>
        <w:spacing w:before="20" w:after="20"/>
        <w:ind w:left="283"/>
        <w:rPr>
          <w:rFonts w:hint="eastAsia"/>
        </w:rPr>
      </w:pPr>
      <w:r>
        <w:rPr>
          <w:sz w:val="22"/>
        </w:rPr>
        <w:t>答：临界尺寸D₀约为1微米（约1.1μm）。由于辐射压力正比于截面（∝D²）、引力正比于质量（∝D³），两者之比 β=F_rad/F_grav∝1/D：尺寸大于D₀的颗粒 β&lt;1，引力占主导，留在绕日轨道上，并在坡印廷—罗伯逊阻力作用下缓慢螺旋落向太阳；尺寸小于D₀的颗粒 β&gt;1，会被辐射压力加速到超过逃逸速度，最终被推出太阳系成为星际尘埃。这也正是彗星尘埃尾总是背离太阳的原因。</w:t>
      </w:r>
    </w:p>
    <w:sectPr w:rsidR="00AE5782"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07131309">
    <w:abstractNumId w:val="8"/>
  </w:num>
  <w:num w:numId="2" w16cid:durableId="496845366">
    <w:abstractNumId w:val="6"/>
  </w:num>
  <w:num w:numId="3" w16cid:durableId="1464421810">
    <w:abstractNumId w:val="5"/>
  </w:num>
  <w:num w:numId="4" w16cid:durableId="778381041">
    <w:abstractNumId w:val="4"/>
  </w:num>
  <w:num w:numId="5" w16cid:durableId="544801865">
    <w:abstractNumId w:val="7"/>
  </w:num>
  <w:num w:numId="6" w16cid:durableId="764500381">
    <w:abstractNumId w:val="3"/>
  </w:num>
  <w:num w:numId="7" w16cid:durableId="393117267">
    <w:abstractNumId w:val="2"/>
  </w:num>
  <w:num w:numId="8" w16cid:durableId="927999493">
    <w:abstractNumId w:val="1"/>
  </w:num>
  <w:num w:numId="9" w16cid:durableId="553590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E4F58"/>
    <w:rsid w:val="00AA1D8D"/>
    <w:rsid w:val="00AE5782"/>
    <w:rsid w:val="00B47730"/>
    <w:rsid w:val="00CB0664"/>
    <w:rsid w:val="00CD2D0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945179"/>
  <w14:defaultImageDpi w14:val="300"/>
  <w15:docId w15:val="{BD28644E-4865-4FDD-B2B6-2ACB16ACE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360" w:lineRule="auto"/>
    </w:pPr>
    <w:rPr>
      <w:rFonts w:ascii="宋体" w:eastAsia="宋体" w:hAnsi="宋体"/>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828</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2026-10-27T05:42:00Z</dcterms:modified>
  <cp:category/>
</cp:coreProperties>
</file>