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B234E" w14:textId="18D68844" w:rsidR="001E37B0" w:rsidRDefault="00000000">
      <w:pPr>
        <w:jc w:val="center"/>
        <w:rPr>
          <w:rFonts w:hint="eastAsia"/>
        </w:rPr>
      </w:pPr>
      <w:r>
        <w:rPr>
          <w:rFonts w:ascii="黑体" w:eastAsia="黑体" w:hAnsi="黑体"/>
          <w:b/>
          <w:color w:val="1C3A5E"/>
          <w:sz w:val="36"/>
        </w:rPr>
        <w:t>2018年CNAO天文奥赛预赛试题</w:t>
      </w:r>
    </w:p>
    <w:p w14:paraId="3FB62CB8" w14:textId="77777777" w:rsidR="001E37B0" w:rsidRDefault="00000000">
      <w:pPr>
        <w:jc w:val="center"/>
        <w:rPr>
          <w:rFonts w:hint="eastAsia"/>
        </w:rPr>
      </w:pPr>
      <w:r>
        <w:rPr>
          <w:rFonts w:ascii="黑体" w:eastAsia="黑体" w:hAnsi="黑体"/>
          <w:color w:val="1C3A5E"/>
          <w:sz w:val="28"/>
        </w:rPr>
        <w:t>（试题与答案分离版）</w:t>
      </w:r>
    </w:p>
    <w:p w14:paraId="4ADE7053" w14:textId="77777777" w:rsidR="001E37B0" w:rsidRDefault="00000000">
      <w:pPr>
        <w:jc w:val="center"/>
        <w:rPr>
          <w:rFonts w:hint="eastAsia"/>
        </w:rPr>
      </w:pPr>
      <w:r>
        <w:rPr>
          <w:color w:val="666666"/>
          <w:sz w:val="22"/>
        </w:rPr>
        <w:t>2018年3月24日 闭卷</w:t>
      </w:r>
    </w:p>
    <w:p w14:paraId="5288060E" w14:textId="77777777" w:rsidR="001E37B0" w:rsidRDefault="001E37B0">
      <w:pPr>
        <w:rPr>
          <w:rFonts w:hint="eastAsia"/>
        </w:rPr>
      </w:pPr>
    </w:p>
    <w:p w14:paraId="475D2220" w14:textId="77777777" w:rsidR="001E37B0" w:rsidRDefault="00000000">
      <w:pPr>
        <w:rPr>
          <w:rFonts w:hint="eastAsia"/>
        </w:rPr>
      </w:pPr>
      <w:r>
        <w:rPr>
          <w:rFonts w:ascii="黑体" w:eastAsia="黑体" w:hAnsi="黑体"/>
          <w:b/>
        </w:rPr>
        <w:t>【注意事项】请务必仔细阅读！</w:t>
      </w:r>
    </w:p>
    <w:p w14:paraId="5AF2F3B3" w14:textId="77777777" w:rsidR="001E37B0" w:rsidRDefault="00000000">
      <w:pPr>
        <w:spacing w:before="60" w:after="60" w:line="360" w:lineRule="auto"/>
        <w:rPr>
          <w:rFonts w:hint="eastAsia"/>
        </w:rPr>
      </w:pPr>
      <w:r>
        <w:rPr>
          <w:sz w:val="21"/>
        </w:rPr>
        <w:t>1、每位考生会拿到一张预赛试卷和一张答题卡。试卷和答题卡都需要逐题填写，并且填写的内容必须完全一致。试卷和答题卡填写内容不一致的题目每题得 -4分。</w:t>
      </w:r>
    </w:p>
    <w:p w14:paraId="357BFE35" w14:textId="77777777" w:rsidR="001E37B0" w:rsidRDefault="00000000">
      <w:pPr>
        <w:spacing w:before="60" w:after="60" w:line="360" w:lineRule="auto"/>
        <w:rPr>
          <w:rFonts w:hint="eastAsia"/>
        </w:rPr>
      </w:pPr>
      <w:r>
        <w:rPr>
          <w:sz w:val="21"/>
        </w:rPr>
        <w:t>2、低年组考生（指2003年1月1日以后出生，并且没有参加过国际天文奥赛IAO和亚太天文奥赛APAO的考生）只答本卷的01-30题，高年组考生只答06-35题。</w:t>
      </w:r>
    </w:p>
    <w:p w14:paraId="70D40B78" w14:textId="77777777" w:rsidR="001E37B0" w:rsidRDefault="00000000">
      <w:pPr>
        <w:spacing w:before="60" w:after="60" w:line="360" w:lineRule="auto"/>
        <w:rPr>
          <w:rFonts w:hint="eastAsia"/>
        </w:rPr>
      </w:pPr>
      <w:r>
        <w:rPr>
          <w:sz w:val="21"/>
        </w:rPr>
        <w:t>3、本卷为闭卷考试，请答卷人按照自己的真实水平独立完成答卷，并认真、完整地用签字笔在试卷上填写有关信息、答卷并签字，用2B铅笔在答题卡上按要求签名（应与试卷上的签名一致；签名明显不一致的取消参赛资格），填涂试卷类型（见本注意事项之前的表格第二列）、准考证号（在空格处写数字，并填涂每个数字下面对应的部分）、组别，以及每道题的答案。未按要求填涂的取消考试成绩。考试开始30分钟之后才可交卷，并在不影响其他考生答题的情况下安静离开考场，否则取消考试成绩。在监考老师宣布考试结束时，该考场所有考生应停止答卷，将试卷和答题卡放在桌上，保持安静离开考场。</w:t>
      </w:r>
    </w:p>
    <w:p w14:paraId="11C90118" w14:textId="77777777" w:rsidR="001E37B0" w:rsidRDefault="00000000">
      <w:pPr>
        <w:spacing w:before="60" w:after="60" w:line="360" w:lineRule="auto"/>
        <w:rPr>
          <w:rFonts w:hint="eastAsia"/>
        </w:rPr>
      </w:pPr>
      <w:r>
        <w:rPr>
          <w:sz w:val="21"/>
        </w:rPr>
        <w:t>4、每题选择一个最接近正确的答案。将对应的字母（A，B，C，D之一）填在试卷上并填涂在答题卡该题号下方的对应处。不会做的题目不选。已填涂的答案如需改正，请用橡皮将原答案尽量擦除干净。每道题答对得4分，答错或多选得-4分，不选得0分。满分120分。草稿可写在试卷草稿区处。</w:t>
      </w:r>
    </w:p>
    <w:p w14:paraId="673BAAFE" w14:textId="77777777" w:rsidR="001E37B0" w:rsidRDefault="00000000">
      <w:pPr>
        <w:spacing w:before="60" w:after="60" w:line="360" w:lineRule="auto"/>
        <w:rPr>
          <w:rFonts w:hint="eastAsia"/>
        </w:rPr>
      </w:pPr>
      <w:r>
        <w:rPr>
          <w:sz w:val="21"/>
        </w:rPr>
        <w:t>5、本试题、答案及决赛名单将在北京天文馆网站公布。</w:t>
      </w:r>
    </w:p>
    <w:p w14:paraId="771BB1BB" w14:textId="77777777" w:rsidR="001E37B0" w:rsidRDefault="001E37B0">
      <w:pPr>
        <w:rPr>
          <w:rFonts w:hint="eastAsia"/>
        </w:rPr>
      </w:pPr>
    </w:p>
    <w:p w14:paraId="7C7E3C81" w14:textId="77777777" w:rsidR="001E37B0" w:rsidRDefault="00000000">
      <w:pPr>
        <w:rPr>
          <w:rFonts w:hint="eastAsia"/>
        </w:rPr>
      </w:pPr>
      <w:r>
        <w:rPr>
          <w:sz w:val="22"/>
        </w:rPr>
        <w:t>姓名：__________    年级：__________    班级：__________    得分：__________</w:t>
      </w:r>
    </w:p>
    <w:p w14:paraId="11E41E85" w14:textId="77777777" w:rsidR="001E37B0" w:rsidRDefault="001E37B0">
      <w:pPr>
        <w:rPr>
          <w:rFonts w:hint="eastAsia"/>
        </w:rPr>
      </w:pPr>
    </w:p>
    <w:p w14:paraId="77739F51" w14:textId="77777777" w:rsidR="001E37B0" w:rsidRDefault="00000000">
      <w:pPr>
        <w:rPr>
          <w:rFonts w:hint="eastAsia"/>
        </w:rPr>
      </w:pPr>
      <w:r>
        <w:rPr>
          <w:rFonts w:ascii="黑体" w:eastAsia="黑体" w:hAnsi="黑体"/>
          <w:b/>
          <w:color w:val="1C3A5E"/>
          <w:sz w:val="28"/>
        </w:rPr>
        <w:t>【试题】</w:t>
      </w:r>
    </w:p>
    <w:p w14:paraId="29B3DFD0" w14:textId="77777777" w:rsidR="001E37B0" w:rsidRDefault="00000000">
      <w:pPr>
        <w:spacing w:before="120" w:after="40" w:line="360" w:lineRule="auto"/>
        <w:rPr>
          <w:rFonts w:hint="eastAsia"/>
        </w:rPr>
      </w:pPr>
      <w:r>
        <w:rPr>
          <w:sz w:val="22"/>
        </w:rPr>
        <w:t>1、M51位于（　　）。</w:t>
      </w:r>
    </w:p>
    <w:p w14:paraId="749DEBED" w14:textId="77777777" w:rsidR="001E37B0" w:rsidRDefault="00000000">
      <w:pPr>
        <w:spacing w:before="20" w:after="20" w:line="312" w:lineRule="auto"/>
        <w:ind w:left="283"/>
        <w:rPr>
          <w:rFonts w:hint="eastAsia"/>
        </w:rPr>
      </w:pPr>
      <w:r>
        <w:rPr>
          <w:sz w:val="21"/>
        </w:rPr>
        <w:t>（A）小熊座　　（B）大熊座　　（C）天琴座　　（D）猎犬座</w:t>
      </w:r>
    </w:p>
    <w:p w14:paraId="6970DA3B" w14:textId="77777777" w:rsidR="001E37B0" w:rsidRDefault="00000000">
      <w:pPr>
        <w:spacing w:before="120" w:after="40" w:line="360" w:lineRule="auto"/>
        <w:rPr>
          <w:rFonts w:hint="eastAsia"/>
        </w:rPr>
      </w:pPr>
      <w:r>
        <w:rPr>
          <w:sz w:val="22"/>
        </w:rPr>
        <w:t>2、木星的卫星中体积最大的是（　　）。</w:t>
      </w:r>
    </w:p>
    <w:p w14:paraId="29710272" w14:textId="77777777" w:rsidR="001E37B0" w:rsidRDefault="00000000">
      <w:pPr>
        <w:spacing w:before="20" w:after="20" w:line="312" w:lineRule="auto"/>
        <w:ind w:left="283"/>
        <w:rPr>
          <w:rFonts w:hint="eastAsia"/>
        </w:rPr>
      </w:pPr>
      <w:r>
        <w:rPr>
          <w:sz w:val="21"/>
        </w:rPr>
        <w:lastRenderedPageBreak/>
        <w:t>（A）木卫一　　（B）木卫二　　（C）木卫三　　（D）木卫四</w:t>
      </w:r>
    </w:p>
    <w:p w14:paraId="6F77904D" w14:textId="77777777" w:rsidR="001E37B0" w:rsidRDefault="00000000">
      <w:pPr>
        <w:spacing w:before="120" w:after="40" w:line="360" w:lineRule="auto"/>
        <w:rPr>
          <w:rFonts w:hint="eastAsia"/>
        </w:rPr>
      </w:pPr>
      <w:r>
        <w:rPr>
          <w:sz w:val="22"/>
        </w:rPr>
        <w:t>3、以下恒星无法在今晚观测到的是（　　）。</w:t>
      </w:r>
    </w:p>
    <w:p w14:paraId="58E7BF59" w14:textId="77777777" w:rsidR="001E37B0" w:rsidRDefault="00000000">
      <w:pPr>
        <w:spacing w:before="20" w:after="20" w:line="312" w:lineRule="auto"/>
        <w:ind w:left="283"/>
        <w:rPr>
          <w:rFonts w:hint="eastAsia"/>
        </w:rPr>
      </w:pPr>
      <w:r>
        <w:rPr>
          <w:sz w:val="21"/>
        </w:rPr>
        <w:t>（A）天狼星　　（B）织女星　　（C）大角星　　（D）北落师门</w:t>
      </w:r>
    </w:p>
    <w:p w14:paraId="4DA4B064" w14:textId="77777777" w:rsidR="001E37B0" w:rsidRDefault="00000000">
      <w:pPr>
        <w:spacing w:before="120" w:after="40" w:line="360" w:lineRule="auto"/>
        <w:rPr>
          <w:rFonts w:hint="eastAsia"/>
        </w:rPr>
      </w:pPr>
      <w:r>
        <w:rPr>
          <w:sz w:val="22"/>
        </w:rPr>
        <w:t>4、下列星座中不相邻的是（　　）。</w:t>
      </w:r>
    </w:p>
    <w:p w14:paraId="420FDE38" w14:textId="77777777" w:rsidR="001E37B0" w:rsidRDefault="00000000">
      <w:pPr>
        <w:spacing w:before="20" w:after="20" w:line="312" w:lineRule="auto"/>
        <w:ind w:left="283"/>
        <w:rPr>
          <w:rFonts w:hint="eastAsia"/>
        </w:rPr>
      </w:pPr>
      <w:r>
        <w:rPr>
          <w:sz w:val="21"/>
        </w:rPr>
        <w:t>（A）英仙座与飞马座　　（B）宝瓶座与南鱼座　　（C）天龙座与武仙座　　（D）室女座与后发座</w:t>
      </w:r>
    </w:p>
    <w:p w14:paraId="75CCE7C7" w14:textId="77777777" w:rsidR="001E37B0" w:rsidRDefault="00000000">
      <w:pPr>
        <w:spacing w:before="120" w:after="40" w:line="360" w:lineRule="auto"/>
        <w:rPr>
          <w:rFonts w:hint="eastAsia"/>
        </w:rPr>
      </w:pPr>
      <w:r>
        <w:rPr>
          <w:sz w:val="22"/>
        </w:rPr>
        <w:t>5、火星在2018年大冲时位于哪个星座天区内？（　　）</w:t>
      </w:r>
    </w:p>
    <w:p w14:paraId="50E4AA8A" w14:textId="77777777" w:rsidR="001E37B0" w:rsidRDefault="00000000">
      <w:pPr>
        <w:spacing w:before="20" w:after="20" w:line="312" w:lineRule="auto"/>
        <w:ind w:left="283"/>
        <w:rPr>
          <w:rFonts w:hint="eastAsia"/>
        </w:rPr>
      </w:pPr>
      <w:r>
        <w:rPr>
          <w:sz w:val="21"/>
        </w:rPr>
        <w:t>（A）摩羯座　　（B）天秤座　　（C）巨蟹座　　（D）狮子座</w:t>
      </w:r>
    </w:p>
    <w:p w14:paraId="6F6F43AD" w14:textId="77777777" w:rsidR="001E37B0" w:rsidRDefault="00000000">
      <w:pPr>
        <w:spacing w:before="120" w:after="40" w:line="360" w:lineRule="auto"/>
        <w:rPr>
          <w:rFonts w:hint="eastAsia"/>
        </w:rPr>
      </w:pPr>
      <w:r>
        <w:rPr>
          <w:sz w:val="22"/>
        </w:rPr>
        <w:t>6、此时，太阳直射地球（　　）。</w:t>
      </w:r>
    </w:p>
    <w:p w14:paraId="1A8431FF" w14:textId="77777777" w:rsidR="001E37B0" w:rsidRDefault="00000000">
      <w:pPr>
        <w:spacing w:before="20" w:after="20" w:line="312" w:lineRule="auto"/>
        <w:ind w:left="283"/>
        <w:rPr>
          <w:rFonts w:hint="eastAsia"/>
        </w:rPr>
      </w:pPr>
      <w:r>
        <w:rPr>
          <w:sz w:val="21"/>
        </w:rPr>
        <w:t>（A）北回归线附近　　（B）赤道北侧一点　　（C）赤道南侧一点　　（D）南回归线附近</w:t>
      </w:r>
    </w:p>
    <w:p w14:paraId="5C7EB7B6" w14:textId="77777777" w:rsidR="001E37B0" w:rsidRDefault="00000000">
      <w:pPr>
        <w:spacing w:before="120" w:after="40" w:line="360" w:lineRule="auto"/>
        <w:rPr>
          <w:rFonts w:hint="eastAsia"/>
        </w:rPr>
      </w:pPr>
      <w:r>
        <w:rPr>
          <w:sz w:val="22"/>
        </w:rPr>
        <w:t>7、此时，月球与太阳的角距约为（　　）。</w:t>
      </w:r>
    </w:p>
    <w:p w14:paraId="045AA42D" w14:textId="77777777" w:rsidR="001E37B0" w:rsidRDefault="00000000">
      <w:pPr>
        <w:spacing w:before="20" w:after="20" w:line="312" w:lineRule="auto"/>
        <w:ind w:left="283"/>
        <w:rPr>
          <w:rFonts w:hint="eastAsia"/>
        </w:rPr>
      </w:pPr>
      <w:r>
        <w:rPr>
          <w:sz w:val="21"/>
        </w:rPr>
        <w:t>（A）45°　　（B）90°　　（C）120°　　（D）180°</w:t>
      </w:r>
    </w:p>
    <w:p w14:paraId="24590AC5" w14:textId="77777777" w:rsidR="001E37B0" w:rsidRDefault="00000000">
      <w:pPr>
        <w:spacing w:before="120" w:after="40" w:line="360" w:lineRule="auto"/>
        <w:rPr>
          <w:rFonts w:hint="eastAsia"/>
        </w:rPr>
      </w:pPr>
      <w:r>
        <w:rPr>
          <w:sz w:val="22"/>
        </w:rPr>
        <w:t>8、以下梅西叶天体中与银河系最相似的是（　　）。</w:t>
      </w:r>
    </w:p>
    <w:p w14:paraId="06FEF8CB" w14:textId="77777777" w:rsidR="001E37B0" w:rsidRDefault="00000000">
      <w:pPr>
        <w:spacing w:before="20" w:after="20" w:line="312" w:lineRule="auto"/>
        <w:ind w:left="283"/>
        <w:rPr>
          <w:rFonts w:hint="eastAsia"/>
        </w:rPr>
      </w:pPr>
      <w:r>
        <w:rPr>
          <w:sz w:val="21"/>
        </w:rPr>
        <w:t>（A）M31　　（B）M32　　（C）M82　　（D）M87</w:t>
      </w:r>
    </w:p>
    <w:p w14:paraId="7E9B3352" w14:textId="77777777" w:rsidR="001E37B0" w:rsidRDefault="00000000">
      <w:pPr>
        <w:spacing w:before="120" w:after="40" w:line="360" w:lineRule="auto"/>
        <w:rPr>
          <w:rFonts w:hint="eastAsia"/>
        </w:rPr>
      </w:pPr>
      <w:r>
        <w:rPr>
          <w:sz w:val="22"/>
        </w:rPr>
        <w:t>9、南河三和北河三分别位于天球上那个大圆的两侧？（　　）</w:t>
      </w:r>
    </w:p>
    <w:p w14:paraId="230CDE1B" w14:textId="77777777" w:rsidR="001E37B0" w:rsidRDefault="00000000">
      <w:pPr>
        <w:spacing w:before="20" w:after="20" w:line="312" w:lineRule="auto"/>
        <w:ind w:left="283"/>
        <w:rPr>
          <w:rFonts w:hint="eastAsia"/>
        </w:rPr>
      </w:pPr>
      <w:r>
        <w:rPr>
          <w:sz w:val="21"/>
        </w:rPr>
        <w:t>（A）黄道　　（B）天赤道　　（C）银道　　（D）其他三个选项都不正确</w:t>
      </w:r>
    </w:p>
    <w:p w14:paraId="3FB17B77" w14:textId="77777777" w:rsidR="001E37B0" w:rsidRDefault="00000000">
      <w:pPr>
        <w:spacing w:before="120" w:after="40" w:line="360" w:lineRule="auto"/>
        <w:rPr>
          <w:rFonts w:hint="eastAsia"/>
        </w:rPr>
      </w:pPr>
      <w:r>
        <w:rPr>
          <w:sz w:val="22"/>
        </w:rPr>
        <w:t>10、太阳的绝对星等是（　　）。</w:t>
      </w:r>
    </w:p>
    <w:p w14:paraId="16DA4CEA" w14:textId="77777777" w:rsidR="001E37B0" w:rsidRDefault="00000000">
      <w:pPr>
        <w:spacing w:before="20" w:after="20" w:line="312" w:lineRule="auto"/>
        <w:ind w:left="283"/>
        <w:rPr>
          <w:rFonts w:hint="eastAsia"/>
        </w:rPr>
      </w:pPr>
      <w:r>
        <w:rPr>
          <w:sz w:val="21"/>
        </w:rPr>
        <w:t>（A）-26.8　　（B）0.0　　（C）4.8　　（D）8.6</w:t>
      </w:r>
    </w:p>
    <w:p w14:paraId="4FC567D3" w14:textId="77777777" w:rsidR="001E37B0" w:rsidRDefault="00000000">
      <w:pPr>
        <w:spacing w:before="120" w:after="40" w:line="360" w:lineRule="auto"/>
        <w:rPr>
          <w:rFonts w:hint="eastAsia"/>
        </w:rPr>
      </w:pPr>
      <w:r>
        <w:rPr>
          <w:sz w:val="22"/>
        </w:rPr>
        <w:t>11、瑞典皇家科学院将2017年诺贝尔奖授予美国科学家雷纳·韦斯、巴里·巴里什和吉普·索恩，以表彰他们对探测（　　）做出的贡献。</w:t>
      </w:r>
    </w:p>
    <w:p w14:paraId="632CFA0B" w14:textId="77777777" w:rsidR="001E37B0" w:rsidRDefault="00000000">
      <w:pPr>
        <w:spacing w:before="20" w:after="20" w:line="312" w:lineRule="auto"/>
        <w:ind w:left="283"/>
        <w:rPr>
          <w:rFonts w:hint="eastAsia"/>
        </w:rPr>
      </w:pPr>
      <w:r>
        <w:rPr>
          <w:sz w:val="21"/>
        </w:rPr>
        <w:t>（A）引力波　　（B）中微子　　（C）暗物质　　（D）暗能量</w:t>
      </w:r>
    </w:p>
    <w:p w14:paraId="4F816384" w14:textId="77777777" w:rsidR="001E37B0" w:rsidRDefault="00000000">
      <w:pPr>
        <w:spacing w:before="120" w:after="40" w:line="360" w:lineRule="auto"/>
        <w:rPr>
          <w:rFonts w:hint="eastAsia"/>
        </w:rPr>
      </w:pPr>
      <w:r>
        <w:rPr>
          <w:sz w:val="22"/>
        </w:rPr>
        <w:t>12、人类最近一次观测到银河系内的超新星爆发是在（　　）年。</w:t>
      </w:r>
    </w:p>
    <w:p w14:paraId="31D3B1E5" w14:textId="77777777" w:rsidR="001E37B0" w:rsidRDefault="00000000">
      <w:pPr>
        <w:spacing w:before="20" w:after="20" w:line="312" w:lineRule="auto"/>
        <w:ind w:left="283"/>
        <w:rPr>
          <w:rFonts w:hint="eastAsia"/>
        </w:rPr>
      </w:pPr>
      <w:r>
        <w:rPr>
          <w:sz w:val="21"/>
        </w:rPr>
        <w:t>（A）1054　　（B）1604　　（C）1987　　（D）2018</w:t>
      </w:r>
    </w:p>
    <w:p w14:paraId="215C6A19" w14:textId="77777777" w:rsidR="001E37B0" w:rsidRDefault="00000000">
      <w:pPr>
        <w:spacing w:before="120" w:after="40" w:line="360" w:lineRule="auto"/>
        <w:rPr>
          <w:rFonts w:hint="eastAsia"/>
        </w:rPr>
      </w:pPr>
      <w:r>
        <w:rPr>
          <w:sz w:val="22"/>
        </w:rPr>
        <w:t>13、2017年6月15日，硬X射线调制望远镜（　　）在酒泉卫星发射中心发射升空，弥补了我国空间X射线探测的空白。</w:t>
      </w:r>
    </w:p>
    <w:p w14:paraId="715EF4A1" w14:textId="77777777" w:rsidR="001E37B0" w:rsidRDefault="00000000">
      <w:pPr>
        <w:spacing w:before="20" w:after="20" w:line="312" w:lineRule="auto"/>
        <w:ind w:left="283"/>
        <w:rPr>
          <w:rFonts w:hint="eastAsia"/>
        </w:rPr>
      </w:pPr>
      <w:r>
        <w:rPr>
          <w:sz w:val="21"/>
        </w:rPr>
        <w:t>（A）悟空　　（B）天眼　　（C）慧眼　　（D）墨子</w:t>
      </w:r>
    </w:p>
    <w:p w14:paraId="62DBC37D" w14:textId="77777777" w:rsidR="001E37B0" w:rsidRDefault="00000000">
      <w:pPr>
        <w:spacing w:before="120" w:after="40" w:line="360" w:lineRule="auto"/>
        <w:rPr>
          <w:rFonts w:hint="eastAsia"/>
        </w:rPr>
      </w:pPr>
      <w:r>
        <w:rPr>
          <w:sz w:val="22"/>
        </w:rPr>
        <w:t>14、在月球上观测，地球和太阳的视直径比大约是（　　）。</w:t>
      </w:r>
    </w:p>
    <w:p w14:paraId="23E78E1E" w14:textId="77777777" w:rsidR="001E37B0" w:rsidRDefault="00000000">
      <w:pPr>
        <w:spacing w:before="20" w:after="20" w:line="312" w:lineRule="auto"/>
        <w:ind w:left="283"/>
        <w:rPr>
          <w:rFonts w:hint="eastAsia"/>
        </w:rPr>
      </w:pPr>
      <w:r>
        <w:rPr>
          <w:sz w:val="21"/>
        </w:rPr>
        <w:t>（A）1:1　　（B）3:2　　（C）2:1　　（D）7:2</w:t>
      </w:r>
    </w:p>
    <w:p w14:paraId="0543EA78" w14:textId="77777777" w:rsidR="001E37B0" w:rsidRDefault="00000000">
      <w:pPr>
        <w:spacing w:before="120" w:after="40" w:line="360" w:lineRule="auto"/>
        <w:rPr>
          <w:rFonts w:hint="eastAsia"/>
        </w:rPr>
      </w:pPr>
      <w:r>
        <w:rPr>
          <w:sz w:val="22"/>
        </w:rPr>
        <w:t>15、以下流星雨中，2018年极大期间的月相最有利于观测的是（　　）。</w:t>
      </w:r>
    </w:p>
    <w:p w14:paraId="1986C1B5" w14:textId="77777777" w:rsidR="001E37B0" w:rsidRDefault="00000000">
      <w:pPr>
        <w:spacing w:before="20" w:after="20" w:line="312" w:lineRule="auto"/>
        <w:ind w:left="283"/>
        <w:rPr>
          <w:rFonts w:hint="eastAsia"/>
        </w:rPr>
      </w:pPr>
      <w:r>
        <w:rPr>
          <w:sz w:val="21"/>
        </w:rPr>
        <w:lastRenderedPageBreak/>
        <w:t>（A）宝瓶座η流星雨　　（B）英仙座流星雨　　（C）双子座流星雨　　（D）小熊座流星雨</w:t>
      </w:r>
    </w:p>
    <w:p w14:paraId="61C1F480" w14:textId="77777777" w:rsidR="001E37B0" w:rsidRDefault="00000000">
      <w:pPr>
        <w:spacing w:before="120" w:after="40" w:line="360" w:lineRule="auto"/>
        <w:rPr>
          <w:rFonts w:hint="eastAsia"/>
        </w:rPr>
      </w:pPr>
      <w:r>
        <w:rPr>
          <w:sz w:val="22"/>
        </w:rPr>
        <w:t>16、一位天文学家和一位同学相约观测织女星。某天晚上的某个时刻，天文学家在格林尼治天文台观测到了织女星上中天，那么此后多久这位同学将在北京天文馆（116°20′E，39°56′N）观测到织女星上中天？（　　）</w:t>
      </w:r>
    </w:p>
    <w:p w14:paraId="68CDB1BB" w14:textId="77777777" w:rsidR="001E37B0" w:rsidRDefault="00000000">
      <w:pPr>
        <w:spacing w:before="20" w:after="20" w:line="312" w:lineRule="auto"/>
        <w:ind w:left="283"/>
        <w:rPr>
          <w:rFonts w:hint="eastAsia"/>
        </w:rPr>
      </w:pPr>
      <w:r>
        <w:rPr>
          <w:sz w:val="21"/>
        </w:rPr>
        <w:t>（A）7小时44分　　（B）8小时15分　　（C）16小时12分　　（D）16小时15分</w:t>
      </w:r>
    </w:p>
    <w:p w14:paraId="36284DF7" w14:textId="77777777" w:rsidR="001E37B0" w:rsidRDefault="00000000">
      <w:pPr>
        <w:spacing w:before="120" w:after="40" w:line="360" w:lineRule="auto"/>
        <w:rPr>
          <w:rFonts w:hint="eastAsia"/>
        </w:rPr>
      </w:pPr>
      <w:r>
        <w:rPr>
          <w:sz w:val="22"/>
        </w:rPr>
        <w:t>17、下次日全食将发生在北京时间（　　）。</w:t>
      </w:r>
    </w:p>
    <w:p w14:paraId="4343E04F" w14:textId="77777777" w:rsidR="001E37B0" w:rsidRDefault="00000000">
      <w:pPr>
        <w:spacing w:before="20" w:after="20" w:line="312" w:lineRule="auto"/>
        <w:ind w:left="283"/>
        <w:rPr>
          <w:rFonts w:hint="eastAsia"/>
        </w:rPr>
      </w:pPr>
      <w:r>
        <w:rPr>
          <w:sz w:val="21"/>
        </w:rPr>
        <w:t>（A）2018年8月11日　　（B）2019年7月3日　　（C）2019年12月26日　　（D）2020年6月21日</w:t>
      </w:r>
    </w:p>
    <w:p w14:paraId="1E011FE7" w14:textId="77777777" w:rsidR="001E37B0" w:rsidRDefault="00000000">
      <w:pPr>
        <w:spacing w:before="120" w:after="40" w:line="360" w:lineRule="auto"/>
        <w:rPr>
          <w:rFonts w:hint="eastAsia"/>
        </w:rPr>
      </w:pPr>
      <w:r>
        <w:rPr>
          <w:sz w:val="22"/>
        </w:rPr>
        <w:t>18、以下关于2018年即将发射的凌星系外行星巡天望远镜（TESS）说法错误的是？（　　）</w:t>
      </w:r>
    </w:p>
    <w:p w14:paraId="2C31954B" w14:textId="77777777" w:rsidR="001E37B0" w:rsidRDefault="00000000">
      <w:pPr>
        <w:spacing w:before="20" w:after="20" w:line="312" w:lineRule="auto"/>
        <w:ind w:left="283"/>
        <w:rPr>
          <w:rFonts w:hint="eastAsia"/>
        </w:rPr>
      </w:pPr>
      <w:r>
        <w:rPr>
          <w:sz w:val="21"/>
        </w:rPr>
        <w:t>（A）它将在椭圆轨道上绕地球运行。</w:t>
      </w:r>
      <w:r>
        <w:rPr>
          <w:sz w:val="21"/>
        </w:rPr>
        <w:br/>
        <w:t>（B）它将对开普勒望远镜之前发现的岩态行星进行进一步探测。</w:t>
      </w:r>
      <w:r>
        <w:rPr>
          <w:sz w:val="21"/>
        </w:rPr>
        <w:br/>
        <w:t>（C）它的目标是1到2倍地球大小的系外行星。</w:t>
      </w:r>
      <w:r>
        <w:rPr>
          <w:sz w:val="21"/>
        </w:rPr>
        <w:br/>
        <w:t>（D）除了观测系外行星，它还将被广泛应用于观测其他类型的目标。</w:t>
      </w:r>
    </w:p>
    <w:p w14:paraId="053936D1" w14:textId="77777777" w:rsidR="001E37B0" w:rsidRDefault="00000000">
      <w:pPr>
        <w:spacing w:before="120" w:after="40" w:line="360" w:lineRule="auto"/>
        <w:rPr>
          <w:rFonts w:hint="eastAsia"/>
        </w:rPr>
      </w:pPr>
      <w:r>
        <w:rPr>
          <w:sz w:val="22"/>
        </w:rPr>
        <w:t>19、以下关于月球的事实哪个最有可能是巧合？（　　）</w:t>
      </w:r>
    </w:p>
    <w:p w14:paraId="7EF897DC" w14:textId="77777777" w:rsidR="001E37B0" w:rsidRDefault="00000000">
      <w:pPr>
        <w:spacing w:before="20" w:after="20" w:line="312" w:lineRule="auto"/>
        <w:ind w:left="283"/>
        <w:rPr>
          <w:rFonts w:hint="eastAsia"/>
        </w:rPr>
      </w:pPr>
      <w:r>
        <w:rPr>
          <w:sz w:val="21"/>
        </w:rPr>
        <w:t>（A）在地球上观测月球和太阳看上去差不多大　　（B）月球总是固定的一面朝向地球　　（C）月球背面的环形山比正面多　　（D）月球公转轨道和地球的公转轨道面夹角很小</w:t>
      </w:r>
    </w:p>
    <w:p w14:paraId="21E6CC02" w14:textId="77777777" w:rsidR="001E37B0" w:rsidRDefault="00000000">
      <w:pPr>
        <w:spacing w:before="120" w:after="40" w:line="360" w:lineRule="auto"/>
        <w:rPr>
          <w:rFonts w:hint="eastAsia"/>
        </w:rPr>
      </w:pPr>
      <w:r>
        <w:rPr>
          <w:sz w:val="22"/>
        </w:rPr>
        <w:t>20、以下彗星中2018年回归近日点的是（　　）。</w:t>
      </w:r>
    </w:p>
    <w:p w14:paraId="2E2D3096" w14:textId="77777777" w:rsidR="001E37B0" w:rsidRDefault="00000000">
      <w:pPr>
        <w:spacing w:before="20" w:after="20" w:line="312" w:lineRule="auto"/>
        <w:ind w:left="283"/>
        <w:rPr>
          <w:rFonts w:hint="eastAsia"/>
        </w:rPr>
      </w:pPr>
      <w:r>
        <w:rPr>
          <w:sz w:val="21"/>
        </w:rPr>
        <w:t>（A）1P/Halley　　（B）2P/Encke　　（C）62P/Tsuchinshan　　（D）C/2016 R2</w:t>
      </w:r>
    </w:p>
    <w:p w14:paraId="16ADA564" w14:textId="77777777" w:rsidR="001E37B0" w:rsidRDefault="00000000">
      <w:pPr>
        <w:spacing w:before="120" w:after="40" w:line="360" w:lineRule="auto"/>
        <w:rPr>
          <w:rFonts w:hint="eastAsia"/>
        </w:rPr>
      </w:pPr>
      <w:r>
        <w:rPr>
          <w:sz w:val="22"/>
        </w:rPr>
        <w:t>21、首先提出“黑洞蒸发”理论的天文学家是（　　）。</w:t>
      </w:r>
    </w:p>
    <w:p w14:paraId="1EAE97F7" w14:textId="77777777" w:rsidR="001E37B0" w:rsidRDefault="00000000">
      <w:pPr>
        <w:spacing w:before="20" w:after="20" w:line="312" w:lineRule="auto"/>
        <w:ind w:left="283"/>
        <w:rPr>
          <w:rFonts w:hint="eastAsia"/>
        </w:rPr>
      </w:pPr>
      <w:r>
        <w:rPr>
          <w:sz w:val="21"/>
        </w:rPr>
        <w:t>（A）爱因斯坦　　（B）爱丁顿　　（C）钱德拉塞卡　　（D）霍金</w:t>
      </w:r>
    </w:p>
    <w:p w14:paraId="2B089FC5" w14:textId="77777777" w:rsidR="001E37B0" w:rsidRDefault="00000000">
      <w:pPr>
        <w:spacing w:before="120" w:after="40" w:line="360" w:lineRule="auto"/>
        <w:rPr>
          <w:rFonts w:hint="eastAsia"/>
        </w:rPr>
      </w:pPr>
      <w:r>
        <w:rPr>
          <w:sz w:val="22"/>
        </w:rPr>
        <w:t>22、2017年9月15日，卡西尼号探测器以坠入（　　）大气层的方式结束了它的探测任务。</w:t>
      </w:r>
    </w:p>
    <w:p w14:paraId="04E61586" w14:textId="77777777" w:rsidR="001E37B0" w:rsidRDefault="00000000">
      <w:pPr>
        <w:spacing w:before="20" w:after="20" w:line="312" w:lineRule="auto"/>
        <w:ind w:left="283"/>
        <w:rPr>
          <w:rFonts w:hint="eastAsia"/>
        </w:rPr>
      </w:pPr>
      <w:r>
        <w:rPr>
          <w:sz w:val="21"/>
        </w:rPr>
        <w:t>（A）金星　　（B）木星　　（C）土星　　（D）海王星</w:t>
      </w:r>
    </w:p>
    <w:p w14:paraId="09D457B3" w14:textId="77777777" w:rsidR="001E37B0" w:rsidRDefault="00000000">
      <w:pPr>
        <w:spacing w:before="120" w:after="40" w:line="360" w:lineRule="auto"/>
        <w:rPr>
          <w:rFonts w:hint="eastAsia"/>
        </w:rPr>
      </w:pPr>
      <w:r>
        <w:rPr>
          <w:sz w:val="22"/>
        </w:rPr>
        <w:t>23、太阳位于银河系中的哪个组成部分里？（　　）</w:t>
      </w:r>
    </w:p>
    <w:p w14:paraId="32353356" w14:textId="77777777" w:rsidR="001E37B0" w:rsidRDefault="00000000">
      <w:pPr>
        <w:spacing w:before="20" w:after="20" w:line="312" w:lineRule="auto"/>
        <w:ind w:left="283"/>
        <w:rPr>
          <w:rFonts w:hint="eastAsia"/>
        </w:rPr>
      </w:pPr>
      <w:r>
        <w:rPr>
          <w:sz w:val="21"/>
        </w:rPr>
        <w:t>（A）银心　　（B）核球　　（C）银盘　　（D）银晕</w:t>
      </w:r>
    </w:p>
    <w:p w14:paraId="3DFF44C2" w14:textId="77777777" w:rsidR="001E37B0" w:rsidRDefault="00000000">
      <w:pPr>
        <w:spacing w:before="120" w:after="40" w:line="360" w:lineRule="auto"/>
        <w:rPr>
          <w:rFonts w:hint="eastAsia"/>
        </w:rPr>
      </w:pPr>
      <w:r>
        <w:rPr>
          <w:sz w:val="22"/>
        </w:rPr>
        <w:t>24、最大的折射式望远镜的口径是（　　）。</w:t>
      </w:r>
    </w:p>
    <w:p w14:paraId="04FD8A24" w14:textId="77777777" w:rsidR="001E37B0" w:rsidRDefault="00000000">
      <w:pPr>
        <w:spacing w:before="20" w:after="20" w:line="312" w:lineRule="auto"/>
        <w:ind w:left="283"/>
        <w:rPr>
          <w:rFonts w:hint="eastAsia"/>
        </w:rPr>
      </w:pPr>
      <w:r>
        <w:rPr>
          <w:sz w:val="21"/>
        </w:rPr>
        <w:t>（A）1.0m　　（B）2.4m　　（C）5.4m　　（D）8.0m</w:t>
      </w:r>
    </w:p>
    <w:p w14:paraId="0DA93B62" w14:textId="77777777" w:rsidR="001E37B0" w:rsidRDefault="00000000">
      <w:pPr>
        <w:spacing w:before="120" w:after="40" w:line="360" w:lineRule="auto"/>
        <w:rPr>
          <w:rFonts w:hint="eastAsia"/>
        </w:rPr>
      </w:pPr>
      <w:r>
        <w:rPr>
          <w:sz w:val="22"/>
        </w:rPr>
        <w:t>25、在地球上观测，下列哪种情况不可能发生？（　　）</w:t>
      </w:r>
    </w:p>
    <w:p w14:paraId="3057C9D6" w14:textId="77777777" w:rsidR="001E37B0" w:rsidRDefault="00000000">
      <w:pPr>
        <w:spacing w:before="20" w:after="20" w:line="312" w:lineRule="auto"/>
        <w:ind w:left="283"/>
        <w:rPr>
          <w:rFonts w:hint="eastAsia"/>
        </w:rPr>
      </w:pPr>
      <w:r>
        <w:rPr>
          <w:sz w:val="21"/>
        </w:rPr>
        <w:t>（A）行星中水星距离地球最近　　（B）一年出现3次金星大距　　（C）火星比木星亮　　（D）一年出现4次日食</w:t>
      </w:r>
    </w:p>
    <w:p w14:paraId="32E6E92A" w14:textId="77777777" w:rsidR="001E37B0" w:rsidRDefault="00000000">
      <w:pPr>
        <w:spacing w:before="120" w:after="40" w:line="360" w:lineRule="auto"/>
        <w:rPr>
          <w:rFonts w:hint="eastAsia"/>
        </w:rPr>
      </w:pPr>
      <w:r>
        <w:rPr>
          <w:sz w:val="22"/>
        </w:rPr>
        <w:lastRenderedPageBreak/>
        <w:t>26、在地球上观测周年日行迹的形状很像（　　）。</w:t>
      </w:r>
    </w:p>
    <w:p w14:paraId="5F8BC29A" w14:textId="77777777" w:rsidR="001E37B0" w:rsidRDefault="00000000">
      <w:pPr>
        <w:spacing w:before="20" w:after="20" w:line="312" w:lineRule="auto"/>
        <w:ind w:left="283"/>
        <w:rPr>
          <w:rFonts w:hint="eastAsia"/>
        </w:rPr>
      </w:pPr>
      <w:r>
        <w:rPr>
          <w:sz w:val="21"/>
        </w:rPr>
        <w:t>（A）0　　（B）1　　（C）8　　（D）S</w:t>
      </w:r>
    </w:p>
    <w:p w14:paraId="0FB57FB1" w14:textId="77777777" w:rsidR="001E37B0" w:rsidRDefault="00000000">
      <w:pPr>
        <w:spacing w:before="120" w:after="40" w:line="360" w:lineRule="auto"/>
        <w:rPr>
          <w:rFonts w:hint="eastAsia"/>
        </w:rPr>
      </w:pPr>
      <w:r>
        <w:rPr>
          <w:sz w:val="22"/>
        </w:rPr>
        <w:t>27、2018年1月31日的月全食发生期间，以下梅西叶天体中与月球角距离最近的是（　　）。</w:t>
      </w:r>
    </w:p>
    <w:p w14:paraId="40F05270" w14:textId="77777777" w:rsidR="001E37B0" w:rsidRDefault="00000000">
      <w:pPr>
        <w:spacing w:before="20" w:after="20" w:line="312" w:lineRule="auto"/>
        <w:ind w:left="283"/>
        <w:rPr>
          <w:rFonts w:hint="eastAsia"/>
        </w:rPr>
      </w:pPr>
      <w:r>
        <w:rPr>
          <w:sz w:val="21"/>
        </w:rPr>
        <w:t>（A）M37　　（B）M44　　（C）M47　　（D）M76</w:t>
      </w:r>
    </w:p>
    <w:p w14:paraId="5E9761CF" w14:textId="77777777" w:rsidR="001E37B0" w:rsidRDefault="00000000">
      <w:pPr>
        <w:spacing w:before="120" w:after="40" w:line="360" w:lineRule="auto"/>
        <w:rPr>
          <w:rFonts w:hint="eastAsia"/>
        </w:rPr>
      </w:pPr>
      <w:r>
        <w:rPr>
          <w:sz w:val="22"/>
        </w:rPr>
        <w:t>28、2018年1月31日除发生了月全食外，还上演了谷神星冲日天象，下一次谷神星冲日将发生在（　　）。</w:t>
      </w:r>
    </w:p>
    <w:p w14:paraId="70903B35" w14:textId="77777777" w:rsidR="001E37B0" w:rsidRDefault="00000000">
      <w:pPr>
        <w:spacing w:before="20" w:after="20" w:line="312" w:lineRule="auto"/>
        <w:ind w:left="283"/>
        <w:rPr>
          <w:rFonts w:hint="eastAsia"/>
        </w:rPr>
      </w:pPr>
      <w:r>
        <w:rPr>
          <w:sz w:val="21"/>
        </w:rPr>
        <w:t>（A）2018年10月12日　　（B）2019年5月31日　　（C）2020年3月25日　　（D）2020年9月9日</w:t>
      </w:r>
    </w:p>
    <w:p w14:paraId="683C4781" w14:textId="77777777" w:rsidR="001E37B0" w:rsidRDefault="00000000">
      <w:pPr>
        <w:spacing w:before="120" w:after="40" w:line="360" w:lineRule="auto"/>
        <w:rPr>
          <w:rFonts w:hint="eastAsia"/>
        </w:rPr>
      </w:pPr>
      <w:r>
        <w:rPr>
          <w:sz w:val="22"/>
        </w:rPr>
        <w:t>29、目前得到确认的人类最古老的天文观象台是（　　）。</w:t>
      </w:r>
    </w:p>
    <w:p w14:paraId="6B900564" w14:textId="77777777" w:rsidR="001E37B0" w:rsidRDefault="00000000">
      <w:pPr>
        <w:spacing w:before="20" w:after="20" w:line="312" w:lineRule="auto"/>
        <w:ind w:left="283"/>
        <w:rPr>
          <w:rFonts w:hint="eastAsia"/>
        </w:rPr>
      </w:pPr>
      <w:r>
        <w:rPr>
          <w:sz w:val="21"/>
        </w:rPr>
        <w:t>（A）位于中国临汾的陶寺遗址　　（B）位于中国安阳的殷墟遗址　　（C）位于英国威尔特郡的巨石阵　　（D）位于中国北京的古观象台</w:t>
      </w:r>
    </w:p>
    <w:p w14:paraId="0F2BABE4" w14:textId="77777777" w:rsidR="001E37B0" w:rsidRDefault="00000000">
      <w:pPr>
        <w:spacing w:before="120" w:after="40" w:line="360" w:lineRule="auto"/>
        <w:rPr>
          <w:rFonts w:hint="eastAsia"/>
        </w:rPr>
      </w:pPr>
      <w:r>
        <w:rPr>
          <w:sz w:val="22"/>
        </w:rPr>
        <w:t>30、通常认为白矮星的质量上限为1.44个太阳质量，而稳定恒星的质量上限约为（　　）个太阳质量。</w:t>
      </w:r>
    </w:p>
    <w:p w14:paraId="196E064C" w14:textId="77777777" w:rsidR="001E37B0" w:rsidRDefault="00000000">
      <w:pPr>
        <w:spacing w:before="20" w:after="20" w:line="312" w:lineRule="auto"/>
        <w:ind w:left="283"/>
        <w:rPr>
          <w:rFonts w:hint="eastAsia"/>
        </w:rPr>
      </w:pPr>
      <w:r>
        <w:rPr>
          <w:sz w:val="21"/>
        </w:rPr>
        <w:t>（A）8　　（B）50　　（C）150　　（D）500</w:t>
      </w:r>
    </w:p>
    <w:p w14:paraId="2CF45B7D" w14:textId="77777777" w:rsidR="001E37B0" w:rsidRDefault="00000000">
      <w:pPr>
        <w:spacing w:before="120" w:after="40" w:line="360" w:lineRule="auto"/>
        <w:rPr>
          <w:rFonts w:hint="eastAsia"/>
        </w:rPr>
      </w:pPr>
      <w:r>
        <w:rPr>
          <w:sz w:val="22"/>
        </w:rPr>
        <w:t>31、以下天象可能发生在对应农历日期的是（　　）。</w:t>
      </w:r>
    </w:p>
    <w:p w14:paraId="3566A7FF" w14:textId="77777777" w:rsidR="001E37B0" w:rsidRDefault="00000000">
      <w:pPr>
        <w:spacing w:before="20" w:after="20" w:line="312" w:lineRule="auto"/>
        <w:ind w:left="283"/>
        <w:rPr>
          <w:rFonts w:hint="eastAsia"/>
        </w:rPr>
      </w:pPr>
      <w:r>
        <w:rPr>
          <w:sz w:val="21"/>
        </w:rPr>
        <w:t>（A）月掩毕宿五发生在除夕　　（B）月掩心宿二发生在正月初五　　（C）月掩轩辕十四发生在正月十五　　（D）月掩角宿一发生在二月初二</w:t>
      </w:r>
    </w:p>
    <w:p w14:paraId="3E47B675" w14:textId="77777777" w:rsidR="001E37B0" w:rsidRDefault="00000000">
      <w:pPr>
        <w:spacing w:before="120" w:after="40" w:line="360" w:lineRule="auto"/>
        <w:rPr>
          <w:rFonts w:hint="eastAsia"/>
        </w:rPr>
      </w:pPr>
      <w:r>
        <w:rPr>
          <w:sz w:val="22"/>
        </w:rPr>
        <w:t>32、以下天象出现频率最低的是（　　）。</w:t>
      </w:r>
    </w:p>
    <w:p w14:paraId="602F71A8" w14:textId="77777777" w:rsidR="001E37B0" w:rsidRDefault="00000000">
      <w:pPr>
        <w:spacing w:before="20" w:after="20" w:line="312" w:lineRule="auto"/>
        <w:ind w:left="283"/>
        <w:rPr>
          <w:rFonts w:hint="eastAsia"/>
        </w:rPr>
      </w:pPr>
      <w:r>
        <w:rPr>
          <w:sz w:val="21"/>
        </w:rPr>
        <w:t>（A）金星上的水星凌日　　（B）地球上的水星凌日　　（C）地球上的金星凌日　　（D）火星上的金星凌日</w:t>
      </w:r>
    </w:p>
    <w:p w14:paraId="17281AFE" w14:textId="77777777" w:rsidR="001E37B0" w:rsidRDefault="00000000">
      <w:pPr>
        <w:spacing w:before="120" w:after="40" w:line="360" w:lineRule="auto"/>
        <w:rPr>
          <w:rFonts w:hint="eastAsia"/>
        </w:rPr>
      </w:pPr>
      <w:r>
        <w:rPr>
          <w:sz w:val="22"/>
        </w:rPr>
        <w:t>33、欧洲空间局盖亚（GAIA）卫星测量视星等为15等恒星视差的精度为20微角秒，那么它对于视星等15等恒星理论上的最远探测距离为（　　）。</w:t>
      </w:r>
    </w:p>
    <w:p w14:paraId="78A03765" w14:textId="77777777" w:rsidR="001E37B0" w:rsidRDefault="00000000">
      <w:pPr>
        <w:spacing w:before="20" w:after="20" w:line="312" w:lineRule="auto"/>
        <w:ind w:left="283"/>
        <w:rPr>
          <w:rFonts w:hint="eastAsia"/>
        </w:rPr>
      </w:pPr>
      <w:r>
        <w:rPr>
          <w:sz w:val="21"/>
        </w:rPr>
        <w:t>（A）2000光年　　（B）10000秒差距　　（C）50000秒差距　　（D）200万光年</w:t>
      </w:r>
    </w:p>
    <w:p w14:paraId="357A1594" w14:textId="77777777" w:rsidR="001E37B0" w:rsidRDefault="00000000">
      <w:pPr>
        <w:spacing w:before="120" w:after="40" w:line="360" w:lineRule="auto"/>
        <w:rPr>
          <w:rFonts w:hint="eastAsia"/>
        </w:rPr>
      </w:pPr>
      <w:r>
        <w:rPr>
          <w:sz w:val="22"/>
        </w:rPr>
        <w:t>34、一位同学计划拍摄2018年大冲期间的火星和壮观的银河，以下哪个日期和地点是最佳选择（　　）？</w:t>
      </w:r>
    </w:p>
    <w:p w14:paraId="279A9A38" w14:textId="77777777" w:rsidR="001E37B0" w:rsidRDefault="00000000">
      <w:pPr>
        <w:spacing w:before="20" w:after="20" w:line="312" w:lineRule="auto"/>
        <w:ind w:left="283"/>
        <w:rPr>
          <w:rFonts w:hint="eastAsia"/>
        </w:rPr>
      </w:pPr>
      <w:r>
        <w:rPr>
          <w:sz w:val="21"/>
        </w:rPr>
        <w:t>（A）7月26日 澳大利亚　　（B）7月27日 南非　　（C）7月28日 北京　　（D）7月28日 智利</w:t>
      </w:r>
    </w:p>
    <w:p w14:paraId="711B2CCF" w14:textId="77777777" w:rsidR="001E37B0" w:rsidRDefault="00000000">
      <w:pPr>
        <w:spacing w:before="120" w:after="40" w:line="360" w:lineRule="auto"/>
        <w:rPr>
          <w:rFonts w:hint="eastAsia"/>
        </w:rPr>
      </w:pPr>
      <w:r>
        <w:rPr>
          <w:sz w:val="22"/>
        </w:rPr>
        <w:t>35、1838年，德国天文学家贝塞尔首次利用高自行的（　　）测出了恒星的视差。</w:t>
      </w:r>
    </w:p>
    <w:p w14:paraId="3A92F291" w14:textId="77777777" w:rsidR="001E37B0" w:rsidRDefault="00000000">
      <w:pPr>
        <w:spacing w:before="20" w:after="20" w:line="312" w:lineRule="auto"/>
        <w:ind w:left="283"/>
        <w:rPr>
          <w:rFonts w:hint="eastAsia"/>
        </w:rPr>
      </w:pPr>
      <w:r>
        <w:rPr>
          <w:sz w:val="21"/>
        </w:rPr>
        <w:t>（A）天狼星　　（B）比邻星　　（C）巴纳德星　　（D）天鹅座61双星</w:t>
      </w:r>
    </w:p>
    <w:p w14:paraId="327077C6" w14:textId="77777777" w:rsidR="001E37B0" w:rsidRDefault="00000000">
      <w:pPr>
        <w:rPr>
          <w:rFonts w:hint="eastAsia"/>
        </w:rPr>
      </w:pPr>
      <w:r>
        <w:br w:type="page"/>
      </w:r>
    </w:p>
    <w:p w14:paraId="1FAFAB44" w14:textId="77777777" w:rsidR="001E37B0" w:rsidRDefault="00000000">
      <w:pPr>
        <w:jc w:val="center"/>
        <w:rPr>
          <w:rFonts w:hint="eastAsia"/>
        </w:rPr>
      </w:pPr>
      <w:r>
        <w:rPr>
          <w:rFonts w:ascii="黑体" w:eastAsia="黑体" w:hAnsi="黑体"/>
          <w:b/>
          <w:color w:val="1C3A5E"/>
          <w:sz w:val="36"/>
        </w:rPr>
        <w:t>2018年CNAO天文奥赛预赛试题 答案解析</w:t>
      </w:r>
    </w:p>
    <w:p w14:paraId="314A1C5B" w14:textId="77777777" w:rsidR="001E37B0" w:rsidRDefault="001E37B0">
      <w:pPr>
        <w:rPr>
          <w:rFonts w:hint="eastAsia"/>
        </w:rPr>
      </w:pPr>
    </w:p>
    <w:p w14:paraId="032EA1EF" w14:textId="77777777" w:rsidR="001E37B0" w:rsidRDefault="00000000">
      <w:pPr>
        <w:rPr>
          <w:rFonts w:hint="eastAsia"/>
        </w:rPr>
      </w:pPr>
      <w:r>
        <w:rPr>
          <w:rFonts w:ascii="黑体" w:eastAsia="黑体" w:hAnsi="黑体"/>
          <w:b/>
          <w:sz w:val="26"/>
        </w:rPr>
        <w:t>答案速查表</w:t>
      </w:r>
    </w:p>
    <w:p w14:paraId="2F06FD41" w14:textId="77777777" w:rsidR="001E37B0" w:rsidRDefault="00000000">
      <w:pPr>
        <w:spacing w:before="80" w:after="80" w:line="360" w:lineRule="auto"/>
        <w:rPr>
          <w:rFonts w:hint="eastAsia"/>
        </w:rPr>
      </w:pPr>
      <w:r>
        <w:rPr>
          <w:b/>
          <w:sz w:val="22"/>
        </w:rPr>
        <w:t>第1~10题：D C D A A　B B A A C</w:t>
      </w:r>
    </w:p>
    <w:p w14:paraId="3A2E7FA2" w14:textId="77777777" w:rsidR="001E37B0" w:rsidRDefault="00000000">
      <w:pPr>
        <w:spacing w:before="80" w:after="80" w:line="360" w:lineRule="auto"/>
        <w:rPr>
          <w:rFonts w:hint="eastAsia"/>
        </w:rPr>
      </w:pPr>
      <w:r>
        <w:rPr>
          <w:b/>
          <w:sz w:val="22"/>
        </w:rPr>
        <w:t>第11~20题：A B C D B　D B B A D</w:t>
      </w:r>
    </w:p>
    <w:p w14:paraId="24E32C3D" w14:textId="77777777" w:rsidR="001E37B0" w:rsidRDefault="00000000">
      <w:pPr>
        <w:spacing w:before="80" w:after="80" w:line="360" w:lineRule="auto"/>
        <w:rPr>
          <w:rFonts w:hint="eastAsia"/>
        </w:rPr>
      </w:pPr>
      <w:r>
        <w:rPr>
          <w:b/>
          <w:sz w:val="22"/>
        </w:rPr>
        <w:t>第21~30题：D C C A B　C B B A C</w:t>
      </w:r>
    </w:p>
    <w:p w14:paraId="3A24F774" w14:textId="77777777" w:rsidR="001E37B0" w:rsidRDefault="00000000">
      <w:pPr>
        <w:spacing w:before="80" w:after="80" w:line="360" w:lineRule="auto"/>
        <w:rPr>
          <w:rFonts w:hint="eastAsia"/>
        </w:rPr>
      </w:pPr>
      <w:r>
        <w:rPr>
          <w:b/>
          <w:sz w:val="22"/>
        </w:rPr>
        <w:t>第31~35题：C C C D D</w:t>
      </w:r>
    </w:p>
    <w:p w14:paraId="3735E812" w14:textId="77777777" w:rsidR="001E37B0" w:rsidRDefault="001E37B0">
      <w:pPr>
        <w:rPr>
          <w:rFonts w:hint="eastAsia"/>
        </w:rPr>
      </w:pPr>
    </w:p>
    <w:p w14:paraId="2A14C698" w14:textId="77777777" w:rsidR="001E37B0" w:rsidRDefault="00000000">
      <w:pPr>
        <w:rPr>
          <w:rFonts w:hint="eastAsia"/>
        </w:rPr>
      </w:pPr>
      <w:r>
        <w:rPr>
          <w:rFonts w:ascii="黑体" w:eastAsia="黑体" w:hAnsi="黑体"/>
          <w:b/>
          <w:sz w:val="26"/>
        </w:rPr>
        <w:t>逐题答案与解析</w:t>
      </w:r>
    </w:p>
    <w:p w14:paraId="7A1376B4" w14:textId="77777777" w:rsidR="001E37B0" w:rsidRDefault="00000000">
      <w:pPr>
        <w:spacing w:before="60" w:after="60" w:line="360" w:lineRule="auto"/>
        <w:ind w:left="170"/>
        <w:rPr>
          <w:rFonts w:hint="eastAsia"/>
        </w:rPr>
      </w:pPr>
      <w:r>
        <w:rPr>
          <w:b/>
          <w:sz w:val="22"/>
        </w:rPr>
        <w:t>1、</w:t>
      </w:r>
      <w:r>
        <w:rPr>
          <w:b/>
          <w:color w:val="CC0000"/>
          <w:sz w:val="22"/>
        </w:rPr>
        <w:t>【D】</w:t>
      </w:r>
      <w:r>
        <w:rPr>
          <w:color w:val="666666"/>
          <w:sz w:val="20"/>
        </w:rPr>
        <w:t xml:space="preserve"> M51（涡状星系）位于猎犬座。</w:t>
      </w:r>
    </w:p>
    <w:p w14:paraId="57BDCE27" w14:textId="77777777" w:rsidR="001E37B0" w:rsidRDefault="00000000">
      <w:pPr>
        <w:spacing w:before="60" w:after="60" w:line="360" w:lineRule="auto"/>
        <w:ind w:left="170"/>
        <w:rPr>
          <w:rFonts w:hint="eastAsia"/>
        </w:rPr>
      </w:pPr>
      <w:r>
        <w:rPr>
          <w:b/>
          <w:sz w:val="22"/>
        </w:rPr>
        <w:t>2、</w:t>
      </w:r>
      <w:r>
        <w:rPr>
          <w:b/>
          <w:color w:val="CC0000"/>
          <w:sz w:val="22"/>
        </w:rPr>
        <w:t>【C】</w:t>
      </w:r>
      <w:r>
        <w:rPr>
          <w:color w:val="666666"/>
          <w:sz w:val="20"/>
        </w:rPr>
        <w:t xml:space="preserve"> 木卫三（盖尼米德）是木星卫星中体积最大的，也是太阳系中最大的卫星。</w:t>
      </w:r>
    </w:p>
    <w:p w14:paraId="279A8443" w14:textId="77777777" w:rsidR="001E37B0" w:rsidRDefault="00000000">
      <w:pPr>
        <w:spacing w:before="60" w:after="60" w:line="360" w:lineRule="auto"/>
        <w:ind w:left="170"/>
        <w:rPr>
          <w:rFonts w:hint="eastAsia"/>
        </w:rPr>
      </w:pPr>
      <w:r>
        <w:rPr>
          <w:b/>
          <w:sz w:val="22"/>
        </w:rPr>
        <w:t>3、</w:t>
      </w:r>
      <w:r>
        <w:rPr>
          <w:b/>
          <w:color w:val="CC0000"/>
          <w:sz w:val="22"/>
        </w:rPr>
        <w:t>【D】</w:t>
      </w:r>
      <w:r>
        <w:rPr>
          <w:color w:val="666666"/>
          <w:sz w:val="20"/>
        </w:rPr>
        <w:t xml:space="preserve"> 北落师门赤纬约-29.6°，在北京（40°N）最高也只有20°左右，3月下旬要到21:50前后才升起、且整夜低悬南方；天狼星此时正从西南方下落，大角星已从东方升起，织女星后半夜高挂，四颗星中北落师门是最难观测到的，故选D。</w:t>
      </w:r>
    </w:p>
    <w:p w14:paraId="6DD0CCDD" w14:textId="77777777" w:rsidR="001E37B0" w:rsidRDefault="00000000">
      <w:pPr>
        <w:spacing w:before="60" w:after="60" w:line="360" w:lineRule="auto"/>
        <w:ind w:left="170"/>
        <w:rPr>
          <w:rFonts w:hint="eastAsia"/>
        </w:rPr>
      </w:pPr>
      <w:r>
        <w:rPr>
          <w:b/>
          <w:sz w:val="22"/>
        </w:rPr>
        <w:t>4、</w:t>
      </w:r>
      <w:r>
        <w:rPr>
          <w:b/>
          <w:color w:val="CC0000"/>
          <w:sz w:val="22"/>
        </w:rPr>
        <w:t>【A】</w:t>
      </w:r>
      <w:r>
        <w:rPr>
          <w:color w:val="666666"/>
          <w:sz w:val="20"/>
        </w:rPr>
        <w:t xml:space="preserve"> 英仙座与飞马座之间隔着仙女座和三角座，两者天区不相邻；宝瓶—南鱼、天龙—武仙、室女—后发都是相邻的，故选A。</w:t>
      </w:r>
    </w:p>
    <w:p w14:paraId="7E5021E8" w14:textId="77777777" w:rsidR="001E37B0" w:rsidRDefault="00000000">
      <w:pPr>
        <w:spacing w:before="60" w:after="60" w:line="360" w:lineRule="auto"/>
        <w:ind w:left="170"/>
        <w:rPr>
          <w:rFonts w:hint="eastAsia"/>
        </w:rPr>
      </w:pPr>
      <w:r>
        <w:rPr>
          <w:b/>
          <w:sz w:val="22"/>
        </w:rPr>
        <w:t>5、</w:t>
      </w:r>
      <w:r>
        <w:rPr>
          <w:b/>
          <w:color w:val="CC0000"/>
          <w:sz w:val="22"/>
        </w:rPr>
        <w:t>【A】</w:t>
      </w:r>
      <w:r>
        <w:rPr>
          <w:color w:val="666666"/>
          <w:sz w:val="20"/>
        </w:rPr>
        <w:t xml:space="preserve"> 2018年7月27日火星大冲时位于摩羯座天区。</w:t>
      </w:r>
    </w:p>
    <w:p w14:paraId="6331C993" w14:textId="77777777" w:rsidR="001E37B0" w:rsidRDefault="00000000">
      <w:pPr>
        <w:spacing w:before="60" w:after="60" w:line="360" w:lineRule="auto"/>
        <w:ind w:left="170"/>
        <w:rPr>
          <w:rFonts w:hint="eastAsia"/>
        </w:rPr>
      </w:pPr>
      <w:r>
        <w:rPr>
          <w:b/>
          <w:sz w:val="22"/>
        </w:rPr>
        <w:t>6、</w:t>
      </w:r>
      <w:r>
        <w:rPr>
          <w:b/>
          <w:color w:val="CC0000"/>
          <w:sz w:val="22"/>
        </w:rPr>
        <w:t>【B】</w:t>
      </w:r>
      <w:r>
        <w:rPr>
          <w:color w:val="666666"/>
          <w:sz w:val="20"/>
        </w:rPr>
        <w:t xml:space="preserve"> 3月24日接近春分（3月21日），太阳直射赤道北侧一点。</w:t>
      </w:r>
    </w:p>
    <w:p w14:paraId="080EF5D5" w14:textId="77777777" w:rsidR="001E37B0" w:rsidRDefault="00000000">
      <w:pPr>
        <w:spacing w:before="60" w:after="60" w:line="360" w:lineRule="auto"/>
        <w:ind w:left="170"/>
        <w:rPr>
          <w:rFonts w:hint="eastAsia"/>
        </w:rPr>
      </w:pPr>
      <w:r>
        <w:rPr>
          <w:b/>
          <w:sz w:val="22"/>
        </w:rPr>
        <w:t>7、</w:t>
      </w:r>
      <w:r>
        <w:rPr>
          <w:b/>
          <w:color w:val="CC0000"/>
          <w:sz w:val="22"/>
        </w:rPr>
        <w:t>【B】</w:t>
      </w:r>
      <w:r>
        <w:rPr>
          <w:color w:val="666666"/>
          <w:sz w:val="20"/>
        </w:rPr>
        <w:t xml:space="preserve"> 2018年3月17日为朔，3月24日正是上弦，日月角距约90°，故选B。</w:t>
      </w:r>
    </w:p>
    <w:p w14:paraId="40F98F4C" w14:textId="77777777" w:rsidR="001E37B0" w:rsidRDefault="00000000">
      <w:pPr>
        <w:spacing w:before="60" w:after="60" w:line="360" w:lineRule="auto"/>
        <w:ind w:left="170"/>
        <w:rPr>
          <w:rFonts w:hint="eastAsia"/>
        </w:rPr>
      </w:pPr>
      <w:r>
        <w:rPr>
          <w:b/>
          <w:sz w:val="22"/>
        </w:rPr>
        <w:t>8、</w:t>
      </w:r>
      <w:r>
        <w:rPr>
          <w:b/>
          <w:color w:val="CC0000"/>
          <w:sz w:val="22"/>
        </w:rPr>
        <w:t>【A】</w:t>
      </w:r>
      <w:r>
        <w:rPr>
          <w:color w:val="666666"/>
          <w:sz w:val="20"/>
        </w:rPr>
        <w:t xml:space="preserve"> M31是Sb型旋涡星系，有核球、旋臂和盘，与银河系（SBbc）结构最相似；M32是M31的伴生椭圆星系，M82是星暴星系，M87是巨椭圆星系，故选A。</w:t>
      </w:r>
    </w:p>
    <w:p w14:paraId="40FB22D0" w14:textId="77777777" w:rsidR="001E37B0" w:rsidRDefault="00000000">
      <w:pPr>
        <w:spacing w:before="60" w:after="60" w:line="360" w:lineRule="auto"/>
        <w:ind w:left="170"/>
        <w:rPr>
          <w:rFonts w:hint="eastAsia"/>
        </w:rPr>
      </w:pPr>
      <w:r>
        <w:rPr>
          <w:b/>
          <w:sz w:val="22"/>
        </w:rPr>
        <w:t>9、</w:t>
      </w:r>
      <w:r>
        <w:rPr>
          <w:b/>
          <w:color w:val="CC0000"/>
          <w:sz w:val="22"/>
        </w:rPr>
        <w:t>【A】</w:t>
      </w:r>
      <w:r>
        <w:rPr>
          <w:color w:val="666666"/>
          <w:sz w:val="20"/>
        </w:rPr>
        <w:t xml:space="preserve"> 黄道（太阳周年视运动路径）正好从南河三与北河三之间穿过：北河三的黄纬约+6.7°，南河三约-16°，两者分居黄道两侧。天赤道则不然——南河三赤纬+5.2°、北河三+28°，都在天赤道以北，故选A。</w:t>
      </w:r>
    </w:p>
    <w:p w14:paraId="7D7354FC" w14:textId="77777777" w:rsidR="001E37B0" w:rsidRDefault="00000000">
      <w:pPr>
        <w:spacing w:before="60" w:after="60" w:line="360" w:lineRule="auto"/>
        <w:ind w:left="170"/>
        <w:rPr>
          <w:rFonts w:hint="eastAsia"/>
        </w:rPr>
      </w:pPr>
      <w:r>
        <w:rPr>
          <w:b/>
          <w:sz w:val="22"/>
        </w:rPr>
        <w:t>10、</w:t>
      </w:r>
      <w:r>
        <w:rPr>
          <w:b/>
          <w:color w:val="CC0000"/>
          <w:sz w:val="22"/>
        </w:rPr>
        <w:t>【C】</w:t>
      </w:r>
      <w:r>
        <w:rPr>
          <w:color w:val="666666"/>
          <w:sz w:val="20"/>
        </w:rPr>
        <w:t xml:space="preserve"> 太阳的绝对星等约为4.8等。</w:t>
      </w:r>
    </w:p>
    <w:p w14:paraId="4C903611" w14:textId="77777777" w:rsidR="001E37B0" w:rsidRDefault="00000000">
      <w:pPr>
        <w:spacing w:before="60" w:after="60" w:line="360" w:lineRule="auto"/>
        <w:ind w:left="170"/>
        <w:rPr>
          <w:rFonts w:hint="eastAsia"/>
        </w:rPr>
      </w:pPr>
      <w:r>
        <w:rPr>
          <w:b/>
          <w:sz w:val="22"/>
        </w:rPr>
        <w:t>11、</w:t>
      </w:r>
      <w:r>
        <w:rPr>
          <w:b/>
          <w:color w:val="CC0000"/>
          <w:sz w:val="22"/>
        </w:rPr>
        <w:t>【A】</w:t>
      </w:r>
      <w:r>
        <w:rPr>
          <w:color w:val="666666"/>
          <w:sz w:val="20"/>
        </w:rPr>
        <w:t xml:space="preserve"> 2017年诺贝尔物理学奖授予引力波探测的贡献者。</w:t>
      </w:r>
    </w:p>
    <w:p w14:paraId="53770104" w14:textId="77777777" w:rsidR="001E37B0" w:rsidRDefault="00000000">
      <w:pPr>
        <w:spacing w:before="60" w:after="60" w:line="360" w:lineRule="auto"/>
        <w:ind w:left="170"/>
        <w:rPr>
          <w:rFonts w:hint="eastAsia"/>
        </w:rPr>
      </w:pPr>
      <w:r>
        <w:rPr>
          <w:b/>
          <w:sz w:val="22"/>
        </w:rPr>
        <w:t>12、</w:t>
      </w:r>
      <w:r>
        <w:rPr>
          <w:b/>
          <w:color w:val="CC0000"/>
          <w:sz w:val="22"/>
        </w:rPr>
        <w:t>【B】</w:t>
      </w:r>
      <w:r>
        <w:rPr>
          <w:color w:val="666666"/>
          <w:sz w:val="20"/>
        </w:rPr>
        <w:t xml:space="preserve"> 人类最近一次观测到银河系内超新星是1604年的开普勒超新星。</w:t>
      </w:r>
    </w:p>
    <w:p w14:paraId="176EE44D" w14:textId="77777777" w:rsidR="001E37B0" w:rsidRDefault="00000000">
      <w:pPr>
        <w:spacing w:before="60" w:after="60" w:line="360" w:lineRule="auto"/>
        <w:ind w:left="170"/>
        <w:rPr>
          <w:rFonts w:hint="eastAsia"/>
        </w:rPr>
      </w:pPr>
      <w:r>
        <w:rPr>
          <w:b/>
          <w:sz w:val="22"/>
        </w:rPr>
        <w:t>13、</w:t>
      </w:r>
      <w:r>
        <w:rPr>
          <w:b/>
          <w:color w:val="CC0000"/>
          <w:sz w:val="22"/>
        </w:rPr>
        <w:t>【C】</w:t>
      </w:r>
      <w:r>
        <w:rPr>
          <w:color w:val="666666"/>
          <w:sz w:val="20"/>
        </w:rPr>
        <w:t xml:space="preserve"> 2017年6月15日发射的是慧眼（HXMT）硬X射线调制望远镜。</w:t>
      </w:r>
    </w:p>
    <w:p w14:paraId="14391C64" w14:textId="77777777" w:rsidR="001E37B0" w:rsidRDefault="00000000">
      <w:pPr>
        <w:spacing w:before="60" w:after="60" w:line="360" w:lineRule="auto"/>
        <w:ind w:left="170"/>
        <w:rPr>
          <w:rFonts w:hint="eastAsia"/>
        </w:rPr>
      </w:pPr>
      <w:r>
        <w:rPr>
          <w:b/>
          <w:sz w:val="22"/>
        </w:rPr>
        <w:lastRenderedPageBreak/>
        <w:t>14、</w:t>
      </w:r>
      <w:r>
        <w:rPr>
          <w:b/>
          <w:color w:val="CC0000"/>
          <w:sz w:val="22"/>
        </w:rPr>
        <w:t>【D】</w:t>
      </w:r>
      <w:r>
        <w:rPr>
          <w:color w:val="666666"/>
          <w:sz w:val="20"/>
        </w:rPr>
        <w:t xml:space="preserve"> 在月球上看地球视直径约1.9°，太阳约0.5°，比值约7:2。</w:t>
      </w:r>
    </w:p>
    <w:p w14:paraId="6E02E791" w14:textId="77777777" w:rsidR="001E37B0" w:rsidRDefault="00000000">
      <w:pPr>
        <w:spacing w:before="60" w:after="60" w:line="360" w:lineRule="auto"/>
        <w:ind w:left="170"/>
        <w:rPr>
          <w:rFonts w:hint="eastAsia"/>
        </w:rPr>
      </w:pPr>
      <w:r>
        <w:rPr>
          <w:b/>
          <w:sz w:val="22"/>
        </w:rPr>
        <w:t>15、</w:t>
      </w:r>
      <w:r>
        <w:rPr>
          <w:b/>
          <w:color w:val="CC0000"/>
          <w:sz w:val="22"/>
        </w:rPr>
        <w:t>【B】</w:t>
      </w:r>
      <w:r>
        <w:rPr>
          <w:color w:val="666666"/>
          <w:sz w:val="20"/>
        </w:rPr>
        <w:t xml:space="preserve"> 2018年8月11日为朔，英仙座流星雨极大（8月12—13日）恰好赶上无月夜，观测条件极佳；宝瓶座η流星雨极大时（5月6日）月龄已近20天，双子座（12月14日）和小熊座（12月22日）流星雨极大期间都靠近上弦和满月，故选B。</w:t>
      </w:r>
    </w:p>
    <w:p w14:paraId="007A8B35" w14:textId="77777777" w:rsidR="001E37B0" w:rsidRDefault="00000000">
      <w:pPr>
        <w:spacing w:before="60" w:after="60" w:line="360" w:lineRule="auto"/>
        <w:ind w:left="170"/>
        <w:rPr>
          <w:rFonts w:hint="eastAsia"/>
        </w:rPr>
      </w:pPr>
      <w:r>
        <w:rPr>
          <w:b/>
          <w:sz w:val="22"/>
        </w:rPr>
        <w:t>16、</w:t>
      </w:r>
      <w:r>
        <w:rPr>
          <w:b/>
          <w:color w:val="CC0000"/>
          <w:sz w:val="22"/>
        </w:rPr>
        <w:t>【D】</w:t>
      </w:r>
      <w:r>
        <w:rPr>
          <w:color w:val="666666"/>
          <w:sz w:val="20"/>
        </w:rPr>
        <w:t xml:space="preserve"> 北京在格林尼治以东约116.3°，同一颗恒星上中天的时间比格林尼治早 116.3°/15≈7小时45分。因此在格林尼治看到织女星上中天后，北京那一次上中天已经过去7小时45分了，要再等 24h-7h45m≈16小时15分，故选D。</w:t>
      </w:r>
    </w:p>
    <w:p w14:paraId="783B2886" w14:textId="77777777" w:rsidR="001E37B0" w:rsidRDefault="00000000">
      <w:pPr>
        <w:spacing w:before="60" w:after="60" w:line="360" w:lineRule="auto"/>
        <w:ind w:left="170"/>
        <w:rPr>
          <w:rFonts w:hint="eastAsia"/>
        </w:rPr>
      </w:pPr>
      <w:r>
        <w:rPr>
          <w:b/>
          <w:sz w:val="22"/>
        </w:rPr>
        <w:t>17、</w:t>
      </w:r>
      <w:r>
        <w:rPr>
          <w:b/>
          <w:color w:val="CC0000"/>
          <w:sz w:val="22"/>
        </w:rPr>
        <w:t>【B】</w:t>
      </w:r>
      <w:r>
        <w:rPr>
          <w:color w:val="666666"/>
          <w:sz w:val="20"/>
        </w:rPr>
        <w:t xml:space="preserve"> 2018年3月24日之后的下一次日全食是2019年7月2日（世界时），对应北京时间7月3日凌晨，全食带落在南太平洋—智利—阿根廷一带；2019年12月26日那次是日环食（我国可见），不是日全食，故选B。</w:t>
      </w:r>
    </w:p>
    <w:p w14:paraId="108E8655" w14:textId="77777777" w:rsidR="001E37B0" w:rsidRDefault="00000000">
      <w:pPr>
        <w:spacing w:before="60" w:after="60" w:line="360" w:lineRule="auto"/>
        <w:ind w:left="170"/>
        <w:rPr>
          <w:rFonts w:hint="eastAsia"/>
        </w:rPr>
      </w:pPr>
      <w:r>
        <w:rPr>
          <w:b/>
          <w:sz w:val="22"/>
        </w:rPr>
        <w:t>18、</w:t>
      </w:r>
      <w:r>
        <w:rPr>
          <w:b/>
          <w:color w:val="CC0000"/>
          <w:sz w:val="22"/>
        </w:rPr>
        <w:t>【B】</w:t>
      </w:r>
      <w:r>
        <w:rPr>
          <w:color w:val="666666"/>
          <w:sz w:val="20"/>
        </w:rPr>
        <w:t xml:space="preserve"> TESS在一条13.7天的椭圆轨道上绕地球运行，主要目标是在离我们较近的亮星周围寻找1～2倍地球大小的系外行星，并把它们交给后续观测（如JWST）做大气研究；它并不是用来“复检开普勒已发现的岩态行星”——开普勒的目标星大多很远、很暗，TESS并不以它们为主要对象，故B说法错误。</w:t>
      </w:r>
    </w:p>
    <w:p w14:paraId="46C42E3D" w14:textId="77777777" w:rsidR="001E37B0" w:rsidRDefault="00000000">
      <w:pPr>
        <w:spacing w:before="60" w:after="60" w:line="360" w:lineRule="auto"/>
        <w:ind w:left="170"/>
        <w:rPr>
          <w:rFonts w:hint="eastAsia"/>
        </w:rPr>
      </w:pPr>
      <w:r>
        <w:rPr>
          <w:b/>
          <w:sz w:val="22"/>
        </w:rPr>
        <w:t>19、</w:t>
      </w:r>
      <w:r>
        <w:rPr>
          <w:b/>
          <w:color w:val="CC0000"/>
          <w:sz w:val="22"/>
        </w:rPr>
        <w:t>【A】</w:t>
      </w:r>
      <w:r>
        <w:rPr>
          <w:color w:val="666666"/>
          <w:sz w:val="20"/>
        </w:rPr>
        <w:t xml:space="preserve"> 在地球上观测月球和太阳看上去差不多大是巧合——月球虽小但离地球近，太阳虽大但离地球远。</w:t>
      </w:r>
    </w:p>
    <w:p w14:paraId="6F2EBF50" w14:textId="77777777" w:rsidR="001E37B0" w:rsidRDefault="00000000">
      <w:pPr>
        <w:spacing w:before="60" w:after="60" w:line="360" w:lineRule="auto"/>
        <w:ind w:left="170"/>
        <w:rPr>
          <w:rFonts w:hint="eastAsia"/>
        </w:rPr>
      </w:pPr>
      <w:r>
        <w:rPr>
          <w:b/>
          <w:sz w:val="22"/>
        </w:rPr>
        <w:t>20、</w:t>
      </w:r>
      <w:r>
        <w:rPr>
          <w:b/>
          <w:color w:val="CC0000"/>
          <w:sz w:val="22"/>
        </w:rPr>
        <w:t>【D】</w:t>
      </w:r>
      <w:r>
        <w:rPr>
          <w:color w:val="666666"/>
          <w:sz w:val="20"/>
        </w:rPr>
        <w:t xml:space="preserve"> C/2016 R2（PanSTARRS）于2018年5月9日过近日点，是当年最受关注的彗星之一；1P/Halley上次近日点在1986年，2P/Encke的近日点在2017年3月和2020年，62P/Tsuchinshan的周期约6.6年、上一次近日点在2017年前后，故选D。</w:t>
      </w:r>
    </w:p>
    <w:p w14:paraId="6F6E4224" w14:textId="77777777" w:rsidR="001E37B0" w:rsidRDefault="00000000">
      <w:pPr>
        <w:spacing w:before="60" w:after="60" w:line="360" w:lineRule="auto"/>
        <w:ind w:left="170"/>
        <w:rPr>
          <w:rFonts w:hint="eastAsia"/>
        </w:rPr>
      </w:pPr>
      <w:r>
        <w:rPr>
          <w:b/>
          <w:sz w:val="22"/>
        </w:rPr>
        <w:t>21、</w:t>
      </w:r>
      <w:r>
        <w:rPr>
          <w:b/>
          <w:color w:val="CC0000"/>
          <w:sz w:val="22"/>
        </w:rPr>
        <w:t>【D】</w:t>
      </w:r>
      <w:r>
        <w:rPr>
          <w:color w:val="666666"/>
          <w:sz w:val="20"/>
        </w:rPr>
        <w:t xml:space="preserve"> 霍金1974年发表论文，指出考虑量子效应后黑洞会以热辐射的形式缓慢蒸发（霍金辐射），故选D。钱德拉塞卡提出的是白矮星的质量上限，爱因斯坦和爱丁顿都与黑洞蒸发无关。</w:t>
      </w:r>
    </w:p>
    <w:p w14:paraId="73EC5670" w14:textId="77777777" w:rsidR="001E37B0" w:rsidRDefault="00000000">
      <w:pPr>
        <w:spacing w:before="60" w:after="60" w:line="360" w:lineRule="auto"/>
        <w:ind w:left="170"/>
        <w:rPr>
          <w:rFonts w:hint="eastAsia"/>
        </w:rPr>
      </w:pPr>
      <w:r>
        <w:rPr>
          <w:b/>
          <w:sz w:val="22"/>
        </w:rPr>
        <w:t>22、</w:t>
      </w:r>
      <w:r>
        <w:rPr>
          <w:b/>
          <w:color w:val="CC0000"/>
          <w:sz w:val="22"/>
        </w:rPr>
        <w:t>【C】</w:t>
      </w:r>
      <w:r>
        <w:rPr>
          <w:color w:val="666666"/>
          <w:sz w:val="20"/>
        </w:rPr>
        <w:t xml:space="preserve"> 卡西尼号在2017年9月15日按计划主动坠入土星大气层，结束13年的土星探测，故选C。</w:t>
      </w:r>
    </w:p>
    <w:p w14:paraId="4CBCEE2A" w14:textId="77777777" w:rsidR="001E37B0" w:rsidRDefault="00000000">
      <w:pPr>
        <w:spacing w:before="60" w:after="60" w:line="360" w:lineRule="auto"/>
        <w:ind w:left="170"/>
        <w:rPr>
          <w:rFonts w:hint="eastAsia"/>
        </w:rPr>
      </w:pPr>
      <w:r>
        <w:rPr>
          <w:b/>
          <w:sz w:val="22"/>
        </w:rPr>
        <w:t>23、</w:t>
      </w:r>
      <w:r>
        <w:rPr>
          <w:b/>
          <w:color w:val="CC0000"/>
          <w:sz w:val="22"/>
        </w:rPr>
        <w:t>【C】</w:t>
      </w:r>
      <w:r>
        <w:rPr>
          <w:color w:val="666666"/>
          <w:sz w:val="20"/>
        </w:rPr>
        <w:t xml:space="preserve"> 太阳位于银河系的银盘上，距银心约2.5万光年、在银道面附近，属于猎户臂（一条较小的旋臂），故选C。银心是中心黑洞所在处，核球是银心周围的椭球状结构，银晕是老恒星和球状星团分布的球状区域。</w:t>
      </w:r>
    </w:p>
    <w:p w14:paraId="07099542" w14:textId="77777777" w:rsidR="001E37B0" w:rsidRDefault="00000000">
      <w:pPr>
        <w:spacing w:before="60" w:after="60" w:line="360" w:lineRule="auto"/>
        <w:ind w:left="170"/>
        <w:rPr>
          <w:rFonts w:hint="eastAsia"/>
        </w:rPr>
      </w:pPr>
      <w:r>
        <w:rPr>
          <w:b/>
          <w:sz w:val="22"/>
        </w:rPr>
        <w:t>24、</w:t>
      </w:r>
      <w:r>
        <w:rPr>
          <w:b/>
          <w:color w:val="CC0000"/>
          <w:sz w:val="22"/>
        </w:rPr>
        <w:t>【A】</w:t>
      </w:r>
      <w:r>
        <w:rPr>
          <w:color w:val="666666"/>
          <w:sz w:val="20"/>
        </w:rPr>
        <w:t xml:space="preserve"> 世界上最大的折射式望远镜口径为1.0米。</w:t>
      </w:r>
    </w:p>
    <w:p w14:paraId="15AFA9D8" w14:textId="77777777" w:rsidR="001E37B0" w:rsidRDefault="00000000">
      <w:pPr>
        <w:spacing w:before="60" w:after="60" w:line="360" w:lineRule="auto"/>
        <w:ind w:left="170"/>
        <w:rPr>
          <w:rFonts w:hint="eastAsia"/>
        </w:rPr>
      </w:pPr>
      <w:r>
        <w:rPr>
          <w:b/>
          <w:sz w:val="22"/>
        </w:rPr>
        <w:t>25、</w:t>
      </w:r>
      <w:r>
        <w:rPr>
          <w:b/>
          <w:color w:val="CC0000"/>
          <w:sz w:val="22"/>
        </w:rPr>
        <w:t>【B】</w:t>
      </w:r>
      <w:r>
        <w:rPr>
          <w:color w:val="666666"/>
          <w:sz w:val="20"/>
        </w:rPr>
        <w:t xml:space="preserve"> 金星的大距每约146天和约438天交替出现，因此一个日历年里最多只能有2次大距，不可能出现3次，故B不可能。其余三项都可能：水星在下合、金星在上合时，水星确实是离地球最近的行星；2018年7月火星大冲时亮度约-2.8等，比木星（约-2.4等）更亮；一年中出现4次日食也确有其例（如2011年）。</w:t>
      </w:r>
    </w:p>
    <w:p w14:paraId="0F138509" w14:textId="77777777" w:rsidR="001E37B0" w:rsidRDefault="00000000">
      <w:pPr>
        <w:spacing w:before="60" w:after="60" w:line="360" w:lineRule="auto"/>
        <w:ind w:left="170"/>
        <w:rPr>
          <w:rFonts w:hint="eastAsia"/>
        </w:rPr>
      </w:pPr>
      <w:r>
        <w:rPr>
          <w:b/>
          <w:sz w:val="22"/>
        </w:rPr>
        <w:t>26、</w:t>
      </w:r>
      <w:r>
        <w:rPr>
          <w:b/>
          <w:color w:val="CC0000"/>
          <w:sz w:val="22"/>
        </w:rPr>
        <w:t>【C】</w:t>
      </w:r>
      <w:r>
        <w:rPr>
          <w:color w:val="666666"/>
          <w:sz w:val="20"/>
        </w:rPr>
        <w:t xml:space="preserve"> 周年日行迹（analemma）的形状像8。</w:t>
      </w:r>
    </w:p>
    <w:p w14:paraId="7AE35B45" w14:textId="77777777" w:rsidR="001E37B0" w:rsidRDefault="00000000">
      <w:pPr>
        <w:spacing w:before="60" w:after="60" w:line="360" w:lineRule="auto"/>
        <w:ind w:left="170"/>
        <w:rPr>
          <w:rFonts w:hint="eastAsia"/>
        </w:rPr>
      </w:pPr>
      <w:r>
        <w:rPr>
          <w:b/>
          <w:sz w:val="22"/>
        </w:rPr>
        <w:lastRenderedPageBreak/>
        <w:t>27、</w:t>
      </w:r>
      <w:r>
        <w:rPr>
          <w:b/>
          <w:color w:val="CC0000"/>
          <w:sz w:val="22"/>
        </w:rPr>
        <w:t>【B】</w:t>
      </w:r>
      <w:r>
        <w:rPr>
          <w:color w:val="666666"/>
          <w:sz w:val="20"/>
        </w:rPr>
        <w:t xml:space="preserve"> 2018年1月31日月全食时，月球位于巨蟹座，与蜂巢星团M44（巨蟹座）角距只有几度，是四者中最近的；M37在御夫座、M47在大犬座、M76在英仙座，都相距很远，故选B。</w:t>
      </w:r>
    </w:p>
    <w:p w14:paraId="7F315E53" w14:textId="77777777" w:rsidR="001E37B0" w:rsidRDefault="00000000">
      <w:pPr>
        <w:spacing w:before="60" w:after="60" w:line="360" w:lineRule="auto"/>
        <w:ind w:left="170"/>
        <w:rPr>
          <w:rFonts w:hint="eastAsia"/>
        </w:rPr>
      </w:pPr>
      <w:r>
        <w:rPr>
          <w:b/>
          <w:sz w:val="22"/>
        </w:rPr>
        <w:t>28、</w:t>
      </w:r>
      <w:r>
        <w:rPr>
          <w:b/>
          <w:color w:val="CC0000"/>
          <w:sz w:val="22"/>
        </w:rPr>
        <w:t>【B】</w:t>
      </w:r>
      <w:r>
        <w:rPr>
          <w:color w:val="666666"/>
          <w:sz w:val="20"/>
        </w:rPr>
        <w:t xml:space="preserve"> 谷神星的会合周期约466天，2018年1月31日冲日之后，下一次冲日约在2019年5月底，故选B。</w:t>
      </w:r>
    </w:p>
    <w:p w14:paraId="23FC8486" w14:textId="77777777" w:rsidR="001E37B0" w:rsidRDefault="00000000">
      <w:pPr>
        <w:spacing w:before="60" w:after="60" w:line="360" w:lineRule="auto"/>
        <w:ind w:left="170"/>
        <w:rPr>
          <w:rFonts w:hint="eastAsia"/>
        </w:rPr>
      </w:pPr>
      <w:r>
        <w:rPr>
          <w:b/>
          <w:sz w:val="22"/>
        </w:rPr>
        <w:t>29、</w:t>
      </w:r>
      <w:r>
        <w:rPr>
          <w:b/>
          <w:color w:val="CC0000"/>
          <w:sz w:val="22"/>
        </w:rPr>
        <w:t>【A】</w:t>
      </w:r>
      <w:r>
        <w:rPr>
          <w:color w:val="666666"/>
          <w:sz w:val="20"/>
        </w:rPr>
        <w:t xml:space="preserve"> 山西襄汾陶寺遗址发现了距今约4100年的古观象台遗迹（由13根夯土柱组成的观测缝），是目前公认的世界最古老天文观象台；殷墟是商代都城遗址，巨石阵约建于公元前3000—前2000年，北京古观象台建于明代，故选A。</w:t>
      </w:r>
    </w:p>
    <w:p w14:paraId="2974D196" w14:textId="77777777" w:rsidR="001E37B0" w:rsidRDefault="00000000">
      <w:pPr>
        <w:spacing w:before="60" w:after="60" w:line="360" w:lineRule="auto"/>
        <w:ind w:left="170"/>
        <w:rPr>
          <w:rFonts w:hint="eastAsia"/>
        </w:rPr>
      </w:pPr>
      <w:r>
        <w:rPr>
          <w:b/>
          <w:sz w:val="22"/>
        </w:rPr>
        <w:t>30、</w:t>
      </w:r>
      <w:r>
        <w:rPr>
          <w:b/>
          <w:color w:val="CC0000"/>
          <w:sz w:val="22"/>
        </w:rPr>
        <w:t>【C】</w:t>
      </w:r>
      <w:r>
        <w:rPr>
          <w:color w:val="666666"/>
          <w:sz w:val="20"/>
        </w:rPr>
        <w:t xml:space="preserve"> 稳定恒星的质量上限约150个太阳质量，超过这一数值辐射压会把外层吹散；1.44个太阳质量是白矮星的质量上限（钱德拉塞卡极限），两者不要混淆，故选C。</w:t>
      </w:r>
    </w:p>
    <w:p w14:paraId="01993738" w14:textId="77777777" w:rsidR="001E37B0" w:rsidRDefault="00000000">
      <w:pPr>
        <w:spacing w:before="60" w:after="60" w:line="360" w:lineRule="auto"/>
        <w:ind w:left="170"/>
        <w:rPr>
          <w:rFonts w:hint="eastAsia"/>
        </w:rPr>
      </w:pPr>
      <w:r>
        <w:rPr>
          <w:b/>
          <w:sz w:val="22"/>
        </w:rPr>
        <w:t>31、</w:t>
      </w:r>
      <w:r>
        <w:rPr>
          <w:b/>
          <w:color w:val="CC0000"/>
          <w:sz w:val="22"/>
        </w:rPr>
        <w:t>【C】</w:t>
      </w:r>
      <w:r>
        <w:rPr>
          <w:color w:val="666666"/>
          <w:sz w:val="20"/>
        </w:rPr>
        <w:t xml:space="preserve"> 农历十五是望，月亮与太阳相差180°，因此能与满月相伴的亮星必须位于太阳的对侧。正月十五时太阳在宝瓶—双鱼一带，满月就在狮子—室女一带，而轩辕十四正在狮子座，故月掩轩辕十四可能发生在正月十五。除夕和初二都是朔前后，月亮贴着太阳，不可能去掩毕宿五、角宿一；正月初五是蛾眉月，也不满足条件，故选C。</w:t>
      </w:r>
    </w:p>
    <w:p w14:paraId="6DE81D02" w14:textId="77777777" w:rsidR="001E37B0" w:rsidRDefault="00000000">
      <w:pPr>
        <w:spacing w:before="60" w:after="60" w:line="360" w:lineRule="auto"/>
        <w:ind w:left="170"/>
        <w:rPr>
          <w:rFonts w:hint="eastAsia"/>
        </w:rPr>
      </w:pPr>
      <w:r>
        <w:rPr>
          <w:b/>
          <w:sz w:val="22"/>
        </w:rPr>
        <w:t>32、</w:t>
      </w:r>
      <w:r>
        <w:rPr>
          <w:b/>
          <w:color w:val="CC0000"/>
          <w:sz w:val="22"/>
        </w:rPr>
        <w:t>【C】</w:t>
      </w:r>
      <w:r>
        <w:rPr>
          <w:color w:val="666666"/>
          <w:sz w:val="20"/>
        </w:rPr>
        <w:t xml:space="preserve"> 金星凌日在地球上极为罕见，以成对出现（间隔8年），对之间间隔超过百年。</w:t>
      </w:r>
    </w:p>
    <w:p w14:paraId="7CADC25F" w14:textId="77777777" w:rsidR="001E37B0" w:rsidRDefault="00000000">
      <w:pPr>
        <w:spacing w:before="60" w:after="60" w:line="360" w:lineRule="auto"/>
        <w:ind w:left="170"/>
        <w:rPr>
          <w:rFonts w:hint="eastAsia"/>
        </w:rPr>
      </w:pPr>
      <w:r>
        <w:rPr>
          <w:b/>
          <w:sz w:val="22"/>
        </w:rPr>
        <w:t>33、</w:t>
      </w:r>
      <w:r>
        <w:rPr>
          <w:b/>
          <w:color w:val="CC0000"/>
          <w:sz w:val="22"/>
        </w:rPr>
        <w:t>【C】</w:t>
      </w:r>
      <w:r>
        <w:rPr>
          <w:color w:val="666666"/>
          <w:sz w:val="20"/>
        </w:rPr>
        <w:t xml:space="preserve"> 最远探测距离 d = 1/p = 1/(20×10^-6角秒) = 50000秒差距。</w:t>
      </w:r>
    </w:p>
    <w:p w14:paraId="3106AA6D" w14:textId="77777777" w:rsidR="001E37B0" w:rsidRDefault="00000000">
      <w:pPr>
        <w:spacing w:before="60" w:after="60" w:line="360" w:lineRule="auto"/>
        <w:ind w:left="170"/>
        <w:rPr>
          <w:rFonts w:hint="eastAsia"/>
        </w:rPr>
      </w:pPr>
      <w:r>
        <w:rPr>
          <w:b/>
          <w:sz w:val="22"/>
        </w:rPr>
        <w:t>34、</w:t>
      </w:r>
      <w:r>
        <w:rPr>
          <w:b/>
          <w:color w:val="CC0000"/>
          <w:sz w:val="22"/>
        </w:rPr>
        <w:t>【D】</w:t>
      </w:r>
      <w:r>
        <w:rPr>
          <w:color w:val="666666"/>
          <w:sz w:val="20"/>
        </w:rPr>
        <w:t xml:space="preserve"> 2018年7月27日火星大冲，智利位于南半球，观测条件最佳。</w:t>
      </w:r>
    </w:p>
    <w:p w14:paraId="67C4F16F" w14:textId="77777777" w:rsidR="001E37B0" w:rsidRDefault="00000000">
      <w:pPr>
        <w:spacing w:before="60" w:after="60" w:line="360" w:lineRule="auto"/>
        <w:ind w:left="170"/>
        <w:rPr>
          <w:rFonts w:hint="eastAsia"/>
        </w:rPr>
      </w:pPr>
      <w:r>
        <w:rPr>
          <w:b/>
          <w:sz w:val="22"/>
        </w:rPr>
        <w:t>35、</w:t>
      </w:r>
      <w:r>
        <w:rPr>
          <w:b/>
          <w:color w:val="CC0000"/>
          <w:sz w:val="22"/>
        </w:rPr>
        <w:t>【D】</w:t>
      </w:r>
      <w:r>
        <w:rPr>
          <w:color w:val="666666"/>
          <w:sz w:val="20"/>
        </w:rPr>
        <w:t xml:space="preserve"> 1838年贝塞尔首次利用天鹅座61双星测出恒星视差。</w:t>
      </w:r>
    </w:p>
    <w:p w14:paraId="096F275D" w14:textId="77777777" w:rsidR="001E37B0" w:rsidRDefault="001E37B0">
      <w:pPr>
        <w:rPr>
          <w:rFonts w:hint="eastAsia"/>
        </w:rPr>
      </w:pPr>
    </w:p>
    <w:p w14:paraId="0845CDD1" w14:textId="77777777" w:rsidR="001E37B0" w:rsidRDefault="00000000">
      <w:pPr>
        <w:jc w:val="center"/>
        <w:rPr>
          <w:rFonts w:hint="eastAsia"/>
        </w:rPr>
      </w:pPr>
      <w:r>
        <w:rPr>
          <w:color w:val="999999"/>
          <w:sz w:val="20"/>
        </w:rPr>
        <w:t>全国中学生天文奥赛组委会拥有最终解释权。</w:t>
      </w:r>
    </w:p>
    <w:p w14:paraId="78F572C9" w14:textId="77777777" w:rsidR="001E37B0" w:rsidRDefault="00000000">
      <w:pPr>
        <w:jc w:val="center"/>
        <w:rPr>
          <w:rFonts w:hint="eastAsia"/>
        </w:rPr>
      </w:pPr>
      <w:r>
        <w:rPr>
          <w:color w:val="999999"/>
          <w:sz w:val="20"/>
        </w:rPr>
        <w:t>北京天文馆 / 全国中学生天文奥赛组委会</w:t>
      </w:r>
    </w:p>
    <w:sectPr w:rsidR="001E37B0" w:rsidSect="00034616">
      <w:pgSz w:w="11906" w:h="16838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81778991">
    <w:abstractNumId w:val="8"/>
  </w:num>
  <w:num w:numId="2" w16cid:durableId="1627616222">
    <w:abstractNumId w:val="6"/>
  </w:num>
  <w:num w:numId="3" w16cid:durableId="1106274113">
    <w:abstractNumId w:val="5"/>
  </w:num>
  <w:num w:numId="4" w16cid:durableId="295574543">
    <w:abstractNumId w:val="4"/>
  </w:num>
  <w:num w:numId="5" w16cid:durableId="1544292045">
    <w:abstractNumId w:val="7"/>
  </w:num>
  <w:num w:numId="6" w16cid:durableId="246113406">
    <w:abstractNumId w:val="3"/>
  </w:num>
  <w:num w:numId="7" w16cid:durableId="1714234469">
    <w:abstractNumId w:val="2"/>
  </w:num>
  <w:num w:numId="8" w16cid:durableId="414280545">
    <w:abstractNumId w:val="1"/>
  </w:num>
  <w:num w:numId="9" w16cid:durableId="767777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37B0"/>
    <w:rsid w:val="0029639D"/>
    <w:rsid w:val="00326F90"/>
    <w:rsid w:val="00AA1D8D"/>
    <w:rsid w:val="00B47730"/>
    <w:rsid w:val="00CB0664"/>
    <w:rsid w:val="00DC025D"/>
    <w:rsid w:val="00F37F4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6C7C22"/>
  <w14:defaultImageDpi w14:val="300"/>
  <w15:docId w15:val="{B613B622-D30C-4E99-B5C4-B9CF168FE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宋体" w:eastAsia="宋体" w:hAnsi="宋体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914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zh f</cp:lastModifiedBy>
  <cp:revision>2</cp:revision>
  <dcterms:created xsi:type="dcterms:W3CDTF">2013-12-23T23:15:00Z</dcterms:created>
  <dcterms:modified xsi:type="dcterms:W3CDTF">2026-10-27T05:42:00Z</dcterms:modified>
  <cp:category/>
</cp:coreProperties>
</file>