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75F377" w14:textId="506E8E55" w:rsidR="006E6EA8" w:rsidRDefault="00000000">
      <w:pPr>
        <w:spacing w:before="120" w:after="240"/>
        <w:jc w:val="center"/>
      </w:pPr>
      <w:r>
        <w:rPr>
          <w:rFonts w:ascii="黑体" w:eastAsia="黑体" w:hAnsi="黑体"/>
          <w:b/>
          <w:sz w:val="36"/>
        </w:rPr>
        <w:t>2018年CNAO天文奥赛决赛试题</w:t>
      </w:r>
    </w:p>
    <w:p w14:paraId="6509FA57" w14:textId="77777777" w:rsidR="006E6EA8" w:rsidRDefault="00000000">
      <w:pPr>
        <w:spacing w:before="40" w:after="40" w:line="440" w:lineRule="exact"/>
      </w:pPr>
      <w:r>
        <w:rPr>
          <w:rFonts w:ascii="宋体" w:eastAsia="宋体" w:hAnsi="宋体"/>
          <w:b/>
          <w:sz w:val="24"/>
        </w:rPr>
        <w:t>2018年5月5日  闭卷</w:t>
      </w:r>
    </w:p>
    <w:p w14:paraId="4AD5BAD7" w14:textId="77777777" w:rsidR="006E6EA8" w:rsidRDefault="006E6EA8">
      <w:pPr>
        <w:spacing w:before="40" w:after="40" w:line="440" w:lineRule="exact"/>
      </w:pPr>
    </w:p>
    <w:p w14:paraId="046D9EC7" w14:textId="77777777" w:rsidR="006E6EA8" w:rsidRDefault="00000000">
      <w:pPr>
        <w:spacing w:before="160" w:after="80"/>
      </w:pPr>
      <w:r>
        <w:rPr>
          <w:rFonts w:ascii="黑体" w:eastAsia="黑体" w:hAnsi="黑体"/>
          <w:b/>
          <w:sz w:val="24"/>
        </w:rPr>
        <w:t>注意事项</w:t>
      </w:r>
    </w:p>
    <w:p w14:paraId="7C70F582" w14:textId="77777777" w:rsidR="006E6EA8" w:rsidRDefault="00000000">
      <w:pPr>
        <w:spacing w:before="40" w:after="40" w:line="440" w:lineRule="exact"/>
      </w:pPr>
      <w:r>
        <w:rPr>
          <w:rFonts w:ascii="宋体" w:eastAsia="宋体" w:hAnsi="宋体"/>
        </w:rPr>
        <w:t>1. 本试卷共35题，分为选择题、简答题和笔试观测三部分。</w:t>
      </w:r>
    </w:p>
    <w:p w14:paraId="1487656E" w14:textId="77777777" w:rsidR="006E6EA8" w:rsidRDefault="00000000">
      <w:pPr>
        <w:spacing w:before="40" w:after="40" w:line="440" w:lineRule="exact"/>
      </w:pPr>
      <w:r>
        <w:rPr>
          <w:rFonts w:ascii="宋体" w:eastAsia="宋体" w:hAnsi="宋体"/>
        </w:rPr>
        <w:t>2. 选择题低年组答1～10题，高年组答4～13题。每题选择一个最接近正确的答案，将对应的字母（A、B、C、D之一）填在题号后的括弧里。不会做的题目不选。每道题答对得4分，答错或多选得-4分，不选得0分。</w:t>
      </w:r>
    </w:p>
    <w:p w14:paraId="294AE156" w14:textId="77777777" w:rsidR="006E6EA8" w:rsidRDefault="00000000">
      <w:pPr>
        <w:spacing w:before="40" w:after="40" w:line="440" w:lineRule="exact"/>
      </w:pPr>
      <w:r>
        <w:rPr>
          <w:rFonts w:ascii="宋体" w:eastAsia="宋体" w:hAnsi="宋体"/>
        </w:rPr>
        <w:t>3. 简答题每题15分，只写公式或只给出最后答案的均不能得满分。低年组答14～17题，高年组答15～18题。</w:t>
      </w:r>
    </w:p>
    <w:p w14:paraId="38B378CF" w14:textId="77777777" w:rsidR="006E6EA8" w:rsidRDefault="00000000">
      <w:pPr>
        <w:spacing w:before="40" w:after="40" w:line="440" w:lineRule="exact"/>
      </w:pPr>
      <w:r>
        <w:rPr>
          <w:rFonts w:ascii="宋体" w:eastAsia="宋体" w:hAnsi="宋体"/>
        </w:rPr>
        <w:t>4. 笔试观测部分根据提供的星图完成相关题目。</w:t>
      </w:r>
    </w:p>
    <w:p w14:paraId="582E6B80" w14:textId="77777777" w:rsidR="006E6EA8" w:rsidRDefault="00000000">
      <w:pPr>
        <w:spacing w:before="40" w:after="40" w:line="440" w:lineRule="exact"/>
      </w:pPr>
      <w:r>
        <w:rPr>
          <w:rFonts w:ascii="宋体" w:eastAsia="宋体" w:hAnsi="宋体"/>
        </w:rPr>
        <w:t>5. 允许使用计算器，但禁止使用手机等通讯设备。</w:t>
      </w:r>
    </w:p>
    <w:p w14:paraId="07DEE039" w14:textId="77777777" w:rsidR="006E6EA8" w:rsidRDefault="006E6EA8">
      <w:pPr>
        <w:spacing w:before="40" w:after="40" w:line="440" w:lineRule="exact"/>
      </w:pPr>
    </w:p>
    <w:p w14:paraId="0C4CB291" w14:textId="77777777" w:rsidR="006E6EA8" w:rsidRDefault="00000000">
      <w:pPr>
        <w:spacing w:before="40" w:after="40" w:line="440" w:lineRule="exact"/>
      </w:pPr>
      <w:r>
        <w:rPr>
          <w:rFonts w:ascii="宋体" w:eastAsia="宋体" w:hAnsi="宋体"/>
          <w:b/>
          <w:sz w:val="24"/>
        </w:rPr>
        <w:t>姓名：________  年级：________  班级：________  得分：________</w:t>
      </w:r>
    </w:p>
    <w:p w14:paraId="756B1F91" w14:textId="77777777" w:rsidR="006E6EA8" w:rsidRDefault="006E6EA8">
      <w:pPr>
        <w:spacing w:before="40" w:after="40" w:line="440" w:lineRule="exact"/>
      </w:pPr>
    </w:p>
    <w:p w14:paraId="29A6F50A" w14:textId="77777777" w:rsidR="006E6EA8" w:rsidRDefault="00000000">
      <w:pPr>
        <w:spacing w:before="240" w:after="120"/>
      </w:pPr>
      <w:r>
        <w:rPr>
          <w:rFonts w:ascii="黑体" w:eastAsia="黑体" w:hAnsi="黑体"/>
          <w:b/>
          <w:sz w:val="28"/>
        </w:rPr>
        <w:t>Ⅰ、选择题</w:t>
      </w:r>
    </w:p>
    <w:p w14:paraId="051341C0" w14:textId="77777777" w:rsidR="006E6EA8" w:rsidRDefault="00000000">
      <w:pPr>
        <w:spacing w:before="40" w:after="40" w:line="440" w:lineRule="exact"/>
      </w:pPr>
      <w:r>
        <w:rPr>
          <w:rFonts w:ascii="宋体" w:eastAsia="宋体" w:hAnsi="宋体"/>
        </w:rPr>
        <w:t>低年组答1～10题，高年组答4～13题。每题选择一个最接近正确的答案，将对应的字母（A、B、C、D之一）填在题号后的括弧里。不会做的题目不选。每道题答对得4分，答错或多选得-4分，不选得0分。</w:t>
      </w:r>
    </w:p>
    <w:p w14:paraId="4ECE104E" w14:textId="77777777" w:rsidR="006E6EA8" w:rsidRDefault="006E6EA8">
      <w:pPr>
        <w:spacing w:before="40" w:after="40" w:line="440" w:lineRule="exact"/>
      </w:pPr>
    </w:p>
    <w:p w14:paraId="52546AF5" w14:textId="77777777" w:rsidR="006E6EA8" w:rsidRDefault="00000000">
      <w:pPr>
        <w:spacing w:before="40" w:after="40" w:line="440" w:lineRule="exact"/>
      </w:pPr>
      <w:r>
        <w:rPr>
          <w:rFonts w:ascii="宋体" w:eastAsia="宋体" w:hAnsi="宋体"/>
          <w:sz w:val="24"/>
        </w:rPr>
        <w:t>1、（  ）（仅低年组）下列四组行星中，此时角距离最近的是　　　。</w:t>
      </w:r>
    </w:p>
    <w:p w14:paraId="0B98250E" w14:textId="77777777" w:rsidR="006E6EA8" w:rsidRDefault="00000000">
      <w:pPr>
        <w:spacing w:before="20" w:after="20" w:line="400" w:lineRule="exact"/>
        <w:ind w:left="420"/>
      </w:pPr>
      <w:r>
        <w:rPr>
          <w:rFonts w:ascii="宋体" w:eastAsia="宋体" w:hAnsi="宋体"/>
          <w:sz w:val="24"/>
        </w:rPr>
        <w:t>（A）水星和金星　　（B）金星和木星</w:t>
      </w:r>
    </w:p>
    <w:p w14:paraId="66D23AB6" w14:textId="77777777" w:rsidR="006E6EA8" w:rsidRDefault="00000000">
      <w:pPr>
        <w:spacing w:before="20" w:after="20" w:line="400" w:lineRule="exact"/>
        <w:ind w:left="420"/>
      </w:pPr>
      <w:r>
        <w:rPr>
          <w:rFonts w:ascii="宋体" w:eastAsia="宋体" w:hAnsi="宋体"/>
          <w:sz w:val="24"/>
        </w:rPr>
        <w:t>（C）火星和木星　　（D）火星和土星</w:t>
      </w:r>
    </w:p>
    <w:p w14:paraId="2A2353E6" w14:textId="77777777" w:rsidR="006E6EA8" w:rsidRDefault="006E6EA8">
      <w:pPr>
        <w:spacing w:before="40" w:after="40" w:line="440" w:lineRule="exact"/>
      </w:pPr>
    </w:p>
    <w:p w14:paraId="28567B18" w14:textId="77777777" w:rsidR="006E6EA8" w:rsidRDefault="00000000">
      <w:pPr>
        <w:spacing w:before="40" w:after="40" w:line="440" w:lineRule="exact"/>
      </w:pPr>
      <w:r>
        <w:rPr>
          <w:rFonts w:ascii="宋体" w:eastAsia="宋体" w:hAnsi="宋体"/>
          <w:sz w:val="24"/>
        </w:rPr>
        <w:t>2、（  ）（仅低年组）在南半球中纬度地区观测，现在是恒星时7h，已知某恒星再经过2h30m后上中天，请问该恒星的赤经为　　　。</w:t>
      </w:r>
    </w:p>
    <w:p w14:paraId="18BD07B6" w14:textId="77777777" w:rsidR="006E6EA8" w:rsidRDefault="00000000">
      <w:pPr>
        <w:spacing w:before="20" w:after="20" w:line="400" w:lineRule="exact"/>
        <w:ind w:left="420"/>
      </w:pPr>
      <w:r>
        <w:rPr>
          <w:rFonts w:ascii="宋体" w:eastAsia="宋体" w:hAnsi="宋体"/>
          <w:sz w:val="24"/>
        </w:rPr>
        <w:t>（A）0h30m　　（B）3h30m</w:t>
      </w:r>
    </w:p>
    <w:p w14:paraId="26DD893E" w14:textId="77777777" w:rsidR="006E6EA8" w:rsidRDefault="00000000">
      <w:pPr>
        <w:spacing w:before="20" w:after="20" w:line="400" w:lineRule="exact"/>
        <w:ind w:left="420"/>
      </w:pPr>
      <w:r>
        <w:rPr>
          <w:rFonts w:ascii="宋体" w:eastAsia="宋体" w:hAnsi="宋体"/>
          <w:sz w:val="24"/>
        </w:rPr>
        <w:t>（C）9h30m　　（D）6h30m</w:t>
      </w:r>
    </w:p>
    <w:p w14:paraId="1BE6C4E0" w14:textId="77777777" w:rsidR="006E6EA8" w:rsidRDefault="006E6EA8">
      <w:pPr>
        <w:spacing w:before="40" w:after="40" w:line="440" w:lineRule="exact"/>
      </w:pPr>
    </w:p>
    <w:p w14:paraId="7F1B856F" w14:textId="77777777" w:rsidR="006E6EA8" w:rsidRDefault="00000000">
      <w:pPr>
        <w:spacing w:before="40" w:after="40" w:line="440" w:lineRule="exact"/>
      </w:pPr>
      <w:r>
        <w:rPr>
          <w:rFonts w:ascii="宋体" w:eastAsia="宋体" w:hAnsi="宋体"/>
          <w:sz w:val="24"/>
        </w:rPr>
        <w:t>3、（  ）（仅低年组）暗物质粒子探测器　　　基于在轨运行的前530天共采集了约28亿个高能宇宙射线，成功获取了目前国际上精度最高的TeV电子宇宙射线探测结果。</w:t>
      </w:r>
    </w:p>
    <w:p w14:paraId="5DDAFF24" w14:textId="77777777" w:rsidR="006E6EA8" w:rsidRDefault="00000000">
      <w:pPr>
        <w:spacing w:before="20" w:after="20" w:line="400" w:lineRule="exact"/>
        <w:ind w:left="420"/>
      </w:pPr>
      <w:r>
        <w:rPr>
          <w:rFonts w:ascii="宋体" w:eastAsia="宋体" w:hAnsi="宋体"/>
          <w:sz w:val="24"/>
        </w:rPr>
        <w:t>（A）悟空　　（B）ALMA</w:t>
      </w:r>
    </w:p>
    <w:p w14:paraId="357ADFD2" w14:textId="77777777" w:rsidR="006E6EA8" w:rsidRDefault="00000000">
      <w:pPr>
        <w:spacing w:before="20" w:after="20" w:line="400" w:lineRule="exact"/>
        <w:ind w:left="420"/>
      </w:pPr>
      <w:r>
        <w:rPr>
          <w:rFonts w:ascii="宋体" w:eastAsia="宋体" w:hAnsi="宋体"/>
          <w:sz w:val="24"/>
        </w:rPr>
        <w:t>（C）南极AST-3　　（D）Gaia</w:t>
      </w:r>
    </w:p>
    <w:p w14:paraId="45E949AA" w14:textId="77777777" w:rsidR="006E6EA8" w:rsidRDefault="006E6EA8">
      <w:pPr>
        <w:spacing w:before="40" w:after="40" w:line="440" w:lineRule="exact"/>
      </w:pPr>
    </w:p>
    <w:p w14:paraId="21BBD873" w14:textId="77777777" w:rsidR="006E6EA8" w:rsidRDefault="00000000">
      <w:pPr>
        <w:spacing w:before="40" w:after="40" w:line="440" w:lineRule="exact"/>
      </w:pPr>
      <w:r>
        <w:rPr>
          <w:rFonts w:ascii="宋体" w:eastAsia="宋体" w:hAnsi="宋体"/>
          <w:sz w:val="24"/>
        </w:rPr>
        <w:t>4、（  ）今天我们可以观测到　　　。</w:t>
      </w:r>
    </w:p>
    <w:p w14:paraId="3E6B7783" w14:textId="77777777" w:rsidR="006E6EA8" w:rsidRDefault="00000000">
      <w:pPr>
        <w:spacing w:before="20" w:after="20" w:line="400" w:lineRule="exact"/>
        <w:ind w:left="420"/>
      </w:pPr>
      <w:r>
        <w:rPr>
          <w:rFonts w:ascii="宋体" w:eastAsia="宋体" w:hAnsi="宋体"/>
          <w:sz w:val="24"/>
        </w:rPr>
        <w:t>（A）四月天琴座流星雨　　（B）宝瓶座η流星雨</w:t>
      </w:r>
    </w:p>
    <w:p w14:paraId="3BD4BE39" w14:textId="77777777" w:rsidR="006E6EA8" w:rsidRDefault="00000000">
      <w:pPr>
        <w:spacing w:before="20" w:after="20" w:line="400" w:lineRule="exact"/>
        <w:ind w:left="420"/>
      </w:pPr>
      <w:r>
        <w:rPr>
          <w:rFonts w:ascii="宋体" w:eastAsia="宋体" w:hAnsi="宋体"/>
          <w:sz w:val="24"/>
        </w:rPr>
        <w:t>（C）船尾座π流星雨　　（D）英仙座流星雨</w:t>
      </w:r>
    </w:p>
    <w:p w14:paraId="6B925E2E" w14:textId="77777777" w:rsidR="006E6EA8" w:rsidRDefault="006E6EA8">
      <w:pPr>
        <w:spacing w:before="40" w:after="40" w:line="440" w:lineRule="exact"/>
      </w:pPr>
    </w:p>
    <w:p w14:paraId="693403DE" w14:textId="77777777" w:rsidR="006E6EA8" w:rsidRDefault="00000000">
      <w:pPr>
        <w:spacing w:before="40" w:after="40" w:line="440" w:lineRule="exact"/>
      </w:pPr>
      <w:r>
        <w:rPr>
          <w:rFonts w:ascii="宋体" w:eastAsia="宋体" w:hAnsi="宋体"/>
          <w:sz w:val="24"/>
        </w:rPr>
        <w:t>5、（  ）一般来说，形成稳定恒星的质量上限大约是150个太阳质量，那么形成稳定恒星的质量下限是　　　个太阳质量。</w:t>
      </w:r>
    </w:p>
    <w:p w14:paraId="0B8550EA" w14:textId="77777777" w:rsidR="006E6EA8" w:rsidRDefault="00000000">
      <w:pPr>
        <w:spacing w:before="20" w:after="20" w:line="400" w:lineRule="exact"/>
        <w:ind w:left="420"/>
      </w:pPr>
      <w:r>
        <w:rPr>
          <w:rFonts w:ascii="宋体" w:eastAsia="宋体" w:hAnsi="宋体"/>
          <w:sz w:val="24"/>
        </w:rPr>
        <w:t>（A）0.01　　（B）0.08</w:t>
      </w:r>
    </w:p>
    <w:p w14:paraId="147DDEC0" w14:textId="77777777" w:rsidR="006E6EA8" w:rsidRDefault="00000000">
      <w:pPr>
        <w:spacing w:before="20" w:after="20" w:line="400" w:lineRule="exact"/>
        <w:ind w:left="420"/>
      </w:pPr>
      <w:r>
        <w:rPr>
          <w:rFonts w:ascii="宋体" w:eastAsia="宋体" w:hAnsi="宋体"/>
          <w:sz w:val="24"/>
        </w:rPr>
        <w:t>（C）0.14　　（D）0.51</w:t>
      </w:r>
    </w:p>
    <w:p w14:paraId="3BD73900" w14:textId="77777777" w:rsidR="006E6EA8" w:rsidRDefault="006E6EA8">
      <w:pPr>
        <w:spacing w:before="40" w:after="40" w:line="440" w:lineRule="exact"/>
      </w:pPr>
    </w:p>
    <w:p w14:paraId="4AB29941" w14:textId="77777777" w:rsidR="006E6EA8" w:rsidRDefault="00000000">
      <w:pPr>
        <w:spacing w:before="40" w:after="40" w:line="440" w:lineRule="exact"/>
      </w:pPr>
      <w:r>
        <w:rPr>
          <w:rFonts w:ascii="宋体" w:eastAsia="宋体" w:hAnsi="宋体"/>
          <w:sz w:val="24"/>
        </w:rPr>
        <w:t>6、（  ）以下哪个深空天体在天球上离天津四最近？</w:t>
      </w:r>
    </w:p>
    <w:p w14:paraId="40AE2DCD" w14:textId="77777777" w:rsidR="006E6EA8" w:rsidRDefault="00000000">
      <w:pPr>
        <w:spacing w:before="20" w:after="20" w:line="400" w:lineRule="exact"/>
        <w:ind w:left="420"/>
      </w:pPr>
      <w:r>
        <w:rPr>
          <w:rFonts w:ascii="宋体" w:eastAsia="宋体" w:hAnsi="宋体"/>
          <w:sz w:val="24"/>
        </w:rPr>
        <w:t>（A）M35　　（B）NGC7000</w:t>
      </w:r>
    </w:p>
    <w:p w14:paraId="751FED7B" w14:textId="77777777" w:rsidR="006E6EA8" w:rsidRDefault="00000000">
      <w:pPr>
        <w:spacing w:before="20" w:after="20" w:line="400" w:lineRule="exact"/>
        <w:ind w:left="420"/>
      </w:pPr>
      <w:r>
        <w:rPr>
          <w:rFonts w:ascii="宋体" w:eastAsia="宋体" w:hAnsi="宋体"/>
          <w:sz w:val="24"/>
        </w:rPr>
        <w:t>（C）M27　　（D）NGC7293</w:t>
      </w:r>
    </w:p>
    <w:p w14:paraId="64E689FB" w14:textId="77777777" w:rsidR="006E6EA8" w:rsidRDefault="006E6EA8">
      <w:pPr>
        <w:spacing w:before="40" w:after="40" w:line="440" w:lineRule="exact"/>
      </w:pPr>
    </w:p>
    <w:p w14:paraId="7B485D96" w14:textId="77777777" w:rsidR="006E6EA8" w:rsidRDefault="00000000">
      <w:pPr>
        <w:spacing w:before="40" w:after="40" w:line="440" w:lineRule="exact"/>
      </w:pPr>
      <w:r>
        <w:rPr>
          <w:rFonts w:ascii="宋体" w:eastAsia="宋体" w:hAnsi="宋体"/>
          <w:sz w:val="24"/>
        </w:rPr>
        <w:t>7、（  ）下列年份，哪一年会发生日全食（包括全环食），且全食带中心点距离我国最近？</w:t>
      </w:r>
    </w:p>
    <w:p w14:paraId="223B49EA" w14:textId="77777777" w:rsidR="006E6EA8" w:rsidRDefault="00000000">
      <w:pPr>
        <w:spacing w:before="20" w:after="20" w:line="400" w:lineRule="exact"/>
        <w:ind w:left="420"/>
      </w:pPr>
      <w:r>
        <w:rPr>
          <w:rFonts w:ascii="宋体" w:eastAsia="宋体" w:hAnsi="宋体"/>
          <w:sz w:val="24"/>
        </w:rPr>
        <w:t>（A）2020年　　（B）2021年</w:t>
      </w:r>
    </w:p>
    <w:p w14:paraId="578F6AC0" w14:textId="77777777" w:rsidR="006E6EA8" w:rsidRDefault="00000000">
      <w:pPr>
        <w:spacing w:before="20" w:after="20" w:line="400" w:lineRule="exact"/>
        <w:ind w:left="420"/>
      </w:pPr>
      <w:r>
        <w:rPr>
          <w:rFonts w:ascii="宋体" w:eastAsia="宋体" w:hAnsi="宋体"/>
          <w:sz w:val="24"/>
        </w:rPr>
        <w:t>（C）2022年　　（D）2023年</w:t>
      </w:r>
    </w:p>
    <w:p w14:paraId="33FF324D" w14:textId="77777777" w:rsidR="006E6EA8" w:rsidRDefault="006E6EA8">
      <w:pPr>
        <w:spacing w:before="40" w:after="40" w:line="440" w:lineRule="exact"/>
      </w:pPr>
    </w:p>
    <w:p w14:paraId="603972B0" w14:textId="77777777" w:rsidR="006E6EA8" w:rsidRDefault="00000000">
      <w:pPr>
        <w:spacing w:before="40" w:after="40" w:line="440" w:lineRule="exact"/>
      </w:pPr>
      <w:r>
        <w:rPr>
          <w:rFonts w:ascii="宋体" w:eastAsia="宋体" w:hAnsi="宋体"/>
          <w:sz w:val="24"/>
        </w:rPr>
        <w:t>8、（  ）以下梅西叶天体中距离我们最远的是　　　。</w:t>
      </w:r>
    </w:p>
    <w:p w14:paraId="16F1A50E" w14:textId="77777777" w:rsidR="006E6EA8" w:rsidRDefault="00000000">
      <w:pPr>
        <w:spacing w:before="20" w:after="20" w:line="400" w:lineRule="exact"/>
        <w:ind w:left="420"/>
      </w:pPr>
      <w:r>
        <w:rPr>
          <w:rFonts w:ascii="宋体" w:eastAsia="宋体" w:hAnsi="宋体"/>
          <w:sz w:val="24"/>
        </w:rPr>
        <w:t>（A）M13　　（B）M42</w:t>
      </w:r>
    </w:p>
    <w:p w14:paraId="4F55B8C4" w14:textId="77777777" w:rsidR="006E6EA8" w:rsidRDefault="00000000">
      <w:pPr>
        <w:spacing w:before="20" w:after="20" w:line="400" w:lineRule="exact"/>
        <w:ind w:left="420"/>
      </w:pPr>
      <w:r>
        <w:rPr>
          <w:rFonts w:ascii="宋体" w:eastAsia="宋体" w:hAnsi="宋体"/>
          <w:sz w:val="24"/>
        </w:rPr>
        <w:t>（C）M104　　（D）M78</w:t>
      </w:r>
    </w:p>
    <w:p w14:paraId="269E1743" w14:textId="77777777" w:rsidR="006E6EA8" w:rsidRDefault="006E6EA8">
      <w:pPr>
        <w:spacing w:before="40" w:after="40" w:line="440" w:lineRule="exact"/>
      </w:pPr>
    </w:p>
    <w:p w14:paraId="19EF39F0" w14:textId="77777777" w:rsidR="006E6EA8" w:rsidRDefault="00000000">
      <w:pPr>
        <w:spacing w:before="40" w:after="40" w:line="440" w:lineRule="exact"/>
      </w:pPr>
      <w:r>
        <w:rPr>
          <w:rFonts w:ascii="宋体" w:eastAsia="宋体" w:hAnsi="宋体"/>
          <w:sz w:val="24"/>
        </w:rPr>
        <w:lastRenderedPageBreak/>
        <w:t>9、（  ）小猪佩奇很喜欢玩踩泥巴的游戏，它在地球上的最高纪录是可以让泥巴飞1m高。一天，它来到了一颗材质与地球相似的陌生星球旅行，又玩起了踩泥巴的游戏。只见它用力一踩，泥巴直冲云霄，刚好飞离星球，再也没有回来。那么这颗星球的质量约为　　　。</w:t>
      </w:r>
    </w:p>
    <w:p w14:paraId="098E6270" w14:textId="77777777" w:rsidR="006E6EA8" w:rsidRDefault="00000000">
      <w:pPr>
        <w:spacing w:before="20" w:after="20" w:line="400" w:lineRule="exact"/>
        <w:ind w:left="420"/>
      </w:pPr>
      <w:r>
        <w:rPr>
          <w:rFonts w:ascii="宋体" w:eastAsia="宋体" w:hAnsi="宋体"/>
          <w:sz w:val="24"/>
        </w:rPr>
        <w:t>（A）3.7×10¹⁴kg　　（B）3.6×10¹⁸kg</w:t>
      </w:r>
    </w:p>
    <w:p w14:paraId="366329A5" w14:textId="77777777" w:rsidR="006E6EA8" w:rsidRDefault="00000000">
      <w:pPr>
        <w:spacing w:before="20" w:after="20" w:line="400" w:lineRule="exact"/>
        <w:ind w:left="420"/>
      </w:pPr>
      <w:r>
        <w:rPr>
          <w:rFonts w:ascii="宋体" w:eastAsia="宋体" w:hAnsi="宋体"/>
          <w:sz w:val="24"/>
        </w:rPr>
        <w:t>（C）22×10¹⁹kg　　（D）8.5×10²⁴kg</w:t>
      </w:r>
    </w:p>
    <w:p w14:paraId="1541794F" w14:textId="77777777" w:rsidR="006E6EA8" w:rsidRDefault="006E6EA8">
      <w:pPr>
        <w:spacing w:before="40" w:after="40" w:line="440" w:lineRule="exact"/>
      </w:pPr>
    </w:p>
    <w:p w14:paraId="0BD7816D" w14:textId="77777777" w:rsidR="006E6EA8" w:rsidRDefault="00000000">
      <w:pPr>
        <w:spacing w:before="40" w:after="40" w:line="440" w:lineRule="exact"/>
      </w:pPr>
      <w:r>
        <w:rPr>
          <w:rFonts w:ascii="宋体" w:eastAsia="宋体" w:hAnsi="宋体"/>
          <w:sz w:val="24"/>
        </w:rPr>
        <w:t>10、（  ）一颗红巨星的温度为2500K，半径是太阳的100倍，距离10pc，已知该红巨星在可见光波段（400nm≤λ≤700nm）的辐射能量占总光度L的3.3%，假如一个100W灯泡发出总辐射能量的5%在可见光波段，灯泡在　　　的距离上，肉眼看起来和红巨星一样亮。</w:t>
      </w:r>
    </w:p>
    <w:p w14:paraId="658CEF23" w14:textId="77777777" w:rsidR="006E6EA8" w:rsidRDefault="00000000">
      <w:pPr>
        <w:spacing w:before="20" w:after="20" w:line="400" w:lineRule="exact"/>
        <w:ind w:left="420"/>
      </w:pPr>
      <w:r>
        <w:rPr>
          <w:rFonts w:ascii="宋体" w:eastAsia="宋体" w:hAnsi="宋体"/>
          <w:sz w:val="24"/>
        </w:rPr>
        <w:t>（A）1.8km　　（B）7km</w:t>
      </w:r>
    </w:p>
    <w:p w14:paraId="6ABF08EC" w14:textId="77777777" w:rsidR="006E6EA8" w:rsidRDefault="00000000">
      <w:pPr>
        <w:spacing w:before="20" w:after="20" w:line="400" w:lineRule="exact"/>
        <w:ind w:left="420"/>
      </w:pPr>
      <w:r>
        <w:rPr>
          <w:rFonts w:ascii="宋体" w:eastAsia="宋体" w:hAnsi="宋体"/>
          <w:sz w:val="24"/>
        </w:rPr>
        <w:t>（C）10km　　（D）18km</w:t>
      </w:r>
    </w:p>
    <w:p w14:paraId="3DC64590" w14:textId="77777777" w:rsidR="006E6EA8" w:rsidRDefault="006E6EA8">
      <w:pPr>
        <w:spacing w:before="40" w:after="40" w:line="440" w:lineRule="exact"/>
      </w:pPr>
    </w:p>
    <w:p w14:paraId="7A677A81" w14:textId="77777777" w:rsidR="006E6EA8" w:rsidRDefault="00000000">
      <w:pPr>
        <w:spacing w:before="40" w:after="40" w:line="440" w:lineRule="exact"/>
      </w:pPr>
      <w:r>
        <w:rPr>
          <w:rFonts w:ascii="宋体" w:eastAsia="宋体" w:hAnsi="宋体"/>
          <w:sz w:val="24"/>
        </w:rPr>
        <w:t>11、（  ）（仅高年组）以下说法不正确的是　　　。</w:t>
      </w:r>
    </w:p>
    <w:p w14:paraId="6ED394DB" w14:textId="77777777" w:rsidR="006E6EA8" w:rsidRDefault="00000000">
      <w:pPr>
        <w:spacing w:before="20" w:after="20" w:line="400" w:lineRule="exact"/>
        <w:ind w:left="420"/>
      </w:pPr>
      <w:r>
        <w:rPr>
          <w:rFonts w:ascii="宋体" w:eastAsia="宋体" w:hAnsi="宋体"/>
          <w:sz w:val="24"/>
        </w:rPr>
        <w:t>（A）银河系以较差自转的方式自转，越靠近中心，旋转一周的时间越短。　　（B）太阳系位于直径约为10万光年的银河系的银盘上，距离中心大约2.5万光年。</w:t>
      </w:r>
    </w:p>
    <w:p w14:paraId="46028846" w14:textId="77777777" w:rsidR="006E6EA8" w:rsidRDefault="00000000">
      <w:pPr>
        <w:spacing w:before="20" w:after="20" w:line="400" w:lineRule="exact"/>
        <w:ind w:left="420"/>
      </w:pPr>
      <w:r>
        <w:rPr>
          <w:rFonts w:ascii="宋体" w:eastAsia="宋体" w:hAnsi="宋体"/>
          <w:sz w:val="24"/>
        </w:rPr>
        <w:t>（C）1923年，埃德温·哈勃通过测定M31内造父变星的光度并计算出距离，证明了M31是河外星系。　　（D）球状星团大多分布在银盘上，疏散星团主要分布在银晕中。</w:t>
      </w:r>
    </w:p>
    <w:p w14:paraId="6A32C2DD" w14:textId="77777777" w:rsidR="006E6EA8" w:rsidRDefault="006E6EA8">
      <w:pPr>
        <w:spacing w:before="40" w:after="40" w:line="440" w:lineRule="exact"/>
      </w:pPr>
    </w:p>
    <w:p w14:paraId="386A8588" w14:textId="77777777" w:rsidR="006E6EA8" w:rsidRDefault="00000000">
      <w:pPr>
        <w:spacing w:before="40" w:after="40" w:line="440" w:lineRule="exact"/>
      </w:pPr>
      <w:r>
        <w:rPr>
          <w:rFonts w:ascii="宋体" w:eastAsia="宋体" w:hAnsi="宋体"/>
          <w:sz w:val="24"/>
        </w:rPr>
        <w:t>12、（  ）（仅高年组）已知一颗恒星的光度是太阳的4倍，从地球上探测到这颗恒星的流量密度为3.05×10⁻¹⁴W/m²，则这颗恒星到地球的距离约为　　　。</w:t>
      </w:r>
    </w:p>
    <w:p w14:paraId="699185CD" w14:textId="77777777" w:rsidR="006E6EA8" w:rsidRDefault="00000000">
      <w:pPr>
        <w:spacing w:before="20" w:after="20" w:line="400" w:lineRule="exact"/>
        <w:ind w:left="420"/>
      </w:pPr>
      <w:r>
        <w:rPr>
          <w:rFonts w:ascii="宋体" w:eastAsia="宋体" w:hAnsi="宋体"/>
          <w:sz w:val="24"/>
        </w:rPr>
        <w:t>（A）4×10¹⁵m　　（B）1×10¹⁸m</w:t>
      </w:r>
    </w:p>
    <w:p w14:paraId="0EC6E9AF" w14:textId="77777777" w:rsidR="006E6EA8" w:rsidRDefault="00000000">
      <w:pPr>
        <w:spacing w:before="20" w:after="20" w:line="400" w:lineRule="exact"/>
        <w:ind w:left="420"/>
      </w:pPr>
      <w:r>
        <w:rPr>
          <w:rFonts w:ascii="宋体" w:eastAsia="宋体" w:hAnsi="宋体"/>
          <w:sz w:val="24"/>
        </w:rPr>
        <w:t>（C）6×10¹⁹m　　（D）8×10²⁴m</w:t>
      </w:r>
    </w:p>
    <w:p w14:paraId="7FFF9ABD" w14:textId="77777777" w:rsidR="006E6EA8" w:rsidRDefault="006E6EA8">
      <w:pPr>
        <w:spacing w:before="40" w:after="40" w:line="440" w:lineRule="exact"/>
      </w:pPr>
    </w:p>
    <w:p w14:paraId="0BE03F65" w14:textId="77777777" w:rsidR="006E6EA8" w:rsidRDefault="00000000">
      <w:pPr>
        <w:spacing w:before="40" w:after="40" w:line="440" w:lineRule="exact"/>
      </w:pPr>
      <w:r>
        <w:rPr>
          <w:rFonts w:ascii="宋体" w:eastAsia="宋体" w:hAnsi="宋体"/>
          <w:sz w:val="24"/>
        </w:rPr>
        <w:t>13、（  ）（仅高年组）已知当前的宇宙背景辐射温度为2.73K，那么红移为5的地方的宇宙背景辐射温度约为　　　。</w:t>
      </w:r>
    </w:p>
    <w:p w14:paraId="34ECCD8C" w14:textId="77777777" w:rsidR="006E6EA8" w:rsidRDefault="00000000">
      <w:pPr>
        <w:spacing w:before="20" w:after="20" w:line="400" w:lineRule="exact"/>
        <w:ind w:left="420"/>
      </w:pPr>
      <w:r>
        <w:rPr>
          <w:rFonts w:ascii="宋体" w:eastAsia="宋体" w:hAnsi="宋体"/>
          <w:sz w:val="24"/>
        </w:rPr>
        <w:t>（A）2.73 K　　（B）10.92 K</w:t>
      </w:r>
    </w:p>
    <w:p w14:paraId="7B96551D" w14:textId="77777777" w:rsidR="006E6EA8" w:rsidRDefault="00000000">
      <w:pPr>
        <w:spacing w:before="20" w:after="20" w:line="400" w:lineRule="exact"/>
        <w:ind w:left="420"/>
      </w:pPr>
      <w:r>
        <w:rPr>
          <w:rFonts w:ascii="宋体" w:eastAsia="宋体" w:hAnsi="宋体"/>
          <w:sz w:val="24"/>
        </w:rPr>
        <w:lastRenderedPageBreak/>
        <w:t>（C）13.65 K　　（D）16.38 K</w:t>
      </w:r>
    </w:p>
    <w:p w14:paraId="514C30E5" w14:textId="77777777" w:rsidR="006E6EA8" w:rsidRDefault="006E6EA8">
      <w:pPr>
        <w:spacing w:before="40" w:after="40" w:line="440" w:lineRule="exact"/>
      </w:pPr>
    </w:p>
    <w:p w14:paraId="72FCA8AA" w14:textId="77777777" w:rsidR="006E6EA8" w:rsidRDefault="00000000">
      <w:pPr>
        <w:spacing w:before="240" w:after="120"/>
      </w:pPr>
      <w:r>
        <w:rPr>
          <w:rFonts w:ascii="黑体" w:eastAsia="黑体" w:hAnsi="黑体"/>
          <w:b/>
          <w:sz w:val="28"/>
        </w:rPr>
        <w:t>Ⅱ、简答题</w:t>
      </w:r>
    </w:p>
    <w:p w14:paraId="61DF7C0A" w14:textId="77777777" w:rsidR="006E6EA8" w:rsidRDefault="00000000">
      <w:pPr>
        <w:spacing w:before="40" w:after="40" w:line="440" w:lineRule="exact"/>
      </w:pPr>
      <w:r>
        <w:rPr>
          <w:rFonts w:ascii="宋体" w:eastAsia="宋体" w:hAnsi="宋体"/>
        </w:rPr>
        <w:t>每题15分，只写公式或只给出最后答案的均不能得满分。低年组答14～17题，高年组答15～18题。</w:t>
      </w:r>
    </w:p>
    <w:p w14:paraId="55A67641" w14:textId="77777777" w:rsidR="006E6EA8" w:rsidRDefault="006E6EA8">
      <w:pPr>
        <w:spacing w:before="40" w:after="40" w:line="440" w:lineRule="exact"/>
      </w:pPr>
    </w:p>
    <w:p w14:paraId="6E1387A8" w14:textId="77777777" w:rsidR="006E6EA8" w:rsidRDefault="00000000">
      <w:pPr>
        <w:spacing w:before="160" w:after="80"/>
      </w:pPr>
      <w:r>
        <w:rPr>
          <w:rFonts w:ascii="黑体" w:eastAsia="黑体" w:hAnsi="黑体"/>
          <w:b/>
          <w:sz w:val="24"/>
        </w:rPr>
        <w:t>14、（低年组）古刹与月牙</w:t>
      </w:r>
    </w:p>
    <w:p w14:paraId="7E483562" w14:textId="77777777" w:rsidR="006E6EA8" w:rsidRDefault="00000000">
      <w:pPr>
        <w:spacing w:before="40" w:after="40" w:line="440" w:lineRule="exact"/>
        <w:ind w:firstLine="420"/>
      </w:pPr>
      <w:r>
        <w:rPr>
          <w:rFonts w:ascii="宋体" w:eastAsia="宋体" w:hAnsi="宋体"/>
          <w:sz w:val="24"/>
        </w:rPr>
        <w:t>图1是一位叫杨勇的天文摄影师拍摄的一张照片，某座山上的古刹与一轮金钩状的月牙叠在一起。为了方便大家解题，把照片的黑色背景替换成了灰色。已知此时月亮视直径为30′，该古刹高34m，箭头所指处为该古刹所修建的山顶平台，那么：</w:t>
      </w:r>
    </w:p>
    <w:p w14:paraId="3334EC76" w14:textId="77777777" w:rsidR="006E6EA8" w:rsidRDefault="00000000">
      <w:pPr>
        <w:spacing w:before="40" w:after="40" w:line="440" w:lineRule="exact"/>
      </w:pPr>
      <w:r>
        <w:rPr>
          <w:rFonts w:ascii="宋体" w:eastAsia="宋体" w:hAnsi="宋体"/>
          <w:sz w:val="24"/>
        </w:rPr>
        <w:t>（1）试求摄影师距离古刹多远？</w:t>
      </w:r>
    </w:p>
    <w:p w14:paraId="10602816" w14:textId="77777777" w:rsidR="006E6EA8" w:rsidRDefault="00000000">
      <w:pPr>
        <w:spacing w:before="40" w:after="40" w:line="440" w:lineRule="exact"/>
      </w:pPr>
      <w:r>
        <w:rPr>
          <w:rFonts w:ascii="宋体" w:eastAsia="宋体" w:hAnsi="宋体"/>
          <w:sz w:val="24"/>
        </w:rPr>
        <w:t>（2）假设摄影师使用的相机某品牌APS-C画幅的相机，传感器尺寸为23.6×15.6mm，拍到的这张照片没有进行裁剪，试问摄影师所使用的镜头焦距为多少？</w:t>
      </w:r>
    </w:p>
    <w:p w14:paraId="53EE96D4" w14:textId="77777777" w:rsidR="006E6EA8" w:rsidRDefault="00000000">
      <w:pPr>
        <w:spacing w:before="40" w:after="40" w:line="440" w:lineRule="exact"/>
      </w:pPr>
      <w:r>
        <w:rPr>
          <w:rFonts w:ascii="宋体" w:eastAsia="宋体" w:hAnsi="宋体"/>
          <w:sz w:val="24"/>
        </w:rPr>
        <w:t>（3）这张照片拍摄于2017年4月28日20:40，查阅星图软件可知此时从摄影机位看月亮中心的地平高度为4.5°。已知该摄影机位海拔50m，试问该古刹所在的山顶平台海拔高度为多少？</w:t>
      </w:r>
    </w:p>
    <w:p w14:paraId="031D1DC2" w14:textId="77777777" w:rsidR="006E6EA8" w:rsidRDefault="006E6EA8">
      <w:pPr>
        <w:spacing w:before="40" w:after="40" w:line="440" w:lineRule="exact"/>
      </w:pPr>
    </w:p>
    <w:p w14:paraId="0F0B4DAF" w14:textId="77777777" w:rsidR="006E6EA8" w:rsidRDefault="00000000">
      <w:pPr>
        <w:spacing w:before="160" w:after="80"/>
      </w:pPr>
      <w:r>
        <w:rPr>
          <w:rFonts w:ascii="黑体" w:eastAsia="黑体" w:hAnsi="黑体"/>
          <w:b/>
          <w:sz w:val="24"/>
        </w:rPr>
        <w:t>15、（低年组和高年组）月全食</w:t>
      </w:r>
    </w:p>
    <w:p w14:paraId="3FAFDA84" w14:textId="77777777" w:rsidR="006E6EA8" w:rsidRDefault="00000000">
      <w:pPr>
        <w:spacing w:before="40" w:after="40" w:line="440" w:lineRule="exact"/>
        <w:ind w:firstLine="420"/>
      </w:pPr>
      <w:r>
        <w:rPr>
          <w:rFonts w:ascii="宋体" w:eastAsia="宋体" w:hAnsi="宋体"/>
          <w:sz w:val="24"/>
        </w:rPr>
        <w:t>2018年1月31日，地球上的很多地区都观测到了一次月全食天象。这次月全食的本影食分和半影食分分别为1.3和2.3，其他相关信息请自行回忆。同时月球上的一位观测者欣赏到了一次日食。如果它一直待在某个位置，那么他可能观测到日食最长能持续多久？</w:t>
      </w:r>
    </w:p>
    <w:p w14:paraId="585EBD50" w14:textId="77777777" w:rsidR="006E6EA8" w:rsidRDefault="006E6EA8">
      <w:pPr>
        <w:spacing w:before="40" w:after="40" w:line="440" w:lineRule="exact"/>
      </w:pPr>
    </w:p>
    <w:p w14:paraId="45918B37" w14:textId="77777777" w:rsidR="006E6EA8" w:rsidRDefault="00000000">
      <w:pPr>
        <w:spacing w:before="160" w:after="80"/>
      </w:pPr>
      <w:r>
        <w:rPr>
          <w:rFonts w:ascii="黑体" w:eastAsia="黑体" w:hAnsi="黑体"/>
          <w:b/>
          <w:sz w:val="24"/>
        </w:rPr>
        <w:t>16、（低年组和高年组）食双星</w:t>
      </w:r>
    </w:p>
    <w:p w14:paraId="7B969F0F" w14:textId="77777777" w:rsidR="006E6EA8" w:rsidRDefault="00000000">
      <w:pPr>
        <w:spacing w:before="40" w:after="40" w:line="440" w:lineRule="exact"/>
        <w:ind w:firstLine="420"/>
      </w:pPr>
      <w:r>
        <w:rPr>
          <w:rFonts w:ascii="宋体" w:eastAsia="宋体" w:hAnsi="宋体"/>
          <w:sz w:val="24"/>
        </w:rPr>
        <w:t>已知食双星系统中，两个天体相互环绕的轨道倾角为90度，主星视星等为1等，伴星视星等为2等，主星半径是伴星的2倍。请给出两个天体完成一次相互绕转，系统视星等的变化情况。</w:t>
      </w:r>
    </w:p>
    <w:p w14:paraId="5C60F9BC" w14:textId="77777777" w:rsidR="006E6EA8" w:rsidRDefault="006E6EA8">
      <w:pPr>
        <w:spacing w:before="40" w:after="40" w:line="440" w:lineRule="exact"/>
      </w:pPr>
    </w:p>
    <w:p w14:paraId="0F5981BC" w14:textId="77777777" w:rsidR="006E6EA8" w:rsidRDefault="00000000">
      <w:pPr>
        <w:spacing w:before="160" w:after="80"/>
      </w:pPr>
      <w:r>
        <w:rPr>
          <w:rFonts w:ascii="黑体" w:eastAsia="黑体" w:hAnsi="黑体"/>
          <w:b/>
          <w:sz w:val="24"/>
        </w:rPr>
        <w:t>17、（低年组和高年组）地球的兄弟</w:t>
      </w:r>
    </w:p>
    <w:p w14:paraId="77D2B401" w14:textId="77777777" w:rsidR="006E6EA8" w:rsidRDefault="00000000">
      <w:pPr>
        <w:spacing w:before="40" w:after="40" w:line="440" w:lineRule="exact"/>
        <w:ind w:firstLine="420"/>
      </w:pPr>
      <w:r>
        <w:rPr>
          <w:rFonts w:ascii="宋体" w:eastAsia="宋体" w:hAnsi="宋体"/>
          <w:sz w:val="24"/>
        </w:rPr>
        <w:t>地球也许存在一个不轻易露面的兄弟。假设存在一颗与地球类似的行星，同样运行于地球的公转轨道上，只是当地球位于近日点时，这颗行星正位于轨道的远日点。估算从地球上观察，这颗行星东大距和西大距的日期，以及大距时行星与太阳的距角。表1为2018年二十四节气的时刻（北京时间）。</w:t>
      </w:r>
    </w:p>
    <w:p w14:paraId="695078BB" w14:textId="77777777" w:rsidR="006E6EA8" w:rsidRDefault="006E6EA8">
      <w:pPr>
        <w:spacing w:before="40" w:after="40" w:line="440" w:lineRule="exact"/>
      </w:pPr>
    </w:p>
    <w:p w14:paraId="4F348D34" w14:textId="77777777" w:rsidR="006E6EA8" w:rsidRDefault="00000000">
      <w:pPr>
        <w:spacing w:before="160" w:after="80"/>
      </w:pPr>
      <w:r>
        <w:rPr>
          <w:rFonts w:ascii="黑体" w:eastAsia="黑体" w:hAnsi="黑体"/>
          <w:b/>
          <w:sz w:val="24"/>
        </w:rPr>
        <w:t>18、（高年组）霍金辐射</w:t>
      </w:r>
    </w:p>
    <w:p w14:paraId="2E19D39E" w14:textId="77777777" w:rsidR="006E6EA8" w:rsidRDefault="00000000">
      <w:pPr>
        <w:spacing w:before="40" w:after="40" w:line="440" w:lineRule="exact"/>
        <w:ind w:firstLine="420"/>
      </w:pPr>
      <w:r>
        <w:rPr>
          <w:rFonts w:ascii="宋体" w:eastAsia="宋体" w:hAnsi="宋体"/>
          <w:sz w:val="24"/>
        </w:rPr>
        <w:t>在本题中，你会一步一步地推导黑洞的霍金辐射表达式。在这里，黑洞的模型为没有自旋、不带电荷的史瓦西黑洞；由于严格的计算需要用到量子场论的知识，在一些细节上你只需要正确估计量级。</w:t>
      </w:r>
    </w:p>
    <w:p w14:paraId="2FD81211" w14:textId="77777777" w:rsidR="006E6EA8" w:rsidRDefault="00000000">
      <w:pPr>
        <w:spacing w:before="40" w:after="40" w:line="440" w:lineRule="exact"/>
      </w:pPr>
      <w:r>
        <w:rPr>
          <w:rFonts w:ascii="宋体" w:eastAsia="宋体" w:hAnsi="宋体"/>
          <w:sz w:val="24"/>
        </w:rPr>
        <w:t>（1）请写出质量为M的史瓦西黑洞的视界面半径rs；如果你不会，你可以从牛顿力学出发，计算质点M在逃逸速度为光速c时对应的半径。</w:t>
      </w:r>
    </w:p>
    <w:p w14:paraId="0F39DC76" w14:textId="77777777" w:rsidR="006E6EA8" w:rsidRDefault="00000000">
      <w:pPr>
        <w:spacing w:before="40" w:after="40" w:line="440" w:lineRule="exact"/>
      </w:pPr>
      <w:r>
        <w:rPr>
          <w:rFonts w:ascii="宋体" w:eastAsia="宋体" w:hAnsi="宋体"/>
          <w:sz w:val="24"/>
        </w:rPr>
        <w:t>（2）考虑量子效应后，理论上光子可以从这一黑洞中逃逸出来，我们认为这时光子的波长λ应与黑洞视界面的典型尺度相当。光子的温度可以表示为T=E/kB，其中kB为玻尔兹曼常数，E为光子的能量。则光子的温度是多少？</w:t>
      </w:r>
    </w:p>
    <w:p w14:paraId="39CB5CE1" w14:textId="77777777" w:rsidR="006E6EA8" w:rsidRDefault="00000000">
      <w:pPr>
        <w:spacing w:before="40" w:after="40" w:line="440" w:lineRule="exact"/>
      </w:pPr>
      <w:r>
        <w:rPr>
          <w:rFonts w:ascii="宋体" w:eastAsia="宋体" w:hAnsi="宋体"/>
          <w:sz w:val="24"/>
        </w:rPr>
        <w:t>（3）假设黑洞以上方式辐射光子，则黑洞辐射的功率是多少？</w:t>
      </w:r>
    </w:p>
    <w:p w14:paraId="49B6FE8D" w14:textId="77777777" w:rsidR="006E6EA8" w:rsidRDefault="00000000">
      <w:pPr>
        <w:spacing w:before="40" w:after="40" w:line="440" w:lineRule="exact"/>
      </w:pPr>
      <w:r>
        <w:rPr>
          <w:rFonts w:ascii="宋体" w:eastAsia="宋体" w:hAnsi="宋体"/>
          <w:sz w:val="24"/>
        </w:rPr>
        <w:t>（4）黑洞的寿命τ和黑洞初始质量M0的几次方成正比？</w:t>
      </w:r>
    </w:p>
    <w:p w14:paraId="0C5046C2" w14:textId="77777777" w:rsidR="006E6EA8" w:rsidRDefault="006E6EA8">
      <w:pPr>
        <w:spacing w:before="40" w:after="40" w:line="440" w:lineRule="exact"/>
      </w:pPr>
    </w:p>
    <w:p w14:paraId="7EB74AA7" w14:textId="77777777" w:rsidR="006E6EA8" w:rsidRDefault="00000000">
      <w:pPr>
        <w:spacing w:before="240" w:after="120"/>
      </w:pPr>
      <w:r>
        <w:rPr>
          <w:rFonts w:ascii="黑体" w:eastAsia="黑体" w:hAnsi="黑体"/>
          <w:b/>
          <w:sz w:val="28"/>
        </w:rPr>
        <w:t>Ⅲ、笔试观测</w:t>
      </w:r>
    </w:p>
    <w:p w14:paraId="58B7E220" w14:textId="77777777" w:rsidR="006E6EA8" w:rsidRDefault="00000000">
      <w:pPr>
        <w:spacing w:before="40" w:after="40" w:line="440" w:lineRule="exact"/>
        <w:ind w:firstLine="420"/>
      </w:pPr>
      <w:r>
        <w:rPr>
          <w:rFonts w:ascii="宋体" w:eastAsia="宋体" w:hAnsi="宋体"/>
          <w:sz w:val="24"/>
        </w:rPr>
        <w:t>下图是某地北京时间2017年12月30日3时16分所见星空。图中同心圆为等地平高度圈，间隔30°。星图中心位置为天顶。仔细观察并完成如下题目：</w:t>
      </w:r>
    </w:p>
    <w:p w14:paraId="216AD066" w14:textId="77777777" w:rsidR="006E6EA8" w:rsidRDefault="00000000">
      <w:pPr>
        <w:spacing w:before="40" w:after="40" w:line="440" w:lineRule="exact"/>
      </w:pPr>
      <w:r>
        <w:rPr>
          <w:rFonts w:ascii="宋体" w:eastAsia="宋体" w:hAnsi="宋体"/>
        </w:rPr>
        <w:t>（注：原卷含星空示意图，请参考原卷。）</w:t>
      </w:r>
    </w:p>
    <w:p w14:paraId="19C9ACAD" w14:textId="77777777" w:rsidR="006E6EA8" w:rsidRDefault="006E6EA8">
      <w:pPr>
        <w:spacing w:before="40" w:after="40" w:line="440" w:lineRule="exact"/>
      </w:pPr>
    </w:p>
    <w:p w14:paraId="68F23798" w14:textId="77777777" w:rsidR="006E6EA8" w:rsidRDefault="00000000">
      <w:pPr>
        <w:spacing w:before="40" w:after="40" w:line="440" w:lineRule="exact"/>
      </w:pPr>
      <w:r>
        <w:rPr>
          <w:rFonts w:ascii="宋体" w:eastAsia="宋体" w:hAnsi="宋体"/>
          <w:sz w:val="24"/>
        </w:rPr>
        <w:t>19、观测地地理纬度：　　　。</w:t>
      </w:r>
    </w:p>
    <w:p w14:paraId="2F4BBEC0" w14:textId="77777777" w:rsidR="006E6EA8" w:rsidRDefault="006E6EA8">
      <w:pPr>
        <w:spacing w:before="40" w:after="40" w:line="440" w:lineRule="exact"/>
      </w:pPr>
    </w:p>
    <w:p w14:paraId="07E1A13F" w14:textId="77777777" w:rsidR="006E6EA8" w:rsidRDefault="00000000">
      <w:pPr>
        <w:spacing w:before="40" w:after="40" w:line="440" w:lineRule="exact"/>
      </w:pPr>
      <w:r>
        <w:rPr>
          <w:rFonts w:ascii="宋体" w:eastAsia="宋体" w:hAnsi="宋体"/>
          <w:sz w:val="24"/>
        </w:rPr>
        <w:t>20、观测地地理经度：　　　（填写选项对应字母）。</w:t>
      </w:r>
    </w:p>
    <w:p w14:paraId="75F3AB06" w14:textId="77777777" w:rsidR="006E6EA8" w:rsidRDefault="00000000">
      <w:pPr>
        <w:spacing w:before="20" w:after="20" w:line="400" w:lineRule="exact"/>
        <w:ind w:left="420"/>
      </w:pPr>
      <w:r>
        <w:rPr>
          <w:rFonts w:ascii="宋体" w:eastAsia="宋体" w:hAnsi="宋体"/>
          <w:sz w:val="24"/>
        </w:rPr>
        <w:t>（A）84°E</w:t>
      </w:r>
    </w:p>
    <w:p w14:paraId="1FF50DC7" w14:textId="77777777" w:rsidR="006E6EA8" w:rsidRDefault="00000000">
      <w:pPr>
        <w:spacing w:before="20" w:after="20" w:line="400" w:lineRule="exact"/>
        <w:ind w:left="420"/>
      </w:pPr>
      <w:r>
        <w:rPr>
          <w:rFonts w:ascii="宋体" w:eastAsia="宋体" w:hAnsi="宋体"/>
          <w:sz w:val="24"/>
        </w:rPr>
        <w:t>（B）120°E</w:t>
      </w:r>
    </w:p>
    <w:p w14:paraId="171E43DE" w14:textId="77777777" w:rsidR="006E6EA8" w:rsidRDefault="00000000">
      <w:pPr>
        <w:spacing w:before="20" w:after="20" w:line="400" w:lineRule="exact"/>
        <w:ind w:left="420"/>
      </w:pPr>
      <w:r>
        <w:rPr>
          <w:rFonts w:ascii="宋体" w:eastAsia="宋体" w:hAnsi="宋体"/>
          <w:sz w:val="24"/>
        </w:rPr>
        <w:lastRenderedPageBreak/>
        <w:t>（C）156°E</w:t>
      </w:r>
    </w:p>
    <w:p w14:paraId="7F1E5471" w14:textId="77777777" w:rsidR="006E6EA8" w:rsidRDefault="00000000">
      <w:pPr>
        <w:spacing w:before="20" w:after="20" w:line="400" w:lineRule="exact"/>
        <w:ind w:left="420"/>
      </w:pPr>
      <w:r>
        <w:rPr>
          <w:rFonts w:ascii="宋体" w:eastAsia="宋体" w:hAnsi="宋体"/>
          <w:sz w:val="24"/>
        </w:rPr>
        <w:t>（D）192°E</w:t>
      </w:r>
    </w:p>
    <w:p w14:paraId="499A671D" w14:textId="77777777" w:rsidR="006E6EA8" w:rsidRDefault="006E6EA8">
      <w:pPr>
        <w:spacing w:before="40" w:after="40" w:line="440" w:lineRule="exact"/>
      </w:pPr>
    </w:p>
    <w:p w14:paraId="4372AB50" w14:textId="77777777" w:rsidR="006E6EA8" w:rsidRDefault="00000000">
      <w:pPr>
        <w:spacing w:before="40" w:after="40" w:line="440" w:lineRule="exact"/>
      </w:pPr>
      <w:r>
        <w:rPr>
          <w:rFonts w:ascii="宋体" w:eastAsia="宋体" w:hAnsi="宋体"/>
          <w:sz w:val="24"/>
        </w:rPr>
        <w:t>21、依次写出图中5个圈中最亮恒星的名称：（填写选项对应字母）</w:t>
      </w:r>
    </w:p>
    <w:p w14:paraId="2122E57F" w14:textId="77777777" w:rsidR="006E6EA8" w:rsidRDefault="00000000">
      <w:pPr>
        <w:spacing w:before="20" w:after="20" w:line="400" w:lineRule="exact"/>
        <w:ind w:left="420"/>
      </w:pPr>
      <w:r>
        <w:rPr>
          <w:rFonts w:ascii="宋体" w:eastAsia="宋体" w:hAnsi="宋体"/>
          <w:sz w:val="24"/>
        </w:rPr>
        <w:t>1.　　　　2.　　　　3.　　　　　4.　　　　　5.　　　。</w:t>
      </w:r>
    </w:p>
    <w:p w14:paraId="52CAECE9" w14:textId="77777777" w:rsidR="006E6EA8" w:rsidRDefault="00000000">
      <w:pPr>
        <w:spacing w:before="20" w:after="20" w:line="400" w:lineRule="exact"/>
        <w:ind w:left="420"/>
      </w:pPr>
      <w:r>
        <w:rPr>
          <w:rFonts w:ascii="宋体" w:eastAsia="宋体" w:hAnsi="宋体"/>
          <w:sz w:val="24"/>
        </w:rPr>
        <w:t>（A）室女座α　（B）天琴座α　（C）白羊座α　（D）天龙座α</w:t>
      </w:r>
    </w:p>
    <w:p w14:paraId="4DEF9430" w14:textId="77777777" w:rsidR="006E6EA8" w:rsidRDefault="00000000">
      <w:pPr>
        <w:spacing w:before="20" w:after="20" w:line="400" w:lineRule="exact"/>
        <w:ind w:left="420"/>
      </w:pPr>
      <w:r>
        <w:rPr>
          <w:rFonts w:ascii="宋体" w:eastAsia="宋体" w:hAnsi="宋体"/>
          <w:sz w:val="24"/>
        </w:rPr>
        <w:t>（E）金牛座α　（F）金牛座β　（G）仙后座α　（H）狮子座α</w:t>
      </w:r>
    </w:p>
    <w:p w14:paraId="7B14E4B4" w14:textId="77777777" w:rsidR="006E6EA8" w:rsidRDefault="00000000">
      <w:pPr>
        <w:spacing w:before="20" w:after="20" w:line="400" w:lineRule="exact"/>
        <w:ind w:left="420"/>
      </w:pPr>
      <w:r>
        <w:rPr>
          <w:rFonts w:ascii="宋体" w:eastAsia="宋体" w:hAnsi="宋体"/>
          <w:sz w:val="24"/>
        </w:rPr>
        <w:t>（I）狮子座β　（J）玉夫座α　（K）长蛇座α　（L）仙女座α</w:t>
      </w:r>
    </w:p>
    <w:p w14:paraId="6B96C37A" w14:textId="77777777" w:rsidR="006E6EA8" w:rsidRDefault="00000000">
      <w:pPr>
        <w:spacing w:before="20" w:after="20" w:line="400" w:lineRule="exact"/>
        <w:ind w:left="420"/>
      </w:pPr>
      <w:r>
        <w:rPr>
          <w:rFonts w:ascii="宋体" w:eastAsia="宋体" w:hAnsi="宋体"/>
          <w:sz w:val="24"/>
        </w:rPr>
        <w:t>（M）猎户座α　（N）猎户座β　（O）大犬座α　（P）大犬座β</w:t>
      </w:r>
    </w:p>
    <w:p w14:paraId="11D6035A" w14:textId="77777777" w:rsidR="006E6EA8" w:rsidRDefault="00000000">
      <w:pPr>
        <w:spacing w:before="20" w:after="20" w:line="400" w:lineRule="exact"/>
        <w:ind w:left="420"/>
      </w:pPr>
      <w:r>
        <w:rPr>
          <w:rFonts w:ascii="宋体" w:eastAsia="宋体" w:hAnsi="宋体"/>
          <w:sz w:val="24"/>
        </w:rPr>
        <w:t>（Q）双子座α　（R）双子座β</w:t>
      </w:r>
    </w:p>
    <w:p w14:paraId="5A4B5A0D" w14:textId="77777777" w:rsidR="006E6EA8" w:rsidRDefault="006E6EA8">
      <w:pPr>
        <w:spacing w:before="40" w:after="40" w:line="440" w:lineRule="exact"/>
      </w:pPr>
    </w:p>
    <w:p w14:paraId="17CA9412" w14:textId="77777777" w:rsidR="006E6EA8" w:rsidRDefault="00000000">
      <w:pPr>
        <w:spacing w:before="40" w:after="40" w:line="440" w:lineRule="exact"/>
      </w:pPr>
      <w:r>
        <w:rPr>
          <w:rFonts w:ascii="宋体" w:eastAsia="宋体" w:hAnsi="宋体"/>
          <w:sz w:val="24"/>
        </w:rPr>
        <w:t>22、下列哪两个梅西叶天体不在星图中：　　　（填写选项对应字母）。</w:t>
      </w:r>
    </w:p>
    <w:p w14:paraId="519F26DE" w14:textId="77777777" w:rsidR="006E6EA8" w:rsidRDefault="00000000">
      <w:pPr>
        <w:spacing w:before="20" w:after="20" w:line="400" w:lineRule="exact"/>
        <w:ind w:left="420"/>
      </w:pPr>
      <w:r>
        <w:rPr>
          <w:rFonts w:ascii="宋体" w:eastAsia="宋体" w:hAnsi="宋体"/>
          <w:sz w:val="24"/>
        </w:rPr>
        <w:t>（A）M1</w:t>
      </w:r>
    </w:p>
    <w:p w14:paraId="61A2F28E" w14:textId="77777777" w:rsidR="006E6EA8" w:rsidRDefault="00000000">
      <w:pPr>
        <w:spacing w:before="20" w:after="20" w:line="400" w:lineRule="exact"/>
        <w:ind w:left="420"/>
      </w:pPr>
      <w:r>
        <w:rPr>
          <w:rFonts w:ascii="宋体" w:eastAsia="宋体" w:hAnsi="宋体"/>
          <w:sz w:val="24"/>
        </w:rPr>
        <w:t>（B）M13</w:t>
      </w:r>
    </w:p>
    <w:p w14:paraId="43401E9B" w14:textId="77777777" w:rsidR="006E6EA8" w:rsidRDefault="00000000">
      <w:pPr>
        <w:spacing w:before="20" w:after="20" w:line="400" w:lineRule="exact"/>
        <w:ind w:left="420"/>
      </w:pPr>
      <w:r>
        <w:rPr>
          <w:rFonts w:ascii="宋体" w:eastAsia="宋体" w:hAnsi="宋体"/>
          <w:sz w:val="24"/>
        </w:rPr>
        <w:t>（C）M31</w:t>
      </w:r>
    </w:p>
    <w:p w14:paraId="0DE3052A" w14:textId="77777777" w:rsidR="006E6EA8" w:rsidRDefault="00000000">
      <w:pPr>
        <w:spacing w:before="20" w:after="20" w:line="400" w:lineRule="exact"/>
        <w:ind w:left="420"/>
      </w:pPr>
      <w:r>
        <w:rPr>
          <w:rFonts w:ascii="宋体" w:eastAsia="宋体" w:hAnsi="宋体"/>
          <w:sz w:val="24"/>
        </w:rPr>
        <w:t>（D）M42</w:t>
      </w:r>
    </w:p>
    <w:p w14:paraId="5949E277" w14:textId="77777777" w:rsidR="006E6EA8" w:rsidRDefault="00000000">
      <w:pPr>
        <w:spacing w:before="20" w:after="20" w:line="400" w:lineRule="exact"/>
        <w:ind w:left="420"/>
      </w:pPr>
      <w:r>
        <w:rPr>
          <w:rFonts w:ascii="宋体" w:eastAsia="宋体" w:hAnsi="宋体"/>
          <w:sz w:val="24"/>
        </w:rPr>
        <w:t>（E）M44</w:t>
      </w:r>
    </w:p>
    <w:p w14:paraId="0281D0A4" w14:textId="77777777" w:rsidR="006E6EA8" w:rsidRDefault="00000000">
      <w:pPr>
        <w:spacing w:before="20" w:after="20" w:line="400" w:lineRule="exact"/>
        <w:ind w:left="420"/>
      </w:pPr>
      <w:r>
        <w:rPr>
          <w:rFonts w:ascii="宋体" w:eastAsia="宋体" w:hAnsi="宋体"/>
          <w:sz w:val="24"/>
        </w:rPr>
        <w:t>（F）M45</w:t>
      </w:r>
    </w:p>
    <w:p w14:paraId="492DDC26" w14:textId="77777777" w:rsidR="006E6EA8" w:rsidRDefault="00000000">
      <w:pPr>
        <w:spacing w:before="20" w:after="20" w:line="400" w:lineRule="exact"/>
        <w:ind w:left="420"/>
      </w:pPr>
      <w:r>
        <w:rPr>
          <w:rFonts w:ascii="宋体" w:eastAsia="宋体" w:hAnsi="宋体"/>
          <w:sz w:val="24"/>
        </w:rPr>
        <w:t>（G）M57</w:t>
      </w:r>
    </w:p>
    <w:p w14:paraId="7F637CF6" w14:textId="77777777" w:rsidR="006E6EA8" w:rsidRDefault="00000000">
      <w:pPr>
        <w:spacing w:before="20" w:after="20" w:line="400" w:lineRule="exact"/>
        <w:ind w:left="420"/>
      </w:pPr>
      <w:r>
        <w:rPr>
          <w:rFonts w:ascii="宋体" w:eastAsia="宋体" w:hAnsi="宋体"/>
          <w:sz w:val="24"/>
        </w:rPr>
        <w:t>（H）M81</w:t>
      </w:r>
    </w:p>
    <w:p w14:paraId="26BDF470" w14:textId="77777777" w:rsidR="006E6EA8" w:rsidRDefault="00000000">
      <w:pPr>
        <w:spacing w:before="20" w:after="20" w:line="400" w:lineRule="exact"/>
        <w:ind w:left="420"/>
      </w:pPr>
      <w:r>
        <w:rPr>
          <w:rFonts w:ascii="宋体" w:eastAsia="宋体" w:hAnsi="宋体"/>
          <w:sz w:val="24"/>
        </w:rPr>
        <w:t>（I）M101</w:t>
      </w:r>
    </w:p>
    <w:p w14:paraId="605724F5" w14:textId="77777777" w:rsidR="006E6EA8" w:rsidRDefault="006E6EA8">
      <w:pPr>
        <w:spacing w:before="40" w:after="40" w:line="440" w:lineRule="exact"/>
      </w:pPr>
    </w:p>
    <w:p w14:paraId="0A31B4A8" w14:textId="77777777" w:rsidR="006E6EA8" w:rsidRDefault="00000000">
      <w:pPr>
        <w:spacing w:before="40" w:after="40" w:line="440" w:lineRule="exact"/>
      </w:pPr>
      <w:r>
        <w:rPr>
          <w:rFonts w:ascii="宋体" w:eastAsia="宋体" w:hAnsi="宋体"/>
          <w:sz w:val="24"/>
        </w:rPr>
        <w:t>23、用符号◎在图中标出月球的具体位置，符号大小需与示例相同。</w:t>
      </w:r>
    </w:p>
    <w:p w14:paraId="2FEC48DB" w14:textId="77777777" w:rsidR="006E6EA8" w:rsidRDefault="006E6EA8">
      <w:pPr>
        <w:spacing w:before="40" w:after="40" w:line="440" w:lineRule="exact"/>
      </w:pPr>
    </w:p>
    <w:p w14:paraId="16B3B966" w14:textId="77777777" w:rsidR="006E6EA8" w:rsidRDefault="00000000">
      <w:r>
        <w:br w:type="page"/>
      </w:r>
    </w:p>
    <w:p w14:paraId="07DC4E9B" w14:textId="77777777" w:rsidR="006E6EA8" w:rsidRDefault="00000000">
      <w:pPr>
        <w:spacing w:before="120" w:after="240"/>
        <w:jc w:val="center"/>
      </w:pPr>
      <w:r>
        <w:rPr>
          <w:rFonts w:ascii="黑体" w:eastAsia="黑体" w:hAnsi="黑体"/>
          <w:b/>
          <w:sz w:val="36"/>
        </w:rPr>
        <w:t>2018年CNAO天文奥赛决赛试题 答案解析</w:t>
      </w:r>
    </w:p>
    <w:p w14:paraId="29C04DE7" w14:textId="77777777" w:rsidR="006E6EA8" w:rsidRDefault="00000000">
      <w:pPr>
        <w:spacing w:before="240" w:after="120"/>
      </w:pPr>
      <w:r>
        <w:rPr>
          <w:rFonts w:ascii="黑体" w:eastAsia="黑体" w:hAnsi="黑体"/>
          <w:b/>
          <w:sz w:val="28"/>
        </w:rPr>
        <w:t>Ⅰ、选择题</w:t>
      </w:r>
    </w:p>
    <w:p w14:paraId="5179563B" w14:textId="77777777" w:rsidR="006E6EA8" w:rsidRDefault="00000000">
      <w:pPr>
        <w:spacing w:before="40" w:after="40" w:line="440" w:lineRule="exact"/>
      </w:pPr>
      <w:r>
        <w:rPr>
          <w:rFonts w:ascii="宋体" w:eastAsia="宋体" w:hAnsi="宋体"/>
          <w:b/>
          <w:sz w:val="24"/>
        </w:rPr>
        <w:t>答案速查：</w:t>
      </w:r>
    </w:p>
    <w:p w14:paraId="36EE01EE" w14:textId="77777777" w:rsidR="006E6EA8" w:rsidRDefault="00000000">
      <w:pPr>
        <w:spacing w:before="40" w:after="40" w:line="440" w:lineRule="exact"/>
      </w:pPr>
      <w:r>
        <w:rPr>
          <w:rFonts w:ascii="宋体" w:eastAsia="宋体" w:hAnsi="宋体"/>
          <w:sz w:val="24"/>
        </w:rPr>
        <w:t>1-5：  D C A B B</w:t>
      </w:r>
    </w:p>
    <w:p w14:paraId="63CCE1E6" w14:textId="77777777" w:rsidR="006E6EA8" w:rsidRDefault="00000000">
      <w:pPr>
        <w:spacing w:before="40" w:after="40" w:line="440" w:lineRule="exact"/>
      </w:pPr>
      <w:r>
        <w:rPr>
          <w:rFonts w:ascii="宋体" w:eastAsia="宋体" w:hAnsi="宋体"/>
          <w:sz w:val="24"/>
        </w:rPr>
        <w:t>6-10： B D C A C</w:t>
      </w:r>
    </w:p>
    <w:p w14:paraId="4603179C" w14:textId="77777777" w:rsidR="006E6EA8" w:rsidRDefault="00000000">
      <w:pPr>
        <w:spacing w:before="40" w:after="40" w:line="440" w:lineRule="exact"/>
      </w:pPr>
      <w:r>
        <w:rPr>
          <w:rFonts w:ascii="宋体" w:eastAsia="宋体" w:hAnsi="宋体"/>
          <w:sz w:val="24"/>
        </w:rPr>
        <w:t>11-13：D C D</w:t>
      </w:r>
    </w:p>
    <w:p w14:paraId="7FAD9A74" w14:textId="77777777" w:rsidR="006E6EA8" w:rsidRDefault="006E6EA8">
      <w:pPr>
        <w:spacing w:before="40" w:after="40" w:line="440" w:lineRule="exact"/>
      </w:pPr>
    </w:p>
    <w:p w14:paraId="420B4BBA" w14:textId="77777777" w:rsidR="006E6EA8" w:rsidRDefault="00000000">
      <w:pPr>
        <w:spacing w:before="40" w:after="40" w:line="440" w:lineRule="exact"/>
      </w:pPr>
      <w:r>
        <w:rPr>
          <w:rFonts w:ascii="宋体" w:eastAsia="宋体" w:hAnsi="宋体"/>
          <w:b/>
          <w:sz w:val="24"/>
        </w:rPr>
        <w:t>逐题答案与解析：</w:t>
      </w:r>
    </w:p>
    <w:p w14:paraId="4664F483" w14:textId="77777777" w:rsidR="006E6EA8" w:rsidRDefault="00000000">
      <w:pPr>
        <w:spacing w:before="40" w:after="40" w:line="400" w:lineRule="exact"/>
      </w:pPr>
      <w:r>
        <w:rPr>
          <w:rFonts w:ascii="宋体" w:eastAsia="宋体" w:hAnsi="宋体"/>
        </w:rPr>
        <w:t>1、</w:t>
      </w:r>
      <w:r>
        <w:rPr>
          <w:rFonts w:ascii="宋体" w:eastAsia="宋体" w:hAnsi="宋体"/>
          <w:b/>
          <w:color w:val="CC0000"/>
        </w:rPr>
        <w:t>D</w:t>
      </w:r>
      <w:r>
        <w:rPr>
          <w:rFonts w:ascii="宋体" w:eastAsia="宋体" w:hAnsi="宋体"/>
          <w:color w:val="646464"/>
          <w:sz w:val="20"/>
        </w:rPr>
        <w:t xml:space="preserve">  2018年5月5日，水星刚过4月29日的西大距，位于太阳西侧是晨星；金星在太阳东侧是昏星，两者分居太阳两侧，角距在60°以上。木星5月9日才冲日，与火星相距80°以上。此时火星与土星都在人马—摩羯一带，角距只有二十几度，是四组中最小的，故选D。</w:t>
      </w:r>
    </w:p>
    <w:p w14:paraId="2A052C8B" w14:textId="77777777" w:rsidR="006E6EA8" w:rsidRDefault="00000000">
      <w:pPr>
        <w:spacing w:before="40" w:after="40" w:line="400" w:lineRule="exact"/>
      </w:pPr>
      <w:r>
        <w:rPr>
          <w:rFonts w:ascii="宋体" w:eastAsia="宋体" w:hAnsi="宋体"/>
        </w:rPr>
        <w:t>2、</w:t>
      </w:r>
      <w:r>
        <w:rPr>
          <w:rFonts w:ascii="宋体" w:eastAsia="宋体" w:hAnsi="宋体"/>
          <w:b/>
          <w:color w:val="CC0000"/>
        </w:rPr>
        <w:t>C</w:t>
      </w:r>
      <w:r>
        <w:rPr>
          <w:rFonts w:ascii="宋体" w:eastAsia="宋体" w:hAnsi="宋体"/>
          <w:color w:val="646464"/>
          <w:sz w:val="20"/>
        </w:rPr>
        <w:t xml:space="preserve">  恒星上中天时，地方恒星时等于它的赤经。现在恒星时为7h，再过2h30m它上中天，那时恒星时变为7h+2h30m=9h30m，所以该星赤经为9h30m，故选C。（此刻它东距子午圈2h30m，时角为-2h30m，由赤经=恒星时-时角同样得9h30m。）</w:t>
      </w:r>
    </w:p>
    <w:p w14:paraId="238A9A01" w14:textId="77777777" w:rsidR="006E6EA8" w:rsidRDefault="00000000">
      <w:pPr>
        <w:spacing w:before="40" w:after="40" w:line="400" w:lineRule="exact"/>
      </w:pPr>
      <w:r>
        <w:rPr>
          <w:rFonts w:ascii="宋体" w:eastAsia="宋体" w:hAnsi="宋体"/>
        </w:rPr>
        <w:t>3、</w:t>
      </w:r>
      <w:r>
        <w:rPr>
          <w:rFonts w:ascii="宋体" w:eastAsia="宋体" w:hAnsi="宋体"/>
          <w:b/>
          <w:color w:val="CC0000"/>
        </w:rPr>
        <w:t>A</w:t>
      </w:r>
      <w:r>
        <w:rPr>
          <w:rFonts w:ascii="宋体" w:eastAsia="宋体" w:hAnsi="宋体"/>
          <w:color w:val="646464"/>
          <w:sz w:val="20"/>
        </w:rPr>
        <w:t xml:space="preserve">  "悟空"暗物质粒子探测器基于在轨前530天采集了约28亿个高能宇宙射线，获取了精度最高的TeV电子宇宙射线探测结果。</w:t>
      </w:r>
    </w:p>
    <w:p w14:paraId="1742D31C" w14:textId="77777777" w:rsidR="006E6EA8" w:rsidRDefault="00000000">
      <w:pPr>
        <w:spacing w:before="40" w:after="40" w:line="400" w:lineRule="exact"/>
      </w:pPr>
      <w:r>
        <w:rPr>
          <w:rFonts w:ascii="宋体" w:eastAsia="宋体" w:hAnsi="宋体"/>
        </w:rPr>
        <w:t>4、</w:t>
      </w:r>
      <w:r>
        <w:rPr>
          <w:rFonts w:ascii="宋体" w:eastAsia="宋体" w:hAnsi="宋体"/>
          <w:b/>
          <w:color w:val="CC0000"/>
        </w:rPr>
        <w:t>B</w:t>
      </w:r>
      <w:r>
        <w:rPr>
          <w:rFonts w:ascii="宋体" w:eastAsia="宋体" w:hAnsi="宋体"/>
          <w:color w:val="646464"/>
          <w:sz w:val="20"/>
        </w:rPr>
        <w:t xml:space="preserve">  5月5日前后正是宝瓶座η流星雨的活跃期（5月6日极大），母体是哈雷彗星，后半夜到黎明观测条件较好。四月天琴座流星雨4月22日已过极大，船尾座π流星雨4月下旬也已结束，英仙座流星雨要等到8月中旬，故选B。</w:t>
      </w:r>
    </w:p>
    <w:p w14:paraId="79A99C3B" w14:textId="77777777" w:rsidR="006E6EA8" w:rsidRDefault="00000000">
      <w:pPr>
        <w:spacing w:before="40" w:after="40" w:line="400" w:lineRule="exact"/>
      </w:pPr>
      <w:r>
        <w:rPr>
          <w:rFonts w:ascii="宋体" w:eastAsia="宋体" w:hAnsi="宋体"/>
        </w:rPr>
        <w:t>5、</w:t>
      </w:r>
      <w:r>
        <w:rPr>
          <w:rFonts w:ascii="宋体" w:eastAsia="宋体" w:hAnsi="宋体"/>
          <w:b/>
          <w:color w:val="CC0000"/>
        </w:rPr>
        <w:t>B</w:t>
      </w:r>
      <w:r>
        <w:rPr>
          <w:rFonts w:ascii="宋体" w:eastAsia="宋体" w:hAnsi="宋体"/>
          <w:color w:val="646464"/>
          <w:sz w:val="20"/>
        </w:rPr>
        <w:t xml:space="preserve">  形成稳定恒星（主序星）的质量下限约为0.08个太阳质量，低于此值无法维持氢聚变。</w:t>
      </w:r>
    </w:p>
    <w:p w14:paraId="7ADB7313" w14:textId="77777777" w:rsidR="006E6EA8" w:rsidRDefault="00000000">
      <w:pPr>
        <w:spacing w:before="40" w:after="40" w:line="400" w:lineRule="exact"/>
      </w:pPr>
      <w:r>
        <w:rPr>
          <w:rFonts w:ascii="宋体" w:eastAsia="宋体" w:hAnsi="宋体"/>
        </w:rPr>
        <w:t>6、</w:t>
      </w:r>
      <w:r>
        <w:rPr>
          <w:rFonts w:ascii="宋体" w:eastAsia="宋体" w:hAnsi="宋体"/>
          <w:b/>
          <w:color w:val="CC0000"/>
        </w:rPr>
        <w:t>B</w:t>
      </w:r>
      <w:r>
        <w:rPr>
          <w:rFonts w:ascii="宋体" w:eastAsia="宋体" w:hAnsi="宋体"/>
          <w:color w:val="646464"/>
          <w:sz w:val="20"/>
        </w:rPr>
        <w:t xml:space="preserve">  NGC7000（北美星云）就在天津四西南约3°，是同一天区里最近的深空天体；M35在双子座、M27在狐狸座，与天津四都相距20°以上，NGC7293在宝瓶座、相距更远，故选B。</w:t>
      </w:r>
    </w:p>
    <w:p w14:paraId="4FDA929E" w14:textId="77777777" w:rsidR="006E6EA8" w:rsidRDefault="00000000">
      <w:pPr>
        <w:spacing w:before="40" w:after="40" w:line="400" w:lineRule="exact"/>
      </w:pPr>
      <w:r>
        <w:rPr>
          <w:rFonts w:ascii="宋体" w:eastAsia="宋体" w:hAnsi="宋体"/>
        </w:rPr>
        <w:t>7、</w:t>
      </w:r>
      <w:r>
        <w:rPr>
          <w:rFonts w:ascii="宋体" w:eastAsia="宋体" w:hAnsi="宋体"/>
          <w:b/>
          <w:color w:val="CC0000"/>
        </w:rPr>
        <w:t>D</w:t>
      </w:r>
      <w:r>
        <w:rPr>
          <w:rFonts w:ascii="宋体" w:eastAsia="宋体" w:hAnsi="宋体"/>
          <w:color w:val="646464"/>
          <w:sz w:val="20"/>
        </w:rPr>
        <w:t xml:space="preserve">  2020年6月21日是日环食（不是全食），2021年12月4日的日全食落在南极洲，2022年全年只有两次日偏食。2023年4月20日的全环食，全食带经过印度尼西亚和澳大利亚西北部，是四者中全食带离我国最近的一次，故选D。</w:t>
      </w:r>
    </w:p>
    <w:p w14:paraId="0F3794D6" w14:textId="77777777" w:rsidR="006E6EA8" w:rsidRDefault="00000000">
      <w:pPr>
        <w:spacing w:before="40" w:after="40" w:line="400" w:lineRule="exact"/>
      </w:pPr>
      <w:r>
        <w:rPr>
          <w:rFonts w:ascii="宋体" w:eastAsia="宋体" w:hAnsi="宋体"/>
        </w:rPr>
        <w:t>8、</w:t>
      </w:r>
      <w:r>
        <w:rPr>
          <w:rFonts w:ascii="宋体" w:eastAsia="宋体" w:hAnsi="宋体"/>
          <w:b/>
          <w:color w:val="CC0000"/>
        </w:rPr>
        <w:t>C</w:t>
      </w:r>
      <w:r>
        <w:rPr>
          <w:rFonts w:ascii="宋体" w:eastAsia="宋体" w:hAnsi="宋体"/>
          <w:color w:val="646464"/>
          <w:sz w:val="20"/>
        </w:rPr>
        <w:t xml:space="preserve">  M13约2.5万光年、M42约1344光年、M78约1600光年，而M104（草帽星系）远在2900万光年之外，是四者中最远的，故选C。</w:t>
      </w:r>
    </w:p>
    <w:p w14:paraId="62559C9F" w14:textId="77777777" w:rsidR="006E6EA8" w:rsidRDefault="00000000">
      <w:pPr>
        <w:spacing w:before="40" w:after="40" w:line="400" w:lineRule="exact"/>
      </w:pPr>
      <w:r>
        <w:rPr>
          <w:rFonts w:ascii="宋体" w:eastAsia="宋体" w:hAnsi="宋体"/>
        </w:rPr>
        <w:t>9、</w:t>
      </w:r>
      <w:r>
        <w:rPr>
          <w:rFonts w:ascii="宋体" w:eastAsia="宋体" w:hAnsi="宋体"/>
          <w:b/>
          <w:color w:val="CC0000"/>
        </w:rPr>
        <w:t>A</w:t>
      </w:r>
      <w:r>
        <w:rPr>
          <w:rFonts w:ascii="宋体" w:eastAsia="宋体" w:hAnsi="宋体"/>
          <w:color w:val="646464"/>
          <w:sz w:val="20"/>
        </w:rPr>
        <w:t xml:space="preserve">  在地球上泥巴以v=√(2g×1m)≈4.4m/s起跳。到这颗星球上同样一脚使泥巴恰好逃逸，即逃逸速度√(2GM/R)=4.4m/s。星球“材质与地球相似”，密度取ρ=5.5×10³kg/m³，由 √(2GM/R)=√(8πGρ/3)·R 得 R=4.4/1.76×10⁻³≈2.5×10³m，于是 M=(4/3)πR³ρ≈3.7×10¹⁴kg，故选A。（半径只有2.5km，是一颗典型小行星尺度的天体。）</w:t>
      </w:r>
    </w:p>
    <w:p w14:paraId="09667986" w14:textId="77777777" w:rsidR="006E6EA8" w:rsidRDefault="00000000">
      <w:pPr>
        <w:spacing w:before="40" w:after="40" w:line="400" w:lineRule="exact"/>
      </w:pPr>
      <w:r>
        <w:rPr>
          <w:rFonts w:ascii="宋体" w:eastAsia="宋体" w:hAnsi="宋体"/>
        </w:rPr>
        <w:lastRenderedPageBreak/>
        <w:t>10、</w:t>
      </w:r>
      <w:r>
        <w:rPr>
          <w:rFonts w:ascii="宋体" w:eastAsia="宋体" w:hAnsi="宋体"/>
          <w:b/>
          <w:color w:val="CC0000"/>
        </w:rPr>
        <w:t>C</w:t>
      </w:r>
      <w:r>
        <w:rPr>
          <w:rFonts w:ascii="宋体" w:eastAsia="宋体" w:hAnsi="宋体"/>
          <w:color w:val="646464"/>
          <w:sz w:val="20"/>
        </w:rPr>
        <w:t xml:space="preserve">  红巨星的光度 L=4πR²σT⁴=(100)²×(2500/5772)⁴L☉≈3.5×10²L☉≈1.3×10²⁹W，其中可见光占3.3%，即4.4×10²⁷W。在10pc（3.1×10¹⁷m）处可见光流量为 4.4×10²⁷/(4π×(3.1×10¹⁷)²)≈3.7×10⁻⁹W/m²。100W灯泡的可见光约5W，令 5/(4πd²)=3.7×10⁻⁹，得 d≈1.0×10⁴m≈10km，故选C。</w:t>
      </w:r>
    </w:p>
    <w:p w14:paraId="3B50C386" w14:textId="77777777" w:rsidR="006E6EA8" w:rsidRDefault="00000000">
      <w:pPr>
        <w:spacing w:before="40" w:after="40" w:line="400" w:lineRule="exact"/>
      </w:pPr>
      <w:r>
        <w:rPr>
          <w:rFonts w:ascii="宋体" w:eastAsia="宋体" w:hAnsi="宋体"/>
        </w:rPr>
        <w:t>11、</w:t>
      </w:r>
      <w:r>
        <w:rPr>
          <w:rFonts w:ascii="宋体" w:eastAsia="宋体" w:hAnsi="宋体"/>
          <w:b/>
          <w:color w:val="CC0000"/>
        </w:rPr>
        <w:t>D</w:t>
      </w:r>
      <w:r>
        <w:rPr>
          <w:rFonts w:ascii="宋体" w:eastAsia="宋体" w:hAnsi="宋体"/>
          <w:color w:val="646464"/>
          <w:sz w:val="20"/>
        </w:rPr>
        <w:t xml:space="preserve">  球状星团分布在银晕中、年龄很老，疏散星团才主要分布在银盘上，D把两者说反了，故D不正确。A、B、C都正确：银河系作较差自转，越靠里转得越快；太阳距银心约2.5万光年；1923年哈勃用M31中的造父变星测出距离，确立了河外星系的概念。</w:t>
      </w:r>
    </w:p>
    <w:p w14:paraId="2469CE36" w14:textId="77777777" w:rsidR="006E6EA8" w:rsidRDefault="00000000">
      <w:pPr>
        <w:spacing w:before="40" w:after="40" w:line="400" w:lineRule="exact"/>
      </w:pPr>
      <w:r>
        <w:rPr>
          <w:rFonts w:ascii="宋体" w:eastAsia="宋体" w:hAnsi="宋体"/>
        </w:rPr>
        <w:t>12、</w:t>
      </w:r>
      <w:r>
        <w:rPr>
          <w:rFonts w:ascii="宋体" w:eastAsia="宋体" w:hAnsi="宋体"/>
          <w:b/>
          <w:color w:val="CC0000"/>
        </w:rPr>
        <w:t>C</w:t>
      </w:r>
      <w:r>
        <w:rPr>
          <w:rFonts w:ascii="宋体" w:eastAsia="宋体" w:hAnsi="宋体"/>
          <w:color w:val="646464"/>
          <w:sz w:val="20"/>
        </w:rPr>
        <w:t xml:space="preserve">  L=4L☉=4×3.83×10²⁶=1.53×10²⁷W，由 f=L/(4πd²) 得 d=√(L/4πf)=√(1.53×10²⁷/(4π×3.05×10⁻¹⁴))≈6.3×10¹⁹m，故选C。</w:t>
      </w:r>
    </w:p>
    <w:p w14:paraId="0A18C1FD" w14:textId="77777777" w:rsidR="006E6EA8" w:rsidRDefault="00000000">
      <w:pPr>
        <w:spacing w:before="40" w:after="40" w:line="400" w:lineRule="exact"/>
      </w:pPr>
      <w:r>
        <w:rPr>
          <w:rFonts w:ascii="宋体" w:eastAsia="宋体" w:hAnsi="宋体"/>
        </w:rPr>
        <w:t>13、</w:t>
      </w:r>
      <w:r>
        <w:rPr>
          <w:rFonts w:ascii="宋体" w:eastAsia="宋体" w:hAnsi="宋体"/>
          <w:b/>
          <w:color w:val="CC0000"/>
        </w:rPr>
        <w:t>D</w:t>
      </w:r>
      <w:r>
        <w:rPr>
          <w:rFonts w:ascii="宋体" w:eastAsia="宋体" w:hAnsi="宋体"/>
          <w:color w:val="646464"/>
          <w:sz w:val="20"/>
        </w:rPr>
        <w:t xml:space="preserve">  宇宙背景辐射的温度随红移按 T=T₀(1+z) 升高：T=2.73×(1+5)≈16.4K，故选D。</w:t>
      </w:r>
    </w:p>
    <w:p w14:paraId="72D6CE9D" w14:textId="77777777" w:rsidR="006E6EA8" w:rsidRDefault="006E6EA8">
      <w:pPr>
        <w:spacing w:before="40" w:after="40" w:line="440" w:lineRule="exact"/>
      </w:pPr>
    </w:p>
    <w:p w14:paraId="35C156B8" w14:textId="77777777" w:rsidR="006E6EA8" w:rsidRDefault="00000000">
      <w:pPr>
        <w:spacing w:before="240" w:after="120"/>
      </w:pPr>
      <w:r>
        <w:rPr>
          <w:rFonts w:ascii="黑体" w:eastAsia="黑体" w:hAnsi="黑体"/>
          <w:b/>
          <w:sz w:val="28"/>
        </w:rPr>
        <w:t>Ⅱ、简答题</w:t>
      </w:r>
    </w:p>
    <w:p w14:paraId="5528AA15" w14:textId="77777777" w:rsidR="006E6EA8" w:rsidRDefault="00000000">
      <w:pPr>
        <w:spacing w:before="160" w:after="80"/>
      </w:pPr>
      <w:r>
        <w:rPr>
          <w:rFonts w:ascii="黑体" w:eastAsia="黑体" w:hAnsi="黑体"/>
          <w:b/>
          <w:sz w:val="24"/>
        </w:rPr>
        <w:t>14、（低年组）古刹与月牙</w:t>
      </w:r>
    </w:p>
    <w:p w14:paraId="1411CE49" w14:textId="77777777" w:rsidR="006E6EA8" w:rsidRDefault="00000000">
      <w:pPr>
        <w:spacing w:before="40" w:after="40" w:line="440" w:lineRule="exact"/>
        <w:ind w:firstLine="420"/>
      </w:pPr>
      <w:r>
        <w:rPr>
          <w:rFonts w:ascii="宋体" w:eastAsia="宋体" w:hAnsi="宋体"/>
        </w:rPr>
        <w:t>（1）在照片上量得：月亮视直径7.6cm（对应30′），古刹高4.5cm，故古刹的张角 θ=30′×4.5/7.6≈17.8′≈5.2×10⁻³rad。已知古刹实际高34m，摄影师到古刹的距离 L=34/tan17.8′≈34/5.2×10⁻³≈6.6×10³m，即约6.6km。</w:t>
      </w:r>
    </w:p>
    <w:p w14:paraId="0A237428" w14:textId="77777777" w:rsidR="006E6EA8" w:rsidRDefault="00000000">
      <w:pPr>
        <w:spacing w:before="40" w:after="40" w:line="440" w:lineRule="exact"/>
        <w:ind w:firstLine="420"/>
      </w:pPr>
      <w:r>
        <w:rPr>
          <w:rFonts w:ascii="宋体" w:eastAsia="宋体" w:hAnsi="宋体"/>
        </w:rPr>
        <w:t>（2）照片宽边24.6cm对应的视角为 30′×24.6/7.6≈97.1′=5826″。照片未裁剪，竖拍时24.6cm对应传感器的短边15.6mm。由底片比例尺 206265″/f × 传感器边长 = 视场角，得 f=206265″×15.6mm/5826″≈552mm，即摄影师用的是约550mm的长焦镜头。</w:t>
      </w:r>
    </w:p>
    <w:p w14:paraId="0D2BC766" w14:textId="77777777" w:rsidR="006E6EA8" w:rsidRDefault="00000000">
      <w:pPr>
        <w:spacing w:before="40" w:after="40" w:line="440" w:lineRule="exact"/>
        <w:ind w:firstLine="420"/>
      </w:pPr>
      <w:r>
        <w:rPr>
          <w:rFonts w:ascii="宋体" w:eastAsia="宋体" w:hAnsi="宋体"/>
        </w:rPr>
        <w:t>（3）月亮中心到山顶平台在照片上相距4.6cm，故山顶平台比月心低 30′×4.6/7.6≈18.2′=0.30°。拍摄时月心地平高度4.5°，所以山顶平台相对摄影机位的仰角为 4.5°-0.30°≈4.2°。结合第(1)问，山顶平台相对机位的高差 h=L·sin4.2°≈6580×0.0732≈482m，故其海拔约为 482m+50m≈532m。（因照片测量有误差，允许±10m。）</w:t>
      </w:r>
    </w:p>
    <w:p w14:paraId="638D559D" w14:textId="77777777" w:rsidR="006E6EA8" w:rsidRDefault="006E6EA8">
      <w:pPr>
        <w:spacing w:before="40" w:after="40" w:line="440" w:lineRule="exact"/>
      </w:pPr>
    </w:p>
    <w:p w14:paraId="401A65C4" w14:textId="77777777" w:rsidR="006E6EA8" w:rsidRDefault="00000000">
      <w:pPr>
        <w:spacing w:before="160" w:after="80"/>
      </w:pPr>
      <w:r>
        <w:rPr>
          <w:rFonts w:ascii="黑体" w:eastAsia="黑体" w:hAnsi="黑体"/>
          <w:b/>
          <w:sz w:val="24"/>
        </w:rPr>
        <w:t>15、（低年组和高年组）月全食</w:t>
      </w:r>
    </w:p>
    <w:p w14:paraId="4FBEE219" w14:textId="77777777" w:rsidR="006E6EA8" w:rsidRDefault="00000000">
      <w:pPr>
        <w:spacing w:before="40" w:after="40" w:line="440" w:lineRule="exact"/>
        <w:ind w:firstLine="420"/>
      </w:pPr>
      <w:r>
        <w:rPr>
          <w:rFonts w:ascii="宋体" w:eastAsia="宋体" w:hAnsi="宋体"/>
        </w:rPr>
        <w:t>先求地球本影的长度：由相似三角形 x/(1.50×10⁸km+x)=12756km/1392000km，得 x≈1.39×10⁶km。</w:t>
      </w:r>
    </w:p>
    <w:p w14:paraId="68F4C760" w14:textId="77777777" w:rsidR="006E6EA8" w:rsidRDefault="00000000">
      <w:pPr>
        <w:spacing w:before="40" w:after="40" w:line="440" w:lineRule="exact"/>
        <w:ind w:firstLine="420"/>
      </w:pPr>
      <w:r>
        <w:rPr>
          <w:rFonts w:ascii="宋体" w:eastAsia="宋体" w:hAnsi="宋体"/>
        </w:rPr>
        <w:lastRenderedPageBreak/>
        <w:t>本次月食期间月球位于近地点附近，距离地球大约36万千米。那么36万千米处地球本影大小为9446km，大约是月球直径的2.7倍。</w:t>
      </w:r>
    </w:p>
    <w:p w14:paraId="1191961A" w14:textId="77777777" w:rsidR="006E6EA8" w:rsidRDefault="00000000">
      <w:pPr>
        <w:spacing w:before="40" w:after="40" w:line="440" w:lineRule="exact"/>
        <w:ind w:firstLine="420"/>
      </w:pPr>
      <w:r>
        <w:rPr>
          <w:rFonts w:ascii="宋体" w:eastAsia="宋体" w:hAnsi="宋体"/>
        </w:rPr>
        <w:t>本次月食的本影时分为1.3，因此月球进入本影最深处距离地影边缘 3475×1.3=4517km。</w:t>
      </w:r>
    </w:p>
    <w:p w14:paraId="19383053" w14:textId="77777777" w:rsidR="006E6EA8" w:rsidRDefault="00000000">
      <w:pPr>
        <w:spacing w:before="40" w:after="40" w:line="440" w:lineRule="exact"/>
        <w:ind w:firstLine="420"/>
      </w:pPr>
      <w:r>
        <w:rPr>
          <w:rFonts w:ascii="宋体" w:eastAsia="宋体" w:hAnsi="宋体"/>
        </w:rPr>
        <w:t>接下来计算半影的范围，如果月面的某个位置进入地球半影，意味着那里能观测到日偏食。所以观测到日食的初亏到复圆要包含半影月食的过程。3475×2.3=7993km，因此半影直径约为1.6万千米。</w:t>
      </w:r>
    </w:p>
    <w:p w14:paraId="1BA2A191" w14:textId="77777777" w:rsidR="006E6EA8" w:rsidRDefault="00000000">
      <w:pPr>
        <w:spacing w:before="40" w:after="40" w:line="440" w:lineRule="exact"/>
        <w:ind w:firstLine="420"/>
      </w:pPr>
      <w:r>
        <w:rPr>
          <w:rFonts w:ascii="宋体" w:eastAsia="宋体" w:hAnsi="宋体"/>
        </w:rPr>
        <w:t>月球公转周期27.32天、地月平均距离38万千米，由开普勒第二定律近似得近地点附近月球的公转速度约9.22×10⁴km/天。日食（对月面观测者而言是地球遮住太阳）从初亏到复圆就是月球穿过地球半影的全过程，历时 1.6×10⁴km÷9.22×10⁴km/天≈0.17天≈4.2小时。（本题的半影食分2.3、本影食分1.3决定了半影直径约为2×2.3×3475km≈1.6×10⁴km，是本影直径2×1.3×3475km≈9.0×10³km的1.8倍，与几何计算的9446km相符。）</w:t>
      </w:r>
    </w:p>
    <w:p w14:paraId="491D011B" w14:textId="77777777" w:rsidR="006E6EA8" w:rsidRDefault="006E6EA8">
      <w:pPr>
        <w:spacing w:before="40" w:after="40" w:line="440" w:lineRule="exact"/>
      </w:pPr>
    </w:p>
    <w:p w14:paraId="78C042F2" w14:textId="77777777" w:rsidR="006E6EA8" w:rsidRDefault="00000000">
      <w:pPr>
        <w:spacing w:before="160" w:after="80"/>
      </w:pPr>
      <w:r>
        <w:rPr>
          <w:rFonts w:ascii="黑体" w:eastAsia="黑体" w:hAnsi="黑体"/>
          <w:b/>
          <w:sz w:val="24"/>
        </w:rPr>
        <w:t>16、（低年组和高年组）食双星</w:t>
      </w:r>
    </w:p>
    <w:p w14:paraId="02D52B77" w14:textId="77777777" w:rsidR="006E6EA8" w:rsidRDefault="00000000">
      <w:pPr>
        <w:spacing w:before="40" w:after="40" w:line="440" w:lineRule="exact"/>
        <w:ind w:firstLine="420"/>
      </w:pPr>
      <w:r>
        <w:rPr>
          <w:rFonts w:ascii="宋体" w:eastAsia="宋体" w:hAnsi="宋体"/>
        </w:rPr>
        <w:t>设主星视星等m₁=1等、伴星m₂=2等，对应流量为F₁、F₂，由 m₂-m₁=-2.5lg(F₂/F₁) 得 F₂=0.398F₁。</w:t>
      </w:r>
    </w:p>
    <w:p w14:paraId="46F116EC" w14:textId="77777777" w:rsidR="006E6EA8" w:rsidRDefault="00000000">
      <w:pPr>
        <w:spacing w:before="40" w:after="40" w:line="440" w:lineRule="exact"/>
        <w:ind w:firstLine="420"/>
      </w:pPr>
      <w:r>
        <w:rPr>
          <w:rFonts w:ascii="宋体" w:eastAsia="宋体" w:hAnsi="宋体"/>
        </w:rPr>
        <w:t>四种情形：①两星互不遮挡（无掩食）时 F=F₁+F₂=1.398F₁，m=1-2.5lg1.398≈0.64等；②伴星被主星完全掩食时 F=F₁，m=1.00等（主极小，最暗）；③伴星从主星前方经过时，主星半径是伴星的2倍，伴星只挡住主星圆面的1/4，F=0.75F₁+0.398F₁=1.148F₁，m=1-2.5lg1.148≈0.85等（次极小）；④再次不相掩，回到0.64等。</w:t>
      </w:r>
      <w:r>
        <w:rPr>
          <w:rFonts w:ascii="宋体" w:eastAsia="宋体" w:hAnsi="宋体"/>
        </w:rPr>
        <w:br/>
        <w:t>一个周期内系统视星等的变化为 0.64等→1.00等→0.64等→0.85等→0.64等，如此反复。因轨道倾角90°、两星光度相差不大，两个极小一深一浅交替出现。</w:t>
      </w:r>
    </w:p>
    <w:p w14:paraId="2A093966" w14:textId="77777777" w:rsidR="006E6EA8" w:rsidRDefault="006E6EA8">
      <w:pPr>
        <w:spacing w:before="40" w:after="40" w:line="440" w:lineRule="exact"/>
      </w:pPr>
    </w:p>
    <w:p w14:paraId="3EEBCA7B" w14:textId="77777777" w:rsidR="006E6EA8" w:rsidRDefault="00000000">
      <w:pPr>
        <w:spacing w:before="160" w:after="80"/>
      </w:pPr>
      <w:r>
        <w:rPr>
          <w:rFonts w:ascii="黑体" w:eastAsia="黑体" w:hAnsi="黑体"/>
          <w:b/>
          <w:sz w:val="24"/>
        </w:rPr>
        <w:t>17、（低年组和高年组）地球的兄弟</w:t>
      </w:r>
    </w:p>
    <w:p w14:paraId="76C3B502" w14:textId="77777777" w:rsidR="006E6EA8" w:rsidRDefault="00000000">
      <w:pPr>
        <w:spacing w:before="40" w:after="40" w:line="440" w:lineRule="exact"/>
        <w:ind w:firstLine="420"/>
      </w:pPr>
      <w:r>
        <w:rPr>
          <w:rFonts w:ascii="宋体" w:eastAsia="宋体" w:hAnsi="宋体"/>
        </w:rPr>
        <w:t>设太阳在S，地球轨道近日点P、远日点A。地球过近日点时行星正在远日点，此后两者沿同一轨道相差约半个周期地运动，从地球上看行星始终在太阳附近，角距ESE′不断变化。</w:t>
      </w:r>
      <w:r>
        <w:rPr>
          <w:rFonts w:ascii="宋体" w:eastAsia="宋体" w:hAnsi="宋体"/>
        </w:rPr>
        <w:br/>
        <w:t>由于椭圆轨道上“直径相对”的两点并不关于太阳对称（近点与远点的连线虽是直径，</w:t>
      </w:r>
      <w:r>
        <w:rPr>
          <w:rFonts w:ascii="宋体" w:eastAsia="宋体" w:hAnsi="宋体"/>
        </w:rPr>
        <w:lastRenderedPageBreak/>
        <w:t>但中间各点的径向长度不同），行星与地球的连线方向与日地连线方向有一个小夹角，其最大值就是大距时的距角。</w:t>
      </w:r>
      <w:r>
        <w:rPr>
          <w:rFonts w:ascii="宋体" w:eastAsia="宋体" w:hAnsi="宋体"/>
        </w:rPr>
        <w:br/>
        <w:t>地球1月4日前后过近日点，1/4周期约91.3天，故东大距约在4月5日、西大距约在10月4日前后（东大距时行星在太阳以东、傍晚可见；西大距时在太阳以西、凌晨可见）。</w:t>
      </w:r>
      <w:r>
        <w:rPr>
          <w:rFonts w:ascii="宋体" w:eastAsia="宋体" w:hAnsi="宋体"/>
        </w:rPr>
        <w:br/>
        <w:t>按表中节气时刻内插可得：大距时地球日心黄经约195.1°，行星约11.1°，两者相差约176.0°，即行星与太阳的距角只有约2.0°。这说明这颗“地球的兄弟”永远藏在太阳的光辉附近，几乎无法被观测到。</w:t>
      </w:r>
    </w:p>
    <w:p w14:paraId="4D04163F" w14:textId="77777777" w:rsidR="006E6EA8" w:rsidRDefault="006E6EA8">
      <w:pPr>
        <w:spacing w:before="40" w:after="40" w:line="440" w:lineRule="exact"/>
      </w:pPr>
    </w:p>
    <w:p w14:paraId="30D646EE" w14:textId="77777777" w:rsidR="006E6EA8" w:rsidRDefault="00000000">
      <w:pPr>
        <w:spacing w:before="160" w:after="80"/>
      </w:pPr>
      <w:r>
        <w:rPr>
          <w:rFonts w:ascii="黑体" w:eastAsia="黑体" w:hAnsi="黑体"/>
          <w:b/>
          <w:sz w:val="24"/>
        </w:rPr>
        <w:t>18、（高年组）霍金辐射</w:t>
      </w:r>
    </w:p>
    <w:p w14:paraId="276BDC59" w14:textId="77777777" w:rsidR="006E6EA8" w:rsidRDefault="00000000">
      <w:pPr>
        <w:spacing w:before="40" w:after="40" w:line="440" w:lineRule="exact"/>
        <w:ind w:firstLine="420"/>
      </w:pPr>
      <w:r>
        <w:rPr>
          <w:rFonts w:ascii="宋体" w:eastAsia="宋体" w:hAnsi="宋体"/>
        </w:rPr>
        <w:t>（1）黑洞的史瓦西半径为：rs=2GM/c²。从牛顿力学出发，令逃逸速度v=c，可得1/2·mv²=GMm/r，即r=2GM/c²。</w:t>
      </w:r>
    </w:p>
    <w:p w14:paraId="6FF10B89" w14:textId="77777777" w:rsidR="006E6EA8" w:rsidRDefault="00000000">
      <w:pPr>
        <w:spacing w:before="40" w:after="40" w:line="440" w:lineRule="exact"/>
        <w:ind w:firstLine="420"/>
      </w:pPr>
      <w:r>
        <w:rPr>
          <w:rFonts w:ascii="宋体" w:eastAsia="宋体" w:hAnsi="宋体"/>
        </w:rPr>
        <w:t>（2）光子的能量E=hc/λ，取λ≈rs=2GM/c²，故光子的温度为T=E/kB=hc/(λkB)=hc³/(2GMkB)。</w:t>
      </w:r>
    </w:p>
    <w:p w14:paraId="0D54725F" w14:textId="77777777" w:rsidR="006E6EA8" w:rsidRDefault="00000000">
      <w:pPr>
        <w:spacing w:before="40" w:after="40" w:line="440" w:lineRule="exact"/>
        <w:ind w:firstLine="420"/>
      </w:pPr>
      <w:r>
        <w:rPr>
          <w:rFonts w:ascii="宋体" w:eastAsia="宋体" w:hAnsi="宋体"/>
        </w:rPr>
        <w:t>（3）按题目的量级估计：把黑洞当成温度T=hc³/(2GMkB)、半径rs=2GM/c²的黑体，表面积S=4πrs²，由斯特藩—玻尔兹曼定律 P=σST⁴ 得 P=(2π⁶/15)·hc⁶/(G²M²)∝M⁻²。代入M=M☉可算出约7×10⁻²¹W，而严格的霍金公式 P=ħc⁶/(15360πG²M²) 给出约2×10⁻²⁸W——本题只要求估计量级，两者相差的常数因子（约10⁷）来自T的估计中省略的2π等因子被四次方放大，但 P∝M⁻² 这一结论完全一致。</w:t>
      </w:r>
    </w:p>
    <w:p w14:paraId="7BB453B1" w14:textId="77777777" w:rsidR="006E6EA8" w:rsidRDefault="00000000">
      <w:pPr>
        <w:spacing w:before="40" w:after="40" w:line="440" w:lineRule="exact"/>
        <w:ind w:firstLine="420"/>
      </w:pPr>
      <w:r>
        <w:rPr>
          <w:rFonts w:ascii="宋体" w:eastAsia="宋体" w:hAnsi="宋体"/>
        </w:rPr>
        <w:t>（4）根据质能方程，黑洞总能量E(t)=M(t)c²。单位时间内黑洞质量损失率dM/dt∝-1/M²。故黑洞寿命τ∝M₀³，即黑洞的寿命τ和黑洞初始质量M0的三次方成正比。</w:t>
      </w:r>
    </w:p>
    <w:p w14:paraId="4FFB9B72" w14:textId="77777777" w:rsidR="006E6EA8" w:rsidRDefault="006E6EA8">
      <w:pPr>
        <w:spacing w:before="40" w:after="40" w:line="440" w:lineRule="exact"/>
      </w:pPr>
    </w:p>
    <w:p w14:paraId="02873EDB" w14:textId="77777777" w:rsidR="006E6EA8" w:rsidRDefault="00000000">
      <w:pPr>
        <w:spacing w:before="240" w:after="120"/>
      </w:pPr>
      <w:r>
        <w:rPr>
          <w:rFonts w:ascii="黑体" w:eastAsia="黑体" w:hAnsi="黑体"/>
          <w:b/>
          <w:sz w:val="28"/>
        </w:rPr>
        <w:t>Ⅲ、笔试观测</w:t>
      </w:r>
    </w:p>
    <w:p w14:paraId="19831441" w14:textId="77777777" w:rsidR="006E6EA8" w:rsidRDefault="00000000">
      <w:pPr>
        <w:spacing w:before="40" w:after="40" w:line="400" w:lineRule="exact"/>
      </w:pPr>
      <w:r>
        <w:rPr>
          <w:rFonts w:ascii="宋体" w:eastAsia="宋体" w:hAnsi="宋体"/>
        </w:rPr>
        <w:t>19、24°  星图以天顶为中心，北天极到天顶的角距等于90°-φ；图上北天极约在两个30°圈（约66°）之外，故 φ≈90°-66°=24°。</w:t>
      </w:r>
    </w:p>
    <w:p w14:paraId="54ACBA09" w14:textId="77777777" w:rsidR="006E6EA8" w:rsidRDefault="00000000">
      <w:pPr>
        <w:spacing w:before="40" w:after="40" w:line="400" w:lineRule="exact"/>
      </w:pPr>
      <w:r>
        <w:rPr>
          <w:rFonts w:ascii="宋体" w:eastAsia="宋体" w:hAnsi="宋体"/>
        </w:rPr>
        <w:t>20、A  由图中已知亮星的赤经与它们在图上相对中天的位置可定出当时的当地恒星时，再与北京时间3时16分对应的世界时19时16分相减，可得经度约84°E，故选A。</w:t>
      </w:r>
    </w:p>
    <w:p w14:paraId="0169D380" w14:textId="77777777" w:rsidR="006E6EA8" w:rsidRDefault="00000000">
      <w:pPr>
        <w:spacing w:before="40" w:after="40" w:line="400" w:lineRule="exact"/>
      </w:pPr>
      <w:r>
        <w:rPr>
          <w:rFonts w:ascii="宋体" w:eastAsia="宋体" w:hAnsi="宋体"/>
        </w:rPr>
        <w:lastRenderedPageBreak/>
        <w:t>21、（1）K（2）I（3）M（4）Q（5）L  五个同心圆即天顶到地平线的五个30°环带，逐带找出最亮的恒星：长蛇座α（K，1.98等）、狮子座β（I，2.14等）、猎户座α（M，0.45等）、双子座α（Q，1.58等）、仙女座α（L，2.06等）。</w:t>
      </w:r>
    </w:p>
    <w:p w14:paraId="53E37C03" w14:textId="77777777" w:rsidR="006E6EA8" w:rsidRDefault="00000000">
      <w:pPr>
        <w:spacing w:before="40" w:after="40" w:line="400" w:lineRule="exact"/>
      </w:pPr>
      <w:r>
        <w:rPr>
          <w:rFonts w:ascii="宋体" w:eastAsia="宋体" w:hAnsi="宋体"/>
        </w:rPr>
        <w:t>22、</w:t>
      </w:r>
      <w:r>
        <w:rPr>
          <w:rFonts w:ascii="宋体" w:eastAsia="宋体" w:hAnsi="宋体"/>
          <w:b/>
          <w:color w:val="CC0000"/>
        </w:rPr>
        <w:t>B、G</w:t>
      </w:r>
      <w:r>
        <w:rPr>
          <w:rFonts w:ascii="宋体" w:eastAsia="宋体" w:hAnsi="宋体"/>
          <w:color w:val="646464"/>
          <w:sz w:val="20"/>
        </w:rPr>
        <w:t xml:space="preserve">  M13和M57不在星图中。</w:t>
      </w:r>
    </w:p>
    <w:p w14:paraId="591966DE" w14:textId="77777777" w:rsidR="006E6EA8" w:rsidRDefault="00000000">
      <w:pPr>
        <w:spacing w:before="40" w:after="40" w:line="400" w:lineRule="exact"/>
      </w:pPr>
      <w:r>
        <w:rPr>
          <w:rFonts w:ascii="宋体" w:eastAsia="宋体" w:hAnsi="宋体"/>
        </w:rPr>
        <w:t>23、月球位置  2017年12月30日月龄约12.2天（2018年1月2日才到望），是盈凸月；此时月球黄经约67°，位于双子座东部、赤纬约+21°，与观测地纬度24°相近，凌晨3时16分它已过中天、高度约45°，故符号◎应画在星图西侧30°圈与60°圈之间、方位约西偏北的位置。</w:t>
      </w:r>
    </w:p>
    <w:p w14:paraId="3E8C278B" w14:textId="77777777" w:rsidR="006E6EA8" w:rsidRDefault="006E6EA8">
      <w:pPr>
        <w:spacing w:before="40" w:after="40" w:line="440" w:lineRule="exact"/>
      </w:pPr>
    </w:p>
    <w:p w14:paraId="21D5D19F" w14:textId="77777777" w:rsidR="006E6EA8" w:rsidRDefault="00000000">
      <w:pPr>
        <w:spacing w:before="40" w:after="40" w:line="440" w:lineRule="exact"/>
      </w:pPr>
      <w:r>
        <w:rPr>
          <w:rFonts w:ascii="宋体" w:eastAsia="宋体" w:hAnsi="宋体"/>
          <w:sz w:val="20"/>
        </w:rPr>
        <w:t>全国中学生天文奥赛组委会拥有最终解释权。</w:t>
      </w:r>
    </w:p>
    <w:p w14:paraId="22D7773D" w14:textId="77777777" w:rsidR="006E6EA8" w:rsidRDefault="00000000">
      <w:pPr>
        <w:spacing w:before="40" w:after="40" w:line="440" w:lineRule="exact"/>
      </w:pPr>
      <w:r>
        <w:rPr>
          <w:rFonts w:ascii="宋体" w:eastAsia="宋体" w:hAnsi="宋体"/>
          <w:sz w:val="20"/>
        </w:rPr>
        <w:t>北京天文馆 / 全国中学生天文奥赛组委会</w:t>
      </w:r>
    </w:p>
    <w:sectPr w:rsidR="006E6EA8" w:rsidSect="00034616">
      <w:pgSz w:w="11906" w:h="16838"/>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633901040">
    <w:abstractNumId w:val="8"/>
  </w:num>
  <w:num w:numId="2" w16cid:durableId="1322809850">
    <w:abstractNumId w:val="6"/>
  </w:num>
  <w:num w:numId="3" w16cid:durableId="526334203">
    <w:abstractNumId w:val="5"/>
  </w:num>
  <w:num w:numId="4" w16cid:durableId="750929856">
    <w:abstractNumId w:val="4"/>
  </w:num>
  <w:num w:numId="5" w16cid:durableId="963075606">
    <w:abstractNumId w:val="7"/>
  </w:num>
  <w:num w:numId="6" w16cid:durableId="1119955141">
    <w:abstractNumId w:val="3"/>
  </w:num>
  <w:num w:numId="7" w16cid:durableId="382601190">
    <w:abstractNumId w:val="2"/>
  </w:num>
  <w:num w:numId="8" w16cid:durableId="2039889146">
    <w:abstractNumId w:val="1"/>
  </w:num>
  <w:num w:numId="9" w16cid:durableId="4754887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bordersDoNotSurroundHeader/>
  <w:bordersDoNotSurroundFooter/>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83662"/>
    <w:rsid w:val="006E6EA8"/>
    <w:rsid w:val="00731E59"/>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65B0E8"/>
  <w14:defaultImageDpi w14:val="300"/>
  <w15:docId w15:val="{7DDF54B4-CB41-425D-AA35-27957FB16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1154</Words>
  <Characters>6582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zh f</cp:lastModifiedBy>
  <cp:revision>2</cp:revision>
  <dcterms:created xsi:type="dcterms:W3CDTF">2013-12-23T23:15:00Z</dcterms:created>
  <dcterms:modified xsi:type="dcterms:W3CDTF">2026-10-27T05:42:00Z</dcterms:modified>
  <cp:category/>
</cp:coreProperties>
</file>