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5EE52" w14:textId="2DC9F58E" w:rsidR="00525D87" w:rsidRDefault="00000000">
      <w:pPr>
        <w:spacing w:after="240" w:line="360" w:lineRule="auto"/>
        <w:jc w:val="center"/>
      </w:pPr>
      <w:r>
        <w:rPr>
          <w:rFonts w:ascii="黑体" w:eastAsia="黑体" w:hAnsi="黑体"/>
          <w:b/>
          <w:sz w:val="36"/>
        </w:rPr>
        <w:t>2017年CNAO天文奥赛预赛试题</w:t>
      </w:r>
    </w:p>
    <w:p w14:paraId="2F349309" w14:textId="77777777" w:rsidR="00525D87" w:rsidRDefault="00000000">
      <w:pPr>
        <w:spacing w:after="240" w:line="360" w:lineRule="auto"/>
        <w:jc w:val="center"/>
      </w:pPr>
      <w:r>
        <w:rPr>
          <w:rFonts w:ascii="宋体" w:eastAsia="宋体" w:hAnsi="宋体"/>
        </w:rPr>
        <w:t>2017年3月25日 14:00-15:30 闭卷</w:t>
      </w:r>
    </w:p>
    <w:p w14:paraId="0EF9928B" w14:textId="77777777" w:rsidR="00525D87" w:rsidRDefault="00000000">
      <w:pPr>
        <w:spacing w:before="120" w:after="120" w:line="360" w:lineRule="auto"/>
      </w:pPr>
      <w:r>
        <w:rPr>
          <w:rFonts w:ascii="黑体" w:eastAsia="黑体" w:hAnsi="黑体"/>
          <w:b/>
          <w:sz w:val="24"/>
        </w:rPr>
        <w:t>【注意事项】请务必仔细阅读！</w:t>
      </w:r>
    </w:p>
    <w:p w14:paraId="1777A2E9" w14:textId="77777777" w:rsidR="00525D87" w:rsidRDefault="00000000">
      <w:pPr>
        <w:spacing w:after="80" w:line="312" w:lineRule="auto"/>
      </w:pPr>
      <w:r>
        <w:rPr>
          <w:rFonts w:ascii="宋体" w:eastAsia="宋体" w:hAnsi="宋体"/>
          <w:sz w:val="21"/>
        </w:rPr>
        <w:t>1. 每位考生会拿到一张预赛试卷和一张答题卡。试卷和答题卡都需要逐题填写，并且填写的内容必须完全一致。试卷和答题卡填写内容不一致的题目每题得-4分。</w:t>
      </w:r>
    </w:p>
    <w:p w14:paraId="63B171E6" w14:textId="77777777" w:rsidR="00525D87" w:rsidRDefault="00000000">
      <w:pPr>
        <w:spacing w:after="80" w:line="312" w:lineRule="auto"/>
      </w:pPr>
      <w:r>
        <w:rPr>
          <w:rFonts w:ascii="宋体" w:eastAsia="宋体" w:hAnsi="宋体"/>
          <w:sz w:val="21"/>
        </w:rPr>
        <w:t>2. 低年组考生（指2002年1月1日以后出生，并且没有参加过国际天文奥赛IAO和亚太天文奥赛APAO的考生）只答本卷的01-30题，高年组考生只答06-35题。</w:t>
      </w:r>
    </w:p>
    <w:p w14:paraId="296B79AB" w14:textId="77777777" w:rsidR="00525D87" w:rsidRDefault="00000000">
      <w:pPr>
        <w:spacing w:after="80" w:line="312" w:lineRule="auto"/>
      </w:pPr>
      <w:r>
        <w:rPr>
          <w:rFonts w:ascii="宋体" w:eastAsia="宋体" w:hAnsi="宋体"/>
          <w:sz w:val="21"/>
        </w:rPr>
        <w:t>3. 本卷为闭卷考试，请答卷人按照自己的真实水平独立完成答卷，并认真、完整地用签字笔在试卷上填写有关信息、答卷并签字，用2B铅笔在答题卡上按要求签名（应与试卷上的签名一致；签名明显不一致的取消参赛资格），填涂试卷类型（见本注意事项之前的表格第二列）、准考证号（在空格处写数字，并填涂每个数字下面对应的部分）、组别，以及每道题的答案。未按要求填涂的取消考试成绩。考试开始30分钟之后才可交卷，并在不影响其他考生答题的情况下安静离开考场，否则取消考试成绩。在监考老师宣布考试结束时，该考场所有考生应停止答卷，将试卷和答题卡放在桌上，保持安静离开考场。</w:t>
      </w:r>
    </w:p>
    <w:p w14:paraId="1B276B4B" w14:textId="77777777" w:rsidR="00525D87" w:rsidRDefault="00000000">
      <w:pPr>
        <w:spacing w:after="80" w:line="312" w:lineRule="auto"/>
      </w:pPr>
      <w:r>
        <w:rPr>
          <w:rFonts w:ascii="宋体" w:eastAsia="宋体" w:hAnsi="宋体"/>
          <w:sz w:val="21"/>
        </w:rPr>
        <w:t>4. 每题选择一个最接近正确的答案。将对应的字母（A, B, C, D之一）填在试卷上并填涂在答题卡该题号下方的对应处。不会做的题目不选。已填涂的答案如需改正，请用橡皮将原答案尽量擦除干净。每道题答对得4分，答错或多选得-4分，不选得0分。满分120分。草稿可写在试卷“草稿区”处。</w:t>
      </w:r>
    </w:p>
    <w:p w14:paraId="524BCB60" w14:textId="77777777" w:rsidR="00525D87" w:rsidRDefault="00000000">
      <w:pPr>
        <w:spacing w:after="80" w:line="312" w:lineRule="auto"/>
      </w:pPr>
      <w:r>
        <w:rPr>
          <w:rFonts w:ascii="宋体" w:eastAsia="宋体" w:hAnsi="宋体"/>
          <w:sz w:val="21"/>
        </w:rPr>
        <w:t>5. 本试题、答案及决赛名单将在北京天文馆网站公布。</w:t>
      </w:r>
    </w:p>
    <w:p w14:paraId="40C60561" w14:textId="77777777" w:rsidR="00525D87" w:rsidRDefault="00000000">
      <w:pPr>
        <w:spacing w:before="240" w:after="240" w:line="360" w:lineRule="auto"/>
      </w:pPr>
      <w:r>
        <w:rPr>
          <w:rFonts w:ascii="宋体" w:eastAsia="宋体" w:hAnsi="宋体"/>
        </w:rPr>
        <w:t>姓名：__________    年级：__________    班级：__________    得分：__________</w:t>
      </w:r>
    </w:p>
    <w:p w14:paraId="07C93C79" w14:textId="77777777" w:rsidR="00525D87" w:rsidRDefault="00000000">
      <w:pPr>
        <w:spacing w:before="240" w:line="360" w:lineRule="auto"/>
      </w:pPr>
      <w:r>
        <w:rPr>
          <w:rFonts w:ascii="黑体" w:eastAsia="黑体" w:hAnsi="黑体"/>
          <w:b/>
          <w:sz w:val="28"/>
        </w:rPr>
        <w:t>【试题】</w:t>
      </w:r>
    </w:p>
    <w:p w14:paraId="4E21A674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1、以下恒星中看上去最暗的是（  ）。</w:t>
      </w:r>
    </w:p>
    <w:p w14:paraId="7BFB8854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（A）天狼星        （B）织女星</w:t>
      </w:r>
    </w:p>
    <w:p w14:paraId="7BA9F6B3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（C）大角星        （D）北落师门</w:t>
      </w:r>
    </w:p>
    <w:p w14:paraId="426A185B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2、北极圈的纬度为北纬（  ）。</w:t>
      </w:r>
    </w:p>
    <w:p w14:paraId="7B35211D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（A）63°26′        （B）66°34′</w:t>
      </w:r>
    </w:p>
    <w:p w14:paraId="40444F5E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（C）73°26′        （D）76°34′</w:t>
      </w:r>
    </w:p>
    <w:p w14:paraId="17A5B07A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lastRenderedPageBreak/>
        <w:t>3、今天的哪个时段适合观测水星？（  ）</w:t>
      </w:r>
    </w:p>
    <w:p w14:paraId="4A6FFE4E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（A）黎明时分        （B）黄昏时分</w:t>
      </w:r>
    </w:p>
    <w:p w14:paraId="457BC2D6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（C）午夜        （D）日落后3小时</w:t>
      </w:r>
    </w:p>
    <w:p w14:paraId="37EE770A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4、椭圆星系M87位于（  ）天区内。</w:t>
      </w:r>
    </w:p>
    <w:p w14:paraId="525998AB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（A）室女座        （B）后发座</w:t>
      </w:r>
    </w:p>
    <w:p w14:paraId="5242B063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（C）巨蟹座        （D）狐狸座</w:t>
      </w:r>
    </w:p>
    <w:p w14:paraId="63759EC1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5、以下哪项不是公开发行的以天文爱好者为主要读者群的杂志？（  ）</w:t>
      </w:r>
    </w:p>
    <w:p w14:paraId="32583552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（A）Sky&amp;Telescope        （B）Astronomy Now</w:t>
      </w:r>
    </w:p>
    <w:p w14:paraId="7D025125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（C）Astronomer        （D）天文爱好者</w:t>
      </w:r>
    </w:p>
    <w:p w14:paraId="5CEFE7C9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6、今天日落后不久，你会先看到（  ）。</w:t>
      </w:r>
    </w:p>
    <w:p w14:paraId="7A9BE0DC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（A）春季大三角        （B）夏季大三角</w:t>
      </w:r>
    </w:p>
    <w:p w14:paraId="490E45C4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（C）秋季四边形        （D）冬季大三角</w:t>
      </w:r>
    </w:p>
    <w:p w14:paraId="43975522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7、我国第一个真正意义上的空间实验室是（  ）。</w:t>
      </w:r>
    </w:p>
    <w:p w14:paraId="1FA9C688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（A）天宫一号        （B）天宫二号</w:t>
      </w:r>
    </w:p>
    <w:p w14:paraId="4F320654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（C）神舟十一号        （D）天舟一号</w:t>
      </w:r>
    </w:p>
    <w:p w14:paraId="4D29A3D3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8、以下星座天区内梅西叶天体最多的是（  ）。</w:t>
      </w:r>
    </w:p>
    <w:p w14:paraId="517EB14A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（A）猎户座        （B）蛇夫座</w:t>
      </w:r>
    </w:p>
    <w:p w14:paraId="04644358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（C）武仙座        （D）船尾座</w:t>
      </w:r>
    </w:p>
    <w:p w14:paraId="15784A2F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9、在地球上能观测到被月掩的2等及以上恒星有（  ）颗。</w:t>
      </w:r>
    </w:p>
    <w:p w14:paraId="42C29DED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（A）7        （B）12</w:t>
      </w:r>
    </w:p>
    <w:p w14:paraId="3F31776C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（C）18        （D）21</w:t>
      </w:r>
    </w:p>
    <w:p w14:paraId="67BF3A68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10、以下哪颗行星正在逆行？（  ）</w:t>
      </w:r>
    </w:p>
    <w:p w14:paraId="2E308F42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（A）水星        （B）火星</w:t>
      </w:r>
    </w:p>
    <w:p w14:paraId="17F4AAE6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（C）木星        （D）土星</w:t>
      </w:r>
    </w:p>
    <w:p w14:paraId="204CFDD1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11、2018年全球范围内可见（  ）次日偏食，而我国可以观测到其中的（  ）次。</w:t>
      </w:r>
    </w:p>
    <w:p w14:paraId="44B2009C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lastRenderedPageBreak/>
        <w:t>（A）4,2        （B）3,1</w:t>
      </w:r>
    </w:p>
    <w:p w14:paraId="7BCE37A9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（C）2,1        （D）2,0</w:t>
      </w:r>
    </w:p>
    <w:p w14:paraId="313A4A2D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12、北斗一（天枢）与北极星的角距离大约是（  ）。</w:t>
      </w:r>
    </w:p>
    <w:p w14:paraId="243C7CE3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（A）10°        （B）30°</w:t>
      </w:r>
    </w:p>
    <w:p w14:paraId="3F8FD074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（C）50°        （D）70°</w:t>
      </w:r>
    </w:p>
    <w:p w14:paraId="0B3CD0A1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13、以下关于双子座流星雨说法错误的是（  ）。</w:t>
      </w:r>
    </w:p>
    <w:p w14:paraId="371C65D7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（A）极大出现在12月中旬        （B）流量大且稳定</w:t>
      </w:r>
    </w:p>
    <w:p w14:paraId="577BA92B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（C）流星体速度较快        （D）2017年月光对观测的影响不大</w:t>
      </w:r>
    </w:p>
    <w:p w14:paraId="3E15BC13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14、以下彗星中，2017年回归近日点的是（  ）。</w:t>
      </w:r>
    </w:p>
    <w:p w14:paraId="62DCFC7E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（A）2P/Encke        （B）9P/Tempel</w:t>
      </w:r>
    </w:p>
    <w:p w14:paraId="52CF5493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（C）C/2013 US10（Catalina）        （D）55P/Tempel-Tuttle</w:t>
      </w:r>
    </w:p>
    <w:p w14:paraId="76EC6D55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15、110个梅西叶天体中，半数以上是（  ）。</w:t>
      </w:r>
    </w:p>
    <w:p w14:paraId="672B3F3A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（A）星云        （B）星团</w:t>
      </w:r>
    </w:p>
    <w:p w14:paraId="01257CE6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（C）星系        （D）超新星遗迹</w:t>
      </w:r>
    </w:p>
    <w:p w14:paraId="16353B74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16、由于地球自转的不均匀性和长期变慢性，世界时与原子时的差需要人为闰秒来解决，正闰秒为协调世界时加1秒，负闰秒为其减1秒。2017年1月1日的闰秒已经是本世纪第5次闰秒，（  ）。</w:t>
      </w:r>
    </w:p>
    <w:p w14:paraId="133697F4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（A）5次均为负闰秒        （B）其中有2次正闰秒3次负闰秒</w:t>
      </w:r>
    </w:p>
    <w:p w14:paraId="30701D35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（C）其中有3次正闰秒2次负闰秒        （D）5次均为正闰秒</w:t>
      </w:r>
    </w:p>
    <w:p w14:paraId="581D46DE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17、在半影月食发生期间，如果站在月面上的半影区域，你会看到什么现象？（  ）</w:t>
      </w:r>
    </w:p>
    <w:p w14:paraId="76349537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（A）日偏食        （B）日全食</w:t>
      </w:r>
    </w:p>
    <w:p w14:paraId="5A4D49FA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（C）没有发生日食        （D）看不到太阳</w:t>
      </w:r>
    </w:p>
    <w:p w14:paraId="621BE458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18、以下哪两个星座的天区不相邻？（  ）</w:t>
      </w:r>
    </w:p>
    <w:p w14:paraId="6313ECB7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（A）双鱼座和鲸鱼座        （B）飞马座和小马座</w:t>
      </w:r>
    </w:p>
    <w:p w14:paraId="0E6D2623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lastRenderedPageBreak/>
        <w:t>（C）狮子座和小狮座        （D）大犬座和小犬座</w:t>
      </w:r>
    </w:p>
    <w:p w14:paraId="0C5CD7A6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19、2016年11月，中国芯级直径为5米的大型运载火箭“长征五号”从（  ）卫星发射中心首飞成功，同时还将“实践十七号卫星”直接送入了地球静止轨道。</w:t>
      </w:r>
    </w:p>
    <w:p w14:paraId="60C9A0FE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（A）酒泉        （B）西昌</w:t>
      </w:r>
    </w:p>
    <w:p w14:paraId="32321820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（C）文昌        （D）太原</w:t>
      </w:r>
    </w:p>
    <w:p w14:paraId="46D45406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20、2016年，天文学家利用欧洲南方天文台的望远镜和其他设施，在距离我们太阳系最近的恒星（  ）周围，发现了一颗位于宜居带内的行星。</w:t>
      </w:r>
    </w:p>
    <w:p w14:paraId="5AA84032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（A）巴纳德星        （B）WISE 1049-5319</w:t>
      </w:r>
    </w:p>
    <w:p w14:paraId="03B3AC16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（C）天狼星        （D）比邻星</w:t>
      </w:r>
    </w:p>
    <w:p w14:paraId="1EDD8D61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21、在火星上观测地球与太阳的距离最大时可达（  ）。</w:t>
      </w:r>
    </w:p>
    <w:p w14:paraId="34857D5C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（A）26        （B）36</w:t>
      </w:r>
    </w:p>
    <w:p w14:paraId="0026F1F7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（C）46        （D）76</w:t>
      </w:r>
    </w:p>
    <w:p w14:paraId="711D4567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22、以下哪个项目不是我国重大科技基础设施建设“十三五”规划项目？（  ）</w:t>
      </w:r>
    </w:p>
    <w:p w14:paraId="0AFC74DD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（A）500米口径球面射电望远镜        （B）12米级口径光学/红外望远镜</w:t>
      </w:r>
    </w:p>
    <w:p w14:paraId="121BE821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（C）空间环境地基监测网        （D）高精度地基授时系统</w:t>
      </w:r>
    </w:p>
    <w:p w14:paraId="53A4E30C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23、在国家天文台兴隆观测基地进行观测，以下哪个时间的夜空与除夕夜（2017年1月27日）21时的夜空最接近？（  ）</w:t>
      </w:r>
    </w:p>
    <w:p w14:paraId="77A731E0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（A）2016年12月27日19时        （B）2017年2月27日19时</w:t>
      </w:r>
    </w:p>
    <w:p w14:paraId="64315B81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（C）2017年3月29日20时        （D）2017年3月29日23时</w:t>
      </w:r>
    </w:p>
    <w:p w14:paraId="54904AE4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24、卡西尼号探测器预计在2017年晚些时候结束自己土星系统的探测任务。按照计划，它将以何种方式结束自己的探索任务？（  ）</w:t>
      </w:r>
    </w:p>
    <w:p w14:paraId="3E95DD4D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（A）坠入土星        （B）坠入土卫六</w:t>
      </w:r>
    </w:p>
    <w:p w14:paraId="1657AFF6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（C）飞跃天王星，然后飞离太阳系        （D）直接飞离太阳系</w:t>
      </w:r>
    </w:p>
    <w:p w14:paraId="3D0633CE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25、使用一台口径为90mm，焦距为900mm的折射望远镜观测月球，配套以下哪个目镜能够恰好使整个月球充满视野？（  ）</w:t>
      </w:r>
    </w:p>
    <w:p w14:paraId="31FE2B98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lastRenderedPageBreak/>
        <w:t>（A）视野为40°的25mm目镜        （B）视野为40°的10mm目镜</w:t>
      </w:r>
    </w:p>
    <w:p w14:paraId="7EDB442D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（C）视野为40°的6.5mm目镜        （D）视野为60°的25mm目镜</w:t>
      </w:r>
    </w:p>
    <w:p w14:paraId="3CD36A02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26、一颗彗星最多和几个流星群有关？（  ）</w:t>
      </w:r>
    </w:p>
    <w:p w14:paraId="1596ABB7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（A）1        （B）2</w:t>
      </w:r>
    </w:p>
    <w:p w14:paraId="50464EEA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（C）4        （D）没有上限</w:t>
      </w:r>
    </w:p>
    <w:p w14:paraId="344E5321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27、1838年，德国天文学家贝塞尔利用高自行的天鹅座61双星首次测得了恒星视差，观测表明它的视差为0.31″，距离我们约（  ）。</w:t>
      </w:r>
    </w:p>
    <w:p w14:paraId="3BD7F6F3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（A）1秒差距        （B）10光年</w:t>
      </w:r>
    </w:p>
    <w:p w14:paraId="67299993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（C）100光年        （D）310秒差距</w:t>
      </w:r>
    </w:p>
    <w:p w14:paraId="41F57950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28、在北纬30°地区观测，春分当天日落时黄道与地平线的夹角大约是（  ）。</w:t>
      </w:r>
    </w:p>
    <w:p w14:paraId="013BD4E6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（A）23°26′        （B）53°26′</w:t>
      </w:r>
    </w:p>
    <w:p w14:paraId="6F631F11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（C）63°26′        （D）83°26′</w:t>
      </w:r>
    </w:p>
    <w:p w14:paraId="48ABD320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29、以下说法不正确的是（  ）。</w:t>
      </w:r>
    </w:p>
    <w:p w14:paraId="02CF5310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（A）中国计划于2020年发射火星探测卫星，预计2021年抵达火星。        （B）2016年9月，欧洲空间局发布了盖亚天文卫星的第一批数据，其中包含了超过十亿颗恒星的位置信息。</w:t>
      </w:r>
    </w:p>
    <w:p w14:paraId="66B23785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（C）欧洲南方天文台将在夏威夷建设欧洲极大望远镜（E-ELT），其建成后将成为世界上最大的光学/红外波段望远镜。        （D）不久前，天文学家利用凌星法发现40光年外有7颗类地行星在围绕着TRAPPIST-1恒星运动。</w:t>
      </w:r>
    </w:p>
    <w:p w14:paraId="5E08D7B0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30、哪种类型的超新星可以作为测量星系距离的标准烛光？（  ）</w:t>
      </w:r>
    </w:p>
    <w:p w14:paraId="14475AC6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（A）I a        （B）I b</w:t>
      </w:r>
    </w:p>
    <w:p w14:paraId="10721D9F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（C）I c        （D）II</w:t>
      </w:r>
    </w:p>
    <w:p w14:paraId="04E71F60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31、以下哪项英文缩写不属于三大国际天文奥林匹克赛事？（  ）</w:t>
      </w:r>
    </w:p>
    <w:p w14:paraId="31AB6BB6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（A）IAO        （B）AAO</w:t>
      </w:r>
    </w:p>
    <w:p w14:paraId="184FE3AF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（C）APAO        （D）IOAA</w:t>
      </w:r>
    </w:p>
    <w:p w14:paraId="4BDE7DC0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32、M42与以下哪个天体光谱最接近？（  ）</w:t>
      </w:r>
    </w:p>
    <w:p w14:paraId="318B0C09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lastRenderedPageBreak/>
        <w:t>（A）双子座流星雨群内流星        （B）M57</w:t>
      </w:r>
    </w:p>
    <w:p w14:paraId="3E599494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（C）M31        （D）太阳</w:t>
      </w:r>
    </w:p>
    <w:p w14:paraId="0DA5CD68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33、超新星爆发后光度会缓慢下降，这个过程中光度能量的主要来源是（  ）。</w:t>
      </w:r>
    </w:p>
    <w:p w14:paraId="2CC5C7E1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（A）核裂变        （B）核聚变</w:t>
      </w:r>
    </w:p>
    <w:p w14:paraId="3A91C5F3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（C）放射性元素衰变        （D）周围物质散射超新星爆发时的光</w:t>
      </w:r>
    </w:p>
    <w:p w14:paraId="0563D27F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34、织女星是一颗位于主序带上的典型的A0型恒星，其绝对星等约为0.7等，在不考虑消光的前提下，一颗视星等为15等的同类型恒星距离我们大约多远？（  ）</w:t>
      </w:r>
    </w:p>
    <w:p w14:paraId="618F1618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（A）500秒差距        （B）3000秒差距</w:t>
      </w:r>
    </w:p>
    <w:p w14:paraId="494F8D41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（C）8000秒差距        （D）20000秒差距</w:t>
      </w:r>
    </w:p>
    <w:p w14:paraId="0BEADE18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35、以下人造天体中轨道高度最高的是（  ）。</w:t>
      </w:r>
    </w:p>
    <w:p w14:paraId="4C56EC46" w14:textId="77777777" w:rsidR="00525D87" w:rsidRDefault="00000000">
      <w:pPr>
        <w:spacing w:after="40" w:line="312" w:lineRule="auto"/>
      </w:pPr>
      <w:r>
        <w:rPr>
          <w:rFonts w:ascii="宋体" w:eastAsia="宋体" w:hAnsi="宋体"/>
          <w:sz w:val="24"/>
        </w:rPr>
        <w:t>（A）地球同步轨道卫星        （B）太阳同步轨道卫星</w:t>
      </w:r>
    </w:p>
    <w:p w14:paraId="3DB3240E" w14:textId="77777777" w:rsidR="00525D87" w:rsidRDefault="00000000">
      <w:pPr>
        <w:spacing w:after="160" w:line="312" w:lineRule="auto"/>
      </w:pPr>
      <w:r>
        <w:rPr>
          <w:rFonts w:ascii="宋体" w:eastAsia="宋体" w:hAnsi="宋体"/>
          <w:sz w:val="24"/>
        </w:rPr>
        <w:t>（C）国际空间站        （D）哈勃空间望远镜</w:t>
      </w:r>
    </w:p>
    <w:p w14:paraId="1C7AF2C6" w14:textId="77777777" w:rsidR="00525D87" w:rsidRDefault="00000000">
      <w:r>
        <w:br w:type="page"/>
      </w:r>
    </w:p>
    <w:p w14:paraId="33C0468F" w14:textId="77777777" w:rsidR="00525D87" w:rsidRDefault="00000000">
      <w:pPr>
        <w:spacing w:after="240" w:line="360" w:lineRule="auto"/>
        <w:jc w:val="center"/>
      </w:pPr>
      <w:r>
        <w:rPr>
          <w:rFonts w:ascii="黑体" w:eastAsia="黑体" w:hAnsi="黑体"/>
          <w:b/>
          <w:sz w:val="36"/>
        </w:rPr>
        <w:t>2017年CNAO天文奥赛预赛试题 答案解析</w:t>
      </w:r>
    </w:p>
    <w:p w14:paraId="725FB15D" w14:textId="77777777" w:rsidR="00525D87" w:rsidRDefault="00000000">
      <w:pPr>
        <w:spacing w:before="240" w:line="360" w:lineRule="auto"/>
      </w:pPr>
      <w:r>
        <w:rPr>
          <w:rFonts w:ascii="黑体" w:eastAsia="黑体" w:hAnsi="黑体"/>
          <w:b/>
          <w:sz w:val="28"/>
        </w:rPr>
        <w:t>【答案速查表】</w:t>
      </w:r>
    </w:p>
    <w:p w14:paraId="5C243FAF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1-5    D B B A C</w:t>
      </w:r>
    </w:p>
    <w:p w14:paraId="75AC0300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6-10    D B B B C</w:t>
      </w:r>
    </w:p>
    <w:p w14:paraId="62FBFC73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11-15    B B C A B</w:t>
      </w:r>
    </w:p>
    <w:p w14:paraId="7810C5E1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16-20    D A D C D</w:t>
      </w:r>
    </w:p>
    <w:p w14:paraId="36843D7A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21-25    C A B A B</w:t>
      </w:r>
    </w:p>
    <w:p w14:paraId="0A374B2A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26-30    B B B D C</w:t>
      </w:r>
    </w:p>
    <w:p w14:paraId="064B3592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sz w:val="24"/>
        </w:rPr>
        <w:t>31-35    B A C C A</w:t>
      </w:r>
    </w:p>
    <w:p w14:paraId="0E52D512" w14:textId="77777777" w:rsidR="00525D87" w:rsidRDefault="00000000">
      <w:pPr>
        <w:spacing w:before="320" w:line="360" w:lineRule="auto"/>
      </w:pPr>
      <w:r>
        <w:rPr>
          <w:rFonts w:ascii="黑体" w:eastAsia="黑体" w:hAnsi="黑体"/>
          <w:b/>
          <w:sz w:val="28"/>
        </w:rPr>
        <w:t>【逐题答案与解析】</w:t>
      </w:r>
    </w:p>
    <w:p w14:paraId="1AC4BB67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1、</w:t>
      </w:r>
      <w:r>
        <w:rPr>
          <w:rFonts w:ascii="宋体" w:eastAsia="宋体" w:hAnsi="宋体"/>
          <w:b/>
          <w:color w:val="CC0000"/>
          <w:sz w:val="24"/>
        </w:rPr>
        <w:t>答案：D</w:t>
      </w:r>
      <w:r>
        <w:rPr>
          <w:rFonts w:ascii="宋体" w:eastAsia="宋体" w:hAnsi="宋体"/>
          <w:color w:val="808080"/>
          <w:sz w:val="21"/>
        </w:rPr>
        <w:t xml:space="preserve">    北落师门是秋季星空中的亮星，视星等约1.16等，在四个选项中看起来最暗。天狼星-1.46等、织女星0.03等、大角星-0.04等都比它亮。</w:t>
      </w:r>
    </w:p>
    <w:p w14:paraId="08562A2D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2、</w:t>
      </w:r>
      <w:r>
        <w:rPr>
          <w:rFonts w:ascii="宋体" w:eastAsia="宋体" w:hAnsi="宋体"/>
          <w:b/>
          <w:color w:val="CC0000"/>
          <w:sz w:val="24"/>
        </w:rPr>
        <w:t>答案：B</w:t>
      </w:r>
      <w:r>
        <w:rPr>
          <w:rFonts w:ascii="宋体" w:eastAsia="宋体" w:hAnsi="宋体"/>
          <w:color w:val="808080"/>
          <w:sz w:val="21"/>
        </w:rPr>
        <w:t xml:space="preserve">    北极圈的纬度为北纬66°34′，即90°-黄赤交角23°26′。</w:t>
      </w:r>
    </w:p>
    <w:p w14:paraId="6C9CA5F6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3、</w:t>
      </w:r>
      <w:r>
        <w:rPr>
          <w:rFonts w:ascii="宋体" w:eastAsia="宋体" w:hAnsi="宋体"/>
          <w:b/>
          <w:color w:val="CC0000"/>
          <w:sz w:val="24"/>
        </w:rPr>
        <w:t>答案：B</w:t>
      </w:r>
      <w:r>
        <w:rPr>
          <w:rFonts w:ascii="宋体" w:eastAsia="宋体" w:hAnsi="宋体"/>
          <w:color w:val="808080"/>
          <w:sz w:val="21"/>
        </w:rPr>
        <w:t xml:space="preserve">    2017年4月1日水星东大距，整个3月下旬水星都是昏星，日落时出现在西方低空，天刚暗下来的黄昏时分最容易找到；黎明时分水星还在地平线以下，午夜和日落后3小时它都已落下，故选B。</w:t>
      </w:r>
    </w:p>
    <w:p w14:paraId="5097AF40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4、</w:t>
      </w:r>
      <w:r>
        <w:rPr>
          <w:rFonts w:ascii="宋体" w:eastAsia="宋体" w:hAnsi="宋体"/>
          <w:b/>
          <w:color w:val="CC0000"/>
          <w:sz w:val="24"/>
        </w:rPr>
        <w:t>答案：A</w:t>
      </w:r>
      <w:r>
        <w:rPr>
          <w:rFonts w:ascii="宋体" w:eastAsia="宋体" w:hAnsi="宋体"/>
          <w:color w:val="808080"/>
          <w:sz w:val="21"/>
        </w:rPr>
        <w:t xml:space="preserve">    M87（室女座A）是室女座星系团中心的超巨椭圆星系，位于室女座天区，距我们约5300万光年，故选A。后发座星系团在它北侧、中心是NGC 4889等，容易与它混淆。</w:t>
      </w:r>
    </w:p>
    <w:p w14:paraId="662AFED8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5、</w:t>
      </w:r>
      <w:r>
        <w:rPr>
          <w:rFonts w:ascii="宋体" w:eastAsia="宋体" w:hAnsi="宋体"/>
          <w:b/>
          <w:color w:val="CC0000"/>
          <w:sz w:val="24"/>
        </w:rPr>
        <w:t>答案：C</w:t>
      </w:r>
      <w:r>
        <w:rPr>
          <w:rFonts w:ascii="宋体" w:eastAsia="宋体" w:hAnsi="宋体"/>
          <w:color w:val="808080"/>
          <w:sz w:val="21"/>
        </w:rPr>
        <w:t xml:space="preserve">    《Astronomer》不是公开发行的天文爱好者杂志，其他三项均为知名的天文爱好者杂志。</w:t>
      </w:r>
    </w:p>
    <w:p w14:paraId="1A7F8115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6、</w:t>
      </w:r>
      <w:r>
        <w:rPr>
          <w:rFonts w:ascii="宋体" w:eastAsia="宋体" w:hAnsi="宋体"/>
          <w:b/>
          <w:color w:val="CC0000"/>
          <w:sz w:val="24"/>
        </w:rPr>
        <w:t>答案：D</w:t>
      </w:r>
      <w:r>
        <w:rPr>
          <w:rFonts w:ascii="宋体" w:eastAsia="宋体" w:hAnsi="宋体"/>
          <w:color w:val="808080"/>
          <w:sz w:val="21"/>
        </w:rPr>
        <w:t xml:space="preserve">    3月25日日落时（约19:30）最先亮起来的是西南方的冬季大三角——参宿四、天狼星、南河三，其中天狼星-1.46等是全天最亮恒星；夏季大三角要等到午夜前后才升起，春季大三角此时刚从东方地平线露头，故选D。</w:t>
      </w:r>
    </w:p>
    <w:p w14:paraId="2887C996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7、</w:t>
      </w:r>
      <w:r>
        <w:rPr>
          <w:rFonts w:ascii="宋体" w:eastAsia="宋体" w:hAnsi="宋体"/>
          <w:b/>
          <w:color w:val="CC0000"/>
          <w:sz w:val="24"/>
        </w:rPr>
        <w:t>答案：B</w:t>
      </w:r>
      <w:r>
        <w:rPr>
          <w:rFonts w:ascii="宋体" w:eastAsia="宋体" w:hAnsi="宋体"/>
          <w:color w:val="808080"/>
          <w:sz w:val="21"/>
        </w:rPr>
        <w:t xml:space="preserve">    天宫二号是我国第一个真正意义上的空间实验室，于2016年9月15日发射。</w:t>
      </w:r>
    </w:p>
    <w:p w14:paraId="7C4D59DA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lastRenderedPageBreak/>
        <w:t>8、</w:t>
      </w:r>
      <w:r>
        <w:rPr>
          <w:rFonts w:ascii="宋体" w:eastAsia="宋体" w:hAnsi="宋体"/>
          <w:b/>
          <w:color w:val="CC0000"/>
          <w:sz w:val="24"/>
        </w:rPr>
        <w:t>答案：B</w:t>
      </w:r>
      <w:r>
        <w:rPr>
          <w:rFonts w:ascii="宋体" w:eastAsia="宋体" w:hAnsi="宋体"/>
          <w:color w:val="808080"/>
          <w:sz w:val="21"/>
        </w:rPr>
        <w:t xml:space="preserve">    蛇夫座天区内有M9、M10、M12、M14、M19、M62、M107共7个梅西叶天体（都是球状星团），是梅西叶天体最多的星座；猎户座3个、船尾座3个、武仙座只有M13和M92两个，故选B。</w:t>
      </w:r>
    </w:p>
    <w:p w14:paraId="3E7D02A5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9、</w:t>
      </w:r>
      <w:r>
        <w:rPr>
          <w:rFonts w:ascii="宋体" w:eastAsia="宋体" w:hAnsi="宋体"/>
          <w:b/>
          <w:color w:val="CC0000"/>
          <w:sz w:val="24"/>
        </w:rPr>
        <w:t>答案：B</w:t>
      </w:r>
      <w:r>
        <w:rPr>
          <w:rFonts w:ascii="宋体" w:eastAsia="宋体" w:hAnsi="宋体"/>
          <w:color w:val="808080"/>
          <w:sz w:val="21"/>
        </w:rPr>
        <w:t xml:space="preserve">    月球轨道与黄道只差5°左右，能被月掩的亮星必须离黄道很近。亮于2等、又落在月球可达范围内的恒星共约12颗，最常被观测到的有毕宿五（0.85等）、五车五（1.65等）、北河三（1.15等）、轩辕十四（1.35等）、角宿一（1.00等）、心宿二（1.05等），其余为2等上下的恒星，故选B。</w:t>
      </w:r>
    </w:p>
    <w:p w14:paraId="5CDB56EC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10、</w:t>
      </w:r>
      <w:r>
        <w:rPr>
          <w:rFonts w:ascii="宋体" w:eastAsia="宋体" w:hAnsi="宋体"/>
          <w:b/>
          <w:color w:val="CC0000"/>
          <w:sz w:val="24"/>
        </w:rPr>
        <w:t>答案：C</w:t>
      </w:r>
      <w:r>
        <w:rPr>
          <w:rFonts w:ascii="宋体" w:eastAsia="宋体" w:hAnsi="宋体"/>
          <w:color w:val="808080"/>
          <w:sz w:val="21"/>
        </w:rPr>
        <w:t xml:space="preserve">    木星2017年2月6日冲日，冲日前后开始逆行，直到6月9日才恢复顺行，因此3月下旬木星正在逆行；水星这一轮逆行是4月10日至5月3日，土星4月6日才开始逆行，火星要到2018年6月底才逆行，故选C。</w:t>
      </w:r>
    </w:p>
    <w:p w14:paraId="65A2738C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11、</w:t>
      </w:r>
      <w:r>
        <w:rPr>
          <w:rFonts w:ascii="宋体" w:eastAsia="宋体" w:hAnsi="宋体"/>
          <w:b/>
          <w:color w:val="CC0000"/>
          <w:sz w:val="24"/>
        </w:rPr>
        <w:t>答案：B</w:t>
      </w:r>
      <w:r>
        <w:rPr>
          <w:rFonts w:ascii="宋体" w:eastAsia="宋体" w:hAnsi="宋体"/>
          <w:color w:val="808080"/>
          <w:sz w:val="21"/>
        </w:rPr>
        <w:t xml:space="preserve">    2018年共有3次日偏食（2月15日、7月13日、8月11日），全年没有日全食和日环食；其中8月11日那次我国北方地区可见偏食，另两次我国完全看不到，故选B。</w:t>
      </w:r>
    </w:p>
    <w:p w14:paraId="2437BD91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12、</w:t>
      </w:r>
      <w:r>
        <w:rPr>
          <w:rFonts w:ascii="宋体" w:eastAsia="宋体" w:hAnsi="宋体"/>
          <w:b/>
          <w:color w:val="CC0000"/>
          <w:sz w:val="24"/>
        </w:rPr>
        <w:t>答案：B</w:t>
      </w:r>
      <w:r>
        <w:rPr>
          <w:rFonts w:ascii="宋体" w:eastAsia="宋体" w:hAnsi="宋体"/>
          <w:color w:val="808080"/>
          <w:sz w:val="21"/>
        </w:rPr>
        <w:t xml:space="preserve">    北斗一（天枢）与北极星的角距离大约是30°，这是利用北斗七星寻找北极星的基本知识。</w:t>
      </w:r>
    </w:p>
    <w:p w14:paraId="0970393F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13、</w:t>
      </w:r>
      <w:r>
        <w:rPr>
          <w:rFonts w:ascii="宋体" w:eastAsia="宋体" w:hAnsi="宋体"/>
          <w:b/>
          <w:color w:val="CC0000"/>
          <w:sz w:val="24"/>
        </w:rPr>
        <w:t>答案：C</w:t>
      </w:r>
      <w:r>
        <w:rPr>
          <w:rFonts w:ascii="宋体" w:eastAsia="宋体" w:hAnsi="宋体"/>
          <w:color w:val="808080"/>
          <w:sz w:val="21"/>
        </w:rPr>
        <w:t xml:space="preserve">    双子座流星雨的流星体速度较慢（约35km/s），而非较快，因此C选项说法错误。</w:t>
      </w:r>
    </w:p>
    <w:p w14:paraId="3150E9FF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14、</w:t>
      </w:r>
      <w:r>
        <w:rPr>
          <w:rFonts w:ascii="宋体" w:eastAsia="宋体" w:hAnsi="宋体"/>
          <w:b/>
          <w:color w:val="CC0000"/>
          <w:sz w:val="24"/>
        </w:rPr>
        <w:t>答案：A</w:t>
      </w:r>
      <w:r>
        <w:rPr>
          <w:rFonts w:ascii="宋体" w:eastAsia="宋体" w:hAnsi="宋体"/>
          <w:color w:val="808080"/>
          <w:sz w:val="21"/>
        </w:rPr>
        <w:t xml:space="preserve">    2P/Encke（恩克彗星）周期约3.3年，2017年3月过近日点；9P/Tempel 1在2016年8月、C/2013 US10（Catalina）在2015年11月过近日点，55P/Tempel-Tuttle要等到2031年前后，故选A。</w:t>
      </w:r>
    </w:p>
    <w:p w14:paraId="082DB9C0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15、</w:t>
      </w:r>
      <w:r>
        <w:rPr>
          <w:rFonts w:ascii="宋体" w:eastAsia="宋体" w:hAnsi="宋体"/>
          <w:b/>
          <w:color w:val="CC0000"/>
          <w:sz w:val="24"/>
        </w:rPr>
        <w:t>答案：B</w:t>
      </w:r>
      <w:r>
        <w:rPr>
          <w:rFonts w:ascii="宋体" w:eastAsia="宋体" w:hAnsi="宋体"/>
          <w:color w:val="808080"/>
          <w:sz w:val="21"/>
        </w:rPr>
        <w:t xml:space="preserve">    110个梅西叶天体中，星团共约58个（球状星团29个、疏散星团29个），已超过半数；星系约40个，弥漫星云、行星状星云、超新星遗迹和少数特殊天体合计只有十来个，故选B。</w:t>
      </w:r>
    </w:p>
    <w:p w14:paraId="5D3BB39E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16、</w:t>
      </w:r>
      <w:r>
        <w:rPr>
          <w:rFonts w:ascii="宋体" w:eastAsia="宋体" w:hAnsi="宋体"/>
          <w:b/>
          <w:color w:val="CC0000"/>
          <w:sz w:val="24"/>
        </w:rPr>
        <w:t>答案：D</w:t>
      </w:r>
      <w:r>
        <w:rPr>
          <w:rFonts w:ascii="宋体" w:eastAsia="宋体" w:hAnsi="宋体"/>
          <w:color w:val="808080"/>
          <w:sz w:val="21"/>
        </w:rPr>
        <w:t xml:space="preserve">    本世纪（21世纪）截至2017年的5次闰秒均为正闰秒，即在协调世界时中增加1秒。</w:t>
      </w:r>
    </w:p>
    <w:p w14:paraId="5666AF6E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17、</w:t>
      </w:r>
      <w:r>
        <w:rPr>
          <w:rFonts w:ascii="宋体" w:eastAsia="宋体" w:hAnsi="宋体"/>
          <w:b/>
          <w:color w:val="CC0000"/>
          <w:sz w:val="24"/>
        </w:rPr>
        <w:t>答案：A</w:t>
      </w:r>
      <w:r>
        <w:rPr>
          <w:rFonts w:ascii="宋体" w:eastAsia="宋体" w:hAnsi="宋体"/>
          <w:color w:val="808080"/>
          <w:sz w:val="21"/>
        </w:rPr>
        <w:t xml:space="preserve">    在半影月食期间，从月面半影区域看地球遮挡部分太阳，看到的是日偏食。</w:t>
      </w:r>
    </w:p>
    <w:p w14:paraId="3C64F28B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18、</w:t>
      </w:r>
      <w:r>
        <w:rPr>
          <w:rFonts w:ascii="宋体" w:eastAsia="宋体" w:hAnsi="宋体"/>
          <w:b/>
          <w:color w:val="CC0000"/>
          <w:sz w:val="24"/>
        </w:rPr>
        <w:t>答案：D</w:t>
      </w:r>
      <w:r>
        <w:rPr>
          <w:rFonts w:ascii="宋体" w:eastAsia="宋体" w:hAnsi="宋体"/>
          <w:color w:val="808080"/>
          <w:sz w:val="21"/>
        </w:rPr>
        <w:t xml:space="preserve">    大犬座和小犬座之间隔着麒麟座，两者天区并不相接；双鱼—鲸鱼、飞马—小马、狮子—小狮都是相邻的，故选D。</w:t>
      </w:r>
    </w:p>
    <w:p w14:paraId="07B98156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lastRenderedPageBreak/>
        <w:t>19、</w:t>
      </w:r>
      <w:r>
        <w:rPr>
          <w:rFonts w:ascii="宋体" w:eastAsia="宋体" w:hAnsi="宋体"/>
          <w:b/>
          <w:color w:val="CC0000"/>
          <w:sz w:val="24"/>
        </w:rPr>
        <w:t>答案：C</w:t>
      </w:r>
      <w:r>
        <w:rPr>
          <w:rFonts w:ascii="宋体" w:eastAsia="宋体" w:hAnsi="宋体"/>
          <w:color w:val="808080"/>
          <w:sz w:val="21"/>
        </w:rPr>
        <w:t xml:space="preserve">    长征五号从文昌卫星发射中心首飞成功，文昌位于海南，纬度低有利于发射。</w:t>
      </w:r>
    </w:p>
    <w:p w14:paraId="72A3749D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20、</w:t>
      </w:r>
      <w:r>
        <w:rPr>
          <w:rFonts w:ascii="宋体" w:eastAsia="宋体" w:hAnsi="宋体"/>
          <w:b/>
          <w:color w:val="CC0000"/>
          <w:sz w:val="24"/>
        </w:rPr>
        <w:t>答案：D</w:t>
      </w:r>
      <w:r>
        <w:rPr>
          <w:rFonts w:ascii="宋体" w:eastAsia="宋体" w:hAnsi="宋体"/>
          <w:color w:val="808080"/>
          <w:sz w:val="21"/>
        </w:rPr>
        <w:t xml:space="preserve">    2016年天文学家在比邻星周围发现了位于宜居带内的行星——比邻星b。</w:t>
      </w:r>
    </w:p>
    <w:p w14:paraId="03BDA9F8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21、</w:t>
      </w:r>
      <w:r>
        <w:rPr>
          <w:rFonts w:ascii="宋体" w:eastAsia="宋体" w:hAnsi="宋体"/>
          <w:b/>
          <w:color w:val="CC0000"/>
          <w:sz w:val="24"/>
        </w:rPr>
        <w:t>答案：C</w:t>
      </w:r>
      <w:r>
        <w:rPr>
          <w:rFonts w:ascii="宋体" w:eastAsia="宋体" w:hAnsi="宋体"/>
          <w:color w:val="808080"/>
          <w:sz w:val="21"/>
        </w:rPr>
        <w:t xml:space="preserve">    在火星上看地球，地球是内行星，最大距角由 sin(距角)=r地/r火 决定。取地球远日距1.017AU、火星近日距1.381AU，得最大距角约47°，四个选项中最接近46°，故选C。注意这里的单位是度，不是天文单位。</w:t>
      </w:r>
    </w:p>
    <w:p w14:paraId="1E2E372F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22、</w:t>
      </w:r>
      <w:r>
        <w:rPr>
          <w:rFonts w:ascii="宋体" w:eastAsia="宋体" w:hAnsi="宋体"/>
          <w:b/>
          <w:color w:val="CC0000"/>
          <w:sz w:val="24"/>
        </w:rPr>
        <w:t>答案：A</w:t>
      </w:r>
      <w:r>
        <w:rPr>
          <w:rFonts w:ascii="宋体" w:eastAsia="宋体" w:hAnsi="宋体"/>
          <w:color w:val="808080"/>
          <w:sz w:val="21"/>
        </w:rPr>
        <w:t xml:space="preserve">    “十三五”重大科技基础设施优先布局的项目包括空间环境地基综合监测网（子午工程二期）、高精度地基授时系统、12米级大口径光学红外望远镜、高能同步辐射光源、海底科学观测网等；FAST是“十二五”期间建成并投用的项目，不在“十三五”新布局之列，故选A。</w:t>
      </w:r>
    </w:p>
    <w:p w14:paraId="6E07C05E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23、</w:t>
      </w:r>
      <w:r>
        <w:rPr>
          <w:rFonts w:ascii="宋体" w:eastAsia="宋体" w:hAnsi="宋体"/>
          <w:b/>
          <w:color w:val="CC0000"/>
          <w:sz w:val="24"/>
        </w:rPr>
        <w:t>答案：B</w:t>
      </w:r>
      <w:r>
        <w:rPr>
          <w:rFonts w:ascii="宋体" w:eastAsia="宋体" w:hAnsi="宋体"/>
          <w:color w:val="808080"/>
          <w:sz w:val="21"/>
        </w:rPr>
        <w:t xml:space="preserve">    恒星时每天比太阳时快约3分56秒。从1月27日21时到2月27日19时，日期推后31天，恒星时提前约31×3.94min≈2小时，而钟点又早了2小时，两者几乎正好抵消，所以这两个时刻的星空几乎完全相同；其余选项相差都在几小时以上，故选B。</w:t>
      </w:r>
    </w:p>
    <w:p w14:paraId="3A6BBC20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24、</w:t>
      </w:r>
      <w:r>
        <w:rPr>
          <w:rFonts w:ascii="宋体" w:eastAsia="宋体" w:hAnsi="宋体"/>
          <w:b/>
          <w:color w:val="CC0000"/>
          <w:sz w:val="24"/>
        </w:rPr>
        <w:t>答案：A</w:t>
      </w:r>
      <w:r>
        <w:rPr>
          <w:rFonts w:ascii="宋体" w:eastAsia="宋体" w:hAnsi="宋体"/>
          <w:color w:val="808080"/>
          <w:sz w:val="21"/>
        </w:rPr>
        <w:t xml:space="preserve">    卡西尼号最终以坠入土星的方式结束了自己的探测任务，于2017年9月15日坠入土星大气层。</w:t>
      </w:r>
    </w:p>
    <w:p w14:paraId="521CF9B5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25、</w:t>
      </w:r>
      <w:r>
        <w:rPr>
          <w:rFonts w:ascii="宋体" w:eastAsia="宋体" w:hAnsi="宋体"/>
          <w:b/>
          <w:color w:val="CC0000"/>
          <w:sz w:val="24"/>
        </w:rPr>
        <w:t>答案：B</w:t>
      </w:r>
      <w:r>
        <w:rPr>
          <w:rFonts w:ascii="宋体" w:eastAsia="宋体" w:hAnsi="宋体"/>
          <w:color w:val="808080"/>
          <w:sz w:val="21"/>
        </w:rPr>
        <w:t xml:space="preserve">    望远镜的真实视场≈目镜视场÷放大率，放大率=900/f。25mm目镜放大36倍、视场约1.1°，远大于月球的0.5°；10mm目镜放大90倍、视场约0.44°，刚好让整个月面充满视野；6.5mm目镜放大138倍、视场只有0.29°，装不下月球，故选B。</w:t>
      </w:r>
    </w:p>
    <w:p w14:paraId="3CA465AD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26、</w:t>
      </w:r>
      <w:r>
        <w:rPr>
          <w:rFonts w:ascii="宋体" w:eastAsia="宋体" w:hAnsi="宋体"/>
          <w:b/>
          <w:color w:val="CC0000"/>
          <w:sz w:val="24"/>
        </w:rPr>
        <w:t>答案：B</w:t>
      </w:r>
      <w:r>
        <w:rPr>
          <w:rFonts w:ascii="宋体" w:eastAsia="宋体" w:hAnsi="宋体"/>
          <w:color w:val="808080"/>
          <w:sz w:val="21"/>
        </w:rPr>
        <w:t xml:space="preserve">    同一颗彗星抛出的尘埃可以形成不止一条尘埃带，但按流星雨命名与认证的惯例，一颗彗星最多只对应2个被正式承认的流星群，故选B。（本题在原卷中注明有争议，可参见叶泉志《一颗彗星能产生多少个流星雨？》）</w:t>
      </w:r>
    </w:p>
    <w:p w14:paraId="09DD7E49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27、</w:t>
      </w:r>
      <w:r>
        <w:rPr>
          <w:rFonts w:ascii="宋体" w:eastAsia="宋体" w:hAnsi="宋体"/>
          <w:b/>
          <w:color w:val="CC0000"/>
          <w:sz w:val="24"/>
        </w:rPr>
        <w:t>答案：B</w:t>
      </w:r>
      <w:r>
        <w:rPr>
          <w:rFonts w:ascii="宋体" w:eastAsia="宋体" w:hAnsi="宋体"/>
          <w:color w:val="808080"/>
          <w:sz w:val="21"/>
        </w:rPr>
        <w:t xml:space="preserve">    视差0.31″对应距离约1/0.31≈3.2秒差距，约10光年（1秒差距≈3.26光年）。</w:t>
      </w:r>
    </w:p>
    <w:p w14:paraId="1142613B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28、</w:t>
      </w:r>
      <w:r>
        <w:rPr>
          <w:rFonts w:ascii="宋体" w:eastAsia="宋体" w:hAnsi="宋体"/>
          <w:b/>
          <w:color w:val="CC0000"/>
          <w:sz w:val="24"/>
        </w:rPr>
        <w:t>答案：D</w:t>
      </w:r>
      <w:r>
        <w:rPr>
          <w:rFonts w:ascii="宋体" w:eastAsia="宋体" w:hAnsi="宋体"/>
          <w:color w:val="808080"/>
          <w:sz w:val="21"/>
        </w:rPr>
        <w:t xml:space="preserve">    春分日落时太阳正落在正西点。此时天赤道与地平圈交于正东、正西，而黄道与天赤道在春分点相交、交角23°26′，故黄道与地平圈的夹角为 90°-(φ-ε)=90°-(30°-23°26′)=83°26′，故选D。</w:t>
      </w:r>
    </w:p>
    <w:p w14:paraId="3A98DC71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29、</w:t>
      </w:r>
      <w:r>
        <w:rPr>
          <w:rFonts w:ascii="宋体" w:eastAsia="宋体" w:hAnsi="宋体"/>
          <w:b/>
          <w:color w:val="CC0000"/>
          <w:sz w:val="24"/>
        </w:rPr>
        <w:t>答案：C</w:t>
      </w:r>
      <w:r>
        <w:rPr>
          <w:rFonts w:ascii="宋体" w:eastAsia="宋体" w:hAnsi="宋体"/>
          <w:color w:val="808080"/>
          <w:sz w:val="21"/>
        </w:rPr>
        <w:t xml:space="preserve">    欧洲极大望远镜（E-ELT）建设地点在智利，而非夏威夷，因此C选项说法不正确。</w:t>
      </w:r>
    </w:p>
    <w:p w14:paraId="154DA3E2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lastRenderedPageBreak/>
        <w:t>30、</w:t>
      </w:r>
      <w:r>
        <w:rPr>
          <w:rFonts w:ascii="宋体" w:eastAsia="宋体" w:hAnsi="宋体"/>
          <w:b/>
          <w:color w:val="CC0000"/>
          <w:sz w:val="24"/>
        </w:rPr>
        <w:t>答案：A</w:t>
      </w:r>
      <w:r>
        <w:rPr>
          <w:rFonts w:ascii="宋体" w:eastAsia="宋体" w:hAnsi="宋体"/>
          <w:color w:val="808080"/>
          <w:sz w:val="21"/>
        </w:rPr>
        <w:t xml:space="preserve">    Ia型超新星可以作为测量星系距离的标准烛光，因其具有较为一致的最大光度。</w:t>
      </w:r>
    </w:p>
    <w:p w14:paraId="5E94DDDB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31、</w:t>
      </w:r>
      <w:r>
        <w:rPr>
          <w:rFonts w:ascii="宋体" w:eastAsia="宋体" w:hAnsi="宋体"/>
          <w:b/>
          <w:color w:val="CC0000"/>
          <w:sz w:val="24"/>
        </w:rPr>
        <w:t>答案：B</w:t>
      </w:r>
      <w:r>
        <w:rPr>
          <w:rFonts w:ascii="宋体" w:eastAsia="宋体" w:hAnsi="宋体"/>
          <w:color w:val="808080"/>
          <w:sz w:val="21"/>
        </w:rPr>
        <w:t xml:space="preserve">    AAO不属于三大国际天文奥林匹克赛事。三大赛事为IAO（国际）、APAO（亚太）、IOAA（国际奥林匹克）。</w:t>
      </w:r>
    </w:p>
    <w:p w14:paraId="101002B6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32、</w:t>
      </w:r>
      <w:r>
        <w:rPr>
          <w:rFonts w:ascii="宋体" w:eastAsia="宋体" w:hAnsi="宋体"/>
          <w:b/>
          <w:color w:val="CC0000"/>
          <w:sz w:val="24"/>
        </w:rPr>
        <w:t>答案：A</w:t>
      </w:r>
      <w:r>
        <w:rPr>
          <w:rFonts w:ascii="宋体" w:eastAsia="宋体" w:hAnsi="宋体"/>
          <w:color w:val="808080"/>
          <w:sz w:val="21"/>
        </w:rPr>
        <w:t xml:space="preserve">    M42是发射星云，光谱以氢、氧等原子的发射线为主，连续谱很弱；流星在高空烧蚀发光时同样是原子发射线（钙、镁、钠、铁等），两者同属“亮线光谱”。M31和太阳是恒星光谱（以吸收线为主），M57是行星状星云、谱线以高电离的[OⅢ]禁线为主，激发条件与M42差别较大，故选A。</w:t>
      </w:r>
    </w:p>
    <w:p w14:paraId="5144C606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33、</w:t>
      </w:r>
      <w:r>
        <w:rPr>
          <w:rFonts w:ascii="宋体" w:eastAsia="宋体" w:hAnsi="宋体"/>
          <w:b/>
          <w:color w:val="CC0000"/>
          <w:sz w:val="24"/>
        </w:rPr>
        <w:t>答案：C</w:t>
      </w:r>
      <w:r>
        <w:rPr>
          <w:rFonts w:ascii="宋体" w:eastAsia="宋体" w:hAnsi="宋体"/>
          <w:color w:val="808080"/>
          <w:sz w:val="21"/>
        </w:rPr>
        <w:t xml:space="preserve">    超新星爆发后光度缓慢下降的主要能量来源是放射性元素（如镍-56、钴-56）的衰变。</w:t>
      </w:r>
    </w:p>
    <w:p w14:paraId="566DC013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34、</w:t>
      </w:r>
      <w:r>
        <w:rPr>
          <w:rFonts w:ascii="宋体" w:eastAsia="宋体" w:hAnsi="宋体"/>
          <w:b/>
          <w:color w:val="CC0000"/>
          <w:sz w:val="24"/>
        </w:rPr>
        <w:t>答案：C</w:t>
      </w:r>
      <w:r>
        <w:rPr>
          <w:rFonts w:ascii="宋体" w:eastAsia="宋体" w:hAnsi="宋体"/>
          <w:color w:val="808080"/>
          <w:sz w:val="21"/>
        </w:rPr>
        <w:t xml:space="preserve">    由距离模数 m-M=5lgd-5，得 15-0.7=5lgd-5，lgd=3.86，d≈7.2×10³秒差距，四个选项中最接近8000秒差距，故选C。</w:t>
      </w:r>
    </w:p>
    <w:p w14:paraId="4B6E8852" w14:textId="77777777" w:rsidR="00525D87" w:rsidRDefault="00000000">
      <w:pPr>
        <w:spacing w:after="120" w:line="336" w:lineRule="auto"/>
      </w:pPr>
      <w:r>
        <w:rPr>
          <w:rFonts w:ascii="宋体" w:eastAsia="宋体" w:hAnsi="宋体"/>
          <w:b/>
          <w:sz w:val="24"/>
        </w:rPr>
        <w:t>35、</w:t>
      </w:r>
      <w:r>
        <w:rPr>
          <w:rFonts w:ascii="宋体" w:eastAsia="宋体" w:hAnsi="宋体"/>
          <w:b/>
          <w:color w:val="CC0000"/>
          <w:sz w:val="24"/>
        </w:rPr>
        <w:t>答案：A</w:t>
      </w:r>
      <w:r>
        <w:rPr>
          <w:rFonts w:ascii="宋体" w:eastAsia="宋体" w:hAnsi="宋体"/>
          <w:color w:val="808080"/>
          <w:sz w:val="21"/>
        </w:rPr>
        <w:t xml:space="preserve">    地球同步轨道卫星高度约36000km，远高于太阳同步轨道（600-800km）、哈勃（540km）和国际空间站（400km）。</w:t>
      </w:r>
    </w:p>
    <w:p w14:paraId="6A708F72" w14:textId="77777777" w:rsidR="00525D87" w:rsidRDefault="00525D87">
      <w:pPr>
        <w:spacing w:after="80" w:line="360" w:lineRule="auto"/>
      </w:pPr>
    </w:p>
    <w:p w14:paraId="7B3C0A90" w14:textId="77777777" w:rsidR="00525D87" w:rsidRDefault="00000000">
      <w:pPr>
        <w:spacing w:before="160" w:after="120" w:line="360" w:lineRule="auto"/>
      </w:pPr>
      <w:r>
        <w:rPr>
          <w:rFonts w:ascii="宋体" w:eastAsia="宋体" w:hAnsi="宋体"/>
          <w:color w:val="808080"/>
          <w:sz w:val="20"/>
        </w:rPr>
        <w:t>注：第26题有争议。参见叶泉志博士的文章《一颗彗星能产生多少个流星雨？》</w:t>
      </w:r>
    </w:p>
    <w:p w14:paraId="496E23B5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color w:val="808080"/>
          <w:sz w:val="20"/>
        </w:rPr>
        <w:t>全国中学生天文奥赛组委会拥有最终解释权。</w:t>
      </w:r>
    </w:p>
    <w:p w14:paraId="215CB817" w14:textId="77777777" w:rsidR="00525D87" w:rsidRDefault="00000000">
      <w:pPr>
        <w:spacing w:after="80" w:line="360" w:lineRule="auto"/>
      </w:pPr>
      <w:r>
        <w:rPr>
          <w:rFonts w:ascii="宋体" w:eastAsia="宋体" w:hAnsi="宋体"/>
          <w:color w:val="808080"/>
          <w:sz w:val="20"/>
        </w:rPr>
        <w:t>北京天文馆 / 全国中学生天文奥赛组委会</w:t>
      </w:r>
    </w:p>
    <w:sectPr w:rsidR="00525D87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9348903">
    <w:abstractNumId w:val="8"/>
  </w:num>
  <w:num w:numId="2" w16cid:durableId="619537416">
    <w:abstractNumId w:val="6"/>
  </w:num>
  <w:num w:numId="3" w16cid:durableId="1887375361">
    <w:abstractNumId w:val="5"/>
  </w:num>
  <w:num w:numId="4" w16cid:durableId="1446803995">
    <w:abstractNumId w:val="4"/>
  </w:num>
  <w:num w:numId="5" w16cid:durableId="554006160">
    <w:abstractNumId w:val="7"/>
  </w:num>
  <w:num w:numId="6" w16cid:durableId="154957972">
    <w:abstractNumId w:val="3"/>
  </w:num>
  <w:num w:numId="7" w16cid:durableId="1199733589">
    <w:abstractNumId w:val="2"/>
  </w:num>
  <w:num w:numId="8" w16cid:durableId="1456829577">
    <w:abstractNumId w:val="1"/>
  </w:num>
  <w:num w:numId="9" w16cid:durableId="1013344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4F64"/>
    <w:rsid w:val="0015074B"/>
    <w:rsid w:val="0029639D"/>
    <w:rsid w:val="00326F90"/>
    <w:rsid w:val="00525D87"/>
    <w:rsid w:val="005B312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0AC2EB"/>
  <w14:defaultImageDpi w14:val="300"/>
  <w15:docId w15:val="{5DD80C49-3367-42C4-ACB4-DA96A229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zh f</cp:lastModifiedBy>
  <cp:revision>2</cp:revision>
  <dcterms:created xsi:type="dcterms:W3CDTF">2013-12-23T23:15:00Z</dcterms:created>
  <dcterms:modified xsi:type="dcterms:W3CDTF">2026-10-27T05:41:00Z</dcterms:modified>
  <cp:category/>
</cp:coreProperties>
</file>