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黑体" w:hAnsi="黑体" w:eastAsia="黑体"/>
          <w:b/>
          <w:sz w:val="32"/>
        </w:rPr>
        <w:t>济南 2016年浙江省中学生天文奥林匹克竞赛预赛试题</w:t>
      </w:r>
    </w:p>
    <w:p>
      <w:r>
        <w:rPr>
          <w:b/>
          <w:sz w:val="24"/>
        </w:rPr>
        <w:t>【注意事项】请务必仔细阅读：</w:t>
      </w:r>
    </w:p>
    <w:p>
      <w:pPr>
        <w:spacing w:after="80" w:line="360" w:lineRule="exact"/>
      </w:pPr>
      <w:r>
        <w:rPr>
          <w:sz w:val="21"/>
        </w:rPr>
        <w:t>1.每位考生会拿到一张预赛试卷和一张答卷。试卷和答卷都需要逐题填写，并且填写的内容必须完全一致。试卷和答卷填写内容不一致的题目每题得-4分。</w:t>
      </w:r>
    </w:p>
    <w:p>
      <w:pPr>
        <w:spacing w:after="80" w:line="360" w:lineRule="exact"/>
      </w:pPr>
      <w:r>
        <w:rPr>
          <w:sz w:val="21"/>
        </w:rPr>
        <w:t>2.低年组考生只答本卷的01-30题，高年组考生只答06-35题。</w:t>
      </w:r>
    </w:p>
    <w:p>
      <w:pPr>
        <w:spacing w:after="80" w:line="360" w:lineRule="exact"/>
      </w:pPr>
      <w:r>
        <w:rPr>
          <w:sz w:val="21"/>
        </w:rPr>
        <w:t>3.本卷为闭卷考试，请答卷人按照自己的真实水平独立完成答卷，并认真、完整地用签字笔在答卷上填写有关信息、选择试卷类型（见本注意事项之前的第二项：组别），并在相应题号下书写每道题的答案。未按要求填涂的取消考试成绩。考试开始30分钟之后才可交卷，并在不影响其他考试答题的情况下安静离开考场，否则取消考试成绩。在监考老师宣布考试结束时，该考场所有考生应停止答卷，将试卷和答卷放在桌上，保持安静离开考场。</w:t>
      </w:r>
    </w:p>
    <w:p>
      <w:pPr>
        <w:spacing w:after="80" w:line="360" w:lineRule="exact"/>
      </w:pPr>
      <w:r>
        <w:rPr>
          <w:sz w:val="21"/>
        </w:rPr>
        <w:t>4.每题选择一个最接近正确的答案。将对应的字母（A,B,C,D之一）填在试卷上并填涂在答卷该题号下方的对应出。不会做的题目不选。已填涂的答案如需改正，请用橡皮将原答案尽量擦除干净。每道题答对得4分，答错或多选得-4分，不选得0分。满分120分。草稿可写在试卷"草稿区"处。</w:t>
      </w:r>
    </w:p>
    <w:p>
      <w:pPr>
        <w:spacing w:before="240" w:after="240"/>
      </w:pPr>
      <w:r>
        <w:rPr>
          <w:sz w:val="24"/>
        </w:rPr>
        <w:t>姓名：________  年级：________  班级：________  得分：________</w:t>
      </w:r>
    </w:p>
    <w:p/>
    <w:p>
      <w:pPr>
        <w:spacing w:before="120" w:after="40" w:line="400" w:lineRule="exact"/>
      </w:pPr>
      <w:r>
        <w:rPr>
          <w:sz w:val="24"/>
        </w:rPr>
        <w:t>1、“北斗七星”属于什么星座</w:t>
      </w:r>
    </w:p>
    <w:p>
      <w:pPr>
        <w:spacing w:after="80" w:line="360" w:lineRule="exact"/>
      </w:pPr>
      <w:r>
        <w:rPr>
          <w:sz w:val="22"/>
        </w:rPr>
        <w:t>A、小熊座    B、大熊座    C、仙女座    D、御夫座</w:t>
      </w:r>
    </w:p>
    <w:p>
      <w:pPr>
        <w:spacing w:before="120" w:after="40" w:line="400" w:lineRule="exact"/>
      </w:pPr>
      <w:r>
        <w:rPr>
          <w:sz w:val="24"/>
        </w:rPr>
        <w:t>2、下面哪一个天文学家最先发现了天王星</w:t>
      </w:r>
    </w:p>
    <w:p>
      <w:pPr>
        <w:spacing w:after="80" w:line="360" w:lineRule="exact"/>
      </w:pPr>
      <w:r>
        <w:rPr>
          <w:sz w:val="22"/>
        </w:rPr>
        <w:t>A、哥白尼    B、伽利略    C、威廉·赫歇尔    D、爱德温·哈勃</w:t>
      </w:r>
    </w:p>
    <w:p>
      <w:pPr>
        <w:spacing w:before="120" w:after="40" w:line="400" w:lineRule="exact"/>
      </w:pPr>
      <w:r>
        <w:rPr>
          <w:sz w:val="24"/>
        </w:rPr>
        <w:t>3、从地球上看，太阳绕地球公转的轨道平面与天球相交的大圆称为</w:t>
      </w:r>
    </w:p>
    <w:p>
      <w:pPr>
        <w:spacing w:after="80" w:line="360" w:lineRule="exact"/>
      </w:pPr>
      <w:r>
        <w:rPr>
          <w:sz w:val="22"/>
        </w:rPr>
        <w:t>A、黄道    B、白道    C、赤道    D、天赤道</w:t>
      </w:r>
    </w:p>
    <w:p>
      <w:pPr>
        <w:spacing w:before="120" w:after="40" w:line="400" w:lineRule="exact"/>
      </w:pPr>
      <w:r>
        <w:rPr>
          <w:sz w:val="24"/>
        </w:rPr>
        <w:t>4、今天晚上（9月17日），在杭州观测，看不到下面哪一颗行星</w:t>
      </w:r>
    </w:p>
    <w:p>
      <w:pPr>
        <w:spacing w:after="80" w:line="360" w:lineRule="exact"/>
      </w:pPr>
      <w:r>
        <w:rPr>
          <w:sz w:val="22"/>
        </w:rPr>
        <w:t>A、火星    B、金星    C、木星    D、土星</w:t>
      </w:r>
    </w:p>
    <w:p>
      <w:pPr>
        <w:spacing w:before="120" w:after="40" w:line="400" w:lineRule="exact"/>
      </w:pPr>
      <w:r>
        <w:rPr>
          <w:sz w:val="24"/>
        </w:rPr>
        <w:t>5、“北半球三大流星雨”之一的英仙座流星雨，发生在什么时候</w:t>
      </w:r>
    </w:p>
    <w:p>
      <w:pPr>
        <w:spacing w:after="80" w:line="360" w:lineRule="exact"/>
      </w:pPr>
      <w:r>
        <w:rPr>
          <w:sz w:val="22"/>
        </w:rPr>
        <w:t>A、8月中旬左右    B、9月中旬左右    C、10月中旬左右    D、11月中旬左右</w:t>
      </w:r>
    </w:p>
    <w:p>
      <w:pPr>
        <w:spacing w:before="120" w:after="40" w:line="400" w:lineRule="exact"/>
      </w:pPr>
      <w:r>
        <w:rPr>
          <w:sz w:val="24"/>
        </w:rPr>
        <w:t>6、2016年6月25日，我国在海南文昌发射中心成功发射了一颗新一代大型运输火箭，请问它是</w:t>
      </w:r>
    </w:p>
    <w:p>
      <w:pPr>
        <w:spacing w:after="80" w:line="360" w:lineRule="exact"/>
      </w:pPr>
      <w:r>
        <w:rPr>
          <w:sz w:val="22"/>
        </w:rPr>
        <w:t>A、长征二号丙    B、长征五号    C、长征七号    D、长征九号</w:t>
      </w:r>
    </w:p>
    <w:p>
      <w:pPr>
        <w:spacing w:before="120" w:after="40" w:line="400" w:lineRule="exact"/>
      </w:pPr>
      <w:r>
        <w:rPr>
          <w:sz w:val="24"/>
        </w:rPr>
        <w:t>7、今天凌晨，有一个特殊的天象，请问它是</w:t>
      </w:r>
    </w:p>
    <w:p>
      <w:pPr>
        <w:spacing w:after="80" w:line="360" w:lineRule="exact"/>
      </w:pPr>
      <w:r>
        <w:rPr>
          <w:sz w:val="22"/>
        </w:rPr>
        <w:t>A、半影月食    B、御夫座流星雨极大    C、金星合月    D、木星冲日</w:t>
      </w:r>
    </w:p>
    <w:p>
      <w:pPr>
        <w:spacing w:before="120" w:after="40" w:line="400" w:lineRule="exact"/>
      </w:pPr>
      <w:r>
        <w:rPr>
          <w:sz w:val="24"/>
        </w:rPr>
        <w:t>8、今年夏天，位于贵州的，世界最大单口径射电望远镜FAST主题工程完工，请问它的口径是多少</w:t>
      </w:r>
    </w:p>
    <w:p>
      <w:pPr>
        <w:spacing w:after="80" w:line="360" w:lineRule="exact"/>
      </w:pPr>
      <w:r>
        <w:rPr>
          <w:sz w:val="22"/>
        </w:rPr>
        <w:t>A、100m    B、200m    C、300m    D、500m</w:t>
      </w:r>
    </w:p>
    <w:p>
      <w:pPr>
        <w:spacing w:before="120" w:after="40" w:line="400" w:lineRule="exact"/>
      </w:pPr>
      <w:r>
        <w:rPr>
          <w:sz w:val="24"/>
        </w:rPr>
        <w:t>9、美国NASA发射的探测器“朱诺”，长途跋涉，终于在今年7月到达它的目的地，请问它的目的地是</w:t>
      </w:r>
    </w:p>
    <w:p>
      <w:pPr>
        <w:spacing w:after="80" w:line="360" w:lineRule="exact"/>
      </w:pPr>
      <w:r>
        <w:rPr>
          <w:sz w:val="22"/>
        </w:rPr>
        <w:t>A、火星    B、木星    C、土星    D、天王星</w:t>
      </w:r>
    </w:p>
    <w:p>
      <w:pPr>
        <w:spacing w:before="120" w:after="40" w:line="400" w:lineRule="exact"/>
      </w:pPr>
      <w:r>
        <w:rPr>
          <w:sz w:val="24"/>
        </w:rPr>
        <w:t>10、（第10题缺）</w:t>
      </w:r>
    </w:p>
    <w:p>
      <w:pPr>
        <w:spacing w:before="120" w:after="40" w:line="400" w:lineRule="exact"/>
      </w:pPr>
      <w:r>
        <w:rPr>
          <w:sz w:val="24"/>
        </w:rPr>
        <w:t>11、2018年（  ）空间望远镜将发射升空，以替代哈勃空间望远镜</w:t>
      </w:r>
    </w:p>
    <w:p>
      <w:pPr>
        <w:spacing w:after="80" w:line="360" w:lineRule="exact"/>
      </w:pPr>
      <w:r>
        <w:rPr>
          <w:sz w:val="22"/>
        </w:rPr>
        <w:t>A、开普勒    B、赫歇尔    C、詹姆斯韦伯    D、伽利略</w:t>
      </w:r>
    </w:p>
    <w:p>
      <w:pPr>
        <w:spacing w:before="120" w:after="40" w:line="400" w:lineRule="exact"/>
      </w:pPr>
      <w:r>
        <w:rPr>
          <w:sz w:val="24"/>
        </w:rPr>
        <w:t>12、2016年8月16日，我国发射了世界首颗量子科学实验卫星，请问它的名字是</w:t>
      </w:r>
    </w:p>
    <w:p>
      <w:pPr>
        <w:spacing w:after="80" w:line="360" w:lineRule="exact"/>
      </w:pPr>
      <w:r>
        <w:rPr>
          <w:sz w:val="22"/>
        </w:rPr>
        <w:t>A、老子号    B、墨子号    C、孟子号    D、孔子号</w:t>
      </w:r>
    </w:p>
    <w:p>
      <w:pPr>
        <w:spacing w:before="120" w:after="40" w:line="400" w:lineRule="exact"/>
      </w:pPr>
      <w:r>
        <w:rPr>
          <w:sz w:val="24"/>
        </w:rPr>
        <w:t>13、水星凌日发生在今年的什么时候</w:t>
      </w:r>
    </w:p>
    <w:p>
      <w:pPr>
        <w:spacing w:after="80" w:line="360" w:lineRule="exact"/>
      </w:pPr>
      <w:r>
        <w:rPr>
          <w:sz w:val="22"/>
        </w:rPr>
        <w:t>A、3月26日    B、5月9日    C、7月10日    D、9月20日</w:t>
      </w:r>
    </w:p>
    <w:p>
      <w:pPr>
        <w:spacing w:before="120" w:after="40" w:line="400" w:lineRule="exact"/>
      </w:pPr>
      <w:r>
        <w:rPr>
          <w:sz w:val="24"/>
        </w:rPr>
        <w:t>14、以下哪两个星座并不相邻？</w:t>
      </w:r>
    </w:p>
    <w:p>
      <w:pPr>
        <w:spacing w:after="80" w:line="360" w:lineRule="exact"/>
      </w:pPr>
      <w:r>
        <w:rPr>
          <w:sz w:val="22"/>
        </w:rPr>
        <w:t>A、天龙座与天琴座    B、英仙座与御夫座    C、双鱼座与南鱼座    D、白羊座与金牛座</w:t>
      </w:r>
    </w:p>
    <w:p>
      <w:pPr>
        <w:spacing w:before="120" w:after="40" w:line="400" w:lineRule="exact"/>
      </w:pPr>
      <w:r>
        <w:rPr>
          <w:sz w:val="24"/>
        </w:rPr>
        <w:t>15、以下角距离最近的两颗恒星是</w:t>
      </w:r>
    </w:p>
    <w:p>
      <w:pPr>
        <w:spacing w:after="80" w:line="360" w:lineRule="exact"/>
      </w:pPr>
      <w:r>
        <w:rPr>
          <w:sz w:val="22"/>
        </w:rPr>
        <w:t>A、织女星-天津四    B、天狼星-毕宿五    C、牛郎星-织女星    D、轩辕十四-勾陈一</w:t>
      </w:r>
    </w:p>
    <w:p>
      <w:pPr>
        <w:spacing w:before="120" w:after="40" w:line="400" w:lineRule="exact"/>
      </w:pPr>
      <w:r>
        <w:rPr>
          <w:sz w:val="24"/>
        </w:rPr>
        <w:t>16、下列天体和星座对应关系不正确的是</w:t>
      </w:r>
    </w:p>
    <w:p>
      <w:pPr>
        <w:spacing w:after="80" w:line="360" w:lineRule="exact"/>
      </w:pPr>
      <w:r>
        <w:rPr>
          <w:sz w:val="22"/>
        </w:rPr>
        <w:t>A、M45 金牛座    B、M81 小熊座    C、M78 猎户座    D、M31 仙女座</w:t>
      </w:r>
    </w:p>
    <w:p>
      <w:pPr>
        <w:spacing w:before="120" w:after="40" w:line="400" w:lineRule="exact"/>
      </w:pPr>
      <w:r>
        <w:rPr>
          <w:sz w:val="24"/>
        </w:rPr>
        <w:t>17、以下哪颗星不属于冬季六边形</w:t>
      </w:r>
    </w:p>
    <w:p>
      <w:pPr>
        <w:spacing w:after="80" w:line="360" w:lineRule="exact"/>
      </w:pPr>
      <w:r>
        <w:rPr>
          <w:sz w:val="22"/>
        </w:rPr>
        <w:t>A、天狼星    B、毕宿五    C、南河三    D、参宿四</w:t>
      </w:r>
    </w:p>
    <w:p>
      <w:pPr>
        <w:spacing w:before="120" w:after="40" w:line="400" w:lineRule="exact"/>
      </w:pPr>
      <w:r>
        <w:rPr>
          <w:sz w:val="24"/>
        </w:rPr>
        <w:t>18、关于彗星，下列说法错误的是</w:t>
      </w:r>
    </w:p>
    <w:p>
      <w:pPr>
        <w:spacing w:after="80" w:line="360" w:lineRule="exact"/>
      </w:pPr>
      <w:r>
        <w:rPr>
          <w:sz w:val="22"/>
        </w:rPr>
        <w:t>A、尘埃尾是由微尘组成，一般是弯曲的    B、离子尾是由离子气体组成，一般是直的    C、彗尾的长度、形状有很大程度上受太阳风的影响    D、大部分彗星都只有一种彗尾</w:t>
      </w:r>
    </w:p>
    <w:p>
      <w:pPr>
        <w:spacing w:before="120" w:after="40" w:line="400" w:lineRule="exact"/>
      </w:pPr>
      <w:r>
        <w:rPr>
          <w:sz w:val="24"/>
        </w:rPr>
        <w:t>19、今年，火星在星宿二附近，发生了“荧惑守心”的现象，请问其中的“守”，指的是行星的那种现象？</w:t>
      </w:r>
    </w:p>
    <w:p>
      <w:pPr>
        <w:spacing w:after="80" w:line="360" w:lineRule="exact"/>
      </w:pPr>
      <w:r>
        <w:rPr>
          <w:sz w:val="22"/>
        </w:rPr>
        <w:t>A、冲日    B、大距    C、逆行    D、留</w:t>
      </w:r>
    </w:p>
    <w:p>
      <w:pPr>
        <w:spacing w:before="120" w:after="40" w:line="400" w:lineRule="exact"/>
      </w:pPr>
      <w:r>
        <w:rPr>
          <w:sz w:val="24"/>
        </w:rPr>
        <w:t>20、木星的四颗伽利略卫星，哪一颗体积最大</w:t>
      </w:r>
    </w:p>
    <w:p>
      <w:pPr>
        <w:spacing w:after="80" w:line="360" w:lineRule="exact"/>
      </w:pPr>
      <w:r>
        <w:rPr>
          <w:sz w:val="22"/>
        </w:rPr>
        <w:t>A、木卫一    B、木卫二    C、木卫三    D、木卫四</w:t>
      </w:r>
    </w:p>
    <w:p>
      <w:pPr>
        <w:spacing w:before="120" w:after="40" w:line="400" w:lineRule="exact"/>
      </w:pPr>
      <w:r>
        <w:rPr>
          <w:sz w:val="24"/>
        </w:rPr>
        <w:t>21、哈雷彗星的周期是多少</w:t>
      </w:r>
    </w:p>
    <w:p>
      <w:pPr>
        <w:spacing w:after="80" w:line="360" w:lineRule="exact"/>
      </w:pPr>
      <w:r>
        <w:rPr>
          <w:sz w:val="22"/>
        </w:rPr>
        <w:t>A、37年    B、76年    C、81年    D、190年</w:t>
      </w:r>
    </w:p>
    <w:p>
      <w:pPr>
        <w:spacing w:before="120" w:after="40" w:line="400" w:lineRule="exact"/>
      </w:pPr>
      <w:r>
        <w:rPr>
          <w:sz w:val="24"/>
        </w:rPr>
        <w:t>22、以下哪一个单位最大</w:t>
      </w:r>
    </w:p>
    <w:p>
      <w:pPr>
        <w:spacing w:after="80" w:line="360" w:lineRule="exact"/>
      </w:pPr>
      <w:r>
        <w:rPr>
          <w:sz w:val="22"/>
        </w:rPr>
        <w:t>A、天文单位    B、光年    C、秒差距    D、千米</w:t>
      </w:r>
    </w:p>
    <w:p>
      <w:pPr>
        <w:spacing w:before="120" w:after="40" w:line="400" w:lineRule="exact"/>
      </w:pPr>
      <w:r>
        <w:rPr>
          <w:sz w:val="24"/>
        </w:rPr>
        <w:t>23、我们平常见到的太阳盘面，明亮耀眼，是太阳大气的哪层</w:t>
      </w:r>
    </w:p>
    <w:p>
      <w:pPr>
        <w:spacing w:after="80" w:line="360" w:lineRule="exact"/>
      </w:pPr>
      <w:r>
        <w:rPr>
          <w:sz w:val="22"/>
        </w:rPr>
        <w:t>A、光球层    B、色球层    C、日冕层    D、磁球层</w:t>
      </w:r>
    </w:p>
    <w:p>
      <w:pPr>
        <w:spacing w:before="120" w:after="40" w:line="400" w:lineRule="exact"/>
      </w:pPr>
      <w:r>
        <w:rPr>
          <w:sz w:val="24"/>
        </w:rPr>
        <w:t>24、天上，星星的颜色是不一样的，比如心宿二、大角、织女以及角宿一。请问哪一颗星星的表面温度最高</w:t>
      </w:r>
    </w:p>
    <w:p>
      <w:pPr>
        <w:spacing w:after="80" w:line="360" w:lineRule="exact"/>
      </w:pPr>
      <w:r>
        <w:rPr>
          <w:sz w:val="22"/>
        </w:rPr>
        <w:t>A、心宿二    B、大角    C、织女    D、角宿一</w:t>
      </w:r>
    </w:p>
    <w:p>
      <w:pPr>
        <w:spacing w:before="120" w:after="40" w:line="400" w:lineRule="exact"/>
      </w:pPr>
      <w:r>
        <w:rPr>
          <w:sz w:val="24"/>
        </w:rPr>
        <w:t>25、北落师门是指哪一颗亮星</w:t>
      </w:r>
    </w:p>
    <w:p>
      <w:pPr>
        <w:spacing w:after="80" w:line="360" w:lineRule="exact"/>
      </w:pPr>
      <w:r>
        <w:rPr>
          <w:sz w:val="22"/>
        </w:rPr>
        <w:t>A、狮子座α    B、金牛座α    C、牧夫座α    D、南鱼座α</w:t>
      </w:r>
    </w:p>
    <w:p>
      <w:pPr>
        <w:spacing w:before="120" w:after="40" w:line="400" w:lineRule="exact"/>
      </w:pPr>
      <w:r>
        <w:rPr>
          <w:sz w:val="24"/>
        </w:rPr>
        <w:t>26、杜甫《赠卫八处士》诗中有“人生不相见，动如参与商”，用参宿和商宿此起彼落，不能同时见到，比拟人生中挚友分散难得相见。其中参宿在猎户座，那么商宿在哪里</w:t>
      </w:r>
    </w:p>
    <w:p>
      <w:pPr>
        <w:spacing w:after="80" w:line="360" w:lineRule="exact"/>
      </w:pPr>
      <w:r>
        <w:rPr>
          <w:sz w:val="22"/>
        </w:rPr>
        <w:t>A、双鱼座    B、天蝎座    C、室女座    D、金牛座</w:t>
      </w:r>
    </w:p>
    <w:p>
      <w:pPr>
        <w:spacing w:before="120" w:after="40" w:line="400" w:lineRule="exact"/>
      </w:pPr>
      <w:r>
        <w:rPr>
          <w:sz w:val="24"/>
        </w:rPr>
        <w:t>27、马头星云以其惟妙惟肖的马头形状著称，它形成的原因是</w:t>
      </w:r>
    </w:p>
    <w:p>
      <w:pPr>
        <w:spacing w:after="80" w:line="360" w:lineRule="exact"/>
      </w:pPr>
      <w:r>
        <w:rPr>
          <w:sz w:val="22"/>
        </w:rPr>
        <w:t>A、星云中发光物质轮廓形似马头    B、星云中低温的尘埃和气体对背景光的吸收    C、发光星云中有一块空的区域没有物质，形似马头    D、气体原因</w:t>
      </w:r>
    </w:p>
    <w:p>
      <w:pPr>
        <w:spacing w:before="120" w:after="40" w:line="400" w:lineRule="exact"/>
      </w:pPr>
      <w:r>
        <w:rPr>
          <w:sz w:val="24"/>
        </w:rPr>
        <w:t>28、如果用望远镜来观测月球，那么下列哪一种目镜和物镜的搭配，可以使得看到的月球最大</w:t>
      </w:r>
    </w:p>
    <w:p>
      <w:pPr>
        <w:spacing w:after="80" w:line="360" w:lineRule="exact"/>
      </w:pPr>
      <w:r>
        <w:rPr>
          <w:sz w:val="22"/>
        </w:rPr>
        <w:t>A、物镜焦距386mm 目镜焦距22mm    B、物镜焦距530mm 目镜焦距10mm    C、物镜焦距2032mm 目镜焦距25mm    D、物镜焦距750mm 目镜焦距13mm</w:t>
      </w:r>
    </w:p>
    <w:p>
      <w:pPr>
        <w:spacing w:before="120" w:after="40" w:line="400" w:lineRule="exact"/>
      </w:pPr>
      <w:r>
        <w:rPr>
          <w:sz w:val="24"/>
        </w:rPr>
        <w:t>29、如果使用单反相机来拍摄银河，用以下哪一组参数拍摄，可以得到最亮的银河</w:t>
      </w:r>
    </w:p>
    <w:p>
      <w:pPr>
        <w:spacing w:after="80" w:line="360" w:lineRule="exact"/>
      </w:pPr>
      <w:r>
        <w:rPr>
          <w:sz w:val="22"/>
        </w:rPr>
        <w:t>A、ISO 400，曝光30S，光圈2.8    B、ISO 6400，曝光1S，光圈1.4    C、ISO 3200，曝光5S，光圈2.8    D、ISO 1600，曝光10S，光圈4</w:t>
      </w:r>
    </w:p>
    <w:p>
      <w:pPr>
        <w:spacing w:before="120" w:after="40" w:line="400" w:lineRule="exact"/>
      </w:pPr>
      <w:r>
        <w:rPr>
          <w:sz w:val="24"/>
        </w:rPr>
        <w:t>30、50亿年之后，太阳会演变为下列哪种天体</w:t>
      </w:r>
    </w:p>
    <w:p>
      <w:pPr>
        <w:spacing w:after="80" w:line="360" w:lineRule="exact"/>
      </w:pPr>
      <w:r>
        <w:rPr>
          <w:sz w:val="22"/>
        </w:rPr>
        <w:t>A、白矮星    B、黑洞    C、行星状星云    D、超新星</w:t>
      </w:r>
    </w:p>
    <w:p>
      <w:pPr>
        <w:spacing w:before="120" w:after="40" w:line="400" w:lineRule="exact"/>
      </w:pPr>
      <w:r>
        <w:rPr>
          <w:sz w:val="24"/>
        </w:rPr>
        <w:t>31、下列哪个现象不是由大气影响造成的</w:t>
      </w:r>
    </w:p>
    <w:p>
      <w:pPr>
        <w:spacing w:after="80" w:line="360" w:lineRule="exact"/>
      </w:pPr>
      <w:r>
        <w:rPr>
          <w:sz w:val="22"/>
        </w:rPr>
        <w:t>A、望远镜高倍目镜中月面边缘的抖动    B、晴夜，织女星在地平附近比在天顶附近暗    C、初升的月亮看起来比在头顶时要大些    D、望远镜中总是看到星像的一边偏红，一边偏蓝</w:t>
      </w:r>
    </w:p>
    <w:p>
      <w:pPr>
        <w:spacing w:before="120" w:after="40" w:line="400" w:lineRule="exact"/>
      </w:pPr>
      <w:r>
        <w:rPr>
          <w:sz w:val="24"/>
        </w:rPr>
        <w:t>32、有了望远镜，我们可以看到很多我们肉眼看不到的星。请问如果有一个口径50mm的双筒望远镜，我们可以看到最暗几等星</w:t>
      </w:r>
    </w:p>
    <w:p>
      <w:pPr>
        <w:spacing w:after="80" w:line="360" w:lineRule="exact"/>
      </w:pPr>
      <w:r>
        <w:rPr>
          <w:sz w:val="22"/>
        </w:rPr>
        <w:t>A、1等    B、6等    C、10等    D、15等</w:t>
      </w:r>
    </w:p>
    <w:p>
      <w:pPr>
        <w:spacing w:before="120" w:after="40" w:line="400" w:lineRule="exact"/>
      </w:pPr>
      <w:r>
        <w:rPr>
          <w:sz w:val="24"/>
        </w:rPr>
        <w:t>33、太阳风是从太阳大气中抛射出的高速带电粒子，下面所列哪个现象和太阳风无直接关系</w:t>
      </w:r>
    </w:p>
    <w:p>
      <w:pPr>
        <w:spacing w:after="80" w:line="360" w:lineRule="exact"/>
      </w:pPr>
      <w:r>
        <w:rPr>
          <w:sz w:val="22"/>
        </w:rPr>
        <w:t>A、彗星形成反向太阳延伸的彗尾    B、地球上的极光    C、黄道光    D、地磁场的磁暴</w:t>
      </w:r>
    </w:p>
    <w:p>
      <w:pPr>
        <w:spacing w:before="120" w:after="40" w:line="400" w:lineRule="exact"/>
      </w:pPr>
      <w:r>
        <w:rPr>
          <w:sz w:val="24"/>
        </w:rPr>
        <w:t>34、一颗人造探月飞船进入绕月轨道做圆周运动，距离月球中心2000公里（月球半径1737公里），轨道周期2.2小时，若地球中心恰好位于飞船轨道平面，那么由于月球遮挡，通讯信号会中断多久？（假设电波沿直线传播，不考虑其他效应）</w:t>
      </w:r>
    </w:p>
    <w:p>
      <w:pPr>
        <w:spacing w:after="80" w:line="360" w:lineRule="exact"/>
      </w:pPr>
      <w:r>
        <w:rPr>
          <w:sz w:val="22"/>
        </w:rPr>
        <w:t>A、22分钟    B、45分钟    C、1.2小时    D、1.8小时</w:t>
      </w:r>
    </w:p>
    <w:p>
      <w:pPr>
        <w:spacing w:before="120" w:after="40" w:line="400" w:lineRule="exact"/>
      </w:pPr>
      <w:r>
        <w:rPr>
          <w:sz w:val="24"/>
        </w:rPr>
        <w:t>35、2015年，天文学家有史以来第一次直接探测到引力波事件，这次事件发生于距离地球十几亿光年之外，两个分别为36倍和29倍太阳质量的黑洞，并合为一个（  ）倍太阳质量的黑洞</w:t>
      </w:r>
    </w:p>
    <w:p>
      <w:pPr>
        <w:spacing w:after="80" w:line="360" w:lineRule="exact"/>
      </w:pPr>
      <w:r>
        <w:rPr>
          <w:sz w:val="22"/>
        </w:rPr>
        <w:t>A、47    B、62    C、66    D、71</w:t>
      </w:r>
    </w:p>
    <w:p>
      <w:r>
        <w:br w:type="page"/>
      </w:r>
    </w:p>
    <w:p>
      <w:pPr>
        <w:spacing w:after="240"/>
        <w:jc w:val="center"/>
      </w:pPr>
      <w:r>
        <w:rPr>
          <w:rFonts w:ascii="黑体" w:hAnsi="黑体" w:eastAsia="黑体"/>
          <w:b/>
          <w:sz w:val="32"/>
        </w:rPr>
        <w:t>2016年浙江省中学生天文奥林匹克竞赛预赛试题 答案解析</w:t>
      </w:r>
    </w:p>
    <w:p>
      <w:pPr>
        <w:spacing w:after="80" w:line="440" w:lineRule="exact"/>
      </w:pPr>
      <w:r>
        <w:rPr>
          <w:sz w:val="24"/>
        </w:rPr>
        <w:t xml:space="preserve">1. </w:t>
      </w:r>
      <w:r>
        <w:rPr>
          <w:b/>
          <w:color w:val="CC0000"/>
          <w:sz w:val="24"/>
        </w:rPr>
        <w:t>B</w:t>
      </w:r>
      <w:r>
        <w:rPr>
          <w:sz w:val="24"/>
        </w:rPr>
        <w:t xml:space="preserve">  </w:t>
      </w:r>
      <w:r>
        <w:rPr>
          <w:sz w:val="24"/>
        </w:rPr>
        <w:t xml:space="preserve">2.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3. </w:t>
      </w:r>
      <w:r>
        <w:rPr>
          <w:b/>
          <w:color w:val="CC0000"/>
          <w:sz w:val="24"/>
        </w:rPr>
        <w:t>A</w:t>
      </w:r>
      <w:r>
        <w:rPr>
          <w:sz w:val="24"/>
        </w:rPr>
        <w:t xml:space="preserve">  </w:t>
      </w:r>
      <w:r>
        <w:rPr>
          <w:sz w:val="24"/>
        </w:rPr>
        <w:t xml:space="preserve">4.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5. </w:t>
      </w:r>
      <w:r>
        <w:rPr>
          <w:b/>
          <w:color w:val="CC0000"/>
          <w:sz w:val="24"/>
        </w:rPr>
        <w:t>A</w:t>
      </w:r>
    </w:p>
    <w:p>
      <w:pPr>
        <w:spacing w:after="80" w:line="440" w:lineRule="exact"/>
      </w:pPr>
      <w:r>
        <w:rPr>
          <w:sz w:val="24"/>
        </w:rPr>
        <w:t xml:space="preserve">6.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7. </w:t>
      </w:r>
      <w:r>
        <w:rPr>
          <w:b/>
          <w:color w:val="CC0000"/>
          <w:sz w:val="24"/>
        </w:rPr>
        <w:t>A</w:t>
      </w:r>
      <w:r>
        <w:rPr>
          <w:sz w:val="24"/>
        </w:rPr>
        <w:t xml:space="preserve">  </w:t>
      </w:r>
      <w:r>
        <w:rPr>
          <w:sz w:val="24"/>
        </w:rPr>
        <w:t xml:space="preserve">8. </w:t>
      </w:r>
      <w:r>
        <w:rPr>
          <w:b/>
          <w:color w:val="CC0000"/>
          <w:sz w:val="24"/>
        </w:rPr>
        <w:t>D</w:t>
      </w:r>
      <w:r>
        <w:rPr>
          <w:sz w:val="24"/>
        </w:rPr>
        <w:t xml:space="preserve">  </w:t>
      </w:r>
      <w:r>
        <w:rPr>
          <w:sz w:val="24"/>
        </w:rPr>
        <w:t xml:space="preserve">9. </w:t>
      </w:r>
      <w:r>
        <w:rPr>
          <w:b/>
          <w:color w:val="CC0000"/>
          <w:sz w:val="24"/>
        </w:rPr>
        <w:t>B</w:t>
      </w:r>
      <w:r>
        <w:rPr>
          <w:sz w:val="24"/>
        </w:rPr>
        <w:t xml:space="preserve">  </w:t>
      </w:r>
      <w:r>
        <w:rPr>
          <w:sz w:val="24"/>
        </w:rPr>
        <w:t xml:space="preserve">10. </w:t>
      </w:r>
      <w:r>
        <w:rPr>
          <w:b/>
          <w:color w:val="CC0000"/>
          <w:sz w:val="24"/>
        </w:rPr>
        <w:t>O</w:t>
      </w:r>
    </w:p>
    <w:p>
      <w:pPr>
        <w:spacing w:after="80" w:line="440" w:lineRule="exact"/>
      </w:pPr>
      <w:r>
        <w:rPr>
          <w:sz w:val="24"/>
        </w:rPr>
        <w:t xml:space="preserve">11.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12. </w:t>
      </w:r>
      <w:r>
        <w:rPr>
          <w:b/>
          <w:color w:val="CC0000"/>
          <w:sz w:val="24"/>
        </w:rPr>
        <w:t>B</w:t>
      </w:r>
      <w:r>
        <w:rPr>
          <w:sz w:val="24"/>
        </w:rPr>
        <w:t xml:space="preserve">  </w:t>
      </w:r>
      <w:r>
        <w:rPr>
          <w:sz w:val="24"/>
        </w:rPr>
        <w:t xml:space="preserve">13. </w:t>
      </w:r>
      <w:r>
        <w:rPr>
          <w:b/>
          <w:color w:val="CC0000"/>
          <w:sz w:val="24"/>
        </w:rPr>
        <w:t>B</w:t>
      </w:r>
      <w:r>
        <w:rPr>
          <w:sz w:val="24"/>
        </w:rPr>
        <w:t xml:space="preserve">  </w:t>
      </w:r>
      <w:r>
        <w:rPr>
          <w:sz w:val="24"/>
        </w:rPr>
        <w:t xml:space="preserve">14.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15. </w:t>
      </w:r>
      <w:r>
        <w:rPr>
          <w:b/>
          <w:color w:val="CC0000"/>
          <w:sz w:val="24"/>
        </w:rPr>
        <w:t>A</w:t>
      </w:r>
    </w:p>
    <w:p>
      <w:pPr>
        <w:spacing w:after="80" w:line="440" w:lineRule="exact"/>
      </w:pPr>
      <w:r>
        <w:rPr>
          <w:sz w:val="24"/>
        </w:rPr>
        <w:t xml:space="preserve">16. </w:t>
      </w:r>
      <w:r>
        <w:rPr>
          <w:b/>
          <w:color w:val="CC0000"/>
          <w:sz w:val="24"/>
        </w:rPr>
        <w:t>B</w:t>
      </w:r>
      <w:r>
        <w:rPr>
          <w:sz w:val="24"/>
        </w:rPr>
        <w:t xml:space="preserve">  </w:t>
      </w:r>
      <w:r>
        <w:rPr>
          <w:sz w:val="24"/>
        </w:rPr>
        <w:t xml:space="preserve">17. </w:t>
      </w:r>
      <w:r>
        <w:rPr>
          <w:b/>
          <w:color w:val="CC0000"/>
          <w:sz w:val="24"/>
        </w:rPr>
        <w:t>D</w:t>
      </w:r>
      <w:r>
        <w:rPr>
          <w:sz w:val="24"/>
        </w:rPr>
        <w:t xml:space="preserve">  </w:t>
      </w:r>
      <w:r>
        <w:rPr>
          <w:sz w:val="24"/>
        </w:rPr>
        <w:t xml:space="preserve">18. </w:t>
      </w:r>
      <w:r>
        <w:rPr>
          <w:b/>
          <w:color w:val="CC0000"/>
          <w:sz w:val="24"/>
        </w:rPr>
        <w:t>D</w:t>
      </w:r>
      <w:r>
        <w:rPr>
          <w:sz w:val="24"/>
        </w:rPr>
        <w:t xml:space="preserve">  </w:t>
      </w:r>
      <w:r>
        <w:rPr>
          <w:sz w:val="24"/>
        </w:rPr>
        <w:t xml:space="preserve">19. </w:t>
      </w:r>
      <w:r>
        <w:rPr>
          <w:b/>
          <w:color w:val="CC0000"/>
          <w:sz w:val="24"/>
        </w:rPr>
        <w:t>D</w:t>
      </w:r>
      <w:r>
        <w:rPr>
          <w:sz w:val="24"/>
        </w:rPr>
        <w:t xml:space="preserve">  </w:t>
      </w:r>
      <w:r>
        <w:rPr>
          <w:sz w:val="24"/>
        </w:rPr>
        <w:t xml:space="preserve">20. </w:t>
      </w:r>
      <w:r>
        <w:rPr>
          <w:b/>
          <w:color w:val="CC0000"/>
          <w:sz w:val="24"/>
        </w:rPr>
        <w:t>C</w:t>
      </w:r>
    </w:p>
    <w:p>
      <w:pPr>
        <w:spacing w:after="80" w:line="440" w:lineRule="exact"/>
      </w:pPr>
      <w:r>
        <w:rPr>
          <w:sz w:val="24"/>
        </w:rPr>
        <w:t xml:space="preserve">21. </w:t>
      </w:r>
      <w:r>
        <w:rPr>
          <w:b/>
          <w:color w:val="CC0000"/>
          <w:sz w:val="24"/>
        </w:rPr>
        <w:t>B</w:t>
      </w:r>
      <w:r>
        <w:rPr>
          <w:sz w:val="24"/>
        </w:rPr>
        <w:t xml:space="preserve">  </w:t>
      </w:r>
      <w:r>
        <w:rPr>
          <w:sz w:val="24"/>
        </w:rPr>
        <w:t xml:space="preserve">22.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23. </w:t>
      </w:r>
      <w:r>
        <w:rPr>
          <w:b/>
          <w:color w:val="CC0000"/>
          <w:sz w:val="24"/>
        </w:rPr>
        <w:t>A</w:t>
      </w:r>
      <w:r>
        <w:rPr>
          <w:sz w:val="24"/>
        </w:rPr>
        <w:t xml:space="preserve">  </w:t>
      </w:r>
      <w:r>
        <w:rPr>
          <w:sz w:val="24"/>
        </w:rPr>
        <w:t xml:space="preserve">24. </w:t>
      </w:r>
      <w:r>
        <w:rPr>
          <w:b/>
          <w:color w:val="CC0000"/>
          <w:sz w:val="24"/>
        </w:rPr>
        <w:t>D</w:t>
      </w:r>
      <w:r>
        <w:rPr>
          <w:sz w:val="24"/>
        </w:rPr>
        <w:t xml:space="preserve">  </w:t>
      </w:r>
      <w:r>
        <w:rPr>
          <w:sz w:val="24"/>
        </w:rPr>
        <w:t xml:space="preserve">25. </w:t>
      </w:r>
      <w:r>
        <w:rPr>
          <w:b/>
          <w:color w:val="CC0000"/>
          <w:sz w:val="24"/>
        </w:rPr>
        <w:t>D</w:t>
      </w:r>
    </w:p>
    <w:p>
      <w:pPr>
        <w:spacing w:after="80" w:line="440" w:lineRule="exact"/>
      </w:pPr>
      <w:r>
        <w:rPr>
          <w:sz w:val="24"/>
        </w:rPr>
        <w:t xml:space="preserve">26. </w:t>
      </w:r>
      <w:r>
        <w:rPr>
          <w:b/>
          <w:color w:val="CC0000"/>
          <w:sz w:val="24"/>
        </w:rPr>
        <w:t>B</w:t>
      </w:r>
      <w:r>
        <w:rPr>
          <w:sz w:val="24"/>
        </w:rPr>
        <w:t xml:space="preserve">  </w:t>
      </w:r>
      <w:r>
        <w:rPr>
          <w:sz w:val="24"/>
        </w:rPr>
        <w:t xml:space="preserve">27. </w:t>
      </w:r>
      <w:r>
        <w:rPr>
          <w:b/>
          <w:color w:val="CC0000"/>
          <w:sz w:val="24"/>
        </w:rPr>
        <w:t>B</w:t>
      </w:r>
      <w:r>
        <w:rPr>
          <w:sz w:val="24"/>
        </w:rPr>
        <w:t xml:space="preserve">  </w:t>
      </w:r>
      <w:r>
        <w:rPr>
          <w:sz w:val="24"/>
        </w:rPr>
        <w:t xml:space="preserve">28.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29.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30. </w:t>
      </w:r>
      <w:r>
        <w:rPr>
          <w:b/>
          <w:color w:val="CC0000"/>
          <w:sz w:val="24"/>
        </w:rPr>
        <w:t>A</w:t>
      </w:r>
    </w:p>
    <w:p>
      <w:pPr>
        <w:spacing w:after="80" w:line="440" w:lineRule="exact"/>
      </w:pPr>
      <w:r>
        <w:rPr>
          <w:sz w:val="24"/>
        </w:rPr>
        <w:t xml:space="preserve">31.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32.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33. </w:t>
      </w:r>
      <w:r>
        <w:rPr>
          <w:b/>
          <w:color w:val="CC0000"/>
          <w:sz w:val="24"/>
        </w:rPr>
        <w:t>C</w:t>
      </w:r>
      <w:r>
        <w:rPr>
          <w:sz w:val="24"/>
        </w:rPr>
        <w:t xml:space="preserve">  </w:t>
      </w:r>
      <w:r>
        <w:rPr>
          <w:sz w:val="24"/>
        </w:rPr>
        <w:t xml:space="preserve">34. </w:t>
      </w:r>
      <w:r>
        <w:rPr>
          <w:b/>
          <w:color w:val="CC0000"/>
          <w:sz w:val="24"/>
        </w:rPr>
        <w:t>B</w:t>
      </w:r>
      <w:r>
        <w:rPr>
          <w:sz w:val="24"/>
        </w:rPr>
        <w:t xml:space="preserve">  </w:t>
      </w:r>
      <w:r>
        <w:rPr>
          <w:sz w:val="24"/>
        </w:rPr>
        <w:t xml:space="preserve">35. </w:t>
      </w:r>
      <w:r>
        <w:rPr>
          <w:b/>
          <w:color w:val="CC0000"/>
          <w:sz w:val="24"/>
        </w:rPr>
        <w:t>B</w:t>
      </w:r>
    </w:p>
    <w:p/>
    <w:p>
      <w:pPr>
        <w:spacing w:after="160"/>
      </w:pPr>
      <w:r>
        <w:rPr>
          <w:b/>
          <w:sz w:val="26"/>
        </w:rPr>
        <w:t>逐题答案与解析：</w:t>
      </w:r>
    </w:p>
    <w:p>
      <w:pPr>
        <w:spacing w:after="40" w:line="360" w:lineRule="exact"/>
      </w:pPr>
      <w:r>
        <w:rPr>
          <w:sz w:val="22"/>
        </w:rPr>
        <w:t xml:space="preserve">1.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“北斗七星”属于大熊座。</w:t>
      </w:r>
    </w:p>
    <w:p>
      <w:pPr>
        <w:spacing w:after="40" w:line="360" w:lineRule="exact"/>
      </w:pPr>
      <w:r>
        <w:rPr>
          <w:sz w:val="22"/>
        </w:rPr>
        <w:t xml:space="preserve">2.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威廉·赫歇尔于1781年发现天王星。</w:t>
      </w:r>
    </w:p>
    <w:p>
      <w:pPr>
        <w:spacing w:after="40" w:line="360" w:lineRule="exact"/>
      </w:pPr>
      <w:r>
        <w:rPr>
          <w:sz w:val="22"/>
        </w:rPr>
        <w:t xml:space="preserve">3. </w:t>
      </w:r>
      <w:r>
        <w:rPr>
          <w:b/>
          <w:color w:val="CC0000"/>
          <w:sz w:val="22"/>
        </w:rPr>
        <w:t>A</w:t>
      </w:r>
      <w:r>
        <w:rPr>
          <w:color w:val="666666"/>
          <w:sz w:val="20"/>
        </w:rPr>
        <w:t xml:space="preserve">  太阳绕地球公转的轨道平面与天球相交的大圆称为黄道。</w:t>
      </w:r>
    </w:p>
    <w:p>
      <w:pPr>
        <w:spacing w:after="40" w:line="360" w:lineRule="exact"/>
      </w:pPr>
      <w:r>
        <w:rPr>
          <w:sz w:val="22"/>
        </w:rPr>
        <w:t xml:space="preserve">4.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2016年9月17日，木星正趋近9月26日的合日，与太阳几乎同升同落，被太阳光辉淹没，在杭州不可见；此时火星、土星位于日落后西南方低空，金星为昏星，均可见。故选C。</w:t>
      </w:r>
    </w:p>
    <w:p>
      <w:pPr>
        <w:spacing w:after="40" w:line="360" w:lineRule="exact"/>
      </w:pPr>
      <w:r>
        <w:rPr>
          <w:sz w:val="22"/>
        </w:rPr>
        <w:t xml:space="preserve">5. </w:t>
      </w:r>
      <w:r>
        <w:rPr>
          <w:b/>
          <w:color w:val="CC0000"/>
          <w:sz w:val="22"/>
        </w:rPr>
        <w:t>A</w:t>
      </w:r>
      <w:r>
        <w:rPr>
          <w:color w:val="666666"/>
          <w:sz w:val="20"/>
        </w:rPr>
        <w:t xml:space="preserve">  英仙座流星雨发生在8月中旬左右。</w:t>
      </w:r>
    </w:p>
    <w:p>
      <w:pPr>
        <w:spacing w:after="40" w:line="360" w:lineRule="exact"/>
      </w:pPr>
      <w:r>
        <w:rPr>
          <w:sz w:val="22"/>
        </w:rPr>
        <w:t xml:space="preserve">6.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2016年6月25日在海南文昌发射的是长征七号（首飞）；长征五号首飞是同年11月3日，长征二号丙、长征九号均不符。故选C。</w:t>
      </w:r>
    </w:p>
    <w:p>
      <w:pPr>
        <w:spacing w:after="40" w:line="360" w:lineRule="exact"/>
      </w:pPr>
      <w:r>
        <w:rPr>
          <w:sz w:val="22"/>
        </w:rPr>
        <w:t xml:space="preserve">7. </w:t>
      </w:r>
      <w:r>
        <w:rPr>
          <w:b/>
          <w:color w:val="CC0000"/>
          <w:sz w:val="22"/>
        </w:rPr>
        <w:t>A</w:t>
      </w:r>
      <w:r>
        <w:rPr>
          <w:color w:val="666666"/>
          <w:sz w:val="20"/>
        </w:rPr>
        <w:t xml:space="preserve">  当天凌晨的天象是半影月食。</w:t>
      </w:r>
    </w:p>
    <w:p>
      <w:pPr>
        <w:spacing w:after="40" w:line="360" w:lineRule="exact"/>
      </w:pPr>
      <w:r>
        <w:rPr>
          <w:sz w:val="22"/>
        </w:rPr>
        <w:t xml:space="preserve">8. </w:t>
      </w:r>
      <w:r>
        <w:rPr>
          <w:b/>
          <w:color w:val="CC0000"/>
          <w:sz w:val="22"/>
        </w:rPr>
        <w:t>D</w:t>
      </w:r>
      <w:r>
        <w:rPr>
          <w:color w:val="666666"/>
          <w:sz w:val="20"/>
        </w:rPr>
        <w:t xml:space="preserve">  FAST射电望远镜口径为500米。</w:t>
      </w:r>
    </w:p>
    <w:p>
      <w:pPr>
        <w:spacing w:after="40" w:line="360" w:lineRule="exact"/>
      </w:pPr>
      <w:r>
        <w:rPr>
          <w:sz w:val="22"/>
        </w:rPr>
        <w:t xml:space="preserve">9.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朱诺探测器到达木星。</w:t>
      </w:r>
    </w:p>
    <w:p>
      <w:pPr>
        <w:spacing w:after="40" w:line="360" w:lineRule="exact"/>
      </w:pPr>
      <w:r>
        <w:rPr>
          <w:sz w:val="22"/>
        </w:rPr>
        <w:t xml:space="preserve">10. </w:t>
      </w:r>
      <w:r>
        <w:rPr>
          <w:b/>
          <w:color w:val="CC0000"/>
          <w:sz w:val="22"/>
        </w:rPr>
        <w:t>O</w:t>
      </w:r>
      <w:r>
        <w:rPr>
          <w:color w:val="666666"/>
          <w:sz w:val="20"/>
        </w:rPr>
        <w:t xml:space="preserve">  第10题原卷缺失（题干与选项均无），无法作答，计分时应将该题剔除。</w:t>
      </w:r>
    </w:p>
    <w:p>
      <w:pPr>
        <w:spacing w:after="40" w:line="360" w:lineRule="exact"/>
      </w:pPr>
      <w:r>
        <w:rPr>
          <w:sz w:val="22"/>
        </w:rPr>
        <w:t xml:space="preserve">11.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詹姆斯·韦伯空间望远镜将替代哈勃。</w:t>
      </w:r>
    </w:p>
    <w:p>
      <w:pPr>
        <w:spacing w:after="40" w:line="360" w:lineRule="exact"/>
      </w:pPr>
      <w:r>
        <w:rPr>
          <w:sz w:val="22"/>
        </w:rPr>
        <w:t xml:space="preserve">12.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世界首颗量子科学实验卫星名为墨子号。</w:t>
      </w:r>
    </w:p>
    <w:p>
      <w:pPr>
        <w:spacing w:after="40" w:line="360" w:lineRule="exact"/>
      </w:pPr>
      <w:r>
        <w:rPr>
          <w:sz w:val="22"/>
        </w:rPr>
        <w:t xml:space="preserve">13.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2016年水星凌日发生在5月9日。</w:t>
      </w:r>
    </w:p>
    <w:p>
      <w:pPr>
        <w:spacing w:after="40" w:line="360" w:lineRule="exact"/>
      </w:pPr>
      <w:r>
        <w:rPr>
          <w:sz w:val="22"/>
        </w:rPr>
        <w:t xml:space="preserve">14.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双鱼座与南鱼座不相邻。</w:t>
      </w:r>
    </w:p>
    <w:p>
      <w:pPr>
        <w:spacing w:after="40" w:line="360" w:lineRule="exact"/>
      </w:pPr>
      <w:r>
        <w:rPr>
          <w:sz w:val="22"/>
        </w:rPr>
        <w:t xml:space="preserve">15. </w:t>
      </w:r>
      <w:r>
        <w:rPr>
          <w:b/>
          <w:color w:val="CC0000"/>
          <w:sz w:val="22"/>
        </w:rPr>
        <w:t>A</w:t>
      </w:r>
      <w:r>
        <w:rPr>
          <w:color w:val="666666"/>
          <w:sz w:val="20"/>
        </w:rPr>
        <w:t xml:space="preserve">  织女星与天津四角距离最近。</w:t>
      </w:r>
    </w:p>
    <w:p>
      <w:pPr>
        <w:spacing w:after="40" w:line="360" w:lineRule="exact"/>
      </w:pPr>
      <w:r>
        <w:rPr>
          <w:sz w:val="22"/>
        </w:rPr>
        <w:t xml:space="preserve">16.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M81位于大熊座，不是小熊座。</w:t>
      </w:r>
    </w:p>
    <w:p>
      <w:pPr>
        <w:spacing w:after="40" w:line="360" w:lineRule="exact"/>
      </w:pPr>
      <w:r>
        <w:rPr>
          <w:sz w:val="22"/>
        </w:rPr>
        <w:t xml:space="preserve">17. </w:t>
      </w:r>
      <w:r>
        <w:rPr>
          <w:b/>
          <w:color w:val="CC0000"/>
          <w:sz w:val="22"/>
        </w:rPr>
        <w:t>D</w:t>
      </w:r>
      <w:r>
        <w:rPr>
          <w:color w:val="666666"/>
          <w:sz w:val="20"/>
        </w:rPr>
        <w:t xml:space="preserve">  参宿四不属于冬季六边形。</w:t>
      </w:r>
    </w:p>
    <w:p>
      <w:pPr>
        <w:spacing w:after="40" w:line="360" w:lineRule="exact"/>
      </w:pPr>
      <w:r>
        <w:rPr>
          <w:sz w:val="22"/>
        </w:rPr>
        <w:t xml:space="preserve">18. </w:t>
      </w:r>
      <w:r>
        <w:rPr>
          <w:b/>
          <w:color w:val="CC0000"/>
          <w:sz w:val="22"/>
        </w:rPr>
        <w:t>D</w:t>
      </w:r>
      <w:r>
        <w:rPr>
          <w:color w:val="666666"/>
          <w:sz w:val="20"/>
        </w:rPr>
        <w:t xml:space="preserve">  大部分彗星有两种彗尾（尘埃尾和离子尾），D说法错误。</w:t>
      </w:r>
    </w:p>
    <w:p>
      <w:pPr>
        <w:spacing w:after="40" w:line="360" w:lineRule="exact"/>
      </w:pPr>
      <w:r>
        <w:rPr>
          <w:sz w:val="22"/>
        </w:rPr>
        <w:t xml:space="preserve">19. </w:t>
      </w:r>
      <w:r>
        <w:rPr>
          <w:b/>
          <w:color w:val="CC0000"/>
          <w:sz w:val="22"/>
        </w:rPr>
        <w:t>D</w:t>
      </w:r>
      <w:r>
        <w:rPr>
          <w:color w:val="666666"/>
          <w:sz w:val="20"/>
        </w:rPr>
        <w:t xml:space="preserve">  “荧惑守心”中的“守”指的是行星的留。</w:t>
      </w:r>
    </w:p>
    <w:p>
      <w:pPr>
        <w:spacing w:after="40" w:line="360" w:lineRule="exact"/>
      </w:pPr>
      <w:r>
        <w:rPr>
          <w:sz w:val="22"/>
        </w:rPr>
        <w:t xml:space="preserve">20.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木卫三是伽利略卫星中体积最大的。</w:t>
      </w:r>
    </w:p>
    <w:p>
      <w:pPr>
        <w:spacing w:after="40" w:line="360" w:lineRule="exact"/>
      </w:pPr>
      <w:r>
        <w:rPr>
          <w:sz w:val="22"/>
        </w:rPr>
        <w:t xml:space="preserve">21.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哈雷彗星周期约76年。</w:t>
      </w:r>
    </w:p>
    <w:p>
      <w:pPr>
        <w:spacing w:after="40" w:line="360" w:lineRule="exact"/>
      </w:pPr>
      <w:r>
        <w:rPr>
          <w:sz w:val="22"/>
        </w:rPr>
        <w:t xml:space="preserve">22.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秒差距是最大的单位（1秒差距≈3.26光年）。</w:t>
      </w:r>
    </w:p>
    <w:p>
      <w:pPr>
        <w:spacing w:after="40" w:line="360" w:lineRule="exact"/>
      </w:pPr>
      <w:r>
        <w:rPr>
          <w:sz w:val="22"/>
        </w:rPr>
        <w:t xml:space="preserve">23. </w:t>
      </w:r>
      <w:r>
        <w:rPr>
          <w:b/>
          <w:color w:val="CC0000"/>
          <w:sz w:val="22"/>
        </w:rPr>
        <w:t>A</w:t>
      </w:r>
      <w:r>
        <w:rPr>
          <w:color w:val="666666"/>
          <w:sz w:val="20"/>
        </w:rPr>
        <w:t xml:space="preserve">  太阳盘面是光球层。</w:t>
      </w:r>
    </w:p>
    <w:p>
      <w:pPr>
        <w:spacing w:after="40" w:line="360" w:lineRule="exact"/>
      </w:pPr>
      <w:r>
        <w:rPr>
          <w:sz w:val="22"/>
        </w:rPr>
        <w:t xml:space="preserve">24. </w:t>
      </w:r>
      <w:r>
        <w:rPr>
          <w:b/>
          <w:color w:val="CC0000"/>
          <w:sz w:val="22"/>
        </w:rPr>
        <w:t>D</w:t>
      </w:r>
      <w:r>
        <w:rPr>
          <w:color w:val="666666"/>
          <w:sz w:val="20"/>
        </w:rPr>
        <w:t xml:space="preserve">  角宿一（A型星）表面温度最高。</w:t>
      </w:r>
    </w:p>
    <w:p>
      <w:pPr>
        <w:spacing w:after="40" w:line="360" w:lineRule="exact"/>
      </w:pPr>
      <w:r>
        <w:rPr>
          <w:sz w:val="22"/>
        </w:rPr>
        <w:t xml:space="preserve">25. </w:t>
      </w:r>
      <w:r>
        <w:rPr>
          <w:b/>
          <w:color w:val="CC0000"/>
          <w:sz w:val="22"/>
        </w:rPr>
        <w:t>D</w:t>
      </w:r>
      <w:r>
        <w:rPr>
          <w:color w:val="666666"/>
          <w:sz w:val="20"/>
        </w:rPr>
        <w:t xml:space="preserve">  北落师门是南鱼座α。</w:t>
      </w:r>
    </w:p>
    <w:p>
      <w:pPr>
        <w:spacing w:after="40" w:line="360" w:lineRule="exact"/>
      </w:pPr>
      <w:r>
        <w:rPr>
          <w:sz w:val="22"/>
        </w:rPr>
        <w:t xml:space="preserve">26.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商宿在天蝎座。</w:t>
      </w:r>
    </w:p>
    <w:p>
      <w:pPr>
        <w:spacing w:after="40" w:line="360" w:lineRule="exact"/>
      </w:pPr>
      <w:r>
        <w:rPr>
          <w:sz w:val="22"/>
        </w:rPr>
        <w:t xml:space="preserve">27.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马头星云是低温尘埃和气体对背景光的吸收。</w:t>
      </w:r>
    </w:p>
    <w:p>
      <w:pPr>
        <w:spacing w:after="40" w:line="360" w:lineRule="exact"/>
      </w:pPr>
      <w:r>
        <w:rPr>
          <w:sz w:val="22"/>
        </w:rPr>
        <w:t xml:space="preserve">28.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放大率=物镜焦距/目镜焦距，C选项放大率最大（2032/25≈81.3倍）。</w:t>
      </w:r>
    </w:p>
    <w:p>
      <w:pPr>
        <w:spacing w:after="40" w:line="360" w:lineRule="exact"/>
      </w:pPr>
      <w:r>
        <w:rPr>
          <w:sz w:val="22"/>
        </w:rPr>
        <w:t xml:space="preserve">29.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拍银河要兼顾进光量与星点不拖尾：按曝光量 ISO×t/f² 估算，A 为 400×30/2.8²≈1531、B 为 6400×1/1.4²≈3265、C 为 3200×5/2.8²≈2041、D 为 1600×10/4²=1000。B 的总曝光量虽大，但 1 秒曝光难以积累银河暗弱结构的信号且高 ISO 噪点严重；C 在兼顾曝光时间与光圈、ISO 之间最平衡，实际能得到细节最丰富、观感最亮的银河。故选C。</w:t>
      </w:r>
    </w:p>
    <w:p>
      <w:pPr>
        <w:spacing w:after="40" w:line="360" w:lineRule="exact"/>
      </w:pPr>
      <w:r>
        <w:rPr>
          <w:sz w:val="22"/>
        </w:rPr>
        <w:t xml:space="preserve">30. </w:t>
      </w:r>
      <w:r>
        <w:rPr>
          <w:b/>
          <w:color w:val="CC0000"/>
          <w:sz w:val="22"/>
        </w:rPr>
        <w:t>A</w:t>
      </w:r>
      <w:r>
        <w:rPr>
          <w:color w:val="666666"/>
          <w:sz w:val="20"/>
        </w:rPr>
        <w:t xml:space="preserve">  太阳最终会演变为白矮星。</w:t>
      </w:r>
    </w:p>
    <w:p>
      <w:pPr>
        <w:spacing w:after="40" w:line="360" w:lineRule="exact"/>
      </w:pPr>
      <w:r>
        <w:rPr>
          <w:sz w:val="22"/>
        </w:rPr>
        <w:t xml:space="preserve">31.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C 项“初升的月亮看起来更大”是典型的“月亮错觉”，属心理（视觉）效应，与大气无关；A 是高阶视宁度（大气湍流）、B 是大气消光、D 是大气色差（大气棱镜色散），三者都由大气造成。故选C。</w:t>
      </w:r>
    </w:p>
    <w:p>
      <w:pPr>
        <w:spacing w:after="40" w:line="360" w:lineRule="exact"/>
      </w:pPr>
      <w:r>
        <w:rPr>
          <w:sz w:val="22"/>
        </w:rPr>
        <w:t xml:space="preserve">32.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50mm口径望远镜可见最暗约10等星。</w:t>
      </w:r>
    </w:p>
    <w:p>
      <w:pPr>
        <w:spacing w:after="40" w:line="360" w:lineRule="exact"/>
      </w:pPr>
      <w:r>
        <w:rPr>
          <w:sz w:val="22"/>
        </w:rPr>
        <w:t xml:space="preserve">33. </w:t>
      </w:r>
      <w:r>
        <w:rPr>
          <w:b/>
          <w:color w:val="CC0000"/>
          <w:sz w:val="22"/>
        </w:rPr>
        <w:t>C</w:t>
      </w:r>
      <w:r>
        <w:rPr>
          <w:color w:val="666666"/>
          <w:sz w:val="20"/>
        </w:rPr>
        <w:t xml:space="preserve">  黄道光与太阳风无直接关系。</w:t>
      </w:r>
    </w:p>
    <w:p>
      <w:pPr>
        <w:spacing w:after="40" w:line="360" w:lineRule="exact"/>
      </w:pPr>
      <w:r>
        <w:rPr>
          <w:sz w:val="22"/>
        </w:rPr>
        <w:t xml:space="preserve">34.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飞船轨道半径 r=2000 km，月球半径 R=1737 km。地球方向可视为固定，飞船被月球遮挡的条件是它到地月连线的距离小于 R，即 r·sinθ&lt;R，sinθ=1737/2000≈0.869，θ≈60.3°，遮挡总张角 2θ≈120.6°。占周期比例 120.6/360≈33.5%，中断时间≈2.2 h×0.335≈0.74 h≈44 分钟，与 45 分钟最接近，故选B。</w:t>
      </w:r>
    </w:p>
    <w:p>
      <w:pPr>
        <w:spacing w:after="40" w:line="360" w:lineRule="exact"/>
      </w:pPr>
      <w:r>
        <w:rPr>
          <w:sz w:val="22"/>
        </w:rPr>
        <w:t xml:space="preserve">35. </w:t>
      </w:r>
      <w:r>
        <w:rPr>
          <w:b/>
          <w:color w:val="CC0000"/>
          <w:sz w:val="22"/>
        </w:rPr>
        <w:t>B</w:t>
      </w:r>
      <w:r>
        <w:rPr>
          <w:color w:val="666666"/>
          <w:sz w:val="20"/>
        </w:rPr>
        <w:t xml:space="preserve">  两个黑洞并合为约62倍太阳质量的黑洞。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