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36"/>
        </w:rPr>
        <w:t>2016年台湾地区天文知识测验试卷</w:t>
      </w:r>
    </w:p>
    <w:p>
      <w:pPr>
        <w:jc w:val="center"/>
      </w:pPr>
      <w:r>
        <w:rPr>
          <w:rFonts w:ascii="宋体" w:hAnsi="宋体" w:eastAsia="宋体"/>
          <w:sz w:val="24"/>
        </w:rPr>
        <w:t>台北 2016年11月13日 10:00-11:30 闭卷</w:t>
      </w:r>
    </w:p>
    <w:p>
      <w:r>
        <w:rPr>
          <w:rFonts w:ascii="黑体" w:hAnsi="黑体" w:eastAsia="黑体"/>
          <w:b/>
          <w:sz w:val="28"/>
        </w:rPr>
        <w:t>注意事项</w:t>
      </w:r>
    </w:p>
    <w:p>
      <w:pPr>
        <w:spacing w:after="60" w:line="360" w:lineRule="auto"/>
      </w:pPr>
      <w:r>
        <w:rPr>
          <w:rFonts w:ascii="宋体" w:hAnsi="宋体" w:eastAsia="宋体"/>
          <w:sz w:val="24"/>
        </w:rPr>
        <w:t>1. 每位考生会拿到一张试题卷和一张答案卡，请依指示作答。</w:t>
      </w:r>
    </w:p>
    <w:p>
      <w:pPr>
        <w:spacing w:after="60" w:line="360" w:lineRule="auto"/>
      </w:pPr>
      <w:r>
        <w:rPr>
          <w:rFonts w:ascii="宋体" w:hAnsi="宋体" w:eastAsia="宋体"/>
          <w:sz w:val="24"/>
        </w:rPr>
        <w:t>2. 本测验共100题，每题1分，总分100分，70分以上及格。</w:t>
      </w:r>
    </w:p>
    <w:p>
      <w:pPr>
        <w:spacing w:after="60" w:line="360" w:lineRule="auto"/>
      </w:pPr>
      <w:r>
        <w:rPr>
          <w:rFonts w:ascii="宋体" w:hAnsi="宋体" w:eastAsia="宋体"/>
          <w:sz w:val="24"/>
        </w:rPr>
        <w:t>3. 单选题（填对应数字即可），请从四个选项中选出最适当的答案。</w:t>
      </w:r>
    </w:p>
    <w:p>
      <w:pPr>
        <w:spacing w:after="60" w:line="360" w:lineRule="auto"/>
      </w:pPr>
      <w:r>
        <w:rPr>
          <w:rFonts w:ascii="宋体" w:hAnsi="宋体" w:eastAsia="宋体"/>
          <w:sz w:val="24"/>
        </w:rPr>
        <w:t>4. 答案卡上作答时，请用2B铅笔划记，修改时请用橡皮擦擦拭干净。</w:t>
      </w:r>
    </w:p>
    <w:p>
      <w:pPr>
        <w:spacing w:after="60" w:line="360" w:lineRule="auto"/>
      </w:pPr>
      <w:r>
        <w:rPr>
          <w:rFonts w:ascii="宋体" w:hAnsi="宋体" w:eastAsia="宋体"/>
          <w:sz w:val="24"/>
        </w:rPr>
        <w:t>5. 本测验禁止使用手机、计算器等电子通讯设备。</w:t>
      </w:r>
    </w:p>
    <w:p>
      <w:pPr>
        <w:spacing w:before="240"/>
      </w:pPr>
      <w:r>
        <w:rPr>
          <w:rFonts w:ascii="宋体" w:hAnsi="宋体" w:eastAsia="宋体"/>
          <w:sz w:val="24"/>
        </w:rPr>
        <w:t>姓名：__________    年级：__________    班级：__________    得分：__________</w:t>
      </w:r>
    </w:p>
    <w:p/>
    <w:p>
      <w:r>
        <w:rPr>
          <w:rFonts w:ascii="黑体" w:hAnsi="黑体" w:eastAsia="黑体"/>
          <w:b/>
          <w:sz w:val="28"/>
        </w:rPr>
        <w:t>一、单选题（共100题，每题1分，共100分）</w:t>
      </w:r>
    </w:p>
    <w:p>
      <w:pPr>
        <w:spacing w:before="120" w:after="40" w:line="360" w:lineRule="auto"/>
      </w:pPr>
      <w:r>
        <w:rPr>
          <w:rFonts w:ascii="宋体" w:hAnsi="宋体" w:eastAsia="宋体"/>
          <w:sz w:val="24"/>
        </w:rPr>
        <w:t>1. 2016年3月8日发生木星冲，请问大约再隔多久会发生下一次木星冲？</w:t>
      </w:r>
    </w:p>
    <w:p>
      <w:pPr>
        <w:spacing w:after="20" w:line="312" w:lineRule="auto"/>
        <w:ind w:left="567"/>
      </w:pPr>
      <w:r>
        <w:rPr>
          <w:rFonts w:ascii="宋体" w:hAnsi="宋体" w:eastAsia="宋体"/>
          <w:sz w:val="24"/>
        </w:rPr>
        <w:t>①约300天</w:t>
      </w:r>
    </w:p>
    <w:p>
      <w:pPr>
        <w:spacing w:after="20" w:line="312" w:lineRule="auto"/>
        <w:ind w:left="567"/>
      </w:pPr>
      <w:r>
        <w:rPr>
          <w:rFonts w:ascii="宋体" w:hAnsi="宋体" w:eastAsia="宋体"/>
          <w:sz w:val="24"/>
        </w:rPr>
        <w:t>②约13个月</w:t>
      </w:r>
    </w:p>
    <w:p>
      <w:pPr>
        <w:spacing w:after="20" w:line="312" w:lineRule="auto"/>
        <w:ind w:left="567"/>
      </w:pPr>
      <w:r>
        <w:rPr>
          <w:rFonts w:ascii="宋体" w:hAnsi="宋体" w:eastAsia="宋体"/>
          <w:sz w:val="24"/>
        </w:rPr>
        <w:t>③约11年</w:t>
      </w:r>
    </w:p>
    <w:p>
      <w:pPr>
        <w:spacing w:after="20" w:line="312" w:lineRule="auto"/>
        <w:ind w:left="567"/>
      </w:pPr>
      <w:r>
        <w:rPr>
          <w:rFonts w:ascii="宋体" w:hAnsi="宋体" w:eastAsia="宋体"/>
          <w:sz w:val="24"/>
        </w:rPr>
        <w:t>④约100年</w:t>
      </w:r>
    </w:p>
    <w:p>
      <w:pPr>
        <w:spacing w:before="120" w:after="40" w:line="360" w:lineRule="auto"/>
      </w:pPr>
      <w:r>
        <w:rPr>
          <w:rFonts w:ascii="宋体" w:hAnsi="宋体" w:eastAsia="宋体"/>
          <w:sz w:val="24"/>
        </w:rPr>
        <w:t>2. 国际太空站（International Space Station）绕地球一圈，大约要耗费多久的时间？</w:t>
      </w:r>
    </w:p>
    <w:p>
      <w:pPr>
        <w:spacing w:after="20" w:line="312" w:lineRule="auto"/>
        <w:ind w:left="567"/>
      </w:pPr>
      <w:r>
        <w:rPr>
          <w:rFonts w:ascii="宋体" w:hAnsi="宋体" w:eastAsia="宋体"/>
          <w:sz w:val="24"/>
        </w:rPr>
        <w:t>①9分钟</w:t>
      </w:r>
    </w:p>
    <w:p>
      <w:pPr>
        <w:spacing w:after="20" w:line="312" w:lineRule="auto"/>
        <w:ind w:left="567"/>
      </w:pPr>
      <w:r>
        <w:rPr>
          <w:rFonts w:ascii="宋体" w:hAnsi="宋体" w:eastAsia="宋体"/>
          <w:sz w:val="24"/>
        </w:rPr>
        <w:t>②90分钟</w:t>
      </w:r>
    </w:p>
    <w:p>
      <w:pPr>
        <w:spacing w:after="20" w:line="312" w:lineRule="auto"/>
        <w:ind w:left="567"/>
      </w:pPr>
      <w:r>
        <w:rPr>
          <w:rFonts w:ascii="宋体" w:hAnsi="宋体" w:eastAsia="宋体"/>
          <w:sz w:val="24"/>
        </w:rPr>
        <w:t>③9小时</w:t>
      </w:r>
    </w:p>
    <w:p>
      <w:pPr>
        <w:spacing w:after="20" w:line="312" w:lineRule="auto"/>
        <w:ind w:left="567"/>
      </w:pPr>
      <w:r>
        <w:rPr>
          <w:rFonts w:ascii="宋体" w:hAnsi="宋体" w:eastAsia="宋体"/>
          <w:sz w:val="24"/>
        </w:rPr>
        <w:t>④9天</w:t>
      </w:r>
    </w:p>
    <w:p>
      <w:pPr>
        <w:spacing w:before="120" w:after="40" w:line="360" w:lineRule="auto"/>
      </w:pPr>
      <w:r>
        <w:rPr>
          <w:rFonts w:ascii="宋体" w:hAnsi="宋体" w:eastAsia="宋体"/>
          <w:sz w:val="24"/>
        </w:rPr>
        <w:t>3. 地球绕着太阳公转，来到太阳黄经度15度时，对应中国二十四节气中的哪一个？</w:t>
      </w:r>
    </w:p>
    <w:p>
      <w:pPr>
        <w:spacing w:after="20" w:line="312" w:lineRule="auto"/>
        <w:ind w:left="567"/>
      </w:pPr>
      <w:r>
        <w:rPr>
          <w:rFonts w:ascii="宋体" w:hAnsi="宋体" w:eastAsia="宋体"/>
          <w:sz w:val="24"/>
        </w:rPr>
        <w:t>①立春</w:t>
      </w:r>
    </w:p>
    <w:p>
      <w:pPr>
        <w:spacing w:after="20" w:line="312" w:lineRule="auto"/>
        <w:ind w:left="567"/>
      </w:pPr>
      <w:r>
        <w:rPr>
          <w:rFonts w:ascii="宋体" w:hAnsi="宋体" w:eastAsia="宋体"/>
          <w:sz w:val="24"/>
        </w:rPr>
        <w:t>②清明</w:t>
      </w:r>
    </w:p>
    <w:p>
      <w:pPr>
        <w:spacing w:after="20" w:line="312" w:lineRule="auto"/>
        <w:ind w:left="567"/>
      </w:pPr>
      <w:r>
        <w:rPr>
          <w:rFonts w:ascii="宋体" w:hAnsi="宋体" w:eastAsia="宋体"/>
          <w:sz w:val="24"/>
        </w:rPr>
        <w:t>③芒种</w:t>
      </w:r>
    </w:p>
    <w:p>
      <w:pPr>
        <w:spacing w:after="20" w:line="312" w:lineRule="auto"/>
        <w:ind w:left="567"/>
      </w:pPr>
      <w:r>
        <w:rPr>
          <w:rFonts w:ascii="宋体" w:hAnsi="宋体" w:eastAsia="宋体"/>
          <w:sz w:val="24"/>
        </w:rPr>
        <w:t>④立秋</w:t>
      </w:r>
    </w:p>
    <w:p>
      <w:pPr>
        <w:spacing w:before="120" w:after="40" w:line="360" w:lineRule="auto"/>
      </w:pPr>
      <w:r>
        <w:rPr>
          <w:rFonts w:ascii="宋体" w:hAnsi="宋体" w:eastAsia="宋体"/>
          <w:sz w:val="24"/>
        </w:rPr>
        <w:t>4. 某晚8点，小天看月亮即将由西方地平线隐没，这时候的「月相」接近下列哪一种？</w:t>
      </w:r>
    </w:p>
    <w:p>
      <w:pPr>
        <w:spacing w:after="20" w:line="312" w:lineRule="auto"/>
        <w:ind w:left="567"/>
      </w:pPr>
      <w:r>
        <w:rPr>
          <w:rFonts w:ascii="宋体" w:hAnsi="宋体" w:eastAsia="宋体"/>
          <w:sz w:val="24"/>
        </w:rPr>
        <w:t>①眉月</w:t>
      </w:r>
    </w:p>
    <w:p>
      <w:pPr>
        <w:spacing w:after="20" w:line="312" w:lineRule="auto"/>
        <w:ind w:left="567"/>
      </w:pPr>
      <w:r>
        <w:rPr>
          <w:rFonts w:ascii="宋体" w:hAnsi="宋体" w:eastAsia="宋体"/>
          <w:sz w:val="24"/>
        </w:rPr>
        <w:t>②上弦月</w:t>
      </w:r>
    </w:p>
    <w:p>
      <w:pPr>
        <w:spacing w:after="20" w:line="312" w:lineRule="auto"/>
        <w:ind w:left="567"/>
      </w:pPr>
      <w:r>
        <w:rPr>
          <w:rFonts w:ascii="宋体" w:hAnsi="宋体" w:eastAsia="宋体"/>
          <w:sz w:val="24"/>
        </w:rPr>
        <w:t>③凸月</w:t>
      </w:r>
    </w:p>
    <w:p>
      <w:pPr>
        <w:spacing w:after="20" w:line="312" w:lineRule="auto"/>
        <w:ind w:left="567"/>
      </w:pPr>
      <w:r>
        <w:rPr>
          <w:rFonts w:ascii="宋体" w:hAnsi="宋体" w:eastAsia="宋体"/>
          <w:sz w:val="24"/>
        </w:rPr>
        <w:t>④满月</w:t>
      </w:r>
    </w:p>
    <w:p>
      <w:pPr>
        <w:spacing w:before="120" w:after="40" w:line="360" w:lineRule="auto"/>
      </w:pPr>
      <w:r>
        <w:rPr>
          <w:rFonts w:ascii="宋体" w:hAnsi="宋体" w:eastAsia="宋体"/>
          <w:sz w:val="24"/>
        </w:rPr>
        <w:t>5. 中国清代吴敬梓创作的章回小说《儒林外史》第一回文中有：…王冕左手持杯，右手指着天上的星，向秦老道：「你看贯索犯文昌，一代文人有厄！」…，请问文中提到的「贯索」是现在88个星座中的哪个星座方向？</w:t>
      </w:r>
    </w:p>
    <w:p>
      <w:pPr>
        <w:spacing w:after="20" w:line="312" w:lineRule="auto"/>
        <w:ind w:left="567"/>
      </w:pPr>
      <w:r>
        <w:rPr>
          <w:rFonts w:ascii="宋体" w:hAnsi="宋体" w:eastAsia="宋体"/>
          <w:sz w:val="24"/>
        </w:rPr>
        <w:t>①仙王座</w:t>
      </w:r>
    </w:p>
    <w:p>
      <w:pPr>
        <w:spacing w:after="20" w:line="312" w:lineRule="auto"/>
        <w:ind w:left="567"/>
      </w:pPr>
      <w:r>
        <w:rPr>
          <w:rFonts w:ascii="宋体" w:hAnsi="宋体" w:eastAsia="宋体"/>
          <w:sz w:val="24"/>
        </w:rPr>
        <w:t>②北冕座</w:t>
      </w:r>
    </w:p>
    <w:p>
      <w:pPr>
        <w:spacing w:after="20" w:line="312" w:lineRule="auto"/>
        <w:ind w:left="567"/>
      </w:pPr>
      <w:r>
        <w:rPr>
          <w:rFonts w:ascii="宋体" w:hAnsi="宋体" w:eastAsia="宋体"/>
          <w:sz w:val="24"/>
        </w:rPr>
        <w:t>③狮子座</w:t>
      </w:r>
    </w:p>
    <w:p>
      <w:pPr>
        <w:spacing w:after="20" w:line="312" w:lineRule="auto"/>
        <w:ind w:left="567"/>
      </w:pPr>
      <w:r>
        <w:rPr>
          <w:rFonts w:ascii="宋体" w:hAnsi="宋体" w:eastAsia="宋体"/>
          <w:sz w:val="24"/>
        </w:rPr>
        <w:t>④天蝎座</w:t>
      </w:r>
    </w:p>
    <w:p>
      <w:pPr>
        <w:spacing w:before="120" w:after="40" w:line="360" w:lineRule="auto"/>
      </w:pPr>
      <w:r>
        <w:rPr>
          <w:rFonts w:ascii="宋体" w:hAnsi="宋体" w:eastAsia="宋体"/>
          <w:sz w:val="24"/>
        </w:rPr>
        <w:t>6. 承上一题，请问文中提到的「文昌」是现代88个星座中的哪个星座方向？</w:t>
      </w:r>
    </w:p>
    <w:p>
      <w:pPr>
        <w:spacing w:after="20" w:line="312" w:lineRule="auto"/>
        <w:ind w:left="567"/>
      </w:pPr>
      <w:r>
        <w:rPr>
          <w:rFonts w:ascii="宋体" w:hAnsi="宋体" w:eastAsia="宋体"/>
          <w:sz w:val="24"/>
        </w:rPr>
        <w:t>①小熊座</w:t>
      </w:r>
    </w:p>
    <w:p>
      <w:pPr>
        <w:spacing w:after="20" w:line="312" w:lineRule="auto"/>
        <w:ind w:left="567"/>
      </w:pPr>
      <w:r>
        <w:rPr>
          <w:rFonts w:ascii="宋体" w:hAnsi="宋体" w:eastAsia="宋体"/>
          <w:sz w:val="24"/>
        </w:rPr>
        <w:t>②武仙座</w:t>
      </w:r>
    </w:p>
    <w:p>
      <w:pPr>
        <w:spacing w:after="20" w:line="312" w:lineRule="auto"/>
        <w:ind w:left="567"/>
      </w:pPr>
      <w:r>
        <w:rPr>
          <w:rFonts w:ascii="宋体" w:hAnsi="宋体" w:eastAsia="宋体"/>
          <w:sz w:val="24"/>
        </w:rPr>
        <w:t>③牧夫座</w:t>
      </w:r>
    </w:p>
    <w:p>
      <w:pPr>
        <w:spacing w:after="20" w:line="312" w:lineRule="auto"/>
        <w:ind w:left="567"/>
      </w:pPr>
      <w:r>
        <w:rPr>
          <w:rFonts w:ascii="宋体" w:hAnsi="宋体" w:eastAsia="宋体"/>
          <w:sz w:val="24"/>
        </w:rPr>
        <w:t>④大熊座</w:t>
      </w:r>
    </w:p>
    <w:p>
      <w:pPr>
        <w:spacing w:before="120" w:after="40" w:line="360" w:lineRule="auto"/>
      </w:pPr>
      <w:r>
        <w:rPr>
          <w:rFonts w:ascii="宋体" w:hAnsi="宋体" w:eastAsia="宋体"/>
          <w:sz w:val="24"/>
        </w:rPr>
        <w:t>7. 下列太空任务，截至2016年为止，何者创下使用太阳能航行最远的纪录？</w:t>
      </w:r>
    </w:p>
    <w:p>
      <w:pPr>
        <w:spacing w:after="20" w:line="312" w:lineRule="auto"/>
        <w:ind w:left="567"/>
      </w:pPr>
      <w:r>
        <w:rPr>
          <w:rFonts w:ascii="宋体" w:hAnsi="宋体" w:eastAsia="宋体"/>
          <w:sz w:val="24"/>
        </w:rPr>
        <w:t>①新视野号（New Horizons）</w:t>
      </w:r>
    </w:p>
    <w:p>
      <w:pPr>
        <w:spacing w:after="20" w:line="312" w:lineRule="auto"/>
        <w:ind w:left="567"/>
      </w:pPr>
      <w:r>
        <w:rPr>
          <w:rFonts w:ascii="宋体" w:hAnsi="宋体" w:eastAsia="宋体"/>
          <w:sz w:val="24"/>
        </w:rPr>
        <w:t>②卡西尼号（Cassini）</w:t>
      </w:r>
    </w:p>
    <w:p>
      <w:pPr>
        <w:spacing w:after="20" w:line="312" w:lineRule="auto"/>
        <w:ind w:left="567"/>
      </w:pPr>
      <w:r>
        <w:rPr>
          <w:rFonts w:ascii="宋体" w:hAnsi="宋体" w:eastAsia="宋体"/>
          <w:sz w:val="24"/>
        </w:rPr>
        <w:t>③朱诺号（Juno）</w:t>
      </w:r>
    </w:p>
    <w:p>
      <w:pPr>
        <w:spacing w:after="20" w:line="312" w:lineRule="auto"/>
        <w:ind w:left="567"/>
      </w:pPr>
      <w:r>
        <w:rPr>
          <w:rFonts w:ascii="宋体" w:hAnsi="宋体" w:eastAsia="宋体"/>
          <w:sz w:val="24"/>
        </w:rPr>
        <w:t>④罗塞塔号（Rosetta）</w:t>
      </w:r>
    </w:p>
    <w:p>
      <w:pPr>
        <w:spacing w:before="120" w:after="40" w:line="360" w:lineRule="auto"/>
      </w:pPr>
      <w:r>
        <w:rPr>
          <w:rFonts w:ascii="宋体" w:hAnsi="宋体" w:eastAsia="宋体"/>
          <w:sz w:val="24"/>
        </w:rPr>
        <w:t>8. 太阳色球层所呈现的红色，主要来自哪种元素的辐射？</w:t>
      </w:r>
    </w:p>
    <w:p>
      <w:pPr>
        <w:spacing w:after="20" w:line="312" w:lineRule="auto"/>
        <w:ind w:left="567"/>
      </w:pPr>
      <w:r>
        <w:rPr>
          <w:rFonts w:ascii="宋体" w:hAnsi="宋体" w:eastAsia="宋体"/>
          <w:sz w:val="24"/>
        </w:rPr>
        <w:t>①钠</w:t>
      </w:r>
    </w:p>
    <w:p>
      <w:pPr>
        <w:spacing w:after="20" w:line="312" w:lineRule="auto"/>
        <w:ind w:left="567"/>
      </w:pPr>
      <w:r>
        <w:rPr>
          <w:rFonts w:ascii="宋体" w:hAnsi="宋体" w:eastAsia="宋体"/>
          <w:sz w:val="24"/>
        </w:rPr>
        <w:t>②钾</w:t>
      </w:r>
    </w:p>
    <w:p>
      <w:pPr>
        <w:spacing w:after="20" w:line="312" w:lineRule="auto"/>
        <w:ind w:left="567"/>
      </w:pPr>
      <w:r>
        <w:rPr>
          <w:rFonts w:ascii="宋体" w:hAnsi="宋体" w:eastAsia="宋体"/>
          <w:sz w:val="24"/>
        </w:rPr>
        <w:t>③氢</w:t>
      </w:r>
    </w:p>
    <w:p>
      <w:pPr>
        <w:spacing w:after="20" w:line="312" w:lineRule="auto"/>
        <w:ind w:left="567"/>
      </w:pPr>
      <w:r>
        <w:rPr>
          <w:rFonts w:ascii="宋体" w:hAnsi="宋体" w:eastAsia="宋体"/>
          <w:sz w:val="24"/>
        </w:rPr>
        <w:t>④氦</w:t>
      </w:r>
    </w:p>
    <w:p>
      <w:pPr>
        <w:spacing w:before="120" w:after="40" w:line="360" w:lineRule="auto"/>
      </w:pPr>
      <w:r>
        <w:rPr>
          <w:rFonts w:ascii="宋体" w:hAnsi="宋体" w:eastAsia="宋体"/>
          <w:sz w:val="24"/>
        </w:rPr>
        <w:t>9. 从地球观测月球，发现月球始终以同一面朝向地球，其主要原因为何？</w:t>
      </w:r>
    </w:p>
    <w:p>
      <w:pPr>
        <w:spacing w:after="20" w:line="312" w:lineRule="auto"/>
        <w:ind w:left="567"/>
      </w:pPr>
      <w:r>
        <w:rPr>
          <w:rFonts w:ascii="宋体" w:hAnsi="宋体" w:eastAsia="宋体"/>
          <w:sz w:val="24"/>
        </w:rPr>
        <w:t>①月球不会公转</w:t>
      </w:r>
    </w:p>
    <w:p>
      <w:pPr>
        <w:spacing w:after="20" w:line="312" w:lineRule="auto"/>
        <w:ind w:left="567"/>
      </w:pPr>
      <w:r>
        <w:rPr>
          <w:rFonts w:ascii="宋体" w:hAnsi="宋体" w:eastAsia="宋体"/>
          <w:sz w:val="24"/>
        </w:rPr>
        <w:t>②月球的自转周期与地球的自转周期相同</w:t>
      </w:r>
    </w:p>
    <w:p>
      <w:pPr>
        <w:spacing w:after="20" w:line="312" w:lineRule="auto"/>
        <w:ind w:left="567"/>
      </w:pPr>
      <w:r>
        <w:rPr>
          <w:rFonts w:ascii="宋体" w:hAnsi="宋体" w:eastAsia="宋体"/>
          <w:sz w:val="24"/>
        </w:rPr>
        <w:t>③月球不会自转</w:t>
      </w:r>
    </w:p>
    <w:p>
      <w:pPr>
        <w:spacing w:after="20" w:line="312" w:lineRule="auto"/>
        <w:ind w:left="567"/>
      </w:pPr>
      <w:r>
        <w:rPr>
          <w:rFonts w:ascii="宋体" w:hAnsi="宋体" w:eastAsia="宋体"/>
          <w:sz w:val="24"/>
        </w:rPr>
        <w:t>④月球绕地球的公转周期与月球的自转周期相同</w:t>
      </w:r>
    </w:p>
    <w:p>
      <w:pPr>
        <w:spacing w:before="120" w:after="40" w:line="360" w:lineRule="auto"/>
      </w:pPr>
      <w:r>
        <w:rPr>
          <w:rFonts w:ascii="宋体" w:hAnsi="宋体" w:eastAsia="宋体"/>
          <w:sz w:val="24"/>
        </w:rPr>
        <w:t>10. 请问中国古星官中的「南斗」，位于现在88个星座中下列哪个星座位置？</w:t>
      </w:r>
    </w:p>
    <w:p>
      <w:pPr>
        <w:spacing w:after="20" w:line="312" w:lineRule="auto"/>
        <w:ind w:left="567"/>
      </w:pPr>
      <w:r>
        <w:rPr>
          <w:rFonts w:ascii="宋体" w:hAnsi="宋体" w:eastAsia="宋体"/>
          <w:sz w:val="24"/>
        </w:rPr>
        <w:t>①天蝎座</w:t>
      </w:r>
    </w:p>
    <w:p>
      <w:pPr>
        <w:spacing w:after="20" w:line="312" w:lineRule="auto"/>
        <w:ind w:left="567"/>
      </w:pPr>
      <w:r>
        <w:rPr>
          <w:rFonts w:ascii="宋体" w:hAnsi="宋体" w:eastAsia="宋体"/>
          <w:sz w:val="24"/>
        </w:rPr>
        <w:t>②人马座</w:t>
      </w:r>
    </w:p>
    <w:p>
      <w:pPr>
        <w:spacing w:after="20" w:line="312" w:lineRule="auto"/>
        <w:ind w:left="567"/>
      </w:pPr>
      <w:r>
        <w:rPr>
          <w:rFonts w:ascii="宋体" w:hAnsi="宋体" w:eastAsia="宋体"/>
          <w:sz w:val="24"/>
        </w:rPr>
        <w:t>③半人马座</w:t>
      </w:r>
    </w:p>
    <w:p>
      <w:pPr>
        <w:spacing w:after="20" w:line="312" w:lineRule="auto"/>
        <w:ind w:left="567"/>
      </w:pPr>
      <w:r>
        <w:rPr>
          <w:rFonts w:ascii="宋体" w:hAnsi="宋体" w:eastAsia="宋体"/>
          <w:sz w:val="24"/>
        </w:rPr>
        <w:t>④飞马座</w:t>
      </w:r>
    </w:p>
    <w:p>
      <w:pPr>
        <w:spacing w:before="120" w:after="40" w:line="360" w:lineRule="auto"/>
      </w:pPr>
      <w:r>
        <w:rPr>
          <w:rFonts w:ascii="宋体" w:hAnsi="宋体" w:eastAsia="宋体"/>
          <w:sz w:val="24"/>
        </w:rPr>
        <w:t>11. 截至2016年，发现最多系外行星〈我们太阳系以外的行星〉的望远镜是下列哪一个？</w:t>
      </w:r>
    </w:p>
    <w:p>
      <w:pPr>
        <w:spacing w:after="20" w:line="312" w:lineRule="auto"/>
        <w:ind w:left="567"/>
      </w:pPr>
      <w:r>
        <w:rPr>
          <w:rFonts w:ascii="宋体" w:hAnsi="宋体" w:eastAsia="宋体"/>
          <w:sz w:val="24"/>
        </w:rPr>
        <w:t>①甚大望远镜阵列（VLA）</w:t>
      </w:r>
    </w:p>
    <w:p>
      <w:pPr>
        <w:spacing w:after="20" w:line="312" w:lineRule="auto"/>
        <w:ind w:left="567"/>
      </w:pPr>
      <w:r>
        <w:rPr>
          <w:rFonts w:ascii="宋体" w:hAnsi="宋体" w:eastAsia="宋体"/>
          <w:sz w:val="24"/>
        </w:rPr>
        <w:t>②克卜勒太空望远镜（Kepler）</w:t>
      </w:r>
    </w:p>
    <w:p>
      <w:pPr>
        <w:spacing w:after="20" w:line="312" w:lineRule="auto"/>
        <w:ind w:left="567"/>
      </w:pPr>
      <w:r>
        <w:rPr>
          <w:rFonts w:ascii="宋体" w:hAnsi="宋体" w:eastAsia="宋体"/>
          <w:sz w:val="24"/>
        </w:rPr>
        <w:t>③哈勃太空望远镜（HST）</w:t>
      </w:r>
    </w:p>
    <w:p>
      <w:pPr>
        <w:spacing w:after="20" w:line="312" w:lineRule="auto"/>
        <w:ind w:left="567"/>
      </w:pPr>
      <w:r>
        <w:rPr>
          <w:rFonts w:ascii="宋体" w:hAnsi="宋体" w:eastAsia="宋体"/>
          <w:sz w:val="24"/>
        </w:rPr>
        <w:t>④史匹哲太空望远镜（SST）</w:t>
      </w:r>
    </w:p>
    <w:p>
      <w:pPr>
        <w:spacing w:before="120" w:after="40" w:line="360" w:lineRule="auto"/>
      </w:pPr>
      <w:r>
        <w:rPr>
          <w:rFonts w:ascii="宋体" w:hAnsi="宋体" w:eastAsia="宋体"/>
          <w:sz w:val="24"/>
        </w:rPr>
        <w:t>12. 请问梅西尔星表〈The Messier Catalogue〉中的M35，位于下列哪一个星座方向？</w:t>
      </w:r>
    </w:p>
    <w:p>
      <w:pPr>
        <w:spacing w:after="20" w:line="312" w:lineRule="auto"/>
        <w:ind w:left="567"/>
      </w:pPr>
      <w:r>
        <w:rPr>
          <w:rFonts w:ascii="宋体" w:hAnsi="宋体" w:eastAsia="宋体"/>
          <w:sz w:val="24"/>
        </w:rPr>
        <w:t>①双子座</w:t>
      </w:r>
    </w:p>
    <w:p>
      <w:pPr>
        <w:spacing w:after="20" w:line="312" w:lineRule="auto"/>
        <w:ind w:left="567"/>
      </w:pPr>
      <w:r>
        <w:rPr>
          <w:rFonts w:ascii="宋体" w:hAnsi="宋体" w:eastAsia="宋体"/>
          <w:sz w:val="24"/>
        </w:rPr>
        <w:t>②御夫座</w:t>
      </w:r>
    </w:p>
    <w:p>
      <w:pPr>
        <w:spacing w:after="20" w:line="312" w:lineRule="auto"/>
        <w:ind w:left="567"/>
      </w:pPr>
      <w:r>
        <w:rPr>
          <w:rFonts w:ascii="宋体" w:hAnsi="宋体" w:eastAsia="宋体"/>
          <w:sz w:val="24"/>
        </w:rPr>
        <w:t>③猎犬座</w:t>
      </w:r>
    </w:p>
    <w:p>
      <w:pPr>
        <w:spacing w:after="20" w:line="312" w:lineRule="auto"/>
        <w:ind w:left="567"/>
      </w:pPr>
      <w:r>
        <w:rPr>
          <w:rFonts w:ascii="宋体" w:hAnsi="宋体" w:eastAsia="宋体"/>
          <w:sz w:val="24"/>
        </w:rPr>
        <w:t>④小犬座</w:t>
      </w:r>
    </w:p>
    <w:p>
      <w:pPr>
        <w:spacing w:before="120" w:after="40" w:line="360" w:lineRule="auto"/>
      </w:pPr>
      <w:r>
        <w:rPr>
          <w:rFonts w:ascii="宋体" w:hAnsi="宋体" w:eastAsia="宋体"/>
          <w:sz w:val="24"/>
        </w:rPr>
        <w:t>13. 宇宙中，比铁重的元素主要从何而来？</w:t>
      </w:r>
    </w:p>
    <w:p>
      <w:pPr>
        <w:spacing w:after="20" w:line="312" w:lineRule="auto"/>
        <w:ind w:left="567"/>
      </w:pPr>
      <w:r>
        <w:rPr>
          <w:rFonts w:ascii="宋体" w:hAnsi="宋体" w:eastAsia="宋体"/>
          <w:sz w:val="24"/>
        </w:rPr>
        <w:t>①恒星内部核融合</w:t>
      </w:r>
    </w:p>
    <w:p>
      <w:pPr>
        <w:spacing w:after="20" w:line="312" w:lineRule="auto"/>
        <w:ind w:left="567"/>
      </w:pPr>
      <w:r>
        <w:rPr>
          <w:rFonts w:ascii="宋体" w:hAnsi="宋体" w:eastAsia="宋体"/>
          <w:sz w:val="24"/>
        </w:rPr>
        <w:t>②超新星爆炸</w:t>
      </w:r>
    </w:p>
    <w:p>
      <w:pPr>
        <w:spacing w:after="20" w:line="312" w:lineRule="auto"/>
        <w:ind w:left="567"/>
      </w:pPr>
      <w:r>
        <w:rPr>
          <w:rFonts w:ascii="宋体" w:hAnsi="宋体" w:eastAsia="宋体"/>
          <w:sz w:val="24"/>
        </w:rPr>
        <w:t>③大霹雳</w:t>
      </w:r>
    </w:p>
    <w:p>
      <w:pPr>
        <w:spacing w:after="20" w:line="312" w:lineRule="auto"/>
        <w:ind w:left="567"/>
      </w:pPr>
      <w:r>
        <w:rPr>
          <w:rFonts w:ascii="宋体" w:hAnsi="宋体" w:eastAsia="宋体"/>
          <w:sz w:val="24"/>
        </w:rPr>
        <w:t>④黑洞</w:t>
      </w:r>
    </w:p>
    <w:p>
      <w:pPr>
        <w:spacing w:before="120" w:after="40" w:line="360" w:lineRule="auto"/>
      </w:pPr>
      <w:r>
        <w:rPr>
          <w:rFonts w:ascii="宋体" w:hAnsi="宋体" w:eastAsia="宋体"/>
          <w:sz w:val="24"/>
        </w:rPr>
        <w:t>14. 有关行星的位置叙述，下列何者错误？</w:t>
      </w:r>
    </w:p>
    <w:p>
      <w:pPr>
        <w:spacing w:after="20" w:line="312" w:lineRule="auto"/>
        <w:ind w:left="567"/>
      </w:pPr>
      <w:r>
        <w:rPr>
          <w:rFonts w:ascii="宋体" w:hAnsi="宋体" w:eastAsia="宋体"/>
          <w:sz w:val="24"/>
        </w:rPr>
        <w:t>①发生水星东大距或西大距前后，是观测水星的最佳时机</w:t>
      </w:r>
    </w:p>
    <w:p>
      <w:pPr>
        <w:spacing w:after="20" w:line="312" w:lineRule="auto"/>
        <w:ind w:left="567"/>
      </w:pPr>
      <w:r>
        <w:rPr>
          <w:rFonts w:ascii="宋体" w:hAnsi="宋体" w:eastAsia="宋体"/>
          <w:sz w:val="24"/>
        </w:rPr>
        <w:t>②发生木星西方照时，木星、地球与太阳三者中心连线构成直角三角形，同时地球位于直角点上、木星在太阳西侧</w:t>
      </w:r>
    </w:p>
    <w:p>
      <w:pPr>
        <w:spacing w:after="20" w:line="312" w:lineRule="auto"/>
        <w:ind w:left="567"/>
      </w:pPr>
      <w:r>
        <w:rPr>
          <w:rFonts w:ascii="宋体" w:hAnsi="宋体" w:eastAsia="宋体"/>
          <w:sz w:val="24"/>
        </w:rPr>
        <w:t>③发生木星合金星时，表示整夜可见木星及金星</w:t>
      </w:r>
    </w:p>
    <w:p>
      <w:pPr>
        <w:spacing w:after="20" w:line="312" w:lineRule="auto"/>
        <w:ind w:left="567"/>
      </w:pPr>
      <w:r>
        <w:rPr>
          <w:rFonts w:ascii="宋体" w:hAnsi="宋体" w:eastAsia="宋体"/>
          <w:sz w:val="24"/>
        </w:rPr>
        <w:t>④发生火星大接近时，是观测火星的好时机</w:t>
      </w:r>
    </w:p>
    <w:p>
      <w:pPr>
        <w:spacing w:before="120" w:after="40" w:line="360" w:lineRule="auto"/>
      </w:pPr>
      <w:r>
        <w:rPr>
          <w:rFonts w:ascii="宋体" w:hAnsi="宋体" w:eastAsia="宋体"/>
          <w:sz w:val="24"/>
        </w:rPr>
        <w:t>15. 『荧惑守心』发生时，往下列哪个星座方向就可看到？</w:t>
      </w:r>
    </w:p>
    <w:p>
      <w:pPr>
        <w:spacing w:after="20" w:line="312" w:lineRule="auto"/>
        <w:ind w:left="567"/>
      </w:pPr>
      <w:r>
        <w:rPr>
          <w:rFonts w:ascii="宋体" w:hAnsi="宋体" w:eastAsia="宋体"/>
          <w:sz w:val="24"/>
        </w:rPr>
        <w:t>①巨蟹座</w:t>
      </w:r>
    </w:p>
    <w:p>
      <w:pPr>
        <w:spacing w:after="20" w:line="312" w:lineRule="auto"/>
        <w:ind w:left="567"/>
      </w:pPr>
      <w:r>
        <w:rPr>
          <w:rFonts w:ascii="宋体" w:hAnsi="宋体" w:eastAsia="宋体"/>
          <w:sz w:val="24"/>
        </w:rPr>
        <w:t>②室女座</w:t>
      </w:r>
    </w:p>
    <w:p>
      <w:pPr>
        <w:spacing w:after="20" w:line="312" w:lineRule="auto"/>
        <w:ind w:left="567"/>
      </w:pPr>
      <w:r>
        <w:rPr>
          <w:rFonts w:ascii="宋体" w:hAnsi="宋体" w:eastAsia="宋体"/>
          <w:sz w:val="24"/>
        </w:rPr>
        <w:t>③天蝎座</w:t>
      </w:r>
    </w:p>
    <w:p>
      <w:pPr>
        <w:spacing w:after="20" w:line="312" w:lineRule="auto"/>
        <w:ind w:left="567"/>
      </w:pPr>
      <w:r>
        <w:rPr>
          <w:rFonts w:ascii="宋体" w:hAnsi="宋体" w:eastAsia="宋体"/>
          <w:sz w:val="24"/>
        </w:rPr>
        <w:t>④大熊座</w:t>
      </w:r>
    </w:p>
    <w:p>
      <w:pPr>
        <w:spacing w:before="120" w:after="40" w:line="360" w:lineRule="auto"/>
      </w:pPr>
      <w:r>
        <w:rPr>
          <w:rFonts w:ascii="宋体" w:hAnsi="宋体" w:eastAsia="宋体"/>
          <w:sz w:val="24"/>
        </w:rPr>
        <w:t>16. 每一年约发生于7月17日至8月24日，极大期约出现于8月12日前后的英仙座流星雨，请问它的来源天体是以下哪一颗？</w:t>
      </w:r>
    </w:p>
    <w:p>
      <w:pPr>
        <w:spacing w:after="20" w:line="312" w:lineRule="auto"/>
        <w:ind w:left="567"/>
      </w:pPr>
      <w:r>
        <w:rPr>
          <w:rFonts w:ascii="宋体" w:hAnsi="宋体" w:eastAsia="宋体"/>
          <w:sz w:val="24"/>
        </w:rPr>
        <w:t>①1P/Halley</w:t>
      </w:r>
    </w:p>
    <w:p>
      <w:pPr>
        <w:spacing w:after="20" w:line="312" w:lineRule="auto"/>
        <w:ind w:left="567"/>
      </w:pPr>
      <w:r>
        <w:rPr>
          <w:rFonts w:ascii="宋体" w:hAnsi="宋体" w:eastAsia="宋体"/>
          <w:sz w:val="24"/>
        </w:rPr>
        <w:t>②C/1490Y1</w:t>
      </w:r>
    </w:p>
    <w:p>
      <w:pPr>
        <w:spacing w:after="20" w:line="312" w:lineRule="auto"/>
        <w:ind w:left="567"/>
      </w:pPr>
      <w:r>
        <w:rPr>
          <w:rFonts w:ascii="宋体" w:hAnsi="宋体" w:eastAsia="宋体"/>
          <w:sz w:val="24"/>
        </w:rPr>
        <w:t>③MP3200</w:t>
      </w:r>
    </w:p>
    <w:p>
      <w:pPr>
        <w:spacing w:after="20" w:line="312" w:lineRule="auto"/>
        <w:ind w:left="567"/>
      </w:pPr>
      <w:r>
        <w:rPr>
          <w:rFonts w:ascii="宋体" w:hAnsi="宋体" w:eastAsia="宋体"/>
          <w:sz w:val="24"/>
        </w:rPr>
        <w:t>④109P/Swift-Tuttle</w:t>
      </w:r>
    </w:p>
    <w:p>
      <w:pPr>
        <w:spacing w:before="120" w:after="40" w:line="360" w:lineRule="auto"/>
      </w:pPr>
      <w:r>
        <w:rPr>
          <w:rFonts w:ascii="宋体" w:hAnsi="宋体" w:eastAsia="宋体"/>
          <w:sz w:val="24"/>
        </w:rPr>
        <w:t>17. 地球在下列哪一个节气时，离太阳较近？</w:t>
      </w:r>
    </w:p>
    <w:p>
      <w:pPr>
        <w:spacing w:after="20" w:line="312" w:lineRule="auto"/>
        <w:ind w:left="567"/>
      </w:pPr>
      <w:r>
        <w:rPr>
          <w:rFonts w:ascii="宋体" w:hAnsi="宋体" w:eastAsia="宋体"/>
          <w:sz w:val="24"/>
        </w:rPr>
        <w:t>①春分</w:t>
      </w:r>
    </w:p>
    <w:p>
      <w:pPr>
        <w:spacing w:after="20" w:line="312" w:lineRule="auto"/>
        <w:ind w:left="567"/>
      </w:pPr>
      <w:r>
        <w:rPr>
          <w:rFonts w:ascii="宋体" w:hAnsi="宋体" w:eastAsia="宋体"/>
          <w:sz w:val="24"/>
        </w:rPr>
        <w:t>②夏至</w:t>
      </w:r>
    </w:p>
    <w:p>
      <w:pPr>
        <w:spacing w:after="20" w:line="312" w:lineRule="auto"/>
        <w:ind w:left="567"/>
      </w:pPr>
      <w:r>
        <w:rPr>
          <w:rFonts w:ascii="宋体" w:hAnsi="宋体" w:eastAsia="宋体"/>
          <w:sz w:val="24"/>
        </w:rPr>
        <w:t>③秋分</w:t>
      </w:r>
    </w:p>
    <w:p>
      <w:pPr>
        <w:spacing w:after="20" w:line="312" w:lineRule="auto"/>
        <w:ind w:left="567"/>
      </w:pPr>
      <w:r>
        <w:rPr>
          <w:rFonts w:ascii="宋体" w:hAnsi="宋体" w:eastAsia="宋体"/>
          <w:sz w:val="24"/>
        </w:rPr>
        <w:t>④冬至</w:t>
      </w:r>
    </w:p>
    <w:p>
      <w:pPr>
        <w:spacing w:before="120" w:after="40" w:line="360" w:lineRule="auto"/>
      </w:pPr>
      <w:r>
        <w:rPr>
          <w:rFonts w:ascii="宋体" w:hAnsi="宋体" w:eastAsia="宋体"/>
          <w:sz w:val="24"/>
        </w:rPr>
        <w:t>18. 下列叙述何者是错误的？</w:t>
      </w:r>
    </w:p>
    <w:p>
      <w:pPr>
        <w:spacing w:after="20" w:line="312" w:lineRule="auto"/>
        <w:ind w:left="567"/>
      </w:pPr>
      <w:r>
        <w:rPr>
          <w:rFonts w:ascii="宋体" w:hAnsi="宋体" w:eastAsia="宋体"/>
          <w:sz w:val="24"/>
        </w:rPr>
        <w:t>①西元1800年不是闰年</w:t>
      </w:r>
    </w:p>
    <w:p>
      <w:pPr>
        <w:spacing w:after="20" w:line="312" w:lineRule="auto"/>
        <w:ind w:left="567"/>
      </w:pPr>
      <w:r>
        <w:rPr>
          <w:rFonts w:ascii="宋体" w:hAnsi="宋体" w:eastAsia="宋体"/>
          <w:sz w:val="24"/>
        </w:rPr>
        <w:t>②西元2000年是闰年</w:t>
      </w:r>
    </w:p>
    <w:p>
      <w:pPr>
        <w:spacing w:after="20" w:line="312" w:lineRule="auto"/>
        <w:ind w:left="567"/>
      </w:pPr>
      <w:r>
        <w:rPr>
          <w:rFonts w:ascii="宋体" w:hAnsi="宋体" w:eastAsia="宋体"/>
          <w:sz w:val="24"/>
        </w:rPr>
        <w:t>③西元2016年是闰年</w:t>
      </w:r>
    </w:p>
    <w:p>
      <w:pPr>
        <w:spacing w:after="20" w:line="312" w:lineRule="auto"/>
        <w:ind w:left="567"/>
      </w:pPr>
      <w:r>
        <w:rPr>
          <w:rFonts w:ascii="宋体" w:hAnsi="宋体" w:eastAsia="宋体"/>
          <w:sz w:val="24"/>
        </w:rPr>
        <w:t>④以上都是闰年</w:t>
      </w:r>
    </w:p>
    <w:p>
      <w:pPr>
        <w:spacing w:before="120" w:after="40" w:line="360" w:lineRule="auto"/>
      </w:pPr>
      <w:r>
        <w:rPr>
          <w:rFonts w:ascii="宋体" w:hAnsi="宋体" w:eastAsia="宋体"/>
          <w:sz w:val="24"/>
        </w:rPr>
        <w:t>19. 下列天体组合中，当观测者站在地球地表上、用肉眼观察星空一年，哪一组看不出彼此相对位置会有所改变？</w:t>
      </w:r>
    </w:p>
    <w:p>
      <w:pPr>
        <w:spacing w:after="20" w:line="312" w:lineRule="auto"/>
        <w:ind w:left="567"/>
      </w:pPr>
      <w:r>
        <w:rPr>
          <w:rFonts w:ascii="宋体" w:hAnsi="宋体" w:eastAsia="宋体"/>
          <w:sz w:val="24"/>
        </w:rPr>
        <w:t>①月球与太阳</w:t>
      </w:r>
    </w:p>
    <w:p>
      <w:pPr>
        <w:spacing w:after="20" w:line="312" w:lineRule="auto"/>
        <w:ind w:left="567"/>
      </w:pPr>
      <w:r>
        <w:rPr>
          <w:rFonts w:ascii="宋体" w:hAnsi="宋体" w:eastAsia="宋体"/>
          <w:sz w:val="24"/>
        </w:rPr>
        <w:t>②金星与太阳</w:t>
      </w:r>
    </w:p>
    <w:p>
      <w:pPr>
        <w:spacing w:after="20" w:line="312" w:lineRule="auto"/>
        <w:ind w:left="567"/>
      </w:pPr>
      <w:r>
        <w:rPr>
          <w:rFonts w:ascii="宋体" w:hAnsi="宋体" w:eastAsia="宋体"/>
          <w:sz w:val="24"/>
        </w:rPr>
        <w:t>③火星与土星</w:t>
      </w:r>
    </w:p>
    <w:p>
      <w:pPr>
        <w:spacing w:after="20" w:line="312" w:lineRule="auto"/>
        <w:ind w:left="567"/>
      </w:pPr>
      <w:r>
        <w:rPr>
          <w:rFonts w:ascii="宋体" w:hAnsi="宋体" w:eastAsia="宋体"/>
          <w:sz w:val="24"/>
        </w:rPr>
        <w:t>④天狼星与南河三</w:t>
      </w:r>
    </w:p>
    <w:p>
      <w:pPr>
        <w:spacing w:before="120" w:after="40" w:line="360" w:lineRule="auto"/>
      </w:pPr>
      <w:r>
        <w:rPr>
          <w:rFonts w:ascii="宋体" w:hAnsi="宋体" w:eastAsia="宋体"/>
          <w:sz w:val="24"/>
        </w:rPr>
        <w:t>20. 目前所发现的系外行星很多在天鹅座方向，是因为下列何种原因？</w:t>
      </w:r>
    </w:p>
    <w:p>
      <w:pPr>
        <w:spacing w:after="20" w:line="312" w:lineRule="auto"/>
        <w:ind w:left="567"/>
      </w:pPr>
      <w:r>
        <w:rPr>
          <w:rFonts w:ascii="宋体" w:hAnsi="宋体" w:eastAsia="宋体"/>
          <w:sz w:val="24"/>
        </w:rPr>
        <w:t>①天鹅座方向恒星较多</w:t>
      </w:r>
    </w:p>
    <w:p>
      <w:pPr>
        <w:spacing w:after="20" w:line="312" w:lineRule="auto"/>
        <w:ind w:left="567"/>
      </w:pPr>
      <w:r>
        <w:rPr>
          <w:rFonts w:ascii="宋体" w:hAnsi="宋体" w:eastAsia="宋体"/>
          <w:sz w:val="24"/>
        </w:rPr>
        <w:t>②天鹅座方向是银河中心</w:t>
      </w:r>
    </w:p>
    <w:p>
      <w:pPr>
        <w:spacing w:after="20" w:line="312" w:lineRule="auto"/>
        <w:ind w:left="567"/>
      </w:pPr>
      <w:r>
        <w:rPr>
          <w:rFonts w:ascii="宋体" w:hAnsi="宋体" w:eastAsia="宋体"/>
          <w:sz w:val="24"/>
        </w:rPr>
        <w:t>③哈勃太空望远镜专看天鹅座方向</w:t>
      </w:r>
    </w:p>
    <w:p>
      <w:pPr>
        <w:spacing w:after="20" w:line="312" w:lineRule="auto"/>
        <w:ind w:left="567"/>
      </w:pPr>
      <w:r>
        <w:rPr>
          <w:rFonts w:ascii="宋体" w:hAnsi="宋体" w:eastAsia="宋体"/>
          <w:sz w:val="24"/>
        </w:rPr>
        <w:t>④克卜勒太空望远镜的观测区域，主要落在天鹅座及天琴座之间</w:t>
      </w:r>
    </w:p>
    <w:p>
      <w:pPr>
        <w:spacing w:before="120" w:after="40" w:line="360" w:lineRule="auto"/>
      </w:pPr>
      <w:r>
        <w:rPr>
          <w:rFonts w:ascii="宋体" w:hAnsi="宋体" w:eastAsia="宋体"/>
          <w:sz w:val="24"/>
        </w:rPr>
        <w:t>21. 北半球船只航行于海上，若无全球定位系统（GPS），可以借由量测北极星仰角得知所处纬度。若要求得所处之经度，最不需要下列何种工具？</w:t>
      </w:r>
    </w:p>
    <w:p>
      <w:pPr>
        <w:spacing w:after="20" w:line="312" w:lineRule="auto"/>
        <w:ind w:left="567"/>
      </w:pPr>
      <w:r>
        <w:rPr>
          <w:rFonts w:ascii="宋体" w:hAnsi="宋体" w:eastAsia="宋体"/>
          <w:sz w:val="24"/>
        </w:rPr>
        <w:t>①时钟</w:t>
      </w:r>
    </w:p>
    <w:p>
      <w:pPr>
        <w:spacing w:after="20" w:line="312" w:lineRule="auto"/>
        <w:ind w:left="567"/>
      </w:pPr>
      <w:r>
        <w:rPr>
          <w:rFonts w:ascii="宋体" w:hAnsi="宋体" w:eastAsia="宋体"/>
          <w:sz w:val="24"/>
        </w:rPr>
        <w:t>②航海日志</w:t>
      </w:r>
    </w:p>
    <w:p>
      <w:pPr>
        <w:spacing w:after="20" w:line="312" w:lineRule="auto"/>
        <w:ind w:left="567"/>
      </w:pPr>
      <w:r>
        <w:rPr>
          <w:rFonts w:ascii="宋体" w:hAnsi="宋体" w:eastAsia="宋体"/>
          <w:sz w:val="24"/>
        </w:rPr>
        <w:t>③望远镜</w:t>
      </w:r>
    </w:p>
    <w:p>
      <w:pPr>
        <w:spacing w:after="20" w:line="312" w:lineRule="auto"/>
        <w:ind w:left="567"/>
      </w:pPr>
      <w:r>
        <w:rPr>
          <w:rFonts w:ascii="宋体" w:hAnsi="宋体" w:eastAsia="宋体"/>
          <w:sz w:val="24"/>
        </w:rPr>
        <w:t>④六分仪</w:t>
      </w:r>
    </w:p>
    <w:p>
      <w:pPr>
        <w:spacing w:before="120" w:after="40" w:line="360" w:lineRule="auto"/>
      </w:pPr>
      <w:r>
        <w:rPr>
          <w:rFonts w:ascii="宋体" w:hAnsi="宋体" w:eastAsia="宋体"/>
          <w:sz w:val="24"/>
        </w:rPr>
        <w:t>22. 西洋占星术中描述黄道带上有12个星座，一般称为黄道12宫，但实际黄道上有13个星座，请问那第13个是下列哪一个？</w:t>
      </w:r>
    </w:p>
    <w:p>
      <w:pPr>
        <w:spacing w:after="20" w:line="312" w:lineRule="auto"/>
        <w:ind w:left="567"/>
      </w:pPr>
      <w:r>
        <w:rPr>
          <w:rFonts w:ascii="宋体" w:hAnsi="宋体" w:eastAsia="宋体"/>
          <w:sz w:val="24"/>
        </w:rPr>
        <w:t>①猎户座</w:t>
      </w:r>
    </w:p>
    <w:p>
      <w:pPr>
        <w:spacing w:after="20" w:line="312" w:lineRule="auto"/>
        <w:ind w:left="567"/>
      </w:pPr>
      <w:r>
        <w:rPr>
          <w:rFonts w:ascii="宋体" w:hAnsi="宋体" w:eastAsia="宋体"/>
          <w:sz w:val="24"/>
        </w:rPr>
        <w:t>②天龙座</w:t>
      </w:r>
    </w:p>
    <w:p>
      <w:pPr>
        <w:spacing w:after="20" w:line="312" w:lineRule="auto"/>
        <w:ind w:left="567"/>
      </w:pPr>
      <w:r>
        <w:rPr>
          <w:rFonts w:ascii="宋体" w:hAnsi="宋体" w:eastAsia="宋体"/>
          <w:sz w:val="24"/>
        </w:rPr>
        <w:t>③蛇夫座</w:t>
      </w:r>
    </w:p>
    <w:p>
      <w:pPr>
        <w:spacing w:after="20" w:line="312" w:lineRule="auto"/>
        <w:ind w:left="567"/>
      </w:pPr>
      <w:r>
        <w:rPr>
          <w:rFonts w:ascii="宋体" w:hAnsi="宋体" w:eastAsia="宋体"/>
          <w:sz w:val="24"/>
        </w:rPr>
        <w:t>④巨蛇座</w:t>
      </w:r>
    </w:p>
    <w:p>
      <w:pPr>
        <w:spacing w:before="120" w:after="40" w:line="360" w:lineRule="auto"/>
      </w:pPr>
      <w:r>
        <w:rPr>
          <w:rFonts w:ascii="宋体" w:hAnsi="宋体" w:eastAsia="宋体"/>
          <w:sz w:val="24"/>
        </w:rPr>
        <w:t>23. 周期彗星中，回归周期最短的是以下哪一颗？</w:t>
      </w:r>
    </w:p>
    <w:p>
      <w:pPr>
        <w:spacing w:after="20" w:line="312" w:lineRule="auto"/>
        <w:ind w:left="567"/>
      </w:pPr>
      <w:r>
        <w:rPr>
          <w:rFonts w:ascii="宋体" w:hAnsi="宋体" w:eastAsia="宋体"/>
          <w:sz w:val="24"/>
        </w:rPr>
        <w:t>①1P/Halley（哈雷）</w:t>
      </w:r>
    </w:p>
    <w:p>
      <w:pPr>
        <w:spacing w:after="20" w:line="312" w:lineRule="auto"/>
        <w:ind w:left="567"/>
      </w:pPr>
      <w:r>
        <w:rPr>
          <w:rFonts w:ascii="宋体" w:hAnsi="宋体" w:eastAsia="宋体"/>
          <w:sz w:val="24"/>
        </w:rPr>
        <w:t>②10P/Tempel 2（谭普2号）</w:t>
      </w:r>
    </w:p>
    <w:p>
      <w:pPr>
        <w:spacing w:after="20" w:line="312" w:lineRule="auto"/>
        <w:ind w:left="567"/>
      </w:pPr>
      <w:r>
        <w:rPr>
          <w:rFonts w:ascii="宋体" w:hAnsi="宋体" w:eastAsia="宋体"/>
          <w:sz w:val="24"/>
        </w:rPr>
        <w:t>③2P/Encke（恩克）</w:t>
      </w:r>
    </w:p>
    <w:p>
      <w:pPr>
        <w:spacing w:after="20" w:line="312" w:lineRule="auto"/>
        <w:ind w:left="567"/>
      </w:pPr>
      <w:r>
        <w:rPr>
          <w:rFonts w:ascii="宋体" w:hAnsi="宋体" w:eastAsia="宋体"/>
          <w:sz w:val="24"/>
        </w:rPr>
        <w:t>④14P/Wolf（沃尔夫）</w:t>
      </w:r>
    </w:p>
    <w:p>
      <w:pPr>
        <w:spacing w:before="120" w:after="40" w:line="360" w:lineRule="auto"/>
      </w:pPr>
      <w:r>
        <w:rPr>
          <w:rFonts w:ascii="宋体" w:hAnsi="宋体" w:eastAsia="宋体"/>
          <w:sz w:val="24"/>
        </w:rPr>
        <w:t>24. 中国古代天文学着作《灵宪》，是由谁所撰写的？</w:t>
      </w:r>
    </w:p>
    <w:p>
      <w:pPr>
        <w:spacing w:after="20" w:line="312" w:lineRule="auto"/>
        <w:ind w:left="567"/>
      </w:pPr>
      <w:r>
        <w:rPr>
          <w:rFonts w:ascii="宋体" w:hAnsi="宋体" w:eastAsia="宋体"/>
          <w:sz w:val="24"/>
        </w:rPr>
        <w:t>①东汉张衡</w:t>
      </w:r>
    </w:p>
    <w:p>
      <w:pPr>
        <w:spacing w:after="20" w:line="312" w:lineRule="auto"/>
        <w:ind w:left="567"/>
      </w:pPr>
      <w:r>
        <w:rPr>
          <w:rFonts w:ascii="宋体" w:hAnsi="宋体" w:eastAsia="宋体"/>
          <w:sz w:val="24"/>
        </w:rPr>
        <w:t>②南朝祖冲之</w:t>
      </w:r>
    </w:p>
    <w:p>
      <w:pPr>
        <w:spacing w:after="20" w:line="312" w:lineRule="auto"/>
        <w:ind w:left="567"/>
      </w:pPr>
      <w:r>
        <w:rPr>
          <w:rFonts w:ascii="宋体" w:hAnsi="宋体" w:eastAsia="宋体"/>
          <w:sz w:val="24"/>
        </w:rPr>
        <w:t>③唐朝一行法师</w:t>
      </w:r>
    </w:p>
    <w:p>
      <w:pPr>
        <w:spacing w:after="20" w:line="312" w:lineRule="auto"/>
        <w:ind w:left="567"/>
      </w:pPr>
      <w:r>
        <w:rPr>
          <w:rFonts w:ascii="宋体" w:hAnsi="宋体" w:eastAsia="宋体"/>
          <w:sz w:val="24"/>
        </w:rPr>
        <w:t>④元朝郭守敬</w:t>
      </w:r>
    </w:p>
    <w:p>
      <w:pPr>
        <w:spacing w:before="120" w:after="40" w:line="360" w:lineRule="auto"/>
      </w:pPr>
      <w:r>
        <w:rPr>
          <w:rFonts w:ascii="宋体" w:hAnsi="宋体" w:eastAsia="宋体"/>
          <w:sz w:val="24"/>
        </w:rPr>
        <w:t>25. 下列哪一个天体，距离地球最远？</w:t>
      </w:r>
    </w:p>
    <w:p>
      <w:pPr>
        <w:spacing w:after="20" w:line="312" w:lineRule="auto"/>
        <w:ind w:left="567"/>
      </w:pPr>
      <w:r>
        <w:rPr>
          <w:rFonts w:ascii="宋体" w:hAnsi="宋体" w:eastAsia="宋体"/>
          <w:sz w:val="24"/>
        </w:rPr>
        <w:t>①冥王星</w:t>
      </w:r>
    </w:p>
    <w:p>
      <w:pPr>
        <w:spacing w:after="20" w:line="312" w:lineRule="auto"/>
        <w:ind w:left="567"/>
      </w:pPr>
      <w:r>
        <w:rPr>
          <w:rFonts w:ascii="宋体" w:hAnsi="宋体" w:eastAsia="宋体"/>
          <w:sz w:val="24"/>
        </w:rPr>
        <w:t>②M45疏散星团</w:t>
      </w:r>
    </w:p>
    <w:p>
      <w:pPr>
        <w:spacing w:after="20" w:line="312" w:lineRule="auto"/>
        <w:ind w:left="567"/>
      </w:pPr>
      <w:r>
        <w:rPr>
          <w:rFonts w:ascii="宋体" w:hAnsi="宋体" w:eastAsia="宋体"/>
          <w:sz w:val="24"/>
        </w:rPr>
        <w:t>③我们银河系中心的黑洞</w:t>
      </w:r>
    </w:p>
    <w:p>
      <w:pPr>
        <w:spacing w:after="20" w:line="312" w:lineRule="auto"/>
        <w:ind w:left="567"/>
      </w:pPr>
      <w:r>
        <w:rPr>
          <w:rFonts w:ascii="宋体" w:hAnsi="宋体" w:eastAsia="宋体"/>
          <w:sz w:val="24"/>
        </w:rPr>
        <w:t>④北极星</w:t>
      </w:r>
    </w:p>
    <w:p>
      <w:pPr>
        <w:spacing w:before="120" w:after="40" w:line="360" w:lineRule="auto"/>
      </w:pPr>
      <w:r>
        <w:rPr>
          <w:rFonts w:ascii="宋体" w:hAnsi="宋体" w:eastAsia="宋体"/>
          <w:sz w:val="24"/>
        </w:rPr>
        <w:t>26. 中国古代天文测量仪器「简仪」，是由下列哪位科学家所创作的？</w:t>
      </w:r>
    </w:p>
    <w:p>
      <w:pPr>
        <w:spacing w:after="20" w:line="312" w:lineRule="auto"/>
        <w:ind w:left="567"/>
      </w:pPr>
      <w:r>
        <w:rPr>
          <w:rFonts w:ascii="宋体" w:hAnsi="宋体" w:eastAsia="宋体"/>
          <w:sz w:val="24"/>
        </w:rPr>
        <w:t>①东汉张衡</w:t>
      </w:r>
    </w:p>
    <w:p>
      <w:pPr>
        <w:spacing w:after="20" w:line="312" w:lineRule="auto"/>
        <w:ind w:left="567"/>
      </w:pPr>
      <w:r>
        <w:rPr>
          <w:rFonts w:ascii="宋体" w:hAnsi="宋体" w:eastAsia="宋体"/>
          <w:sz w:val="24"/>
        </w:rPr>
        <w:t>②东汉贾逵</w:t>
      </w:r>
    </w:p>
    <w:p>
      <w:pPr>
        <w:spacing w:after="20" w:line="312" w:lineRule="auto"/>
        <w:ind w:left="567"/>
      </w:pPr>
      <w:r>
        <w:rPr>
          <w:rFonts w:ascii="宋体" w:hAnsi="宋体" w:eastAsia="宋体"/>
          <w:sz w:val="24"/>
        </w:rPr>
        <w:t>③唐朝一行法师</w:t>
      </w:r>
    </w:p>
    <w:p>
      <w:pPr>
        <w:spacing w:after="20" w:line="312" w:lineRule="auto"/>
        <w:ind w:left="567"/>
      </w:pPr>
      <w:r>
        <w:rPr>
          <w:rFonts w:ascii="宋体" w:hAnsi="宋体" w:eastAsia="宋体"/>
          <w:sz w:val="24"/>
        </w:rPr>
        <w:t>④元朝郭守敬</w:t>
      </w:r>
    </w:p>
    <w:p>
      <w:pPr>
        <w:spacing w:before="120" w:after="40" w:line="360" w:lineRule="auto"/>
      </w:pPr>
      <w:r>
        <w:rPr>
          <w:rFonts w:ascii="宋体" w:hAnsi="宋体" w:eastAsia="宋体"/>
          <w:sz w:val="24"/>
        </w:rPr>
        <w:t>27. 哈勃太空望远镜的主镜，口径有多大？</w:t>
      </w:r>
    </w:p>
    <w:p>
      <w:pPr>
        <w:spacing w:after="20" w:line="312" w:lineRule="auto"/>
        <w:ind w:left="567"/>
      </w:pPr>
      <w:r>
        <w:rPr>
          <w:rFonts w:ascii="宋体" w:hAnsi="宋体" w:eastAsia="宋体"/>
          <w:sz w:val="24"/>
        </w:rPr>
        <w:t>①1.5公尺</w:t>
      </w:r>
    </w:p>
    <w:p>
      <w:pPr>
        <w:spacing w:after="20" w:line="312" w:lineRule="auto"/>
        <w:ind w:left="567"/>
      </w:pPr>
      <w:r>
        <w:rPr>
          <w:rFonts w:ascii="宋体" w:hAnsi="宋体" w:eastAsia="宋体"/>
          <w:sz w:val="24"/>
        </w:rPr>
        <w:t>②2.0公尺</w:t>
      </w:r>
    </w:p>
    <w:p>
      <w:pPr>
        <w:spacing w:after="20" w:line="312" w:lineRule="auto"/>
        <w:ind w:left="567"/>
      </w:pPr>
      <w:r>
        <w:rPr>
          <w:rFonts w:ascii="宋体" w:hAnsi="宋体" w:eastAsia="宋体"/>
          <w:sz w:val="24"/>
        </w:rPr>
        <w:t>③2.4公尺</w:t>
      </w:r>
    </w:p>
    <w:p>
      <w:pPr>
        <w:spacing w:after="20" w:line="312" w:lineRule="auto"/>
        <w:ind w:left="567"/>
      </w:pPr>
      <w:r>
        <w:rPr>
          <w:rFonts w:ascii="宋体" w:hAnsi="宋体" w:eastAsia="宋体"/>
          <w:sz w:val="24"/>
        </w:rPr>
        <w:t>④3.4公尺</w:t>
      </w:r>
    </w:p>
    <w:p>
      <w:pPr>
        <w:spacing w:before="120" w:after="40" w:line="360" w:lineRule="auto"/>
      </w:pPr>
      <w:r>
        <w:rPr>
          <w:rFonts w:ascii="宋体" w:hAnsi="宋体" w:eastAsia="宋体"/>
          <w:sz w:val="24"/>
        </w:rPr>
        <w:t>28. 下列哪个太阳系天体曾发现氧分子？</w:t>
      </w:r>
    </w:p>
    <w:p>
      <w:pPr>
        <w:spacing w:after="20" w:line="312" w:lineRule="auto"/>
        <w:ind w:left="567"/>
      </w:pPr>
      <w:r>
        <w:rPr>
          <w:rFonts w:ascii="宋体" w:hAnsi="宋体" w:eastAsia="宋体"/>
          <w:sz w:val="24"/>
        </w:rPr>
        <w:t>①天王星</w:t>
      </w:r>
    </w:p>
    <w:p>
      <w:pPr>
        <w:spacing w:after="20" w:line="312" w:lineRule="auto"/>
        <w:ind w:left="567"/>
      </w:pPr>
      <w:r>
        <w:rPr>
          <w:rFonts w:ascii="宋体" w:hAnsi="宋体" w:eastAsia="宋体"/>
          <w:sz w:val="24"/>
        </w:rPr>
        <w:t>②海王星</w:t>
      </w:r>
    </w:p>
    <w:p>
      <w:pPr>
        <w:spacing w:after="20" w:line="312" w:lineRule="auto"/>
        <w:ind w:left="567"/>
      </w:pPr>
      <w:r>
        <w:rPr>
          <w:rFonts w:ascii="宋体" w:hAnsi="宋体" w:eastAsia="宋体"/>
          <w:sz w:val="24"/>
        </w:rPr>
        <w:t>③67P彗星</w:t>
      </w:r>
    </w:p>
    <w:p>
      <w:pPr>
        <w:spacing w:after="20" w:line="312" w:lineRule="auto"/>
        <w:ind w:left="567"/>
      </w:pPr>
      <w:r>
        <w:rPr>
          <w:rFonts w:ascii="宋体" w:hAnsi="宋体" w:eastAsia="宋体"/>
          <w:sz w:val="24"/>
        </w:rPr>
        <w:t>④冥王星</w:t>
      </w:r>
    </w:p>
    <w:p>
      <w:pPr>
        <w:spacing w:before="120" w:after="40" w:line="360" w:lineRule="auto"/>
      </w:pPr>
      <w:r>
        <w:rPr>
          <w:rFonts w:ascii="宋体" w:hAnsi="宋体" w:eastAsia="宋体"/>
          <w:sz w:val="24"/>
        </w:rPr>
        <w:t>29. 2016年9月底美国太空总署（NASA）宣布，疑似巨大水柱从下列哪一颗天体的冰层下方喷出？</w:t>
      </w:r>
    </w:p>
    <w:p>
      <w:pPr>
        <w:spacing w:after="20" w:line="312" w:lineRule="auto"/>
        <w:ind w:left="567"/>
      </w:pPr>
      <w:r>
        <w:rPr>
          <w:rFonts w:ascii="宋体" w:hAnsi="宋体" w:eastAsia="宋体"/>
          <w:sz w:val="24"/>
        </w:rPr>
        <w:t>①木卫二（Europa）</w:t>
      </w:r>
    </w:p>
    <w:p>
      <w:pPr>
        <w:spacing w:after="20" w:line="312" w:lineRule="auto"/>
        <w:ind w:left="567"/>
      </w:pPr>
      <w:r>
        <w:rPr>
          <w:rFonts w:ascii="宋体" w:hAnsi="宋体" w:eastAsia="宋体"/>
          <w:sz w:val="24"/>
        </w:rPr>
        <w:t>②木卫三（Ganymede）</w:t>
      </w:r>
    </w:p>
    <w:p>
      <w:pPr>
        <w:spacing w:after="20" w:line="312" w:lineRule="auto"/>
        <w:ind w:left="567"/>
      </w:pPr>
      <w:r>
        <w:rPr>
          <w:rFonts w:ascii="宋体" w:hAnsi="宋体" w:eastAsia="宋体"/>
          <w:sz w:val="24"/>
        </w:rPr>
        <w:t>③木卫四（Callisto）</w:t>
      </w:r>
    </w:p>
    <w:p>
      <w:pPr>
        <w:spacing w:after="20" w:line="312" w:lineRule="auto"/>
        <w:ind w:left="567"/>
      </w:pPr>
      <w:r>
        <w:rPr>
          <w:rFonts w:ascii="宋体" w:hAnsi="宋体" w:eastAsia="宋体"/>
          <w:sz w:val="24"/>
        </w:rPr>
        <w:t>④土卫二（Enceladus）</w:t>
      </w:r>
    </w:p>
    <w:p>
      <w:pPr>
        <w:spacing w:before="120" w:after="40" w:line="360" w:lineRule="auto"/>
      </w:pPr>
      <w:r>
        <w:rPr>
          <w:rFonts w:ascii="宋体" w:hAnsi="宋体" w:eastAsia="宋体"/>
          <w:sz w:val="24"/>
        </w:rPr>
        <w:t>30. 在地球上观察，哪一颗矮行星视星等最亮？</w:t>
      </w:r>
    </w:p>
    <w:p>
      <w:pPr>
        <w:spacing w:after="20" w:line="312" w:lineRule="auto"/>
        <w:ind w:left="567"/>
      </w:pPr>
      <w:r>
        <w:rPr>
          <w:rFonts w:ascii="宋体" w:hAnsi="宋体" w:eastAsia="宋体"/>
          <w:sz w:val="24"/>
        </w:rPr>
        <w:t>①妊神星（Haumea）</w:t>
      </w:r>
    </w:p>
    <w:p>
      <w:pPr>
        <w:spacing w:after="20" w:line="312" w:lineRule="auto"/>
        <w:ind w:left="567"/>
      </w:pPr>
      <w:r>
        <w:rPr>
          <w:rFonts w:ascii="宋体" w:hAnsi="宋体" w:eastAsia="宋体"/>
          <w:sz w:val="24"/>
        </w:rPr>
        <w:t>②谷神星（Ceres）</w:t>
      </w:r>
    </w:p>
    <w:p>
      <w:pPr>
        <w:spacing w:after="20" w:line="312" w:lineRule="auto"/>
        <w:ind w:left="567"/>
      </w:pPr>
      <w:r>
        <w:rPr>
          <w:rFonts w:ascii="宋体" w:hAnsi="宋体" w:eastAsia="宋体"/>
          <w:sz w:val="24"/>
        </w:rPr>
        <w:t>③鸟神星（Makemake）</w:t>
      </w:r>
    </w:p>
    <w:p>
      <w:pPr>
        <w:spacing w:after="20" w:line="312" w:lineRule="auto"/>
        <w:ind w:left="567"/>
      </w:pPr>
      <w:r>
        <w:rPr>
          <w:rFonts w:ascii="宋体" w:hAnsi="宋体" w:eastAsia="宋体"/>
          <w:sz w:val="24"/>
        </w:rPr>
        <w:t>④阋神星（Eris）</w:t>
      </w:r>
    </w:p>
    <w:p>
      <w:pPr>
        <w:spacing w:before="120" w:after="40" w:line="360" w:lineRule="auto"/>
      </w:pPr>
      <w:r>
        <w:rPr>
          <w:rFonts w:ascii="宋体" w:hAnsi="宋体" w:eastAsia="宋体"/>
          <w:sz w:val="24"/>
        </w:rPr>
        <w:t>31. 双筒望远镜的镜身上若标示7X50，则下列叙述何者正确？</w:t>
      </w:r>
    </w:p>
    <w:p>
      <w:pPr>
        <w:spacing w:after="20" w:line="312" w:lineRule="auto"/>
        <w:ind w:left="567"/>
      </w:pPr>
      <w:r>
        <w:rPr>
          <w:rFonts w:ascii="宋体" w:hAnsi="宋体" w:eastAsia="宋体"/>
          <w:sz w:val="24"/>
        </w:rPr>
        <w:t>①放大倍数为350倍</w:t>
      </w:r>
    </w:p>
    <w:p>
      <w:pPr>
        <w:spacing w:after="20" w:line="312" w:lineRule="auto"/>
        <w:ind w:left="567"/>
      </w:pPr>
      <w:r>
        <w:rPr>
          <w:rFonts w:ascii="宋体" w:hAnsi="宋体" w:eastAsia="宋体"/>
          <w:sz w:val="24"/>
        </w:rPr>
        <w:t>②镜片口径为7公分，放大倍数为50倍</w:t>
      </w:r>
    </w:p>
    <w:p>
      <w:pPr>
        <w:spacing w:after="20" w:line="312" w:lineRule="auto"/>
        <w:ind w:left="567"/>
      </w:pPr>
      <w:r>
        <w:rPr>
          <w:rFonts w:ascii="宋体" w:hAnsi="宋体" w:eastAsia="宋体"/>
          <w:sz w:val="24"/>
        </w:rPr>
        <w:t>③放大倍数为7倍，镜片口径为50公厘</w:t>
      </w:r>
    </w:p>
    <w:p>
      <w:pPr>
        <w:spacing w:after="20" w:line="312" w:lineRule="auto"/>
        <w:ind w:left="567"/>
      </w:pPr>
      <w:r>
        <w:rPr>
          <w:rFonts w:ascii="宋体" w:hAnsi="宋体" w:eastAsia="宋体"/>
          <w:sz w:val="24"/>
        </w:rPr>
        <w:t>④放大倍数为7倍，镜片焦长50公分</w:t>
      </w:r>
    </w:p>
    <w:p>
      <w:pPr>
        <w:spacing w:before="120" w:after="40" w:line="360" w:lineRule="auto"/>
      </w:pPr>
      <w:r>
        <w:rPr>
          <w:rFonts w:ascii="宋体" w:hAnsi="宋体" w:eastAsia="宋体"/>
          <w:sz w:val="24"/>
        </w:rPr>
        <w:t>32. 在台北夏至时，太阳会从哪个方位升起？</w:t>
      </w:r>
    </w:p>
    <w:p>
      <w:pPr>
        <w:spacing w:after="20" w:line="312" w:lineRule="auto"/>
        <w:ind w:left="567"/>
      </w:pPr>
      <w:r>
        <w:rPr>
          <w:rFonts w:ascii="宋体" w:hAnsi="宋体" w:eastAsia="宋体"/>
          <w:sz w:val="24"/>
        </w:rPr>
        <w:t>①东偏北</w:t>
      </w:r>
    </w:p>
    <w:p>
      <w:pPr>
        <w:spacing w:after="20" w:line="312" w:lineRule="auto"/>
        <w:ind w:left="567"/>
      </w:pPr>
      <w:r>
        <w:rPr>
          <w:rFonts w:ascii="宋体" w:hAnsi="宋体" w:eastAsia="宋体"/>
          <w:sz w:val="24"/>
        </w:rPr>
        <w:t>②正东</w:t>
      </w:r>
    </w:p>
    <w:p>
      <w:pPr>
        <w:spacing w:after="20" w:line="312" w:lineRule="auto"/>
        <w:ind w:left="567"/>
      </w:pPr>
      <w:r>
        <w:rPr>
          <w:rFonts w:ascii="宋体" w:hAnsi="宋体" w:eastAsia="宋体"/>
          <w:sz w:val="24"/>
        </w:rPr>
        <w:t>③东偏南</w:t>
      </w:r>
    </w:p>
    <w:p>
      <w:pPr>
        <w:spacing w:after="20" w:line="312" w:lineRule="auto"/>
        <w:ind w:left="567"/>
      </w:pPr>
      <w:r>
        <w:rPr>
          <w:rFonts w:ascii="宋体" w:hAnsi="宋体" w:eastAsia="宋体"/>
          <w:sz w:val="24"/>
        </w:rPr>
        <w:t>④正南</w:t>
      </w:r>
    </w:p>
    <w:p>
      <w:pPr>
        <w:spacing w:before="120" w:after="40" w:line="360" w:lineRule="auto"/>
      </w:pPr>
      <w:r>
        <w:rPr>
          <w:rFonts w:ascii="宋体" w:hAnsi="宋体" w:eastAsia="宋体"/>
          <w:sz w:val="24"/>
        </w:rPr>
        <w:t>33. 流星的蓝白色光芒，通常是哪种元素所产生的？</w:t>
      </w:r>
    </w:p>
    <w:p>
      <w:pPr>
        <w:spacing w:after="20" w:line="312" w:lineRule="auto"/>
        <w:ind w:left="567"/>
      </w:pPr>
      <w:r>
        <w:rPr>
          <w:rFonts w:ascii="宋体" w:hAnsi="宋体" w:eastAsia="宋体"/>
          <w:sz w:val="24"/>
        </w:rPr>
        <w:t>①铁</w:t>
      </w:r>
    </w:p>
    <w:p>
      <w:pPr>
        <w:spacing w:after="20" w:line="312" w:lineRule="auto"/>
        <w:ind w:left="567"/>
      </w:pPr>
      <w:r>
        <w:rPr>
          <w:rFonts w:ascii="宋体" w:hAnsi="宋体" w:eastAsia="宋体"/>
          <w:sz w:val="24"/>
        </w:rPr>
        <w:t>②钠</w:t>
      </w:r>
    </w:p>
    <w:p>
      <w:pPr>
        <w:spacing w:after="20" w:line="312" w:lineRule="auto"/>
        <w:ind w:left="567"/>
      </w:pPr>
      <w:r>
        <w:rPr>
          <w:rFonts w:ascii="宋体" w:hAnsi="宋体" w:eastAsia="宋体"/>
          <w:sz w:val="24"/>
        </w:rPr>
        <w:t>③钙</w:t>
      </w:r>
    </w:p>
    <w:p>
      <w:pPr>
        <w:spacing w:after="20" w:line="312" w:lineRule="auto"/>
        <w:ind w:left="567"/>
      </w:pPr>
      <w:r>
        <w:rPr>
          <w:rFonts w:ascii="宋体" w:hAnsi="宋体" w:eastAsia="宋体"/>
          <w:sz w:val="24"/>
        </w:rPr>
        <w:t>④镁</w:t>
      </w:r>
    </w:p>
    <w:p>
      <w:pPr>
        <w:spacing w:before="120" w:after="40" w:line="360" w:lineRule="auto"/>
      </w:pPr>
      <w:r>
        <w:rPr>
          <w:rFonts w:ascii="宋体" w:hAnsi="宋体" w:eastAsia="宋体"/>
          <w:sz w:val="24"/>
        </w:rPr>
        <w:t>34. 美国NASA 2016年发射欧西里斯（OSIRIS-REx）太空船，目标为贝努（Bennu）小行星，这颗小行星的直径大约多少公里？</w:t>
      </w:r>
    </w:p>
    <w:p>
      <w:pPr>
        <w:spacing w:after="20" w:line="312" w:lineRule="auto"/>
        <w:ind w:left="567"/>
      </w:pPr>
      <w:r>
        <w:rPr>
          <w:rFonts w:ascii="宋体" w:hAnsi="宋体" w:eastAsia="宋体"/>
          <w:sz w:val="24"/>
        </w:rPr>
        <w:t>①0.5</w:t>
      </w:r>
    </w:p>
    <w:p>
      <w:pPr>
        <w:spacing w:after="20" w:line="312" w:lineRule="auto"/>
        <w:ind w:left="567"/>
      </w:pPr>
      <w:r>
        <w:rPr>
          <w:rFonts w:ascii="宋体" w:hAnsi="宋体" w:eastAsia="宋体"/>
          <w:sz w:val="24"/>
        </w:rPr>
        <w:t>②5</w:t>
      </w:r>
    </w:p>
    <w:p>
      <w:pPr>
        <w:spacing w:after="20" w:line="312" w:lineRule="auto"/>
        <w:ind w:left="567"/>
      </w:pPr>
      <w:r>
        <w:rPr>
          <w:rFonts w:ascii="宋体" w:hAnsi="宋体" w:eastAsia="宋体"/>
          <w:sz w:val="24"/>
        </w:rPr>
        <w:t>③50</w:t>
      </w:r>
    </w:p>
    <w:p>
      <w:pPr>
        <w:spacing w:after="20" w:line="312" w:lineRule="auto"/>
        <w:ind w:left="567"/>
      </w:pPr>
      <w:r>
        <w:rPr>
          <w:rFonts w:ascii="宋体" w:hAnsi="宋体" w:eastAsia="宋体"/>
          <w:sz w:val="24"/>
        </w:rPr>
        <w:t>④500</w:t>
      </w:r>
    </w:p>
    <w:p>
      <w:pPr>
        <w:spacing w:before="120" w:after="40" w:line="360" w:lineRule="auto"/>
      </w:pPr>
      <w:r>
        <w:rPr>
          <w:rFonts w:ascii="宋体" w:hAnsi="宋体" w:eastAsia="宋体"/>
          <w:sz w:val="24"/>
        </w:rPr>
        <w:t>35. 朱诺号太空船携带三个乐高玩偶到木星，这三个玩偶所代表的人物中，不包括下列哪一个？</w:t>
      </w:r>
    </w:p>
    <w:p>
      <w:pPr>
        <w:spacing w:after="20" w:line="312" w:lineRule="auto"/>
        <w:ind w:left="567"/>
      </w:pPr>
      <w:r>
        <w:rPr>
          <w:rFonts w:ascii="宋体" w:hAnsi="宋体" w:eastAsia="宋体"/>
          <w:sz w:val="24"/>
        </w:rPr>
        <w:t>①哥白尼（Nicolas Copernicus）</w:t>
      </w:r>
    </w:p>
    <w:p>
      <w:pPr>
        <w:spacing w:after="20" w:line="312" w:lineRule="auto"/>
        <w:ind w:left="567"/>
      </w:pPr>
      <w:r>
        <w:rPr>
          <w:rFonts w:ascii="宋体" w:hAnsi="宋体" w:eastAsia="宋体"/>
          <w:sz w:val="24"/>
        </w:rPr>
        <w:t>②伽利略（Galileo Galileo）</w:t>
      </w:r>
    </w:p>
    <w:p>
      <w:pPr>
        <w:spacing w:after="20" w:line="312" w:lineRule="auto"/>
        <w:ind w:left="567"/>
      </w:pPr>
      <w:r>
        <w:rPr>
          <w:rFonts w:ascii="宋体" w:hAnsi="宋体" w:eastAsia="宋体"/>
          <w:sz w:val="24"/>
        </w:rPr>
        <w:t>③天神朱彼特</w:t>
      </w:r>
    </w:p>
    <w:p>
      <w:pPr>
        <w:spacing w:after="20" w:line="312" w:lineRule="auto"/>
        <w:ind w:left="567"/>
      </w:pPr>
      <w:r>
        <w:rPr>
          <w:rFonts w:ascii="宋体" w:hAnsi="宋体" w:eastAsia="宋体"/>
          <w:sz w:val="24"/>
        </w:rPr>
        <w:t>④天后朱诺</w:t>
      </w:r>
    </w:p>
    <w:p>
      <w:pPr>
        <w:spacing w:before="120" w:after="40" w:line="360" w:lineRule="auto"/>
      </w:pPr>
      <w:r>
        <w:rPr>
          <w:rFonts w:ascii="宋体" w:hAnsi="宋体" w:eastAsia="宋体"/>
          <w:sz w:val="24"/>
        </w:rPr>
        <w:t>36. 下列有关太阳的叙述中，何者错误？</w:t>
      </w:r>
    </w:p>
    <w:p>
      <w:pPr>
        <w:spacing w:after="20" w:line="312" w:lineRule="auto"/>
        <w:ind w:left="567"/>
      </w:pPr>
      <w:r>
        <w:rPr>
          <w:rFonts w:ascii="宋体" w:hAnsi="宋体" w:eastAsia="宋体"/>
          <w:sz w:val="24"/>
        </w:rPr>
        <w:t>①太阳的寿命约有100亿年</w:t>
      </w:r>
    </w:p>
    <w:p>
      <w:pPr>
        <w:spacing w:after="20" w:line="312" w:lineRule="auto"/>
        <w:ind w:left="567"/>
      </w:pPr>
      <w:r>
        <w:rPr>
          <w:rFonts w:ascii="宋体" w:hAnsi="宋体" w:eastAsia="宋体"/>
          <w:sz w:val="24"/>
        </w:rPr>
        <w:t>②太阳核心采辐射方式传递热能</w:t>
      </w:r>
    </w:p>
    <w:p>
      <w:pPr>
        <w:spacing w:after="20" w:line="312" w:lineRule="auto"/>
        <w:ind w:left="567"/>
      </w:pPr>
      <w:r>
        <w:rPr>
          <w:rFonts w:ascii="宋体" w:hAnsi="宋体" w:eastAsia="宋体"/>
          <w:sz w:val="24"/>
        </w:rPr>
        <w:t>③太阳最内层的大气层为色球层</w:t>
      </w:r>
    </w:p>
    <w:p>
      <w:pPr>
        <w:spacing w:after="20" w:line="312" w:lineRule="auto"/>
        <w:ind w:left="567"/>
      </w:pPr>
      <w:r>
        <w:rPr>
          <w:rFonts w:ascii="宋体" w:hAnsi="宋体" w:eastAsia="宋体"/>
          <w:sz w:val="24"/>
        </w:rPr>
        <w:t>④演化末期会变成白矮星</w:t>
      </w:r>
    </w:p>
    <w:p>
      <w:pPr>
        <w:spacing w:before="120" w:after="40" w:line="360" w:lineRule="auto"/>
      </w:pPr>
      <w:r>
        <w:rPr>
          <w:rFonts w:ascii="宋体" w:hAnsi="宋体" w:eastAsia="宋体"/>
          <w:sz w:val="24"/>
        </w:rPr>
        <w:t>37. 以下哪一颗天体的密度最大？</w:t>
      </w:r>
    </w:p>
    <w:p>
      <w:pPr>
        <w:spacing w:after="20" w:line="312" w:lineRule="auto"/>
        <w:ind w:left="567"/>
      </w:pPr>
      <w:r>
        <w:rPr>
          <w:rFonts w:ascii="宋体" w:hAnsi="宋体" w:eastAsia="宋体"/>
          <w:sz w:val="24"/>
        </w:rPr>
        <w:t>①水星</w:t>
      </w:r>
    </w:p>
    <w:p>
      <w:pPr>
        <w:spacing w:after="20" w:line="312" w:lineRule="auto"/>
        <w:ind w:left="567"/>
      </w:pPr>
      <w:r>
        <w:rPr>
          <w:rFonts w:ascii="宋体" w:hAnsi="宋体" w:eastAsia="宋体"/>
          <w:sz w:val="24"/>
        </w:rPr>
        <w:t>②金星</w:t>
      </w:r>
    </w:p>
    <w:p>
      <w:pPr>
        <w:spacing w:after="20" w:line="312" w:lineRule="auto"/>
        <w:ind w:left="567"/>
      </w:pPr>
      <w:r>
        <w:rPr>
          <w:rFonts w:ascii="宋体" w:hAnsi="宋体" w:eastAsia="宋体"/>
          <w:sz w:val="24"/>
        </w:rPr>
        <w:t>③地球</w:t>
      </w:r>
    </w:p>
    <w:p>
      <w:pPr>
        <w:spacing w:after="20" w:line="312" w:lineRule="auto"/>
        <w:ind w:left="567"/>
      </w:pPr>
      <w:r>
        <w:rPr>
          <w:rFonts w:ascii="宋体" w:hAnsi="宋体" w:eastAsia="宋体"/>
          <w:sz w:val="24"/>
        </w:rPr>
        <w:t>④火星</w:t>
      </w:r>
    </w:p>
    <w:p>
      <w:pPr>
        <w:spacing w:before="120" w:after="40" w:line="360" w:lineRule="auto"/>
      </w:pPr>
      <w:r>
        <w:rPr>
          <w:rFonts w:ascii="宋体" w:hAnsi="宋体" w:eastAsia="宋体"/>
          <w:sz w:val="24"/>
        </w:rPr>
        <w:t>38. 「轨道共振」是指轨道上的天体，在哪项特征上有简单整数比？</w:t>
      </w:r>
    </w:p>
    <w:p>
      <w:pPr>
        <w:spacing w:after="20" w:line="312" w:lineRule="auto"/>
        <w:ind w:left="567"/>
      </w:pPr>
      <w:r>
        <w:rPr>
          <w:rFonts w:ascii="宋体" w:hAnsi="宋体" w:eastAsia="宋体"/>
          <w:sz w:val="24"/>
        </w:rPr>
        <w:t>①轨道半径</w:t>
      </w:r>
    </w:p>
    <w:p>
      <w:pPr>
        <w:spacing w:after="20" w:line="312" w:lineRule="auto"/>
        <w:ind w:left="567"/>
      </w:pPr>
      <w:r>
        <w:rPr>
          <w:rFonts w:ascii="宋体" w:hAnsi="宋体" w:eastAsia="宋体"/>
          <w:sz w:val="24"/>
        </w:rPr>
        <w:t>②轨道周期</w:t>
      </w:r>
    </w:p>
    <w:p>
      <w:pPr>
        <w:spacing w:after="20" w:line="312" w:lineRule="auto"/>
        <w:ind w:left="567"/>
      </w:pPr>
      <w:r>
        <w:rPr>
          <w:rFonts w:ascii="宋体" w:hAnsi="宋体" w:eastAsia="宋体"/>
          <w:sz w:val="24"/>
        </w:rPr>
        <w:t>③轨道离心率</w:t>
      </w:r>
    </w:p>
    <w:p>
      <w:pPr>
        <w:spacing w:after="20" w:line="312" w:lineRule="auto"/>
        <w:ind w:left="567"/>
      </w:pPr>
      <w:r>
        <w:rPr>
          <w:rFonts w:ascii="宋体" w:hAnsi="宋体" w:eastAsia="宋体"/>
          <w:sz w:val="24"/>
        </w:rPr>
        <w:t>④轨道倾角</w:t>
      </w:r>
    </w:p>
    <w:p>
      <w:pPr>
        <w:spacing w:before="120" w:after="40" w:line="360" w:lineRule="auto"/>
      </w:pPr>
      <w:r>
        <w:rPr>
          <w:rFonts w:ascii="宋体" w:hAnsi="宋体" w:eastAsia="宋体"/>
          <w:sz w:val="24"/>
        </w:rPr>
        <w:t>39. 以下所列之梅西尔星表〈The Messier Catalogue〉天体，哪一个不是行星状星云？</w:t>
      </w:r>
    </w:p>
    <w:p>
      <w:pPr>
        <w:spacing w:after="20" w:line="312" w:lineRule="auto"/>
        <w:ind w:left="567"/>
      </w:pPr>
      <w:r>
        <w:rPr>
          <w:rFonts w:ascii="宋体" w:hAnsi="宋体" w:eastAsia="宋体"/>
          <w:sz w:val="24"/>
        </w:rPr>
        <w:t>①M67</w:t>
      </w:r>
    </w:p>
    <w:p>
      <w:pPr>
        <w:spacing w:after="20" w:line="312" w:lineRule="auto"/>
        <w:ind w:left="567"/>
      </w:pPr>
      <w:r>
        <w:rPr>
          <w:rFonts w:ascii="宋体" w:hAnsi="宋体" w:eastAsia="宋体"/>
          <w:sz w:val="24"/>
        </w:rPr>
        <w:t>②M57</w:t>
      </w:r>
    </w:p>
    <w:p>
      <w:pPr>
        <w:spacing w:after="20" w:line="312" w:lineRule="auto"/>
        <w:ind w:left="567"/>
      </w:pPr>
      <w:r>
        <w:rPr>
          <w:rFonts w:ascii="宋体" w:hAnsi="宋体" w:eastAsia="宋体"/>
          <w:sz w:val="24"/>
        </w:rPr>
        <w:t>③M76</w:t>
      </w:r>
    </w:p>
    <w:p>
      <w:pPr>
        <w:spacing w:after="20" w:line="312" w:lineRule="auto"/>
        <w:ind w:left="567"/>
      </w:pPr>
      <w:r>
        <w:rPr>
          <w:rFonts w:ascii="宋体" w:hAnsi="宋体" w:eastAsia="宋体"/>
          <w:sz w:val="24"/>
        </w:rPr>
        <w:t>④M97</w:t>
      </w:r>
    </w:p>
    <w:p>
      <w:pPr>
        <w:spacing w:before="120" w:after="40" w:line="360" w:lineRule="auto"/>
      </w:pPr>
      <w:r>
        <w:rPr>
          <w:rFonts w:ascii="宋体" w:hAnsi="宋体" w:eastAsia="宋体"/>
          <w:sz w:val="24"/>
        </w:rPr>
        <w:t>40. 月食最不可能会在下列哪个节日发生？</w:t>
      </w:r>
    </w:p>
    <w:p>
      <w:pPr>
        <w:spacing w:after="20" w:line="312" w:lineRule="auto"/>
        <w:ind w:left="567"/>
      </w:pPr>
      <w:r>
        <w:rPr>
          <w:rFonts w:ascii="宋体" w:hAnsi="宋体" w:eastAsia="宋体"/>
          <w:sz w:val="24"/>
        </w:rPr>
        <w:t>①元宵节</w:t>
      </w:r>
    </w:p>
    <w:p>
      <w:pPr>
        <w:spacing w:after="20" w:line="312" w:lineRule="auto"/>
        <w:ind w:left="567"/>
      </w:pPr>
      <w:r>
        <w:rPr>
          <w:rFonts w:ascii="宋体" w:hAnsi="宋体" w:eastAsia="宋体"/>
          <w:sz w:val="24"/>
        </w:rPr>
        <w:t>②中元节</w:t>
      </w:r>
    </w:p>
    <w:p>
      <w:pPr>
        <w:spacing w:after="20" w:line="312" w:lineRule="auto"/>
        <w:ind w:left="567"/>
      </w:pPr>
      <w:r>
        <w:rPr>
          <w:rFonts w:ascii="宋体" w:hAnsi="宋体" w:eastAsia="宋体"/>
          <w:sz w:val="24"/>
        </w:rPr>
        <w:t>③中秋节</w:t>
      </w:r>
    </w:p>
    <w:p>
      <w:pPr>
        <w:spacing w:after="20" w:line="312" w:lineRule="auto"/>
        <w:ind w:left="567"/>
      </w:pPr>
      <w:r>
        <w:rPr>
          <w:rFonts w:ascii="宋体" w:hAnsi="宋体" w:eastAsia="宋体"/>
          <w:sz w:val="24"/>
        </w:rPr>
        <w:t>④重阳节</w:t>
      </w:r>
    </w:p>
    <w:p>
      <w:pPr>
        <w:spacing w:before="120" w:after="40" w:line="360" w:lineRule="auto"/>
      </w:pPr>
      <w:r>
        <w:rPr>
          <w:rFonts w:ascii="宋体" w:hAnsi="宋体" w:eastAsia="宋体"/>
          <w:sz w:val="24"/>
        </w:rPr>
        <w:t>41. 有关恒星演化的叙述，何者正确？</w:t>
      </w:r>
    </w:p>
    <w:p>
      <w:pPr>
        <w:spacing w:after="20" w:line="312" w:lineRule="auto"/>
        <w:ind w:left="567"/>
      </w:pPr>
      <w:r>
        <w:rPr>
          <w:rFonts w:ascii="宋体" w:hAnsi="宋体" w:eastAsia="宋体"/>
          <w:sz w:val="24"/>
        </w:rPr>
        <w:t>①主序带上的恒星，质量越大→寿命越短</w:t>
      </w:r>
    </w:p>
    <w:p>
      <w:pPr>
        <w:spacing w:after="20" w:line="312" w:lineRule="auto"/>
        <w:ind w:left="567"/>
      </w:pPr>
      <w:r>
        <w:rPr>
          <w:rFonts w:ascii="宋体" w:hAnsi="宋体" w:eastAsia="宋体"/>
          <w:sz w:val="24"/>
        </w:rPr>
        <w:t>②太阳死亡后，会演变成中子星</w:t>
      </w:r>
    </w:p>
    <w:p>
      <w:pPr>
        <w:spacing w:after="20" w:line="312" w:lineRule="auto"/>
        <w:ind w:left="567"/>
      </w:pPr>
      <w:r>
        <w:rPr>
          <w:rFonts w:ascii="宋体" w:hAnsi="宋体" w:eastAsia="宋体"/>
          <w:sz w:val="24"/>
        </w:rPr>
        <w:t>③所有恒星的核融合反应，最后可形成的元素都是元素铁</w:t>
      </w:r>
    </w:p>
    <w:p>
      <w:pPr>
        <w:spacing w:after="20" w:line="312" w:lineRule="auto"/>
        <w:ind w:left="567"/>
      </w:pPr>
      <w:r>
        <w:rPr>
          <w:rFonts w:ascii="宋体" w:hAnsi="宋体" w:eastAsia="宋体"/>
          <w:sz w:val="24"/>
        </w:rPr>
        <w:t>④所有恒星的演化过程都是红巨星→白矮星→中子星→超新星</w:t>
      </w:r>
    </w:p>
    <w:p>
      <w:pPr>
        <w:spacing w:before="120" w:after="40" w:line="360" w:lineRule="auto"/>
      </w:pPr>
      <w:r>
        <w:rPr>
          <w:rFonts w:ascii="宋体" w:hAnsi="宋体" w:eastAsia="宋体"/>
          <w:sz w:val="24"/>
        </w:rPr>
        <w:t>42. 下列行星中，哪一颗的体积最大？</w:t>
      </w:r>
    </w:p>
    <w:p>
      <w:pPr>
        <w:spacing w:after="20" w:line="312" w:lineRule="auto"/>
        <w:ind w:left="567"/>
      </w:pPr>
      <w:r>
        <w:rPr>
          <w:rFonts w:ascii="宋体" w:hAnsi="宋体" w:eastAsia="宋体"/>
          <w:sz w:val="24"/>
        </w:rPr>
        <w:t>①海王星</w:t>
      </w:r>
    </w:p>
    <w:p>
      <w:pPr>
        <w:spacing w:after="20" w:line="312" w:lineRule="auto"/>
        <w:ind w:left="567"/>
      </w:pPr>
      <w:r>
        <w:rPr>
          <w:rFonts w:ascii="宋体" w:hAnsi="宋体" w:eastAsia="宋体"/>
          <w:sz w:val="24"/>
        </w:rPr>
        <w:t>②天王星</w:t>
      </w:r>
    </w:p>
    <w:p>
      <w:pPr>
        <w:spacing w:after="20" w:line="312" w:lineRule="auto"/>
        <w:ind w:left="567"/>
      </w:pPr>
      <w:r>
        <w:rPr>
          <w:rFonts w:ascii="宋体" w:hAnsi="宋体" w:eastAsia="宋体"/>
          <w:sz w:val="24"/>
        </w:rPr>
        <w:t>③木星</w:t>
      </w:r>
    </w:p>
    <w:p>
      <w:pPr>
        <w:spacing w:after="20" w:line="312" w:lineRule="auto"/>
        <w:ind w:left="567"/>
      </w:pPr>
      <w:r>
        <w:rPr>
          <w:rFonts w:ascii="宋体" w:hAnsi="宋体" w:eastAsia="宋体"/>
          <w:sz w:val="24"/>
        </w:rPr>
        <w:t>④土星</w:t>
      </w:r>
    </w:p>
    <w:p>
      <w:pPr>
        <w:spacing w:before="120" w:after="40" w:line="360" w:lineRule="auto"/>
      </w:pPr>
      <w:r>
        <w:rPr>
          <w:rFonts w:ascii="宋体" w:hAnsi="宋体" w:eastAsia="宋体"/>
          <w:sz w:val="24"/>
        </w:rPr>
        <w:t>43. 下列哪一颗星离太阳最近？</w:t>
      </w:r>
    </w:p>
    <w:p>
      <w:pPr>
        <w:spacing w:after="20" w:line="312" w:lineRule="auto"/>
        <w:ind w:left="567"/>
      </w:pPr>
      <w:r>
        <w:rPr>
          <w:rFonts w:ascii="宋体" w:hAnsi="宋体" w:eastAsia="宋体"/>
          <w:sz w:val="24"/>
        </w:rPr>
        <w:t>①阋神星</w:t>
      </w:r>
    </w:p>
    <w:p>
      <w:pPr>
        <w:spacing w:after="20" w:line="312" w:lineRule="auto"/>
        <w:ind w:left="567"/>
      </w:pPr>
      <w:r>
        <w:rPr>
          <w:rFonts w:ascii="宋体" w:hAnsi="宋体" w:eastAsia="宋体"/>
          <w:sz w:val="24"/>
        </w:rPr>
        <w:t>②冥王星</w:t>
      </w:r>
    </w:p>
    <w:p>
      <w:pPr>
        <w:spacing w:after="20" w:line="312" w:lineRule="auto"/>
        <w:ind w:left="567"/>
      </w:pPr>
      <w:r>
        <w:rPr>
          <w:rFonts w:ascii="宋体" w:hAnsi="宋体" w:eastAsia="宋体"/>
          <w:sz w:val="24"/>
        </w:rPr>
        <w:t>③谷神星</w:t>
      </w:r>
    </w:p>
    <w:p>
      <w:pPr>
        <w:spacing w:after="20" w:line="312" w:lineRule="auto"/>
        <w:ind w:left="567"/>
      </w:pPr>
      <w:r>
        <w:rPr>
          <w:rFonts w:ascii="宋体" w:hAnsi="宋体" w:eastAsia="宋体"/>
          <w:sz w:val="24"/>
        </w:rPr>
        <w:t>④鸟神星</w:t>
      </w:r>
    </w:p>
    <w:p>
      <w:pPr>
        <w:spacing w:before="120" w:after="40" w:line="360" w:lineRule="auto"/>
      </w:pPr>
      <w:r>
        <w:rPr>
          <w:rFonts w:ascii="宋体" w:hAnsi="宋体" w:eastAsia="宋体"/>
          <w:sz w:val="24"/>
        </w:rPr>
        <w:t>44. 当土星赤道正对地球时，地球上的人会看不到土星环。这样的状况，平均约多久会发生一次？</w:t>
      </w:r>
    </w:p>
    <w:p>
      <w:pPr>
        <w:spacing w:after="20" w:line="312" w:lineRule="auto"/>
        <w:ind w:left="567"/>
      </w:pPr>
      <w:r>
        <w:rPr>
          <w:rFonts w:ascii="宋体" w:hAnsi="宋体" w:eastAsia="宋体"/>
          <w:sz w:val="24"/>
        </w:rPr>
        <w:t>①4~5年</w:t>
      </w:r>
    </w:p>
    <w:p>
      <w:pPr>
        <w:spacing w:after="20" w:line="312" w:lineRule="auto"/>
        <w:ind w:left="567"/>
      </w:pPr>
      <w:r>
        <w:rPr>
          <w:rFonts w:ascii="宋体" w:hAnsi="宋体" w:eastAsia="宋体"/>
          <w:sz w:val="24"/>
        </w:rPr>
        <w:t>②14~15年</w:t>
      </w:r>
    </w:p>
    <w:p>
      <w:pPr>
        <w:spacing w:after="20" w:line="312" w:lineRule="auto"/>
        <w:ind w:left="567"/>
      </w:pPr>
      <w:r>
        <w:rPr>
          <w:rFonts w:ascii="宋体" w:hAnsi="宋体" w:eastAsia="宋体"/>
          <w:sz w:val="24"/>
        </w:rPr>
        <w:t>③24~25年</w:t>
      </w:r>
    </w:p>
    <w:p>
      <w:pPr>
        <w:spacing w:after="20" w:line="312" w:lineRule="auto"/>
        <w:ind w:left="567"/>
      </w:pPr>
      <w:r>
        <w:rPr>
          <w:rFonts w:ascii="宋体" w:hAnsi="宋体" w:eastAsia="宋体"/>
          <w:sz w:val="24"/>
        </w:rPr>
        <w:t>④34~35年</w:t>
      </w:r>
    </w:p>
    <w:p>
      <w:pPr>
        <w:spacing w:before="120" w:after="40" w:line="360" w:lineRule="auto"/>
      </w:pPr>
      <w:r>
        <w:rPr>
          <w:rFonts w:ascii="宋体" w:hAnsi="宋体" w:eastAsia="宋体"/>
          <w:sz w:val="24"/>
        </w:rPr>
        <w:t>45. 太阳系活火山相当密集的木卫一（Io，也称为埃欧），其火山能量来源是？</w:t>
      </w:r>
    </w:p>
    <w:p>
      <w:pPr>
        <w:spacing w:after="20" w:line="312" w:lineRule="auto"/>
        <w:ind w:left="567"/>
      </w:pPr>
      <w:r>
        <w:rPr>
          <w:rFonts w:ascii="宋体" w:hAnsi="宋体" w:eastAsia="宋体"/>
          <w:sz w:val="24"/>
        </w:rPr>
        <w:t>①元素核分裂</w:t>
      </w:r>
    </w:p>
    <w:p>
      <w:pPr>
        <w:spacing w:after="20" w:line="312" w:lineRule="auto"/>
        <w:ind w:left="567"/>
      </w:pPr>
      <w:r>
        <w:rPr>
          <w:rFonts w:ascii="宋体" w:hAnsi="宋体" w:eastAsia="宋体"/>
          <w:sz w:val="24"/>
        </w:rPr>
        <w:t>②元素核融合</w:t>
      </w:r>
    </w:p>
    <w:p>
      <w:pPr>
        <w:spacing w:after="20" w:line="312" w:lineRule="auto"/>
        <w:ind w:left="567"/>
      </w:pPr>
      <w:r>
        <w:rPr>
          <w:rFonts w:ascii="宋体" w:hAnsi="宋体" w:eastAsia="宋体"/>
          <w:sz w:val="24"/>
        </w:rPr>
        <w:t>③木星潮汐力</w:t>
      </w:r>
    </w:p>
    <w:p>
      <w:pPr>
        <w:spacing w:after="20" w:line="312" w:lineRule="auto"/>
        <w:ind w:left="567"/>
      </w:pPr>
      <w:r>
        <w:rPr>
          <w:rFonts w:ascii="宋体" w:hAnsi="宋体" w:eastAsia="宋体"/>
          <w:sz w:val="24"/>
        </w:rPr>
        <w:t>④彗星撞击</w:t>
      </w:r>
    </w:p>
    <w:p>
      <w:pPr>
        <w:spacing w:before="120" w:after="40" w:line="360" w:lineRule="auto"/>
      </w:pPr>
      <w:r>
        <w:rPr>
          <w:rFonts w:ascii="宋体" w:hAnsi="宋体" w:eastAsia="宋体"/>
          <w:sz w:val="24"/>
        </w:rPr>
        <w:t>46. 下列恒星的性质，何者与其他三者较无直接关系？</w:t>
      </w:r>
    </w:p>
    <w:p>
      <w:pPr>
        <w:spacing w:after="20" w:line="312" w:lineRule="auto"/>
        <w:ind w:left="567"/>
      </w:pPr>
      <w:r>
        <w:rPr>
          <w:rFonts w:ascii="宋体" w:hAnsi="宋体" w:eastAsia="宋体"/>
          <w:sz w:val="24"/>
        </w:rPr>
        <w:t>①恒星表面温度</w:t>
      </w:r>
    </w:p>
    <w:p>
      <w:pPr>
        <w:spacing w:after="20" w:line="312" w:lineRule="auto"/>
        <w:ind w:left="567"/>
      </w:pPr>
      <w:r>
        <w:rPr>
          <w:rFonts w:ascii="宋体" w:hAnsi="宋体" w:eastAsia="宋体"/>
          <w:sz w:val="24"/>
        </w:rPr>
        <w:t>②恒星的光谱型态</w:t>
      </w:r>
    </w:p>
    <w:p>
      <w:pPr>
        <w:spacing w:after="20" w:line="312" w:lineRule="auto"/>
        <w:ind w:left="567"/>
      </w:pPr>
      <w:r>
        <w:rPr>
          <w:rFonts w:ascii="宋体" w:hAnsi="宋体" w:eastAsia="宋体"/>
          <w:sz w:val="24"/>
        </w:rPr>
        <w:t>③恒星的颜色</w:t>
      </w:r>
    </w:p>
    <w:p>
      <w:pPr>
        <w:spacing w:after="20" w:line="312" w:lineRule="auto"/>
        <w:ind w:left="567"/>
      </w:pPr>
      <w:r>
        <w:rPr>
          <w:rFonts w:ascii="宋体" w:hAnsi="宋体" w:eastAsia="宋体"/>
          <w:sz w:val="24"/>
        </w:rPr>
        <w:t>④恒星的视星等</w:t>
      </w:r>
    </w:p>
    <w:p>
      <w:pPr>
        <w:spacing w:before="120" w:after="40" w:line="360" w:lineRule="auto"/>
      </w:pPr>
      <w:r>
        <w:rPr>
          <w:rFonts w:ascii="宋体" w:hAnsi="宋体" w:eastAsia="宋体"/>
          <w:sz w:val="24"/>
        </w:rPr>
        <w:t>47. 美国天文学家克莱德·汤博（Clyde Tombaugh）从他所观测的星空照片中，发现有星点相对背景星有产生位移，进而发现哪一个天体？</w:t>
      </w:r>
    </w:p>
    <w:p>
      <w:pPr>
        <w:spacing w:after="20" w:line="312" w:lineRule="auto"/>
        <w:ind w:left="567"/>
      </w:pPr>
      <w:r>
        <w:rPr>
          <w:rFonts w:ascii="宋体" w:hAnsi="宋体" w:eastAsia="宋体"/>
          <w:sz w:val="24"/>
        </w:rPr>
        <w:t>①谷神星</w:t>
      </w:r>
    </w:p>
    <w:p>
      <w:pPr>
        <w:spacing w:after="20" w:line="312" w:lineRule="auto"/>
        <w:ind w:left="567"/>
      </w:pPr>
      <w:r>
        <w:rPr>
          <w:rFonts w:ascii="宋体" w:hAnsi="宋体" w:eastAsia="宋体"/>
          <w:sz w:val="24"/>
        </w:rPr>
        <w:t>②海王星</w:t>
      </w:r>
    </w:p>
    <w:p>
      <w:pPr>
        <w:spacing w:after="20" w:line="312" w:lineRule="auto"/>
        <w:ind w:left="567"/>
      </w:pPr>
      <w:r>
        <w:rPr>
          <w:rFonts w:ascii="宋体" w:hAnsi="宋体" w:eastAsia="宋体"/>
          <w:sz w:val="24"/>
        </w:rPr>
        <w:t>③天王星</w:t>
      </w:r>
    </w:p>
    <w:p>
      <w:pPr>
        <w:spacing w:after="20" w:line="312" w:lineRule="auto"/>
        <w:ind w:left="567"/>
      </w:pPr>
      <w:r>
        <w:rPr>
          <w:rFonts w:ascii="宋体" w:hAnsi="宋体" w:eastAsia="宋体"/>
          <w:sz w:val="24"/>
        </w:rPr>
        <w:t>④冥王星</w:t>
      </w:r>
    </w:p>
    <w:p>
      <w:pPr>
        <w:spacing w:before="120" w:after="40" w:line="360" w:lineRule="auto"/>
      </w:pPr>
      <w:r>
        <w:rPr>
          <w:rFonts w:ascii="宋体" w:hAnsi="宋体" w:eastAsia="宋体"/>
          <w:sz w:val="24"/>
        </w:rPr>
        <w:t>48. 第一架从小行星上〈登陆采样〉带回物质的探测器是以下哪一个？</w:t>
      </w:r>
    </w:p>
    <w:p>
      <w:pPr>
        <w:spacing w:after="20" w:line="312" w:lineRule="auto"/>
        <w:ind w:left="567"/>
      </w:pPr>
      <w:r>
        <w:rPr>
          <w:rFonts w:ascii="宋体" w:hAnsi="宋体" w:eastAsia="宋体"/>
          <w:sz w:val="24"/>
        </w:rPr>
        <w:t>①星尘号（Stardus）</w:t>
      </w:r>
    </w:p>
    <w:p>
      <w:pPr>
        <w:spacing w:after="20" w:line="312" w:lineRule="auto"/>
        <w:ind w:left="567"/>
      </w:pPr>
      <w:r>
        <w:rPr>
          <w:rFonts w:ascii="宋体" w:hAnsi="宋体" w:eastAsia="宋体"/>
          <w:sz w:val="24"/>
        </w:rPr>
        <w:t>②会合-舒梅克号（Near Earth Asteroid Rendezvous–Shoemaker）</w:t>
      </w:r>
    </w:p>
    <w:p>
      <w:pPr>
        <w:spacing w:after="20" w:line="312" w:lineRule="auto"/>
        <w:ind w:left="567"/>
      </w:pPr>
      <w:r>
        <w:rPr>
          <w:rFonts w:ascii="宋体" w:hAnsi="宋体" w:eastAsia="宋体"/>
          <w:sz w:val="24"/>
        </w:rPr>
        <w:t>③黎明号（Dawn）</w:t>
      </w:r>
    </w:p>
    <w:p>
      <w:pPr>
        <w:spacing w:after="20" w:line="312" w:lineRule="auto"/>
        <w:ind w:left="567"/>
      </w:pPr>
      <w:r>
        <w:rPr>
          <w:rFonts w:ascii="宋体" w:hAnsi="宋体" w:eastAsia="宋体"/>
          <w:sz w:val="24"/>
        </w:rPr>
        <w:t>④隼鸟号（Hayabusa）</w:t>
      </w:r>
    </w:p>
    <w:p>
      <w:pPr>
        <w:spacing w:before="120" w:after="40" w:line="360" w:lineRule="auto"/>
      </w:pPr>
      <w:r>
        <w:rPr>
          <w:rFonts w:ascii="宋体" w:hAnsi="宋体" w:eastAsia="宋体"/>
          <w:sz w:val="24"/>
        </w:rPr>
        <w:t>49. 土卫六（泰坦）与地球的共通点中，何者叙述不正确？</w:t>
      </w:r>
    </w:p>
    <w:p>
      <w:pPr>
        <w:spacing w:after="20" w:line="312" w:lineRule="auto"/>
        <w:ind w:left="567"/>
      </w:pPr>
      <w:r>
        <w:rPr>
          <w:rFonts w:ascii="宋体" w:hAnsi="宋体" w:eastAsia="宋体"/>
          <w:sz w:val="24"/>
        </w:rPr>
        <w:t>①两者都有大气层</w:t>
      </w:r>
    </w:p>
    <w:p>
      <w:pPr>
        <w:spacing w:after="20" w:line="312" w:lineRule="auto"/>
        <w:ind w:left="567"/>
      </w:pPr>
      <w:r>
        <w:rPr>
          <w:rFonts w:ascii="宋体" w:hAnsi="宋体" w:eastAsia="宋体"/>
          <w:sz w:val="24"/>
        </w:rPr>
        <w:t>②两者表面都有海洋</w:t>
      </w:r>
    </w:p>
    <w:p>
      <w:pPr>
        <w:spacing w:after="20" w:line="312" w:lineRule="auto"/>
        <w:ind w:left="567"/>
      </w:pPr>
      <w:r>
        <w:rPr>
          <w:rFonts w:ascii="宋体" w:hAnsi="宋体" w:eastAsia="宋体"/>
          <w:sz w:val="24"/>
        </w:rPr>
        <w:t>③两者都有气候变化</w:t>
      </w:r>
    </w:p>
    <w:p>
      <w:pPr>
        <w:spacing w:after="20" w:line="312" w:lineRule="auto"/>
        <w:ind w:left="567"/>
      </w:pPr>
      <w:r>
        <w:rPr>
          <w:rFonts w:ascii="宋体" w:hAnsi="宋体" w:eastAsia="宋体"/>
          <w:sz w:val="24"/>
        </w:rPr>
        <w:t>④两者都有磁场</w:t>
      </w:r>
    </w:p>
    <w:p>
      <w:pPr>
        <w:spacing w:before="120" w:after="40" w:line="360" w:lineRule="auto"/>
      </w:pPr>
      <w:r>
        <w:rPr>
          <w:rFonts w:ascii="宋体" w:hAnsi="宋体" w:eastAsia="宋体"/>
          <w:sz w:val="24"/>
        </w:rPr>
        <w:t>50. 下列太阳系哪个天体的大气，拥有最浓厚的氮气？</w:t>
      </w:r>
    </w:p>
    <w:p>
      <w:pPr>
        <w:spacing w:after="20" w:line="312" w:lineRule="auto"/>
        <w:ind w:left="567"/>
      </w:pPr>
      <w:r>
        <w:rPr>
          <w:rFonts w:ascii="宋体" w:hAnsi="宋体" w:eastAsia="宋体"/>
          <w:sz w:val="24"/>
        </w:rPr>
        <w:t>①金星</w:t>
      </w:r>
    </w:p>
    <w:p>
      <w:pPr>
        <w:spacing w:after="20" w:line="312" w:lineRule="auto"/>
        <w:ind w:left="567"/>
      </w:pPr>
      <w:r>
        <w:rPr>
          <w:rFonts w:ascii="宋体" w:hAnsi="宋体" w:eastAsia="宋体"/>
          <w:sz w:val="24"/>
        </w:rPr>
        <w:t>②火星</w:t>
      </w:r>
    </w:p>
    <w:p>
      <w:pPr>
        <w:spacing w:after="20" w:line="312" w:lineRule="auto"/>
        <w:ind w:left="567"/>
      </w:pPr>
      <w:r>
        <w:rPr>
          <w:rFonts w:ascii="宋体" w:hAnsi="宋体" w:eastAsia="宋体"/>
          <w:sz w:val="24"/>
        </w:rPr>
        <w:t>③木卫二</w:t>
      </w:r>
    </w:p>
    <w:p>
      <w:pPr>
        <w:spacing w:after="20" w:line="312" w:lineRule="auto"/>
        <w:ind w:left="567"/>
      </w:pPr>
      <w:r>
        <w:rPr>
          <w:rFonts w:ascii="宋体" w:hAnsi="宋体" w:eastAsia="宋体"/>
          <w:sz w:val="24"/>
        </w:rPr>
        <w:t>④土卫六</w:t>
      </w:r>
    </w:p>
    <w:p>
      <w:pPr>
        <w:spacing w:before="120" w:after="40" w:line="360" w:lineRule="auto"/>
      </w:pPr>
      <w:r>
        <w:rPr>
          <w:rFonts w:ascii="宋体" w:hAnsi="宋体" w:eastAsia="宋体"/>
          <w:sz w:val="24"/>
        </w:rPr>
        <w:t>51. 下列哪一位天文学家，最早真正测量出恒星有自行运动？</w:t>
      </w:r>
    </w:p>
    <w:p>
      <w:pPr>
        <w:spacing w:after="20" w:line="312" w:lineRule="auto"/>
        <w:ind w:left="567"/>
      </w:pPr>
      <w:r>
        <w:rPr>
          <w:rFonts w:ascii="宋体" w:hAnsi="宋体" w:eastAsia="宋体"/>
          <w:sz w:val="24"/>
        </w:rPr>
        <w:t>①威廉赫歇尔（William Herschel）</w:t>
      </w:r>
    </w:p>
    <w:p>
      <w:pPr>
        <w:spacing w:after="20" w:line="312" w:lineRule="auto"/>
        <w:ind w:left="567"/>
      </w:pPr>
      <w:r>
        <w:rPr>
          <w:rFonts w:ascii="宋体" w:hAnsi="宋体" w:eastAsia="宋体"/>
          <w:sz w:val="24"/>
        </w:rPr>
        <w:t>②爱德蒙哈雷（Edmond Halley）</w:t>
      </w:r>
    </w:p>
    <w:p>
      <w:pPr>
        <w:spacing w:after="20" w:line="312" w:lineRule="auto"/>
        <w:ind w:left="567"/>
      </w:pPr>
      <w:r>
        <w:rPr>
          <w:rFonts w:ascii="宋体" w:hAnsi="宋体" w:eastAsia="宋体"/>
          <w:sz w:val="24"/>
        </w:rPr>
        <w:t>③爱德温哈勃（Edwin Hubble）</w:t>
      </w:r>
    </w:p>
    <w:p>
      <w:pPr>
        <w:spacing w:after="20" w:line="312" w:lineRule="auto"/>
        <w:ind w:left="567"/>
      </w:pPr>
      <w:r>
        <w:rPr>
          <w:rFonts w:ascii="宋体" w:hAnsi="宋体" w:eastAsia="宋体"/>
          <w:sz w:val="24"/>
        </w:rPr>
        <w:t>④帕西瓦尔罗威尔（Percival Lowell）</w:t>
      </w:r>
    </w:p>
    <w:p>
      <w:pPr>
        <w:spacing w:before="120" w:after="40" w:line="360" w:lineRule="auto"/>
      </w:pPr>
      <w:r>
        <w:rPr>
          <w:rFonts w:ascii="宋体" w:hAnsi="宋体" w:eastAsia="宋体"/>
          <w:sz w:val="24"/>
        </w:rPr>
        <w:t>52. 小美想在满月当天的台东海边看见月升，当天大约何时有机会看到？</w:t>
      </w:r>
    </w:p>
    <w:p>
      <w:pPr>
        <w:spacing w:after="20" w:line="312" w:lineRule="auto"/>
        <w:ind w:left="567"/>
      </w:pPr>
      <w:r>
        <w:rPr>
          <w:rFonts w:ascii="宋体" w:hAnsi="宋体" w:eastAsia="宋体"/>
          <w:sz w:val="24"/>
        </w:rPr>
        <w:t>①早上6点</w:t>
      </w:r>
    </w:p>
    <w:p>
      <w:pPr>
        <w:spacing w:after="20" w:line="312" w:lineRule="auto"/>
        <w:ind w:left="567"/>
      </w:pPr>
      <w:r>
        <w:rPr>
          <w:rFonts w:ascii="宋体" w:hAnsi="宋体" w:eastAsia="宋体"/>
          <w:sz w:val="24"/>
        </w:rPr>
        <w:t>②中午12点</w:t>
      </w:r>
    </w:p>
    <w:p>
      <w:pPr>
        <w:spacing w:after="20" w:line="312" w:lineRule="auto"/>
        <w:ind w:left="567"/>
      </w:pPr>
      <w:r>
        <w:rPr>
          <w:rFonts w:ascii="宋体" w:hAnsi="宋体" w:eastAsia="宋体"/>
          <w:sz w:val="24"/>
        </w:rPr>
        <w:t>③晚上6点</w:t>
      </w:r>
    </w:p>
    <w:p>
      <w:pPr>
        <w:spacing w:after="20" w:line="312" w:lineRule="auto"/>
        <w:ind w:left="567"/>
      </w:pPr>
      <w:r>
        <w:rPr>
          <w:rFonts w:ascii="宋体" w:hAnsi="宋体" w:eastAsia="宋体"/>
          <w:sz w:val="24"/>
        </w:rPr>
        <w:t>④晚上12点</w:t>
      </w:r>
    </w:p>
    <w:p>
      <w:pPr>
        <w:spacing w:before="120" w:after="40" w:line="360" w:lineRule="auto"/>
      </w:pPr>
      <w:r>
        <w:rPr>
          <w:rFonts w:ascii="宋体" w:hAnsi="宋体" w:eastAsia="宋体"/>
          <w:sz w:val="24"/>
        </w:rPr>
        <w:t>53. 下列何种天体的直径最小？</w:t>
      </w:r>
    </w:p>
    <w:p>
      <w:pPr>
        <w:spacing w:after="20" w:line="312" w:lineRule="auto"/>
        <w:ind w:left="567"/>
      </w:pPr>
      <w:r>
        <w:rPr>
          <w:rFonts w:ascii="宋体" w:hAnsi="宋体" w:eastAsia="宋体"/>
          <w:sz w:val="24"/>
        </w:rPr>
        <w:t>①白矮星</w:t>
      </w:r>
    </w:p>
    <w:p>
      <w:pPr>
        <w:spacing w:after="20" w:line="312" w:lineRule="auto"/>
        <w:ind w:left="567"/>
      </w:pPr>
      <w:r>
        <w:rPr>
          <w:rFonts w:ascii="宋体" w:hAnsi="宋体" w:eastAsia="宋体"/>
          <w:sz w:val="24"/>
        </w:rPr>
        <w:t>②红巨星</w:t>
      </w:r>
    </w:p>
    <w:p>
      <w:pPr>
        <w:spacing w:after="20" w:line="312" w:lineRule="auto"/>
        <w:ind w:left="567"/>
      </w:pPr>
      <w:r>
        <w:rPr>
          <w:rFonts w:ascii="宋体" w:hAnsi="宋体" w:eastAsia="宋体"/>
          <w:sz w:val="24"/>
        </w:rPr>
        <w:t>③红矮星</w:t>
      </w:r>
    </w:p>
    <w:p>
      <w:pPr>
        <w:spacing w:after="20" w:line="312" w:lineRule="auto"/>
        <w:ind w:left="567"/>
      </w:pPr>
      <w:r>
        <w:rPr>
          <w:rFonts w:ascii="宋体" w:hAnsi="宋体" w:eastAsia="宋体"/>
          <w:sz w:val="24"/>
        </w:rPr>
        <w:t>④中子星</w:t>
      </w:r>
    </w:p>
    <w:p>
      <w:pPr>
        <w:spacing w:before="120" w:after="40" w:line="360" w:lineRule="auto"/>
      </w:pPr>
      <w:r>
        <w:rPr>
          <w:rFonts w:ascii="宋体" w:hAnsi="宋体" w:eastAsia="宋体"/>
          <w:sz w:val="24"/>
        </w:rPr>
        <w:t>54. 日月食种类不包含下列哪一种？</w:t>
      </w:r>
    </w:p>
    <w:p>
      <w:pPr>
        <w:spacing w:after="20" w:line="312" w:lineRule="auto"/>
        <w:ind w:left="567"/>
      </w:pPr>
      <w:r>
        <w:rPr>
          <w:rFonts w:ascii="宋体" w:hAnsi="宋体" w:eastAsia="宋体"/>
          <w:sz w:val="24"/>
        </w:rPr>
        <w:t>①月偏食</w:t>
      </w:r>
    </w:p>
    <w:p>
      <w:pPr>
        <w:spacing w:after="20" w:line="312" w:lineRule="auto"/>
        <w:ind w:left="567"/>
      </w:pPr>
      <w:r>
        <w:rPr>
          <w:rFonts w:ascii="宋体" w:hAnsi="宋体" w:eastAsia="宋体"/>
          <w:sz w:val="24"/>
        </w:rPr>
        <w:t>②月环食</w:t>
      </w:r>
    </w:p>
    <w:p>
      <w:pPr>
        <w:spacing w:after="20" w:line="312" w:lineRule="auto"/>
        <w:ind w:left="567"/>
      </w:pPr>
      <w:r>
        <w:rPr>
          <w:rFonts w:ascii="宋体" w:hAnsi="宋体" w:eastAsia="宋体"/>
          <w:sz w:val="24"/>
        </w:rPr>
        <w:t>③日偏食</w:t>
      </w:r>
    </w:p>
    <w:p>
      <w:pPr>
        <w:spacing w:after="20" w:line="312" w:lineRule="auto"/>
        <w:ind w:left="567"/>
      </w:pPr>
      <w:r>
        <w:rPr>
          <w:rFonts w:ascii="宋体" w:hAnsi="宋体" w:eastAsia="宋体"/>
          <w:sz w:val="24"/>
        </w:rPr>
        <w:t>④日环食</w:t>
      </w:r>
    </w:p>
    <w:p>
      <w:pPr>
        <w:spacing w:before="120" w:after="40" w:line="360" w:lineRule="auto"/>
      </w:pPr>
      <w:r>
        <w:rPr>
          <w:rFonts w:ascii="宋体" w:hAnsi="宋体" w:eastAsia="宋体"/>
          <w:sz w:val="24"/>
        </w:rPr>
        <w:t>55. 电影《绝地救援》（The Martian）落难太空人，如果在火星冲时与地球联络，假设此时火星与地球距离0.5AU，那他从火星发射无线电通讯大约要多久时间才能传到地球？</w:t>
      </w:r>
    </w:p>
    <w:p>
      <w:pPr>
        <w:spacing w:after="20" w:line="312" w:lineRule="auto"/>
        <w:ind w:left="567"/>
      </w:pPr>
      <w:r>
        <w:rPr>
          <w:rFonts w:ascii="宋体" w:hAnsi="宋体" w:eastAsia="宋体"/>
          <w:sz w:val="24"/>
        </w:rPr>
        <w:t>①4秒</w:t>
      </w:r>
    </w:p>
    <w:p>
      <w:pPr>
        <w:spacing w:after="20" w:line="312" w:lineRule="auto"/>
        <w:ind w:left="567"/>
      </w:pPr>
      <w:r>
        <w:rPr>
          <w:rFonts w:ascii="宋体" w:hAnsi="宋体" w:eastAsia="宋体"/>
          <w:sz w:val="24"/>
        </w:rPr>
        <w:t>②40秒</w:t>
      </w:r>
    </w:p>
    <w:p>
      <w:pPr>
        <w:spacing w:after="20" w:line="312" w:lineRule="auto"/>
        <w:ind w:left="567"/>
      </w:pPr>
      <w:r>
        <w:rPr>
          <w:rFonts w:ascii="宋体" w:hAnsi="宋体" w:eastAsia="宋体"/>
          <w:sz w:val="24"/>
        </w:rPr>
        <w:t>③4分钟</w:t>
      </w:r>
    </w:p>
    <w:p>
      <w:pPr>
        <w:spacing w:after="20" w:line="312" w:lineRule="auto"/>
        <w:ind w:left="567"/>
      </w:pPr>
      <w:r>
        <w:rPr>
          <w:rFonts w:ascii="宋体" w:hAnsi="宋体" w:eastAsia="宋体"/>
          <w:sz w:val="24"/>
        </w:rPr>
        <w:t>④40分钟</w:t>
      </w:r>
    </w:p>
    <w:p>
      <w:pPr>
        <w:spacing w:before="120" w:after="40" w:line="360" w:lineRule="auto"/>
      </w:pPr>
      <w:r>
        <w:rPr>
          <w:rFonts w:ascii="宋体" w:hAnsi="宋体" w:eastAsia="宋体"/>
          <w:sz w:val="24"/>
        </w:rPr>
        <w:t>56. 1960年代的天文学四大发现，不包括下列何者？</w:t>
      </w:r>
    </w:p>
    <w:p>
      <w:pPr>
        <w:spacing w:after="20" w:line="312" w:lineRule="auto"/>
        <w:ind w:left="567"/>
      </w:pPr>
      <w:r>
        <w:rPr>
          <w:rFonts w:ascii="宋体" w:hAnsi="宋体" w:eastAsia="宋体"/>
          <w:sz w:val="24"/>
        </w:rPr>
        <w:t>①类星体（又称似星体）</w:t>
      </w:r>
    </w:p>
    <w:p>
      <w:pPr>
        <w:spacing w:after="20" w:line="312" w:lineRule="auto"/>
        <w:ind w:left="567"/>
      </w:pPr>
      <w:r>
        <w:rPr>
          <w:rFonts w:ascii="宋体" w:hAnsi="宋体" w:eastAsia="宋体"/>
          <w:sz w:val="24"/>
        </w:rPr>
        <w:t>②星际有机分子</w:t>
      </w:r>
    </w:p>
    <w:p>
      <w:pPr>
        <w:spacing w:after="20" w:line="312" w:lineRule="auto"/>
        <w:ind w:left="567"/>
      </w:pPr>
      <w:r>
        <w:rPr>
          <w:rFonts w:ascii="宋体" w:hAnsi="宋体" w:eastAsia="宋体"/>
          <w:sz w:val="24"/>
        </w:rPr>
        <w:t>③宇宙微波背景辐射</w:t>
      </w:r>
    </w:p>
    <w:p>
      <w:pPr>
        <w:spacing w:after="20" w:line="312" w:lineRule="auto"/>
        <w:ind w:left="567"/>
      </w:pPr>
      <w:r>
        <w:rPr>
          <w:rFonts w:ascii="宋体" w:hAnsi="宋体" w:eastAsia="宋体"/>
          <w:sz w:val="24"/>
        </w:rPr>
        <w:t>④黑洞</w:t>
      </w:r>
    </w:p>
    <w:p>
      <w:pPr>
        <w:spacing w:before="120" w:after="40" w:line="360" w:lineRule="auto"/>
      </w:pPr>
      <w:r>
        <w:rPr>
          <w:rFonts w:ascii="宋体" w:hAnsi="宋体" w:eastAsia="宋体"/>
          <w:sz w:val="24"/>
        </w:rPr>
        <w:t>57. 把天球上金星、木星、水星、火星、土星连起来，可以看出下列哪一道的大略位置？</w:t>
      </w:r>
    </w:p>
    <w:p>
      <w:pPr>
        <w:spacing w:after="20" w:line="312" w:lineRule="auto"/>
        <w:ind w:left="567"/>
      </w:pPr>
      <w:r>
        <w:rPr>
          <w:rFonts w:ascii="宋体" w:hAnsi="宋体" w:eastAsia="宋体"/>
          <w:sz w:val="24"/>
        </w:rPr>
        <w:t>①白道</w:t>
      </w:r>
    </w:p>
    <w:p>
      <w:pPr>
        <w:spacing w:after="20" w:line="312" w:lineRule="auto"/>
        <w:ind w:left="567"/>
      </w:pPr>
      <w:r>
        <w:rPr>
          <w:rFonts w:ascii="宋体" w:hAnsi="宋体" w:eastAsia="宋体"/>
          <w:sz w:val="24"/>
        </w:rPr>
        <w:t>②黄道</w:t>
      </w:r>
    </w:p>
    <w:p>
      <w:pPr>
        <w:spacing w:after="20" w:line="312" w:lineRule="auto"/>
        <w:ind w:left="567"/>
      </w:pPr>
      <w:r>
        <w:rPr>
          <w:rFonts w:ascii="宋体" w:hAnsi="宋体" w:eastAsia="宋体"/>
          <w:sz w:val="24"/>
        </w:rPr>
        <w:t>③黑道</w:t>
      </w:r>
    </w:p>
    <w:p>
      <w:pPr>
        <w:spacing w:after="20" w:line="312" w:lineRule="auto"/>
        <w:ind w:left="567"/>
      </w:pPr>
      <w:r>
        <w:rPr>
          <w:rFonts w:ascii="宋体" w:hAnsi="宋体" w:eastAsia="宋体"/>
          <w:sz w:val="24"/>
        </w:rPr>
        <w:t>④赤道</w:t>
      </w:r>
    </w:p>
    <w:p>
      <w:pPr>
        <w:spacing w:before="120" w:after="40" w:line="360" w:lineRule="auto"/>
      </w:pPr>
      <w:r>
        <w:rPr>
          <w:rFonts w:ascii="宋体" w:hAnsi="宋体" w:eastAsia="宋体"/>
          <w:sz w:val="24"/>
        </w:rPr>
        <w:t>58. 白矮星的质量上限约为太阳质量的几倍？是哪位天文学家所发现？</w:t>
      </w:r>
    </w:p>
    <w:p>
      <w:pPr>
        <w:spacing w:after="20" w:line="312" w:lineRule="auto"/>
        <w:ind w:left="567"/>
      </w:pPr>
      <w:r>
        <w:rPr>
          <w:rFonts w:ascii="宋体" w:hAnsi="宋体" w:eastAsia="宋体"/>
          <w:sz w:val="24"/>
        </w:rPr>
        <w:t>①1.4倍，钱德拉塞卡（Subrahmanyan Chandrasekhar）</w:t>
      </w:r>
    </w:p>
    <w:p>
      <w:pPr>
        <w:spacing w:after="20" w:line="312" w:lineRule="auto"/>
        <w:ind w:left="567"/>
      </w:pPr>
      <w:r>
        <w:rPr>
          <w:rFonts w:ascii="宋体" w:hAnsi="宋体" w:eastAsia="宋体"/>
          <w:sz w:val="24"/>
        </w:rPr>
        <w:t>②3倍，钱德拉塞卡（Subrahmanyan Chandrasekhar）</w:t>
      </w:r>
    </w:p>
    <w:p>
      <w:pPr>
        <w:spacing w:after="20" w:line="312" w:lineRule="auto"/>
        <w:ind w:left="567"/>
      </w:pPr>
      <w:r>
        <w:rPr>
          <w:rFonts w:ascii="宋体" w:hAnsi="宋体" w:eastAsia="宋体"/>
          <w:sz w:val="24"/>
        </w:rPr>
        <w:t>③1.4倍，欧本海默（Robert Oppenheimer）</w:t>
      </w:r>
    </w:p>
    <w:p>
      <w:pPr>
        <w:spacing w:after="20" w:line="312" w:lineRule="auto"/>
        <w:ind w:left="567"/>
      </w:pPr>
      <w:r>
        <w:rPr>
          <w:rFonts w:ascii="宋体" w:hAnsi="宋体" w:eastAsia="宋体"/>
          <w:sz w:val="24"/>
        </w:rPr>
        <w:t>④3倍，欧本海默（Robert Oppenheimer）</w:t>
      </w:r>
    </w:p>
    <w:p>
      <w:pPr>
        <w:spacing w:before="120" w:after="40" w:line="360" w:lineRule="auto"/>
      </w:pPr>
      <w:r>
        <w:rPr>
          <w:rFonts w:ascii="宋体" w:hAnsi="宋体" w:eastAsia="宋体"/>
          <w:sz w:val="24"/>
        </w:rPr>
        <w:t>59. 下列哪一个小行星群，离地球最近？</w:t>
      </w:r>
    </w:p>
    <w:p>
      <w:pPr>
        <w:spacing w:after="20" w:line="312" w:lineRule="auto"/>
        <w:ind w:left="567"/>
      </w:pPr>
      <w:r>
        <w:rPr>
          <w:rFonts w:ascii="宋体" w:hAnsi="宋体" w:eastAsia="宋体"/>
          <w:sz w:val="24"/>
        </w:rPr>
        <w:t>①特洛伊小行星群（Trojans）</w:t>
      </w:r>
    </w:p>
    <w:p>
      <w:pPr>
        <w:spacing w:after="20" w:line="312" w:lineRule="auto"/>
        <w:ind w:left="567"/>
      </w:pPr>
      <w:r>
        <w:rPr>
          <w:rFonts w:ascii="宋体" w:hAnsi="宋体" w:eastAsia="宋体"/>
          <w:sz w:val="24"/>
        </w:rPr>
        <w:t>②阿登小行星群（Aten）</w:t>
      </w:r>
    </w:p>
    <w:p>
      <w:pPr>
        <w:spacing w:after="20" w:line="312" w:lineRule="auto"/>
        <w:ind w:left="567"/>
      </w:pPr>
      <w:r>
        <w:rPr>
          <w:rFonts w:ascii="宋体" w:hAnsi="宋体" w:eastAsia="宋体"/>
          <w:sz w:val="24"/>
        </w:rPr>
        <w:t>③希尔达小行星群（Hildas）</w:t>
      </w:r>
    </w:p>
    <w:p>
      <w:pPr>
        <w:spacing w:after="20" w:line="312" w:lineRule="auto"/>
        <w:ind w:left="567"/>
      </w:pPr>
      <w:r>
        <w:rPr>
          <w:rFonts w:ascii="宋体" w:hAnsi="宋体" w:eastAsia="宋体"/>
          <w:sz w:val="24"/>
        </w:rPr>
        <w:t>④希腊小行星群（Greeks）</w:t>
      </w:r>
    </w:p>
    <w:p>
      <w:pPr>
        <w:spacing w:before="120" w:after="40" w:line="360" w:lineRule="auto"/>
      </w:pPr>
      <w:r>
        <w:rPr>
          <w:rFonts w:ascii="宋体" w:hAnsi="宋体" w:eastAsia="宋体"/>
          <w:sz w:val="24"/>
        </w:rPr>
        <w:t>60. 下列哪一种光谱型态的恒星，表面温度最低？</w:t>
      </w:r>
    </w:p>
    <w:p>
      <w:pPr>
        <w:spacing w:after="20" w:line="312" w:lineRule="auto"/>
        <w:ind w:left="567"/>
      </w:pPr>
      <w:r>
        <w:rPr>
          <w:rFonts w:ascii="宋体" w:hAnsi="宋体" w:eastAsia="宋体"/>
          <w:sz w:val="24"/>
        </w:rPr>
        <w:t>①O5</w:t>
      </w:r>
    </w:p>
    <w:p>
      <w:pPr>
        <w:spacing w:after="20" w:line="312" w:lineRule="auto"/>
        <w:ind w:left="567"/>
      </w:pPr>
      <w:r>
        <w:rPr>
          <w:rFonts w:ascii="宋体" w:hAnsi="宋体" w:eastAsia="宋体"/>
          <w:sz w:val="24"/>
        </w:rPr>
        <w:t>②K2</w:t>
      </w:r>
    </w:p>
    <w:p>
      <w:pPr>
        <w:spacing w:after="20" w:line="312" w:lineRule="auto"/>
        <w:ind w:left="567"/>
      </w:pPr>
      <w:r>
        <w:rPr>
          <w:rFonts w:ascii="宋体" w:hAnsi="宋体" w:eastAsia="宋体"/>
          <w:sz w:val="24"/>
        </w:rPr>
        <w:t>③G6</w:t>
      </w:r>
    </w:p>
    <w:p>
      <w:pPr>
        <w:spacing w:after="20" w:line="312" w:lineRule="auto"/>
        <w:ind w:left="567"/>
      </w:pPr>
      <w:r>
        <w:rPr>
          <w:rFonts w:ascii="宋体" w:hAnsi="宋体" w:eastAsia="宋体"/>
          <w:sz w:val="24"/>
        </w:rPr>
        <w:t>④A3</w:t>
      </w:r>
    </w:p>
    <w:p>
      <w:pPr>
        <w:spacing w:before="120" w:after="40" w:line="360" w:lineRule="auto"/>
      </w:pPr>
      <w:r>
        <w:rPr>
          <w:rFonts w:ascii="宋体" w:hAnsi="宋体" w:eastAsia="宋体"/>
          <w:sz w:val="24"/>
        </w:rPr>
        <w:t>61. 下列天文观测站中，哪一个测站的主要观测天体与其它三者不同？</w:t>
      </w:r>
    </w:p>
    <w:p>
      <w:pPr>
        <w:spacing w:after="20" w:line="312" w:lineRule="auto"/>
        <w:ind w:left="567"/>
      </w:pPr>
      <w:r>
        <w:rPr>
          <w:rFonts w:ascii="宋体" w:hAnsi="宋体" w:eastAsia="宋体"/>
          <w:sz w:val="24"/>
        </w:rPr>
        <w:t>①STEREO卫星</w:t>
      </w:r>
    </w:p>
    <w:p>
      <w:pPr>
        <w:spacing w:after="20" w:line="312" w:lineRule="auto"/>
        <w:ind w:left="567"/>
      </w:pPr>
      <w:r>
        <w:rPr>
          <w:rFonts w:ascii="宋体" w:hAnsi="宋体" w:eastAsia="宋体"/>
          <w:sz w:val="24"/>
        </w:rPr>
        <w:t>②哈勃太空望远镜</w:t>
      </w:r>
    </w:p>
    <w:p>
      <w:pPr>
        <w:spacing w:after="20" w:line="312" w:lineRule="auto"/>
        <w:ind w:left="567"/>
      </w:pPr>
      <w:r>
        <w:rPr>
          <w:rFonts w:ascii="宋体" w:hAnsi="宋体" w:eastAsia="宋体"/>
          <w:sz w:val="24"/>
        </w:rPr>
        <w:t>③SOHO卫星</w:t>
      </w:r>
    </w:p>
    <w:p>
      <w:pPr>
        <w:spacing w:after="20" w:line="312" w:lineRule="auto"/>
        <w:ind w:left="567"/>
      </w:pPr>
      <w:r>
        <w:rPr>
          <w:rFonts w:ascii="宋体" w:hAnsi="宋体" w:eastAsia="宋体"/>
          <w:sz w:val="24"/>
        </w:rPr>
        <w:t>④SDO卫星</w:t>
      </w:r>
    </w:p>
    <w:p>
      <w:pPr>
        <w:spacing w:before="120" w:after="40" w:line="360" w:lineRule="auto"/>
      </w:pPr>
      <w:r>
        <w:rPr>
          <w:rFonts w:ascii="宋体" w:hAnsi="宋体" w:eastAsia="宋体"/>
          <w:sz w:val="24"/>
        </w:rPr>
        <w:t>62. 天蝎座的心宿二，是一颗处在哪一演化阶段的恒星？</w:t>
      </w:r>
    </w:p>
    <w:p>
      <w:pPr>
        <w:spacing w:after="20" w:line="312" w:lineRule="auto"/>
        <w:ind w:left="567"/>
      </w:pPr>
      <w:r>
        <w:rPr>
          <w:rFonts w:ascii="宋体" w:hAnsi="宋体" w:eastAsia="宋体"/>
          <w:sz w:val="24"/>
        </w:rPr>
        <w:t>①主序星</w:t>
      </w:r>
    </w:p>
    <w:p>
      <w:pPr>
        <w:spacing w:after="20" w:line="312" w:lineRule="auto"/>
        <w:ind w:left="567"/>
      </w:pPr>
      <w:r>
        <w:rPr>
          <w:rFonts w:ascii="宋体" w:hAnsi="宋体" w:eastAsia="宋体"/>
          <w:sz w:val="24"/>
        </w:rPr>
        <w:t>②红巨星</w:t>
      </w:r>
    </w:p>
    <w:p>
      <w:pPr>
        <w:spacing w:after="20" w:line="312" w:lineRule="auto"/>
        <w:ind w:left="567"/>
      </w:pPr>
      <w:r>
        <w:rPr>
          <w:rFonts w:ascii="宋体" w:hAnsi="宋体" w:eastAsia="宋体"/>
          <w:sz w:val="24"/>
        </w:rPr>
        <w:t>③白矮星</w:t>
      </w:r>
    </w:p>
    <w:p>
      <w:pPr>
        <w:spacing w:after="20" w:line="312" w:lineRule="auto"/>
        <w:ind w:left="567"/>
      </w:pPr>
      <w:r>
        <w:rPr>
          <w:rFonts w:ascii="宋体" w:hAnsi="宋体" w:eastAsia="宋体"/>
          <w:sz w:val="24"/>
        </w:rPr>
        <w:t>④棕矮星</w:t>
      </w:r>
    </w:p>
    <w:p>
      <w:pPr>
        <w:spacing w:before="120" w:after="40" w:line="360" w:lineRule="auto"/>
      </w:pPr>
      <w:r>
        <w:rPr>
          <w:rFonts w:ascii="宋体" w:hAnsi="宋体" w:eastAsia="宋体"/>
          <w:sz w:val="24"/>
        </w:rPr>
        <w:t>63. 影响恒星演化最重要的因子，是下列哪一个？</w:t>
      </w:r>
    </w:p>
    <w:p>
      <w:pPr>
        <w:spacing w:after="20" w:line="312" w:lineRule="auto"/>
        <w:ind w:left="567"/>
      </w:pPr>
      <w:r>
        <w:rPr>
          <w:rFonts w:ascii="宋体" w:hAnsi="宋体" w:eastAsia="宋体"/>
          <w:sz w:val="24"/>
        </w:rPr>
        <w:t>①质量</w:t>
      </w:r>
    </w:p>
    <w:p>
      <w:pPr>
        <w:spacing w:after="20" w:line="312" w:lineRule="auto"/>
        <w:ind w:left="567"/>
      </w:pPr>
      <w:r>
        <w:rPr>
          <w:rFonts w:ascii="宋体" w:hAnsi="宋体" w:eastAsia="宋体"/>
          <w:sz w:val="24"/>
        </w:rPr>
        <w:t>②元素种类</w:t>
      </w:r>
    </w:p>
    <w:p>
      <w:pPr>
        <w:spacing w:after="20" w:line="312" w:lineRule="auto"/>
        <w:ind w:left="567"/>
      </w:pPr>
      <w:r>
        <w:rPr>
          <w:rFonts w:ascii="宋体" w:hAnsi="宋体" w:eastAsia="宋体"/>
          <w:sz w:val="24"/>
        </w:rPr>
        <w:t>③形成时期</w:t>
      </w:r>
    </w:p>
    <w:p>
      <w:pPr>
        <w:spacing w:after="20" w:line="312" w:lineRule="auto"/>
        <w:ind w:left="567"/>
      </w:pPr>
      <w:r>
        <w:rPr>
          <w:rFonts w:ascii="宋体" w:hAnsi="宋体" w:eastAsia="宋体"/>
          <w:sz w:val="24"/>
        </w:rPr>
        <w:t>④自转速率</w:t>
      </w:r>
    </w:p>
    <w:p>
      <w:pPr>
        <w:spacing w:before="120" w:after="40" w:line="360" w:lineRule="auto"/>
      </w:pPr>
      <w:r>
        <w:rPr>
          <w:rFonts w:ascii="宋体" w:hAnsi="宋体" w:eastAsia="宋体"/>
          <w:sz w:val="24"/>
        </w:rPr>
        <w:t>64. 量测远距星系中的造父变星，可以协助我们粗略估算出这个星系的哪一种物理量？</w:t>
      </w:r>
    </w:p>
    <w:p>
      <w:pPr>
        <w:spacing w:after="20" w:line="312" w:lineRule="auto"/>
        <w:ind w:left="567"/>
      </w:pPr>
      <w:r>
        <w:rPr>
          <w:rFonts w:ascii="宋体" w:hAnsi="宋体" w:eastAsia="宋体"/>
          <w:sz w:val="24"/>
        </w:rPr>
        <w:t>①直径</w:t>
      </w:r>
    </w:p>
    <w:p>
      <w:pPr>
        <w:spacing w:after="20" w:line="312" w:lineRule="auto"/>
        <w:ind w:left="567"/>
      </w:pPr>
      <w:r>
        <w:rPr>
          <w:rFonts w:ascii="宋体" w:hAnsi="宋体" w:eastAsia="宋体"/>
          <w:sz w:val="24"/>
        </w:rPr>
        <w:t>②质量</w:t>
      </w:r>
    </w:p>
    <w:p>
      <w:pPr>
        <w:spacing w:after="20" w:line="312" w:lineRule="auto"/>
        <w:ind w:left="567"/>
      </w:pPr>
      <w:r>
        <w:rPr>
          <w:rFonts w:ascii="宋体" w:hAnsi="宋体" w:eastAsia="宋体"/>
          <w:sz w:val="24"/>
        </w:rPr>
        <w:t>③距离</w:t>
      </w:r>
    </w:p>
    <w:p>
      <w:pPr>
        <w:spacing w:after="20" w:line="312" w:lineRule="auto"/>
        <w:ind w:left="567"/>
      </w:pPr>
      <w:r>
        <w:rPr>
          <w:rFonts w:ascii="宋体" w:hAnsi="宋体" w:eastAsia="宋体"/>
          <w:sz w:val="24"/>
        </w:rPr>
        <w:t>④温度</w:t>
      </w:r>
    </w:p>
    <w:p>
      <w:pPr>
        <w:spacing w:before="120" w:after="40" w:line="360" w:lineRule="auto"/>
      </w:pPr>
      <w:r>
        <w:rPr>
          <w:rFonts w:ascii="宋体" w:hAnsi="宋体" w:eastAsia="宋体"/>
          <w:sz w:val="24"/>
        </w:rPr>
        <w:t>65. 假设有颗主序星的质量为太阳的3倍，则相较于太阳，其在主序带阶段的叙述下列何者正确？</w:t>
      </w:r>
    </w:p>
    <w:p>
      <w:pPr>
        <w:spacing w:after="20" w:line="312" w:lineRule="auto"/>
        <w:ind w:left="567"/>
      </w:pPr>
      <w:r>
        <w:rPr>
          <w:rFonts w:ascii="宋体" w:hAnsi="宋体" w:eastAsia="宋体"/>
          <w:sz w:val="24"/>
        </w:rPr>
        <w:t>①会有比较多的行星</w:t>
      </w:r>
    </w:p>
    <w:p>
      <w:pPr>
        <w:spacing w:after="20" w:line="312" w:lineRule="auto"/>
        <w:ind w:left="567"/>
      </w:pPr>
      <w:r>
        <w:rPr>
          <w:rFonts w:ascii="宋体" w:hAnsi="宋体" w:eastAsia="宋体"/>
          <w:sz w:val="24"/>
        </w:rPr>
        <w:t>②待在主序带的时间会比较长</w:t>
      </w:r>
    </w:p>
    <w:p>
      <w:pPr>
        <w:spacing w:after="20" w:line="312" w:lineRule="auto"/>
        <w:ind w:left="567"/>
      </w:pPr>
      <w:r>
        <w:rPr>
          <w:rFonts w:ascii="宋体" w:hAnsi="宋体" w:eastAsia="宋体"/>
          <w:sz w:val="24"/>
        </w:rPr>
        <w:t>③核心温度会比较高</w:t>
      </w:r>
    </w:p>
    <w:p>
      <w:pPr>
        <w:spacing w:after="20" w:line="312" w:lineRule="auto"/>
        <w:ind w:left="567"/>
      </w:pPr>
      <w:r>
        <w:rPr>
          <w:rFonts w:ascii="宋体" w:hAnsi="宋体" w:eastAsia="宋体"/>
          <w:sz w:val="24"/>
        </w:rPr>
        <w:t>④氢元素比例会比较高</w:t>
      </w:r>
    </w:p>
    <w:p>
      <w:pPr>
        <w:spacing w:before="120" w:after="40" w:line="360" w:lineRule="auto"/>
      </w:pPr>
      <w:r>
        <w:rPr>
          <w:rFonts w:ascii="宋体" w:hAnsi="宋体" w:eastAsia="宋体"/>
          <w:sz w:val="24"/>
        </w:rPr>
        <w:t>66. 下列哪一颗是周期彗星？</w:t>
      </w:r>
    </w:p>
    <w:p>
      <w:pPr>
        <w:spacing w:after="20" w:line="312" w:lineRule="auto"/>
        <w:ind w:left="567"/>
      </w:pPr>
      <w:r>
        <w:rPr>
          <w:rFonts w:ascii="宋体" w:hAnsi="宋体" w:eastAsia="宋体"/>
          <w:sz w:val="24"/>
        </w:rPr>
        <w:t>①69P/Taylor（泰勒）</w:t>
      </w:r>
    </w:p>
    <w:p>
      <w:pPr>
        <w:spacing w:after="20" w:line="312" w:lineRule="auto"/>
        <w:ind w:left="567"/>
      </w:pPr>
      <w:r>
        <w:rPr>
          <w:rFonts w:ascii="宋体" w:hAnsi="宋体" w:eastAsia="宋体"/>
          <w:sz w:val="24"/>
        </w:rPr>
        <w:t>②C/2011 W3</w:t>
      </w:r>
    </w:p>
    <w:p>
      <w:pPr>
        <w:spacing w:after="20" w:line="312" w:lineRule="auto"/>
        <w:ind w:left="567"/>
      </w:pPr>
      <w:r>
        <w:rPr>
          <w:rFonts w:ascii="宋体" w:hAnsi="宋体" w:eastAsia="宋体"/>
          <w:sz w:val="24"/>
        </w:rPr>
        <w:t>③C/1995 O1</w:t>
      </w:r>
    </w:p>
    <w:p>
      <w:pPr>
        <w:spacing w:after="20" w:line="312" w:lineRule="auto"/>
        <w:ind w:left="567"/>
      </w:pPr>
      <w:r>
        <w:rPr>
          <w:rFonts w:ascii="宋体" w:hAnsi="宋体" w:eastAsia="宋体"/>
          <w:sz w:val="24"/>
        </w:rPr>
        <w:t>④C/1996 B2</w:t>
      </w:r>
    </w:p>
    <w:p>
      <w:pPr>
        <w:spacing w:before="120" w:after="40" w:line="360" w:lineRule="auto"/>
      </w:pPr>
      <w:r>
        <w:rPr>
          <w:rFonts w:ascii="宋体" w:hAnsi="宋体" w:eastAsia="宋体"/>
          <w:sz w:val="24"/>
        </w:rPr>
        <w:t>67. 目前世界上最大的单面球面无线电望远镜，口径是多少？</w:t>
      </w:r>
    </w:p>
    <w:p>
      <w:pPr>
        <w:spacing w:after="20" w:line="312" w:lineRule="auto"/>
        <w:ind w:left="567"/>
      </w:pPr>
      <w:r>
        <w:rPr>
          <w:rFonts w:ascii="宋体" w:hAnsi="宋体" w:eastAsia="宋体"/>
          <w:sz w:val="24"/>
        </w:rPr>
        <w:t>①500公尺</w:t>
      </w:r>
    </w:p>
    <w:p>
      <w:pPr>
        <w:spacing w:after="20" w:line="312" w:lineRule="auto"/>
        <w:ind w:left="567"/>
      </w:pPr>
      <w:r>
        <w:rPr>
          <w:rFonts w:ascii="宋体" w:hAnsi="宋体" w:eastAsia="宋体"/>
          <w:sz w:val="24"/>
        </w:rPr>
        <w:t>②450公尺</w:t>
      </w:r>
    </w:p>
    <w:p>
      <w:pPr>
        <w:spacing w:after="20" w:line="312" w:lineRule="auto"/>
        <w:ind w:left="567"/>
      </w:pPr>
      <w:r>
        <w:rPr>
          <w:rFonts w:ascii="宋体" w:hAnsi="宋体" w:eastAsia="宋体"/>
          <w:sz w:val="24"/>
        </w:rPr>
        <w:t>③400公尺</w:t>
      </w:r>
    </w:p>
    <w:p>
      <w:pPr>
        <w:spacing w:after="20" w:line="312" w:lineRule="auto"/>
        <w:ind w:left="567"/>
      </w:pPr>
      <w:r>
        <w:rPr>
          <w:rFonts w:ascii="宋体" w:hAnsi="宋体" w:eastAsia="宋体"/>
          <w:sz w:val="24"/>
        </w:rPr>
        <w:t>④305公尺</w:t>
      </w:r>
    </w:p>
    <w:p>
      <w:pPr>
        <w:spacing w:before="120" w:after="40" w:line="360" w:lineRule="auto"/>
      </w:pPr>
      <w:r>
        <w:rPr>
          <w:rFonts w:ascii="宋体" w:hAnsi="宋体" w:eastAsia="宋体"/>
          <w:sz w:val="24"/>
        </w:rPr>
        <w:t>68. 天文学家运用星系成员之一——恒星的哪种物理量或特性，估计星系的质量？</w:t>
      </w:r>
    </w:p>
    <w:p>
      <w:pPr>
        <w:spacing w:after="20" w:line="312" w:lineRule="auto"/>
        <w:ind w:left="567"/>
      </w:pPr>
      <w:r>
        <w:rPr>
          <w:rFonts w:ascii="宋体" w:hAnsi="宋体" w:eastAsia="宋体"/>
          <w:sz w:val="24"/>
        </w:rPr>
        <w:t>①恒星亮度分布</w:t>
      </w:r>
    </w:p>
    <w:p>
      <w:pPr>
        <w:spacing w:after="20" w:line="312" w:lineRule="auto"/>
        <w:ind w:left="567"/>
      </w:pPr>
      <w:r>
        <w:rPr>
          <w:rFonts w:ascii="宋体" w:hAnsi="宋体" w:eastAsia="宋体"/>
          <w:sz w:val="24"/>
        </w:rPr>
        <w:t>②恒星诞生速率</w:t>
      </w:r>
    </w:p>
    <w:p>
      <w:pPr>
        <w:spacing w:after="20" w:line="312" w:lineRule="auto"/>
        <w:ind w:left="567"/>
      </w:pPr>
      <w:r>
        <w:rPr>
          <w:rFonts w:ascii="宋体" w:hAnsi="宋体" w:eastAsia="宋体"/>
          <w:sz w:val="24"/>
        </w:rPr>
        <w:t>③恒星位置分布</w:t>
      </w:r>
    </w:p>
    <w:p>
      <w:pPr>
        <w:spacing w:after="20" w:line="312" w:lineRule="auto"/>
        <w:ind w:left="567"/>
      </w:pPr>
      <w:r>
        <w:rPr>
          <w:rFonts w:ascii="宋体" w:hAnsi="宋体" w:eastAsia="宋体"/>
          <w:sz w:val="24"/>
        </w:rPr>
        <w:t>④恒星运动速度</w:t>
      </w:r>
    </w:p>
    <w:p>
      <w:pPr>
        <w:spacing w:before="120" w:after="40" w:line="360" w:lineRule="auto"/>
      </w:pPr>
      <w:r>
        <w:rPr>
          <w:rFonts w:ascii="宋体" w:hAnsi="宋体" w:eastAsia="宋体"/>
          <w:sz w:val="24"/>
        </w:rPr>
        <w:t>69. 与太阳质量相同的恒星，在演化历程中，不会经历下列哪一阶段？</w:t>
      </w:r>
    </w:p>
    <w:p>
      <w:pPr>
        <w:spacing w:after="20" w:line="312" w:lineRule="auto"/>
        <w:ind w:left="567"/>
      </w:pPr>
      <w:r>
        <w:rPr>
          <w:rFonts w:ascii="宋体" w:hAnsi="宋体" w:eastAsia="宋体"/>
          <w:sz w:val="24"/>
        </w:rPr>
        <w:t>①主序带</w:t>
      </w:r>
    </w:p>
    <w:p>
      <w:pPr>
        <w:spacing w:after="20" w:line="312" w:lineRule="auto"/>
        <w:ind w:left="567"/>
      </w:pPr>
      <w:r>
        <w:rPr>
          <w:rFonts w:ascii="宋体" w:hAnsi="宋体" w:eastAsia="宋体"/>
          <w:sz w:val="24"/>
        </w:rPr>
        <w:t>②红巨星</w:t>
      </w:r>
    </w:p>
    <w:p>
      <w:pPr>
        <w:spacing w:after="20" w:line="312" w:lineRule="auto"/>
        <w:ind w:left="567"/>
      </w:pPr>
      <w:r>
        <w:rPr>
          <w:rFonts w:ascii="宋体" w:hAnsi="宋体" w:eastAsia="宋体"/>
          <w:sz w:val="24"/>
        </w:rPr>
        <w:t>③超新星爆炸</w:t>
      </w:r>
    </w:p>
    <w:p>
      <w:pPr>
        <w:spacing w:after="20" w:line="312" w:lineRule="auto"/>
        <w:ind w:left="567"/>
      </w:pPr>
      <w:r>
        <w:rPr>
          <w:rFonts w:ascii="宋体" w:hAnsi="宋体" w:eastAsia="宋体"/>
          <w:sz w:val="24"/>
        </w:rPr>
        <w:t>④白矮星</w:t>
      </w:r>
    </w:p>
    <w:p>
      <w:pPr>
        <w:spacing w:before="120" w:after="40" w:line="360" w:lineRule="auto"/>
      </w:pPr>
      <w:r>
        <w:rPr>
          <w:rFonts w:ascii="宋体" w:hAnsi="宋体" w:eastAsia="宋体"/>
          <w:sz w:val="24"/>
        </w:rPr>
        <w:t>70. 哪一种光谱型态的恒星，氢线最明显？</w:t>
      </w:r>
    </w:p>
    <w:p>
      <w:pPr>
        <w:spacing w:after="20" w:line="312" w:lineRule="auto"/>
        <w:ind w:left="567"/>
      </w:pPr>
      <w:r>
        <w:rPr>
          <w:rFonts w:ascii="宋体" w:hAnsi="宋体" w:eastAsia="宋体"/>
          <w:sz w:val="24"/>
        </w:rPr>
        <w:t>①O</w:t>
      </w:r>
    </w:p>
    <w:p>
      <w:pPr>
        <w:spacing w:after="20" w:line="312" w:lineRule="auto"/>
        <w:ind w:left="567"/>
      </w:pPr>
      <w:r>
        <w:rPr>
          <w:rFonts w:ascii="宋体" w:hAnsi="宋体" w:eastAsia="宋体"/>
          <w:sz w:val="24"/>
        </w:rPr>
        <w:t>②B</w:t>
      </w:r>
    </w:p>
    <w:p>
      <w:pPr>
        <w:spacing w:after="20" w:line="312" w:lineRule="auto"/>
        <w:ind w:left="567"/>
      </w:pPr>
      <w:r>
        <w:rPr>
          <w:rFonts w:ascii="宋体" w:hAnsi="宋体" w:eastAsia="宋体"/>
          <w:sz w:val="24"/>
        </w:rPr>
        <w:t>③A</w:t>
      </w:r>
    </w:p>
    <w:p>
      <w:pPr>
        <w:spacing w:after="20" w:line="312" w:lineRule="auto"/>
        <w:ind w:left="567"/>
      </w:pPr>
      <w:r>
        <w:rPr>
          <w:rFonts w:ascii="宋体" w:hAnsi="宋体" w:eastAsia="宋体"/>
          <w:sz w:val="24"/>
        </w:rPr>
        <w:t>④F</w:t>
      </w:r>
    </w:p>
    <w:p>
      <w:pPr>
        <w:spacing w:before="120" w:after="40" w:line="360" w:lineRule="auto"/>
      </w:pPr>
      <w:r>
        <w:rPr>
          <w:rFonts w:ascii="宋体" w:hAnsi="宋体" w:eastAsia="宋体"/>
          <w:sz w:val="24"/>
        </w:rPr>
        <w:t>71. 2013年3月，从普朗克〈Planck〉卫星观测所得的数据，哈勃常数约为多少？</w:t>
      </w:r>
    </w:p>
    <w:p>
      <w:pPr>
        <w:spacing w:after="20" w:line="312" w:lineRule="auto"/>
        <w:ind w:left="567"/>
      </w:pPr>
      <w:r>
        <w:rPr>
          <w:rFonts w:ascii="宋体" w:hAnsi="宋体" w:eastAsia="宋体"/>
          <w:sz w:val="24"/>
        </w:rPr>
        <w:t>①65.15km/s/Mpc</w:t>
      </w:r>
    </w:p>
    <w:p>
      <w:pPr>
        <w:spacing w:after="20" w:line="312" w:lineRule="auto"/>
        <w:ind w:left="567"/>
      </w:pPr>
      <w:r>
        <w:rPr>
          <w:rFonts w:ascii="宋体" w:hAnsi="宋体" w:eastAsia="宋体"/>
          <w:sz w:val="24"/>
        </w:rPr>
        <w:t>②67.15km/s/Mpc</w:t>
      </w:r>
    </w:p>
    <w:p>
      <w:pPr>
        <w:spacing w:after="20" w:line="312" w:lineRule="auto"/>
        <w:ind w:left="567"/>
      </w:pPr>
      <w:r>
        <w:rPr>
          <w:rFonts w:ascii="宋体" w:hAnsi="宋体" w:eastAsia="宋体"/>
          <w:sz w:val="24"/>
        </w:rPr>
        <w:t>③69.15km/s/Mpc</w:t>
      </w:r>
    </w:p>
    <w:p>
      <w:pPr>
        <w:spacing w:after="20" w:line="312" w:lineRule="auto"/>
        <w:ind w:left="567"/>
      </w:pPr>
      <w:r>
        <w:rPr>
          <w:rFonts w:ascii="宋体" w:hAnsi="宋体" w:eastAsia="宋体"/>
          <w:sz w:val="24"/>
        </w:rPr>
        <w:t>④71.15km/s/Mpc</w:t>
      </w:r>
    </w:p>
    <w:p>
      <w:pPr>
        <w:spacing w:before="120" w:after="40" w:line="360" w:lineRule="auto"/>
      </w:pPr>
      <w:r>
        <w:rPr>
          <w:rFonts w:ascii="宋体" w:hAnsi="宋体" w:eastAsia="宋体"/>
          <w:sz w:val="24"/>
        </w:rPr>
        <w:t>72. 马头星云属于下列哪一种星云？</w:t>
      </w:r>
    </w:p>
    <w:p>
      <w:pPr>
        <w:spacing w:after="20" w:line="312" w:lineRule="auto"/>
        <w:ind w:left="567"/>
      </w:pPr>
      <w:r>
        <w:rPr>
          <w:rFonts w:ascii="宋体" w:hAnsi="宋体" w:eastAsia="宋体"/>
          <w:sz w:val="24"/>
        </w:rPr>
        <w:t>①发射星云</w:t>
      </w:r>
    </w:p>
    <w:p>
      <w:pPr>
        <w:spacing w:after="20" w:line="312" w:lineRule="auto"/>
        <w:ind w:left="567"/>
      </w:pPr>
      <w:r>
        <w:rPr>
          <w:rFonts w:ascii="宋体" w:hAnsi="宋体" w:eastAsia="宋体"/>
          <w:sz w:val="24"/>
        </w:rPr>
        <w:t>②暗星云</w:t>
      </w:r>
    </w:p>
    <w:p>
      <w:pPr>
        <w:spacing w:after="20" w:line="312" w:lineRule="auto"/>
        <w:ind w:left="567"/>
      </w:pPr>
      <w:r>
        <w:rPr>
          <w:rFonts w:ascii="宋体" w:hAnsi="宋体" w:eastAsia="宋体"/>
          <w:sz w:val="24"/>
        </w:rPr>
        <w:t>③反射星云</w:t>
      </w:r>
    </w:p>
    <w:p>
      <w:pPr>
        <w:spacing w:after="20" w:line="312" w:lineRule="auto"/>
        <w:ind w:left="567"/>
      </w:pPr>
      <w:r>
        <w:rPr>
          <w:rFonts w:ascii="宋体" w:hAnsi="宋体" w:eastAsia="宋体"/>
          <w:sz w:val="24"/>
        </w:rPr>
        <w:t>④行星状星云</w:t>
      </w:r>
    </w:p>
    <w:p>
      <w:pPr>
        <w:spacing w:before="120" w:after="40" w:line="360" w:lineRule="auto"/>
      </w:pPr>
      <w:r>
        <w:rPr>
          <w:rFonts w:ascii="宋体" w:hAnsi="宋体" w:eastAsia="宋体"/>
          <w:sz w:val="24"/>
        </w:rPr>
        <w:t>73. 古老的球状星团中，发现存在着「蓝色」脱序星，最可能的形成原因是？</w:t>
      </w:r>
    </w:p>
    <w:p>
      <w:pPr>
        <w:spacing w:after="20" w:line="312" w:lineRule="auto"/>
        <w:ind w:left="567"/>
      </w:pPr>
      <w:r>
        <w:rPr>
          <w:rFonts w:ascii="宋体" w:hAnsi="宋体" w:eastAsia="宋体"/>
          <w:sz w:val="24"/>
        </w:rPr>
        <w:t>①年老的蓝色恒星</w:t>
      </w:r>
    </w:p>
    <w:p>
      <w:pPr>
        <w:spacing w:after="20" w:line="312" w:lineRule="auto"/>
        <w:ind w:left="567"/>
      </w:pPr>
      <w:r>
        <w:rPr>
          <w:rFonts w:ascii="宋体" w:hAnsi="宋体" w:eastAsia="宋体"/>
          <w:sz w:val="24"/>
        </w:rPr>
        <w:t>②恒星彼此碰撞</w:t>
      </w:r>
    </w:p>
    <w:p>
      <w:pPr>
        <w:spacing w:after="20" w:line="312" w:lineRule="auto"/>
        <w:ind w:left="567"/>
      </w:pPr>
      <w:r>
        <w:rPr>
          <w:rFonts w:ascii="宋体" w:hAnsi="宋体" w:eastAsia="宋体"/>
          <w:sz w:val="24"/>
        </w:rPr>
        <w:t>③外来恒星</w:t>
      </w:r>
    </w:p>
    <w:p>
      <w:pPr>
        <w:spacing w:after="20" w:line="312" w:lineRule="auto"/>
        <w:ind w:left="567"/>
      </w:pPr>
      <w:r>
        <w:rPr>
          <w:rFonts w:ascii="宋体" w:hAnsi="宋体" w:eastAsia="宋体"/>
          <w:sz w:val="24"/>
        </w:rPr>
        <w:t>④气体吸聚形成新恒星</w:t>
      </w:r>
    </w:p>
    <w:p>
      <w:pPr>
        <w:spacing w:before="120" w:after="40" w:line="360" w:lineRule="auto"/>
      </w:pPr>
      <w:r>
        <w:rPr>
          <w:rFonts w:ascii="宋体" w:hAnsi="宋体" w:eastAsia="宋体"/>
          <w:sz w:val="24"/>
        </w:rPr>
        <w:t>74. 目前以哪种方式，搜寻到的系外行星最多？</w:t>
      </w:r>
    </w:p>
    <w:p>
      <w:pPr>
        <w:spacing w:after="20" w:line="312" w:lineRule="auto"/>
        <w:ind w:left="567"/>
      </w:pPr>
      <w:r>
        <w:rPr>
          <w:rFonts w:ascii="宋体" w:hAnsi="宋体" w:eastAsia="宋体"/>
          <w:sz w:val="24"/>
        </w:rPr>
        <w:t>①重力微透镜（Gravitational microlensing）</w:t>
      </w:r>
    </w:p>
    <w:p>
      <w:pPr>
        <w:spacing w:after="20" w:line="312" w:lineRule="auto"/>
        <w:ind w:left="567"/>
      </w:pPr>
      <w:r>
        <w:rPr>
          <w:rFonts w:ascii="宋体" w:hAnsi="宋体" w:eastAsia="宋体"/>
          <w:sz w:val="24"/>
        </w:rPr>
        <w:t>②径向速度（Radial velocity）</w:t>
      </w:r>
    </w:p>
    <w:p>
      <w:pPr>
        <w:spacing w:after="20" w:line="312" w:lineRule="auto"/>
        <w:ind w:left="567"/>
      </w:pPr>
      <w:r>
        <w:rPr>
          <w:rFonts w:ascii="宋体" w:hAnsi="宋体" w:eastAsia="宋体"/>
          <w:sz w:val="24"/>
        </w:rPr>
        <w:t>③直接影像（Direct imaging）</w:t>
      </w:r>
    </w:p>
    <w:p>
      <w:pPr>
        <w:spacing w:after="20" w:line="312" w:lineRule="auto"/>
        <w:ind w:left="567"/>
      </w:pPr>
      <w:r>
        <w:rPr>
          <w:rFonts w:ascii="宋体" w:hAnsi="宋体" w:eastAsia="宋体"/>
          <w:sz w:val="24"/>
        </w:rPr>
        <w:t>④凌日法（Transit photometry）</w:t>
      </w:r>
    </w:p>
    <w:p>
      <w:pPr>
        <w:spacing w:before="120" w:after="40" w:line="360" w:lineRule="auto"/>
      </w:pPr>
      <w:r>
        <w:rPr>
          <w:rFonts w:ascii="宋体" w:hAnsi="宋体" w:eastAsia="宋体"/>
          <w:sz w:val="24"/>
        </w:rPr>
        <w:t>75. 中国古代书籍《晋书》（天文志），是由谁所撰写的？</w:t>
      </w:r>
    </w:p>
    <w:p>
      <w:pPr>
        <w:spacing w:after="20" w:line="312" w:lineRule="auto"/>
        <w:ind w:left="567"/>
      </w:pPr>
      <w:r>
        <w:rPr>
          <w:rFonts w:ascii="宋体" w:hAnsi="宋体" w:eastAsia="宋体"/>
          <w:sz w:val="24"/>
        </w:rPr>
        <w:t>①唐朝一行法师</w:t>
      </w:r>
    </w:p>
    <w:p>
      <w:pPr>
        <w:spacing w:after="20" w:line="312" w:lineRule="auto"/>
        <w:ind w:left="567"/>
      </w:pPr>
      <w:r>
        <w:rPr>
          <w:rFonts w:ascii="宋体" w:hAnsi="宋体" w:eastAsia="宋体"/>
          <w:sz w:val="24"/>
        </w:rPr>
        <w:t>②宋朝杨忠辅</w:t>
      </w:r>
    </w:p>
    <w:p>
      <w:pPr>
        <w:spacing w:after="20" w:line="312" w:lineRule="auto"/>
        <w:ind w:left="567"/>
      </w:pPr>
      <w:r>
        <w:rPr>
          <w:rFonts w:ascii="宋体" w:hAnsi="宋体" w:eastAsia="宋体"/>
          <w:sz w:val="24"/>
        </w:rPr>
        <w:t>③唐朝李淳风</w:t>
      </w:r>
    </w:p>
    <w:p>
      <w:pPr>
        <w:spacing w:after="20" w:line="312" w:lineRule="auto"/>
        <w:ind w:left="567"/>
      </w:pPr>
      <w:r>
        <w:rPr>
          <w:rFonts w:ascii="宋体" w:hAnsi="宋体" w:eastAsia="宋体"/>
          <w:sz w:val="24"/>
        </w:rPr>
        <w:t>④元朝郭守敬</w:t>
      </w:r>
    </w:p>
    <w:p>
      <w:pPr>
        <w:spacing w:before="120" w:after="40" w:line="360" w:lineRule="auto"/>
      </w:pPr>
      <w:r>
        <w:rPr>
          <w:rFonts w:ascii="宋体" w:hAnsi="宋体" w:eastAsia="宋体"/>
          <w:sz w:val="24"/>
        </w:rPr>
        <w:t>76. 下列哪一颗卫星，每年逐步靠近其公转的主行星？</w:t>
      </w:r>
    </w:p>
    <w:p>
      <w:pPr>
        <w:spacing w:after="20" w:line="312" w:lineRule="auto"/>
        <w:ind w:left="567"/>
      </w:pPr>
      <w:r>
        <w:rPr>
          <w:rFonts w:ascii="宋体" w:hAnsi="宋体" w:eastAsia="宋体"/>
          <w:sz w:val="24"/>
        </w:rPr>
        <w:t>①火卫一（佛伯斯，Phobos）</w:t>
      </w:r>
    </w:p>
    <w:p>
      <w:pPr>
        <w:spacing w:after="20" w:line="312" w:lineRule="auto"/>
        <w:ind w:left="567"/>
      </w:pPr>
      <w:r>
        <w:rPr>
          <w:rFonts w:ascii="宋体" w:hAnsi="宋体" w:eastAsia="宋体"/>
          <w:sz w:val="24"/>
        </w:rPr>
        <w:t>②海卫六（伽拉忒亚，Galatea）</w:t>
      </w:r>
    </w:p>
    <w:p>
      <w:pPr>
        <w:spacing w:after="20" w:line="312" w:lineRule="auto"/>
        <w:ind w:left="567"/>
      </w:pPr>
      <w:r>
        <w:rPr>
          <w:rFonts w:ascii="宋体" w:hAnsi="宋体" w:eastAsia="宋体"/>
          <w:sz w:val="24"/>
        </w:rPr>
        <w:t>③海卫一（崔顿，Triton）</w:t>
      </w:r>
    </w:p>
    <w:p>
      <w:pPr>
        <w:spacing w:after="20" w:line="312" w:lineRule="auto"/>
        <w:ind w:left="567"/>
      </w:pPr>
      <w:r>
        <w:rPr>
          <w:rFonts w:ascii="宋体" w:hAnsi="宋体" w:eastAsia="宋体"/>
          <w:sz w:val="24"/>
        </w:rPr>
        <w:t>④以上皆是</w:t>
      </w:r>
    </w:p>
    <w:p>
      <w:pPr>
        <w:spacing w:before="120" w:after="40" w:line="360" w:lineRule="auto"/>
      </w:pPr>
      <w:r>
        <w:rPr>
          <w:rFonts w:ascii="宋体" w:hAnsi="宋体" w:eastAsia="宋体"/>
          <w:sz w:val="24"/>
        </w:rPr>
        <w:t>77. 20世纪初期天文学家夏普利（H. Shapley），利用何种天体分布推测出我们银河系的中心？</w:t>
      </w:r>
    </w:p>
    <w:p>
      <w:pPr>
        <w:spacing w:after="20" w:line="312" w:lineRule="auto"/>
        <w:ind w:left="567"/>
      </w:pPr>
      <w:r>
        <w:rPr>
          <w:rFonts w:ascii="宋体" w:hAnsi="宋体" w:eastAsia="宋体"/>
          <w:sz w:val="24"/>
        </w:rPr>
        <w:t>①造父变星</w:t>
      </w:r>
    </w:p>
    <w:p>
      <w:pPr>
        <w:spacing w:after="20" w:line="312" w:lineRule="auto"/>
        <w:ind w:left="567"/>
      </w:pPr>
      <w:r>
        <w:rPr>
          <w:rFonts w:ascii="宋体" w:hAnsi="宋体" w:eastAsia="宋体"/>
          <w:sz w:val="24"/>
        </w:rPr>
        <w:t>②疏散星团</w:t>
      </w:r>
    </w:p>
    <w:p>
      <w:pPr>
        <w:spacing w:after="20" w:line="312" w:lineRule="auto"/>
        <w:ind w:left="567"/>
      </w:pPr>
      <w:r>
        <w:rPr>
          <w:rFonts w:ascii="宋体" w:hAnsi="宋体" w:eastAsia="宋体"/>
          <w:sz w:val="24"/>
        </w:rPr>
        <w:t>③球状星团</w:t>
      </w:r>
    </w:p>
    <w:p>
      <w:pPr>
        <w:spacing w:after="20" w:line="312" w:lineRule="auto"/>
        <w:ind w:left="567"/>
      </w:pPr>
      <w:r>
        <w:rPr>
          <w:rFonts w:ascii="宋体" w:hAnsi="宋体" w:eastAsia="宋体"/>
          <w:sz w:val="24"/>
        </w:rPr>
        <w:t>④发射星云</w:t>
      </w:r>
    </w:p>
    <w:p>
      <w:pPr>
        <w:spacing w:before="120" w:after="40" w:line="360" w:lineRule="auto"/>
      </w:pPr>
      <w:r>
        <w:rPr>
          <w:rFonts w:ascii="宋体" w:hAnsi="宋体" w:eastAsia="宋体"/>
          <w:sz w:val="24"/>
        </w:rPr>
        <w:t>78. 梅西尔星表〈The Messier Catalogue〉中，与地球距离最近的是下列哪一个天体？</w:t>
      </w:r>
    </w:p>
    <w:p>
      <w:pPr>
        <w:spacing w:after="20" w:line="312" w:lineRule="auto"/>
        <w:ind w:left="567"/>
      </w:pPr>
      <w:r>
        <w:rPr>
          <w:rFonts w:ascii="宋体" w:hAnsi="宋体" w:eastAsia="宋体"/>
          <w:sz w:val="24"/>
        </w:rPr>
        <w:t>①昴宿星团（M45）</w:t>
      </w:r>
    </w:p>
    <w:p>
      <w:pPr>
        <w:spacing w:after="20" w:line="312" w:lineRule="auto"/>
        <w:ind w:left="567"/>
      </w:pPr>
      <w:r>
        <w:rPr>
          <w:rFonts w:ascii="宋体" w:hAnsi="宋体" w:eastAsia="宋体"/>
          <w:sz w:val="24"/>
        </w:rPr>
        <w:t>②仙女座大星系（M31）</w:t>
      </w:r>
    </w:p>
    <w:p>
      <w:pPr>
        <w:spacing w:after="20" w:line="312" w:lineRule="auto"/>
        <w:ind w:left="567"/>
      </w:pPr>
      <w:r>
        <w:rPr>
          <w:rFonts w:ascii="宋体" w:hAnsi="宋体" w:eastAsia="宋体"/>
          <w:sz w:val="24"/>
        </w:rPr>
        <w:t>③蟹状星云（M1）</w:t>
      </w:r>
    </w:p>
    <w:p>
      <w:pPr>
        <w:spacing w:after="20" w:line="312" w:lineRule="auto"/>
        <w:ind w:left="567"/>
      </w:pPr>
      <w:r>
        <w:rPr>
          <w:rFonts w:ascii="宋体" w:hAnsi="宋体" w:eastAsia="宋体"/>
          <w:sz w:val="24"/>
        </w:rPr>
        <w:t>④环状星云（M57）</w:t>
      </w:r>
    </w:p>
    <w:p>
      <w:pPr>
        <w:spacing w:before="120" w:after="40" w:line="360" w:lineRule="auto"/>
      </w:pPr>
      <w:r>
        <w:rPr>
          <w:rFonts w:ascii="宋体" w:hAnsi="宋体" w:eastAsia="宋体"/>
          <w:sz w:val="24"/>
        </w:rPr>
        <w:t>79. 下列哪一个星云，不是单一恒星死亡时所衍生的产物？</w:t>
      </w:r>
    </w:p>
    <w:p>
      <w:pPr>
        <w:spacing w:after="20" w:line="312" w:lineRule="auto"/>
        <w:ind w:left="567"/>
      </w:pPr>
      <w:r>
        <w:rPr>
          <w:rFonts w:ascii="宋体" w:hAnsi="宋体" w:eastAsia="宋体"/>
          <w:sz w:val="24"/>
        </w:rPr>
        <w:t>①火鸟星云（M42）</w:t>
      </w:r>
    </w:p>
    <w:p>
      <w:pPr>
        <w:spacing w:after="20" w:line="312" w:lineRule="auto"/>
        <w:ind w:left="567"/>
      </w:pPr>
      <w:r>
        <w:rPr>
          <w:rFonts w:ascii="宋体" w:hAnsi="宋体" w:eastAsia="宋体"/>
          <w:sz w:val="24"/>
        </w:rPr>
        <w:t>②沙漏星云（MyCn18）</w:t>
      </w:r>
    </w:p>
    <w:p>
      <w:pPr>
        <w:spacing w:after="20" w:line="312" w:lineRule="auto"/>
        <w:ind w:left="567"/>
      </w:pPr>
      <w:r>
        <w:rPr>
          <w:rFonts w:ascii="宋体" w:hAnsi="宋体" w:eastAsia="宋体"/>
          <w:sz w:val="24"/>
        </w:rPr>
        <w:t>③爱斯基摩星云（NGC2392）</w:t>
      </w:r>
    </w:p>
    <w:p>
      <w:pPr>
        <w:spacing w:after="20" w:line="312" w:lineRule="auto"/>
        <w:ind w:left="567"/>
      </w:pPr>
      <w:r>
        <w:rPr>
          <w:rFonts w:ascii="宋体" w:hAnsi="宋体" w:eastAsia="宋体"/>
          <w:sz w:val="24"/>
        </w:rPr>
        <w:t>④哑铃星云（M27）</w:t>
      </w:r>
    </w:p>
    <w:p>
      <w:pPr>
        <w:spacing w:before="120" w:after="40" w:line="360" w:lineRule="auto"/>
      </w:pPr>
      <w:r>
        <w:rPr>
          <w:rFonts w:ascii="宋体" w:hAnsi="宋体" w:eastAsia="宋体"/>
          <w:sz w:val="24"/>
        </w:rPr>
        <w:t>80. 目前天文学家认为，下列哪一项是使宇宙加速膨胀的因素？</w:t>
      </w:r>
    </w:p>
    <w:p>
      <w:pPr>
        <w:spacing w:after="20" w:line="312" w:lineRule="auto"/>
        <w:ind w:left="567"/>
      </w:pPr>
      <w:r>
        <w:rPr>
          <w:rFonts w:ascii="宋体" w:hAnsi="宋体" w:eastAsia="宋体"/>
          <w:sz w:val="24"/>
        </w:rPr>
        <w:t>①暗星云</w:t>
      </w:r>
    </w:p>
    <w:p>
      <w:pPr>
        <w:spacing w:after="20" w:line="312" w:lineRule="auto"/>
        <w:ind w:left="567"/>
      </w:pPr>
      <w:r>
        <w:rPr>
          <w:rFonts w:ascii="宋体" w:hAnsi="宋体" w:eastAsia="宋体"/>
          <w:sz w:val="24"/>
        </w:rPr>
        <w:t>②暗物质</w:t>
      </w:r>
    </w:p>
    <w:p>
      <w:pPr>
        <w:spacing w:after="20" w:line="312" w:lineRule="auto"/>
        <w:ind w:left="567"/>
      </w:pPr>
      <w:r>
        <w:rPr>
          <w:rFonts w:ascii="宋体" w:hAnsi="宋体" w:eastAsia="宋体"/>
          <w:sz w:val="24"/>
        </w:rPr>
        <w:t>③暗能量</w:t>
      </w:r>
    </w:p>
    <w:p>
      <w:pPr>
        <w:spacing w:after="20" w:line="312" w:lineRule="auto"/>
        <w:ind w:left="567"/>
      </w:pPr>
      <w:r>
        <w:rPr>
          <w:rFonts w:ascii="宋体" w:hAnsi="宋体" w:eastAsia="宋体"/>
          <w:sz w:val="24"/>
        </w:rPr>
        <w:t>④暗行星</w:t>
      </w:r>
    </w:p>
    <w:p>
      <w:pPr>
        <w:spacing w:before="120" w:after="40" w:line="360" w:lineRule="auto"/>
      </w:pPr>
      <w:r>
        <w:rPr>
          <w:rFonts w:ascii="宋体" w:hAnsi="宋体" w:eastAsia="宋体"/>
          <w:sz w:val="24"/>
        </w:rPr>
        <w:t>81. 梅西尔（Charles Messier）当初是为了寻找何种天体，而汇编出梅西尔星表？</w:t>
      </w:r>
    </w:p>
    <w:p>
      <w:pPr>
        <w:spacing w:after="20" w:line="312" w:lineRule="auto"/>
        <w:ind w:left="567"/>
      </w:pPr>
      <w:r>
        <w:rPr>
          <w:rFonts w:ascii="宋体" w:hAnsi="宋体" w:eastAsia="宋体"/>
          <w:sz w:val="24"/>
        </w:rPr>
        <w:t>①星云</w:t>
      </w:r>
    </w:p>
    <w:p>
      <w:pPr>
        <w:spacing w:after="20" w:line="312" w:lineRule="auto"/>
        <w:ind w:left="567"/>
      </w:pPr>
      <w:r>
        <w:rPr>
          <w:rFonts w:ascii="宋体" w:hAnsi="宋体" w:eastAsia="宋体"/>
          <w:sz w:val="24"/>
        </w:rPr>
        <w:t>②星团</w:t>
      </w:r>
    </w:p>
    <w:p>
      <w:pPr>
        <w:spacing w:after="20" w:line="312" w:lineRule="auto"/>
        <w:ind w:left="567"/>
      </w:pPr>
      <w:r>
        <w:rPr>
          <w:rFonts w:ascii="宋体" w:hAnsi="宋体" w:eastAsia="宋体"/>
          <w:sz w:val="24"/>
        </w:rPr>
        <w:t>③彗星</w:t>
      </w:r>
    </w:p>
    <w:p>
      <w:pPr>
        <w:spacing w:after="20" w:line="312" w:lineRule="auto"/>
        <w:ind w:left="567"/>
      </w:pPr>
      <w:r>
        <w:rPr>
          <w:rFonts w:ascii="宋体" w:hAnsi="宋体" w:eastAsia="宋体"/>
          <w:sz w:val="24"/>
        </w:rPr>
        <w:t>④小行星</w:t>
      </w:r>
    </w:p>
    <w:p>
      <w:pPr>
        <w:spacing w:before="120" w:after="40" w:line="360" w:lineRule="auto"/>
      </w:pPr>
      <w:r>
        <w:rPr>
          <w:rFonts w:ascii="宋体" w:hAnsi="宋体" w:eastAsia="宋体"/>
          <w:sz w:val="24"/>
        </w:rPr>
        <w:t>82. 太阳位在我们银河系何处？</w:t>
      </w:r>
    </w:p>
    <w:p>
      <w:pPr>
        <w:spacing w:after="20" w:line="312" w:lineRule="auto"/>
        <w:ind w:left="567"/>
      </w:pPr>
      <w:r>
        <w:rPr>
          <w:rFonts w:ascii="宋体" w:hAnsi="宋体" w:eastAsia="宋体"/>
          <w:sz w:val="24"/>
        </w:rPr>
        <w:t>①银盘</w:t>
      </w:r>
    </w:p>
    <w:p>
      <w:pPr>
        <w:spacing w:after="20" w:line="312" w:lineRule="auto"/>
        <w:ind w:left="567"/>
      </w:pPr>
      <w:r>
        <w:rPr>
          <w:rFonts w:ascii="宋体" w:hAnsi="宋体" w:eastAsia="宋体"/>
          <w:sz w:val="24"/>
        </w:rPr>
        <w:t>②银晕</w:t>
      </w:r>
    </w:p>
    <w:p>
      <w:pPr>
        <w:spacing w:after="20" w:line="312" w:lineRule="auto"/>
        <w:ind w:left="567"/>
      </w:pPr>
      <w:r>
        <w:rPr>
          <w:rFonts w:ascii="宋体" w:hAnsi="宋体" w:eastAsia="宋体"/>
          <w:sz w:val="24"/>
        </w:rPr>
        <w:t>③银核</w:t>
      </w:r>
    </w:p>
    <w:p>
      <w:pPr>
        <w:spacing w:after="20" w:line="312" w:lineRule="auto"/>
        <w:ind w:left="567"/>
      </w:pPr>
      <w:r>
        <w:rPr>
          <w:rFonts w:ascii="宋体" w:hAnsi="宋体" w:eastAsia="宋体"/>
          <w:sz w:val="24"/>
        </w:rPr>
        <w:t>④银心</w:t>
      </w:r>
    </w:p>
    <w:p>
      <w:pPr>
        <w:spacing w:before="120" w:after="40" w:line="360" w:lineRule="auto"/>
      </w:pPr>
      <w:r>
        <w:rPr>
          <w:rFonts w:ascii="宋体" w:hAnsi="宋体" w:eastAsia="宋体"/>
          <w:sz w:val="24"/>
        </w:rPr>
        <w:t>83. 下列哪一个观测站，适合用来观测恒星诞生的区域？</w:t>
      </w:r>
    </w:p>
    <w:p>
      <w:pPr>
        <w:spacing w:after="20" w:line="312" w:lineRule="auto"/>
        <w:ind w:left="567"/>
      </w:pPr>
      <w:r>
        <w:rPr>
          <w:rFonts w:ascii="宋体" w:hAnsi="宋体" w:eastAsia="宋体"/>
          <w:sz w:val="24"/>
        </w:rPr>
        <w:t>①LIGO重力波干涉天文台</w:t>
      </w:r>
    </w:p>
    <w:p>
      <w:pPr>
        <w:spacing w:after="20" w:line="312" w:lineRule="auto"/>
        <w:ind w:left="567"/>
      </w:pPr>
      <w:r>
        <w:rPr>
          <w:rFonts w:ascii="宋体" w:hAnsi="宋体" w:eastAsia="宋体"/>
          <w:sz w:val="24"/>
        </w:rPr>
        <w:t>②钱德拉(Chandra)太空望远镜</w:t>
      </w:r>
    </w:p>
    <w:p>
      <w:pPr>
        <w:spacing w:after="20" w:line="312" w:lineRule="auto"/>
        <w:ind w:left="567"/>
      </w:pPr>
      <w:r>
        <w:rPr>
          <w:rFonts w:ascii="宋体" w:hAnsi="宋体" w:eastAsia="宋体"/>
          <w:sz w:val="24"/>
        </w:rPr>
        <w:t>③史匹哲(Spitzer)太空望远镜</w:t>
      </w:r>
    </w:p>
    <w:p>
      <w:pPr>
        <w:spacing w:after="20" w:line="312" w:lineRule="auto"/>
        <w:ind w:left="567"/>
      </w:pPr>
      <w:r>
        <w:rPr>
          <w:rFonts w:ascii="宋体" w:hAnsi="宋体" w:eastAsia="宋体"/>
          <w:sz w:val="24"/>
        </w:rPr>
        <w:t>④普朗克(Planck)太空望远镜</w:t>
      </w:r>
    </w:p>
    <w:p>
      <w:pPr>
        <w:spacing w:before="120" w:after="40" w:line="360" w:lineRule="auto"/>
      </w:pPr>
      <w:r>
        <w:rPr>
          <w:rFonts w:ascii="宋体" w:hAnsi="宋体" w:eastAsia="宋体"/>
          <w:sz w:val="24"/>
        </w:rPr>
        <w:t>84. 有关行星状星云的叙述，下列何者正确？</w:t>
      </w:r>
    </w:p>
    <w:p>
      <w:pPr>
        <w:spacing w:after="20" w:line="312" w:lineRule="auto"/>
        <w:ind w:left="567"/>
      </w:pPr>
      <w:r>
        <w:rPr>
          <w:rFonts w:ascii="宋体" w:hAnsi="宋体" w:eastAsia="宋体"/>
          <w:sz w:val="24"/>
        </w:rPr>
        <w:t>①是超新星爆炸的残骸</w:t>
      </w:r>
    </w:p>
    <w:p>
      <w:pPr>
        <w:spacing w:after="20" w:line="312" w:lineRule="auto"/>
        <w:ind w:left="567"/>
      </w:pPr>
      <w:r>
        <w:rPr>
          <w:rFonts w:ascii="宋体" w:hAnsi="宋体" w:eastAsia="宋体"/>
          <w:sz w:val="24"/>
        </w:rPr>
        <w:t>②蟹状星云是个行星状星云</w:t>
      </w:r>
    </w:p>
    <w:p>
      <w:pPr>
        <w:spacing w:after="20" w:line="312" w:lineRule="auto"/>
        <w:ind w:left="567"/>
      </w:pPr>
      <w:r>
        <w:rPr>
          <w:rFonts w:ascii="宋体" w:hAnsi="宋体" w:eastAsia="宋体"/>
          <w:sz w:val="24"/>
        </w:rPr>
        <w:t>③中心伴随有白矮星</w:t>
      </w:r>
    </w:p>
    <w:p>
      <w:pPr>
        <w:spacing w:after="20" w:line="312" w:lineRule="auto"/>
        <w:ind w:left="567"/>
      </w:pPr>
      <w:r>
        <w:rPr>
          <w:rFonts w:ascii="宋体" w:hAnsi="宋体" w:eastAsia="宋体"/>
          <w:sz w:val="24"/>
        </w:rPr>
        <w:t>④北美洲星云是个行星状星云</w:t>
      </w:r>
    </w:p>
    <w:p>
      <w:pPr>
        <w:spacing w:before="120" w:after="40" w:line="360" w:lineRule="auto"/>
      </w:pPr>
      <w:r>
        <w:rPr>
          <w:rFonts w:ascii="宋体" w:hAnsi="宋体" w:eastAsia="宋体"/>
          <w:sz w:val="24"/>
        </w:rPr>
        <w:t>85. 星云在可见光照片中所呈现的红色，是哪一种元素所发出的？</w:t>
      </w:r>
    </w:p>
    <w:p>
      <w:pPr>
        <w:spacing w:after="20" w:line="312" w:lineRule="auto"/>
        <w:ind w:left="567"/>
      </w:pPr>
      <w:r>
        <w:rPr>
          <w:rFonts w:ascii="宋体" w:hAnsi="宋体" w:eastAsia="宋体"/>
          <w:sz w:val="24"/>
        </w:rPr>
        <w:t>①氮</w:t>
      </w:r>
    </w:p>
    <w:p>
      <w:pPr>
        <w:spacing w:after="20" w:line="312" w:lineRule="auto"/>
        <w:ind w:left="567"/>
      </w:pPr>
      <w:r>
        <w:rPr>
          <w:rFonts w:ascii="宋体" w:hAnsi="宋体" w:eastAsia="宋体"/>
          <w:sz w:val="24"/>
        </w:rPr>
        <w:t>②氧</w:t>
      </w:r>
    </w:p>
    <w:p>
      <w:pPr>
        <w:spacing w:after="20" w:line="312" w:lineRule="auto"/>
        <w:ind w:left="567"/>
      </w:pPr>
      <w:r>
        <w:rPr>
          <w:rFonts w:ascii="宋体" w:hAnsi="宋体" w:eastAsia="宋体"/>
          <w:sz w:val="24"/>
        </w:rPr>
        <w:t>③氦</w:t>
      </w:r>
    </w:p>
    <w:p>
      <w:pPr>
        <w:spacing w:after="20" w:line="312" w:lineRule="auto"/>
        <w:ind w:left="567"/>
      </w:pPr>
      <w:r>
        <w:rPr>
          <w:rFonts w:ascii="宋体" w:hAnsi="宋体" w:eastAsia="宋体"/>
          <w:sz w:val="24"/>
        </w:rPr>
        <w:t>④氢</w:t>
      </w:r>
    </w:p>
    <w:p>
      <w:pPr>
        <w:spacing w:before="120" w:after="40" w:line="360" w:lineRule="auto"/>
      </w:pPr>
      <w:r>
        <w:rPr>
          <w:rFonts w:ascii="宋体" w:hAnsi="宋体" w:eastAsia="宋体"/>
          <w:sz w:val="24"/>
        </w:rPr>
        <w:t>86. 下列哪一个是地球上会有季节更替的主要原因？</w:t>
      </w:r>
    </w:p>
    <w:p>
      <w:pPr>
        <w:spacing w:after="20" w:line="312" w:lineRule="auto"/>
        <w:ind w:left="567"/>
      </w:pPr>
      <w:r>
        <w:rPr>
          <w:rFonts w:ascii="宋体" w:hAnsi="宋体" w:eastAsia="宋体"/>
          <w:sz w:val="24"/>
        </w:rPr>
        <w:t>①地球会自转与公转</w:t>
      </w:r>
    </w:p>
    <w:p>
      <w:pPr>
        <w:spacing w:after="20" w:line="312" w:lineRule="auto"/>
        <w:ind w:left="567"/>
      </w:pPr>
      <w:r>
        <w:rPr>
          <w:rFonts w:ascii="宋体" w:hAnsi="宋体" w:eastAsia="宋体"/>
          <w:sz w:val="24"/>
        </w:rPr>
        <w:t>②地球公转太阳的轨道是椭圆形，相对太阳有近日点与远日点</w:t>
      </w:r>
    </w:p>
    <w:p>
      <w:pPr>
        <w:spacing w:after="20" w:line="312" w:lineRule="auto"/>
        <w:ind w:left="567"/>
      </w:pPr>
      <w:r>
        <w:rPr>
          <w:rFonts w:ascii="宋体" w:hAnsi="宋体" w:eastAsia="宋体"/>
          <w:sz w:val="24"/>
        </w:rPr>
        <w:t>③地球赤道与黄道面夹了23.5度</w:t>
      </w:r>
    </w:p>
    <w:p>
      <w:pPr>
        <w:spacing w:after="20" w:line="312" w:lineRule="auto"/>
        <w:ind w:left="567"/>
      </w:pPr>
      <w:r>
        <w:rPr>
          <w:rFonts w:ascii="宋体" w:hAnsi="宋体" w:eastAsia="宋体"/>
          <w:sz w:val="24"/>
        </w:rPr>
        <w:t>④月光照射到地面的角度不同所致</w:t>
      </w:r>
    </w:p>
    <w:p>
      <w:pPr>
        <w:spacing w:before="120" w:after="40" w:line="360" w:lineRule="auto"/>
      </w:pPr>
      <w:r>
        <w:rPr>
          <w:rFonts w:ascii="宋体" w:hAnsi="宋体" w:eastAsia="宋体"/>
          <w:sz w:val="24"/>
        </w:rPr>
        <w:t>87. 从地球往宇宙四周观望，我们银河系的中心位于哪个星座方向？</w:t>
      </w:r>
    </w:p>
    <w:p>
      <w:pPr>
        <w:spacing w:after="20" w:line="312" w:lineRule="auto"/>
        <w:ind w:left="567"/>
      </w:pPr>
      <w:r>
        <w:rPr>
          <w:rFonts w:ascii="宋体" w:hAnsi="宋体" w:eastAsia="宋体"/>
          <w:sz w:val="24"/>
        </w:rPr>
        <w:t>①猎户座</w:t>
      </w:r>
    </w:p>
    <w:p>
      <w:pPr>
        <w:spacing w:after="20" w:line="312" w:lineRule="auto"/>
        <w:ind w:left="567"/>
      </w:pPr>
      <w:r>
        <w:rPr>
          <w:rFonts w:ascii="宋体" w:hAnsi="宋体" w:eastAsia="宋体"/>
          <w:sz w:val="24"/>
        </w:rPr>
        <w:t>②天鹅座</w:t>
      </w:r>
    </w:p>
    <w:p>
      <w:pPr>
        <w:spacing w:after="20" w:line="312" w:lineRule="auto"/>
        <w:ind w:left="567"/>
      </w:pPr>
      <w:r>
        <w:rPr>
          <w:rFonts w:ascii="宋体" w:hAnsi="宋体" w:eastAsia="宋体"/>
          <w:sz w:val="24"/>
        </w:rPr>
        <w:t>③金牛座</w:t>
      </w:r>
    </w:p>
    <w:p>
      <w:pPr>
        <w:spacing w:after="20" w:line="312" w:lineRule="auto"/>
        <w:ind w:left="567"/>
      </w:pPr>
      <w:r>
        <w:rPr>
          <w:rFonts w:ascii="宋体" w:hAnsi="宋体" w:eastAsia="宋体"/>
          <w:sz w:val="24"/>
        </w:rPr>
        <w:t>④人马座</w:t>
      </w:r>
    </w:p>
    <w:p>
      <w:pPr>
        <w:spacing w:before="120" w:after="40" w:line="360" w:lineRule="auto"/>
      </w:pPr>
      <w:r>
        <w:rPr>
          <w:rFonts w:ascii="宋体" w:hAnsi="宋体" w:eastAsia="宋体"/>
          <w:sz w:val="24"/>
        </w:rPr>
        <w:t>88. 太阳系小行星带上有一颗小行星，是为表彰台北市立天文科学教育馆前身圆山天文台台长蔡章献先生对台湾天文教育推广贡献而命名的，请问是下列哪一颗？</w:t>
      </w:r>
    </w:p>
    <w:p>
      <w:pPr>
        <w:spacing w:after="20" w:line="312" w:lineRule="auto"/>
        <w:ind w:left="567"/>
      </w:pPr>
      <w:r>
        <w:rPr>
          <w:rFonts w:ascii="宋体" w:hAnsi="宋体" w:eastAsia="宋体"/>
          <w:sz w:val="24"/>
        </w:rPr>
        <w:t>①小行星1972</w:t>
      </w:r>
    </w:p>
    <w:p>
      <w:pPr>
        <w:spacing w:after="20" w:line="312" w:lineRule="auto"/>
        <w:ind w:left="567"/>
      </w:pPr>
      <w:r>
        <w:rPr>
          <w:rFonts w:ascii="宋体" w:hAnsi="宋体" w:eastAsia="宋体"/>
          <w:sz w:val="24"/>
        </w:rPr>
        <w:t>②小行星2240</w:t>
      </w:r>
    </w:p>
    <w:p>
      <w:pPr>
        <w:spacing w:after="20" w:line="312" w:lineRule="auto"/>
        <w:ind w:left="567"/>
      </w:pPr>
      <w:r>
        <w:rPr>
          <w:rFonts w:ascii="宋体" w:hAnsi="宋体" w:eastAsia="宋体"/>
          <w:sz w:val="24"/>
        </w:rPr>
        <w:t>③小行星2420</w:t>
      </w:r>
    </w:p>
    <w:p>
      <w:pPr>
        <w:spacing w:after="20" w:line="312" w:lineRule="auto"/>
        <w:ind w:left="567"/>
      </w:pPr>
      <w:r>
        <w:rPr>
          <w:rFonts w:ascii="宋体" w:hAnsi="宋体" w:eastAsia="宋体"/>
          <w:sz w:val="24"/>
        </w:rPr>
        <w:t>④小行星2540</w:t>
      </w:r>
    </w:p>
    <w:p>
      <w:pPr>
        <w:spacing w:before="120" w:after="40" w:line="360" w:lineRule="auto"/>
      </w:pPr>
      <w:r>
        <w:rPr>
          <w:rFonts w:ascii="宋体" w:hAnsi="宋体" w:eastAsia="宋体"/>
          <w:sz w:val="24"/>
        </w:rPr>
        <w:t>89. 太阳绕我们银河系中心转一圈，约需要耗费多少时间？</w:t>
      </w:r>
    </w:p>
    <w:p>
      <w:pPr>
        <w:spacing w:after="20" w:line="312" w:lineRule="auto"/>
        <w:ind w:left="567"/>
      </w:pPr>
      <w:r>
        <w:rPr>
          <w:rFonts w:ascii="宋体" w:hAnsi="宋体" w:eastAsia="宋体"/>
          <w:sz w:val="24"/>
        </w:rPr>
        <w:t>①5000万年</w:t>
      </w:r>
    </w:p>
    <w:p>
      <w:pPr>
        <w:spacing w:after="20" w:line="312" w:lineRule="auto"/>
        <w:ind w:left="567"/>
      </w:pPr>
      <w:r>
        <w:rPr>
          <w:rFonts w:ascii="宋体" w:hAnsi="宋体" w:eastAsia="宋体"/>
          <w:sz w:val="24"/>
        </w:rPr>
        <w:t>②1亿年</w:t>
      </w:r>
    </w:p>
    <w:p>
      <w:pPr>
        <w:spacing w:after="20" w:line="312" w:lineRule="auto"/>
        <w:ind w:left="567"/>
      </w:pPr>
      <w:r>
        <w:rPr>
          <w:rFonts w:ascii="宋体" w:hAnsi="宋体" w:eastAsia="宋体"/>
          <w:sz w:val="24"/>
        </w:rPr>
        <w:t>③2.5亿年</w:t>
      </w:r>
    </w:p>
    <w:p>
      <w:pPr>
        <w:spacing w:after="20" w:line="312" w:lineRule="auto"/>
        <w:ind w:left="567"/>
      </w:pPr>
      <w:r>
        <w:rPr>
          <w:rFonts w:ascii="宋体" w:hAnsi="宋体" w:eastAsia="宋体"/>
          <w:sz w:val="24"/>
        </w:rPr>
        <w:t>④5亿年</w:t>
      </w:r>
    </w:p>
    <w:p>
      <w:pPr>
        <w:spacing w:before="120" w:after="40" w:line="360" w:lineRule="auto"/>
      </w:pPr>
      <w:r>
        <w:rPr>
          <w:rFonts w:ascii="宋体" w:hAnsi="宋体" w:eastAsia="宋体"/>
          <w:sz w:val="24"/>
        </w:rPr>
        <w:t>90. 本星系群里，下列哪一个星系最大？</w:t>
      </w:r>
    </w:p>
    <w:p>
      <w:pPr>
        <w:spacing w:after="20" w:line="312" w:lineRule="auto"/>
        <w:ind w:left="567"/>
      </w:pPr>
      <w:r>
        <w:rPr>
          <w:rFonts w:ascii="宋体" w:hAnsi="宋体" w:eastAsia="宋体"/>
          <w:sz w:val="24"/>
        </w:rPr>
        <w:t>①我们银河系</w:t>
      </w:r>
    </w:p>
    <w:p>
      <w:pPr>
        <w:spacing w:after="20" w:line="312" w:lineRule="auto"/>
        <w:ind w:left="567"/>
      </w:pPr>
      <w:r>
        <w:rPr>
          <w:rFonts w:ascii="宋体" w:hAnsi="宋体" w:eastAsia="宋体"/>
          <w:sz w:val="24"/>
        </w:rPr>
        <w:t>②M31仙女座星系</w:t>
      </w:r>
    </w:p>
    <w:p>
      <w:pPr>
        <w:spacing w:after="20" w:line="312" w:lineRule="auto"/>
        <w:ind w:left="567"/>
      </w:pPr>
      <w:r>
        <w:rPr>
          <w:rFonts w:ascii="宋体" w:hAnsi="宋体" w:eastAsia="宋体"/>
          <w:sz w:val="24"/>
        </w:rPr>
        <w:t>③M33三角座星系</w:t>
      </w:r>
    </w:p>
    <w:p>
      <w:pPr>
        <w:spacing w:after="20" w:line="312" w:lineRule="auto"/>
        <w:ind w:left="567"/>
      </w:pPr>
      <w:r>
        <w:rPr>
          <w:rFonts w:ascii="宋体" w:hAnsi="宋体" w:eastAsia="宋体"/>
          <w:sz w:val="24"/>
        </w:rPr>
        <w:t>④M104墨西哥帽星系</w:t>
      </w:r>
    </w:p>
    <w:p>
      <w:pPr>
        <w:spacing w:before="120" w:after="40" w:line="360" w:lineRule="auto"/>
      </w:pPr>
      <w:r>
        <w:rPr>
          <w:rFonts w:ascii="宋体" w:hAnsi="宋体" w:eastAsia="宋体"/>
          <w:sz w:val="24"/>
        </w:rPr>
        <w:t>91. 关于流星雨的叙述，何者正确？</w:t>
      </w:r>
    </w:p>
    <w:p>
      <w:pPr>
        <w:spacing w:after="20" w:line="312" w:lineRule="auto"/>
        <w:ind w:left="567"/>
      </w:pPr>
      <w:r>
        <w:rPr>
          <w:rFonts w:ascii="宋体" w:hAnsi="宋体" w:eastAsia="宋体"/>
          <w:sz w:val="24"/>
        </w:rPr>
        <w:t>①每小时只看到10颗流星从同一个辐射点发射出来，数量太少，不能称为流星雨。</w:t>
      </w:r>
    </w:p>
    <w:p>
      <w:pPr>
        <w:spacing w:after="20" w:line="312" w:lineRule="auto"/>
        <w:ind w:left="567"/>
      </w:pPr>
      <w:r>
        <w:rPr>
          <w:rFonts w:ascii="宋体" w:hAnsi="宋体" w:eastAsia="宋体"/>
          <w:sz w:val="24"/>
        </w:rPr>
        <w:t>②每一群流星雨都是因为彗星靠近太阳时，所留下来的碎屑穿过大气层所造成的。</w:t>
      </w:r>
    </w:p>
    <w:p>
      <w:pPr>
        <w:spacing w:after="20" w:line="312" w:lineRule="auto"/>
        <w:ind w:left="567"/>
      </w:pPr>
      <w:r>
        <w:rPr>
          <w:rFonts w:ascii="宋体" w:hAnsi="宋体" w:eastAsia="宋体"/>
          <w:sz w:val="24"/>
        </w:rPr>
        <w:t>③每年4~5月发生的宝瓶座Eta流星雨，是哈雷彗星所遗留的彗星残渣所形成的。</w:t>
      </w:r>
    </w:p>
    <w:p>
      <w:pPr>
        <w:spacing w:after="20" w:line="312" w:lineRule="auto"/>
        <w:ind w:left="567"/>
      </w:pPr>
      <w:r>
        <w:rPr>
          <w:rFonts w:ascii="宋体" w:hAnsi="宋体" w:eastAsia="宋体"/>
          <w:sz w:val="24"/>
        </w:rPr>
        <w:t>④适合用望远镜来观察。</w:t>
      </w:r>
    </w:p>
    <w:p>
      <w:pPr>
        <w:spacing w:before="120" w:after="40" w:line="360" w:lineRule="auto"/>
      </w:pPr>
      <w:r>
        <w:rPr>
          <w:rFonts w:ascii="宋体" w:hAnsi="宋体" w:eastAsia="宋体"/>
          <w:sz w:val="24"/>
        </w:rPr>
        <w:t>92. 类星体（又称似星体）是下列何种天体所构成的？</w:t>
      </w:r>
    </w:p>
    <w:p>
      <w:pPr>
        <w:spacing w:after="20" w:line="312" w:lineRule="auto"/>
        <w:ind w:left="567"/>
      </w:pPr>
      <w:r>
        <w:rPr>
          <w:rFonts w:ascii="宋体" w:hAnsi="宋体" w:eastAsia="宋体"/>
          <w:sz w:val="24"/>
        </w:rPr>
        <w:t>①快速旋转的中子星</w:t>
      </w:r>
    </w:p>
    <w:p>
      <w:pPr>
        <w:spacing w:after="20" w:line="312" w:lineRule="auto"/>
        <w:ind w:left="567"/>
      </w:pPr>
      <w:r>
        <w:rPr>
          <w:rFonts w:ascii="宋体" w:hAnsi="宋体" w:eastAsia="宋体"/>
          <w:sz w:val="24"/>
        </w:rPr>
        <w:t>②活跃星系核</w:t>
      </w:r>
    </w:p>
    <w:p>
      <w:pPr>
        <w:spacing w:after="20" w:line="312" w:lineRule="auto"/>
        <w:ind w:left="567"/>
      </w:pPr>
      <w:r>
        <w:rPr>
          <w:rFonts w:ascii="宋体" w:hAnsi="宋体" w:eastAsia="宋体"/>
          <w:sz w:val="24"/>
        </w:rPr>
        <w:t>③恒星碰撞爆炸</w:t>
      </w:r>
    </w:p>
    <w:p>
      <w:pPr>
        <w:spacing w:after="20" w:line="312" w:lineRule="auto"/>
        <w:ind w:left="567"/>
      </w:pPr>
      <w:r>
        <w:rPr>
          <w:rFonts w:ascii="宋体" w:hAnsi="宋体" w:eastAsia="宋体"/>
          <w:sz w:val="24"/>
        </w:rPr>
        <w:t>④超新星连环爆炸现象</w:t>
      </w:r>
    </w:p>
    <w:p>
      <w:pPr>
        <w:spacing w:before="120" w:after="40" w:line="360" w:lineRule="auto"/>
      </w:pPr>
      <w:r>
        <w:rPr>
          <w:rFonts w:ascii="宋体" w:hAnsi="宋体" w:eastAsia="宋体"/>
          <w:sz w:val="24"/>
        </w:rPr>
        <w:t>93. 哪个国家的国旗中绘有天蝎座？</w:t>
      </w:r>
    </w:p>
    <w:p>
      <w:pPr>
        <w:spacing w:after="20" w:line="312" w:lineRule="auto"/>
        <w:ind w:left="567"/>
      </w:pPr>
      <w:r>
        <w:rPr>
          <w:rFonts w:ascii="宋体" w:hAnsi="宋体" w:eastAsia="宋体"/>
          <w:sz w:val="24"/>
        </w:rPr>
        <w:t>①斐济</w:t>
      </w:r>
    </w:p>
    <w:p>
      <w:pPr>
        <w:spacing w:after="20" w:line="312" w:lineRule="auto"/>
        <w:ind w:left="567"/>
      </w:pPr>
      <w:r>
        <w:rPr>
          <w:rFonts w:ascii="宋体" w:hAnsi="宋体" w:eastAsia="宋体"/>
          <w:sz w:val="24"/>
        </w:rPr>
        <w:t>②巴拉圭</w:t>
      </w:r>
    </w:p>
    <w:p>
      <w:pPr>
        <w:spacing w:after="20" w:line="312" w:lineRule="auto"/>
        <w:ind w:left="567"/>
      </w:pPr>
      <w:r>
        <w:rPr>
          <w:rFonts w:ascii="宋体" w:hAnsi="宋体" w:eastAsia="宋体"/>
          <w:sz w:val="24"/>
        </w:rPr>
        <w:t>③巴西</w:t>
      </w:r>
    </w:p>
    <w:p>
      <w:pPr>
        <w:spacing w:after="20" w:line="312" w:lineRule="auto"/>
        <w:ind w:left="567"/>
      </w:pPr>
      <w:r>
        <w:rPr>
          <w:rFonts w:ascii="宋体" w:hAnsi="宋体" w:eastAsia="宋体"/>
          <w:sz w:val="24"/>
        </w:rPr>
        <w:t>④库克群岛</w:t>
      </w:r>
    </w:p>
    <w:p>
      <w:pPr>
        <w:spacing w:before="120" w:after="40" w:line="360" w:lineRule="auto"/>
      </w:pPr>
      <w:r>
        <w:rPr>
          <w:rFonts w:ascii="宋体" w:hAnsi="宋体" w:eastAsia="宋体"/>
          <w:sz w:val="24"/>
        </w:rPr>
        <w:t>94. 美国激光干涉重力波天文台（LIGO），在2016年发表发现重力波（引力波），其来源是甚么天体碰撞合并？</w:t>
      </w:r>
    </w:p>
    <w:p>
      <w:pPr>
        <w:spacing w:after="20" w:line="312" w:lineRule="auto"/>
        <w:ind w:left="567"/>
      </w:pPr>
      <w:r>
        <w:rPr>
          <w:rFonts w:ascii="宋体" w:hAnsi="宋体" w:eastAsia="宋体"/>
          <w:sz w:val="24"/>
        </w:rPr>
        <w:t>①星系</w:t>
      </w:r>
    </w:p>
    <w:p>
      <w:pPr>
        <w:spacing w:after="20" w:line="312" w:lineRule="auto"/>
        <w:ind w:left="567"/>
      </w:pPr>
      <w:r>
        <w:rPr>
          <w:rFonts w:ascii="宋体" w:hAnsi="宋体" w:eastAsia="宋体"/>
          <w:sz w:val="24"/>
        </w:rPr>
        <w:t>②恒星</w:t>
      </w:r>
    </w:p>
    <w:p>
      <w:pPr>
        <w:spacing w:after="20" w:line="312" w:lineRule="auto"/>
        <w:ind w:left="567"/>
      </w:pPr>
      <w:r>
        <w:rPr>
          <w:rFonts w:ascii="宋体" w:hAnsi="宋体" w:eastAsia="宋体"/>
          <w:sz w:val="24"/>
        </w:rPr>
        <w:t>③黑洞</w:t>
      </w:r>
    </w:p>
    <w:p>
      <w:pPr>
        <w:spacing w:after="20" w:line="312" w:lineRule="auto"/>
        <w:ind w:left="567"/>
      </w:pPr>
      <w:r>
        <w:rPr>
          <w:rFonts w:ascii="宋体" w:hAnsi="宋体" w:eastAsia="宋体"/>
          <w:sz w:val="24"/>
        </w:rPr>
        <w:t>④球状星团</w:t>
      </w:r>
    </w:p>
    <w:p>
      <w:pPr>
        <w:spacing w:before="120" w:after="40" w:line="360" w:lineRule="auto"/>
      </w:pPr>
      <w:r>
        <w:rPr>
          <w:rFonts w:ascii="宋体" w:hAnsi="宋体" w:eastAsia="宋体"/>
          <w:sz w:val="24"/>
        </w:rPr>
        <w:t>95. 遥远星系的光，受前景星系重力影响，而发生强烈弯曲，这种效应称为？</w:t>
      </w:r>
    </w:p>
    <w:p>
      <w:pPr>
        <w:spacing w:after="20" w:line="312" w:lineRule="auto"/>
        <w:ind w:left="567"/>
      </w:pPr>
      <w:r>
        <w:rPr>
          <w:rFonts w:ascii="宋体" w:hAnsi="宋体" w:eastAsia="宋体"/>
          <w:sz w:val="24"/>
        </w:rPr>
        <w:t>①强重力透镜效应</w:t>
      </w:r>
    </w:p>
    <w:p>
      <w:pPr>
        <w:spacing w:after="20" w:line="312" w:lineRule="auto"/>
        <w:ind w:left="567"/>
      </w:pPr>
      <w:r>
        <w:rPr>
          <w:rFonts w:ascii="宋体" w:hAnsi="宋体" w:eastAsia="宋体"/>
          <w:sz w:val="24"/>
        </w:rPr>
        <w:t>②穿隧效应</w:t>
      </w:r>
    </w:p>
    <w:p>
      <w:pPr>
        <w:spacing w:after="20" w:line="312" w:lineRule="auto"/>
        <w:ind w:left="567"/>
      </w:pPr>
      <w:r>
        <w:rPr>
          <w:rFonts w:ascii="宋体" w:hAnsi="宋体" w:eastAsia="宋体"/>
          <w:sz w:val="24"/>
        </w:rPr>
        <w:t>③都卜勒效应</w:t>
      </w:r>
    </w:p>
    <w:p>
      <w:pPr>
        <w:spacing w:after="20" w:line="312" w:lineRule="auto"/>
        <w:ind w:left="567"/>
      </w:pPr>
      <w:r>
        <w:rPr>
          <w:rFonts w:ascii="宋体" w:hAnsi="宋体" w:eastAsia="宋体"/>
          <w:sz w:val="24"/>
        </w:rPr>
        <w:t>④星际效应</w:t>
      </w:r>
    </w:p>
    <w:p>
      <w:pPr>
        <w:spacing w:before="120" w:after="40" w:line="360" w:lineRule="auto"/>
      </w:pPr>
      <w:r>
        <w:rPr>
          <w:rFonts w:ascii="宋体" w:hAnsi="宋体" w:eastAsia="宋体"/>
          <w:sz w:val="24"/>
        </w:rPr>
        <w:t>96. ALMA望远镜，主要是观测电磁波中哪个波段的光？</w:t>
      </w:r>
    </w:p>
    <w:p>
      <w:pPr>
        <w:spacing w:after="20" w:line="312" w:lineRule="auto"/>
        <w:ind w:left="567"/>
      </w:pPr>
      <w:r>
        <w:rPr>
          <w:rFonts w:ascii="宋体" w:hAnsi="宋体" w:eastAsia="宋体"/>
          <w:sz w:val="24"/>
        </w:rPr>
        <w:t>①伽玛射线</w:t>
      </w:r>
    </w:p>
    <w:p>
      <w:pPr>
        <w:spacing w:after="20" w:line="312" w:lineRule="auto"/>
        <w:ind w:left="567"/>
      </w:pPr>
      <w:r>
        <w:rPr>
          <w:rFonts w:ascii="宋体" w:hAnsi="宋体" w:eastAsia="宋体"/>
          <w:sz w:val="24"/>
        </w:rPr>
        <w:t>②无线电波</w:t>
      </w:r>
    </w:p>
    <w:p>
      <w:pPr>
        <w:spacing w:after="20" w:line="312" w:lineRule="auto"/>
        <w:ind w:left="567"/>
      </w:pPr>
      <w:r>
        <w:rPr>
          <w:rFonts w:ascii="宋体" w:hAnsi="宋体" w:eastAsia="宋体"/>
          <w:sz w:val="24"/>
        </w:rPr>
        <w:t>③可见光</w:t>
      </w:r>
    </w:p>
    <w:p>
      <w:pPr>
        <w:spacing w:after="20" w:line="312" w:lineRule="auto"/>
        <w:ind w:left="567"/>
      </w:pPr>
      <w:r>
        <w:rPr>
          <w:rFonts w:ascii="宋体" w:hAnsi="宋体" w:eastAsia="宋体"/>
          <w:sz w:val="24"/>
        </w:rPr>
        <w:t>④X射线</w:t>
      </w:r>
    </w:p>
    <w:p>
      <w:pPr>
        <w:spacing w:before="120" w:after="40" w:line="360" w:lineRule="auto"/>
      </w:pPr>
      <w:r>
        <w:rPr>
          <w:rFonts w:ascii="宋体" w:hAnsi="宋体" w:eastAsia="宋体"/>
          <w:sz w:val="24"/>
        </w:rPr>
        <w:t>97. 依目前观测资料，所估出的宇宙年龄约有几岁了？</w:t>
      </w:r>
    </w:p>
    <w:p>
      <w:pPr>
        <w:spacing w:after="20" w:line="312" w:lineRule="auto"/>
        <w:ind w:left="567"/>
      </w:pPr>
      <w:r>
        <w:rPr>
          <w:rFonts w:ascii="宋体" w:hAnsi="宋体" w:eastAsia="宋体"/>
          <w:sz w:val="24"/>
        </w:rPr>
        <w:t>①115亿岁</w:t>
      </w:r>
    </w:p>
    <w:p>
      <w:pPr>
        <w:spacing w:after="20" w:line="312" w:lineRule="auto"/>
        <w:ind w:left="567"/>
      </w:pPr>
      <w:r>
        <w:rPr>
          <w:rFonts w:ascii="宋体" w:hAnsi="宋体" w:eastAsia="宋体"/>
          <w:sz w:val="24"/>
        </w:rPr>
        <w:t>②120亿岁</w:t>
      </w:r>
    </w:p>
    <w:p>
      <w:pPr>
        <w:spacing w:after="20" w:line="312" w:lineRule="auto"/>
        <w:ind w:left="567"/>
      </w:pPr>
      <w:r>
        <w:rPr>
          <w:rFonts w:ascii="宋体" w:hAnsi="宋体" w:eastAsia="宋体"/>
          <w:sz w:val="24"/>
        </w:rPr>
        <w:t>③138亿岁</w:t>
      </w:r>
    </w:p>
    <w:p>
      <w:pPr>
        <w:spacing w:after="20" w:line="312" w:lineRule="auto"/>
        <w:ind w:left="567"/>
      </w:pPr>
      <w:r>
        <w:rPr>
          <w:rFonts w:ascii="宋体" w:hAnsi="宋体" w:eastAsia="宋体"/>
          <w:sz w:val="24"/>
        </w:rPr>
        <w:t>④155亿岁</w:t>
      </w:r>
    </w:p>
    <w:p>
      <w:pPr>
        <w:spacing w:before="120" w:after="40" w:line="360" w:lineRule="auto"/>
      </w:pPr>
      <w:r>
        <w:rPr>
          <w:rFonts w:ascii="宋体" w:hAnsi="宋体" w:eastAsia="宋体"/>
          <w:sz w:val="24"/>
        </w:rPr>
        <w:t>98. 以下哪种分子是次毫米波望远镜，如SMA，最常观察的目标？</w:t>
      </w:r>
    </w:p>
    <w:p>
      <w:pPr>
        <w:spacing w:after="20" w:line="312" w:lineRule="auto"/>
        <w:ind w:left="567"/>
      </w:pPr>
      <w:r>
        <w:rPr>
          <w:rFonts w:ascii="宋体" w:hAnsi="宋体" w:eastAsia="宋体"/>
          <w:sz w:val="24"/>
        </w:rPr>
        <w:t>①一氧化碳</w:t>
      </w:r>
    </w:p>
    <w:p>
      <w:pPr>
        <w:spacing w:after="20" w:line="312" w:lineRule="auto"/>
        <w:ind w:left="567"/>
      </w:pPr>
      <w:r>
        <w:rPr>
          <w:rFonts w:ascii="宋体" w:hAnsi="宋体" w:eastAsia="宋体"/>
          <w:sz w:val="24"/>
        </w:rPr>
        <w:t>②氢分子</w:t>
      </w:r>
    </w:p>
    <w:p>
      <w:pPr>
        <w:spacing w:after="20" w:line="312" w:lineRule="auto"/>
        <w:ind w:left="567"/>
      </w:pPr>
      <w:r>
        <w:rPr>
          <w:rFonts w:ascii="宋体" w:hAnsi="宋体" w:eastAsia="宋体"/>
          <w:sz w:val="24"/>
        </w:rPr>
        <w:t>③三氧化二铁</w:t>
      </w:r>
    </w:p>
    <w:p>
      <w:pPr>
        <w:spacing w:after="20" w:line="312" w:lineRule="auto"/>
        <w:ind w:left="567"/>
      </w:pPr>
      <w:r>
        <w:rPr>
          <w:rFonts w:ascii="宋体" w:hAnsi="宋体" w:eastAsia="宋体"/>
          <w:sz w:val="24"/>
        </w:rPr>
        <w:t>④硫酸铜分子</w:t>
      </w:r>
    </w:p>
    <w:p>
      <w:pPr>
        <w:spacing w:before="120" w:after="40" w:line="360" w:lineRule="auto"/>
      </w:pPr>
      <w:r>
        <w:rPr>
          <w:rFonts w:ascii="宋体" w:hAnsi="宋体" w:eastAsia="宋体"/>
          <w:sz w:val="24"/>
        </w:rPr>
        <w:t>99. 梅西尔星表〈The Messier Catalogue〉中，编号M110是何种天体？</w:t>
      </w:r>
    </w:p>
    <w:p>
      <w:pPr>
        <w:spacing w:after="20" w:line="312" w:lineRule="auto"/>
        <w:ind w:left="567"/>
      </w:pPr>
      <w:r>
        <w:rPr>
          <w:rFonts w:ascii="宋体" w:hAnsi="宋体" w:eastAsia="宋体"/>
          <w:sz w:val="24"/>
        </w:rPr>
        <w:t>①椭圆星系</w:t>
      </w:r>
    </w:p>
    <w:p>
      <w:pPr>
        <w:spacing w:after="20" w:line="312" w:lineRule="auto"/>
        <w:ind w:left="567"/>
      </w:pPr>
      <w:r>
        <w:rPr>
          <w:rFonts w:ascii="宋体" w:hAnsi="宋体" w:eastAsia="宋体"/>
          <w:sz w:val="24"/>
        </w:rPr>
        <w:t>②螺旋星系</w:t>
      </w:r>
    </w:p>
    <w:p>
      <w:pPr>
        <w:spacing w:after="20" w:line="312" w:lineRule="auto"/>
        <w:ind w:left="567"/>
      </w:pPr>
      <w:r>
        <w:rPr>
          <w:rFonts w:ascii="宋体" w:hAnsi="宋体" w:eastAsia="宋体"/>
          <w:sz w:val="24"/>
        </w:rPr>
        <w:t>③不规则星系</w:t>
      </w:r>
    </w:p>
    <w:p>
      <w:pPr>
        <w:spacing w:after="20" w:line="312" w:lineRule="auto"/>
        <w:ind w:left="567"/>
      </w:pPr>
      <w:r>
        <w:rPr>
          <w:rFonts w:ascii="宋体" w:hAnsi="宋体" w:eastAsia="宋体"/>
          <w:sz w:val="24"/>
        </w:rPr>
        <w:t>④球状星团</w:t>
      </w:r>
    </w:p>
    <w:p>
      <w:pPr>
        <w:spacing w:before="120" w:after="40" w:line="360" w:lineRule="auto"/>
      </w:pPr>
      <w:r>
        <w:rPr>
          <w:rFonts w:ascii="宋体" w:hAnsi="宋体" w:eastAsia="宋体"/>
          <w:sz w:val="24"/>
        </w:rPr>
        <w:t>100. 在恒星演化过程中，白矮星会出现于下图「H-R图」中的那个位置？</w:t>
      </w:r>
    </w:p>
    <w:p>
      <w:pPr>
        <w:spacing w:after="20" w:line="312" w:lineRule="auto"/>
        <w:ind w:left="567"/>
      </w:pPr>
      <w:r>
        <w:rPr>
          <w:rFonts w:ascii="宋体" w:hAnsi="宋体" w:eastAsia="宋体"/>
          <w:sz w:val="24"/>
        </w:rPr>
        <w:t>①a</w:t>
      </w:r>
    </w:p>
    <w:p>
      <w:pPr>
        <w:spacing w:after="20" w:line="312" w:lineRule="auto"/>
        <w:ind w:left="567"/>
      </w:pPr>
      <w:r>
        <w:rPr>
          <w:rFonts w:ascii="宋体" w:hAnsi="宋体" w:eastAsia="宋体"/>
          <w:sz w:val="24"/>
        </w:rPr>
        <w:t>②b</w:t>
      </w:r>
    </w:p>
    <w:p>
      <w:pPr>
        <w:spacing w:after="20" w:line="312" w:lineRule="auto"/>
        <w:ind w:left="567"/>
      </w:pPr>
      <w:r>
        <w:rPr>
          <w:rFonts w:ascii="宋体" w:hAnsi="宋体" w:eastAsia="宋体"/>
          <w:sz w:val="24"/>
        </w:rPr>
        <w:t>③c</w:t>
      </w:r>
    </w:p>
    <w:p>
      <w:pPr>
        <w:spacing w:after="20" w:line="312" w:lineRule="auto"/>
        <w:ind w:left="567"/>
      </w:pPr>
      <w:r>
        <w:rPr>
          <w:rFonts w:ascii="宋体" w:hAnsi="宋体" w:eastAsia="宋体"/>
          <w:sz w:val="24"/>
        </w:rPr>
        <w:t>④d</w:t>
      </w:r>
    </w:p>
    <w:p>
      <w:r>
        <w:br w:type="page"/>
      </w:r>
    </w:p>
    <w:p>
      <w:pPr>
        <w:jc w:val="center"/>
      </w:pPr>
      <w:r>
        <w:rPr>
          <w:rFonts w:ascii="黑体" w:hAnsi="黑体" w:eastAsia="黑体"/>
          <w:b/>
          <w:sz w:val="36"/>
        </w:rPr>
        <w:t>2016年中国台湾地区天文知识测验 答案解析</w:t>
      </w:r>
    </w:p>
    <w:p>
      <w:r>
        <w:rPr>
          <w:rFonts w:ascii="黑体" w:hAnsi="黑体" w:eastAsia="黑体"/>
          <w:b/>
          <w:sz w:val="28"/>
        </w:rPr>
        <w:t>答案速查</w:t>
      </w:r>
    </w:p>
    <w:tbl>
      <w:tblPr>
        <w:tblW w:type="auto" w:w="0"/>
        <w:jc w:val="center"/>
        <w:tblLook w:firstColumn="1" w:firstRow="1" w:lastColumn="0" w:lastRow="0" w:noHBand="0" w:noVBand="1" w:val="04A0"/>
      </w:tblPr>
      <w:tblGrid>
        <w:gridCol w:w="8634"/>
      </w:tblGrid>
      <w:tr>
        <w:tc>
          <w:tcPr>
            <w:tcW w:type="dxa" w:w="8634"/>
          </w:tcPr>
          <w:p>
            <w:pPr>
              <w:spacing w:after="40" w:line="312" w:lineRule="auto"/>
            </w:pPr>
            <w:r>
              <w:rPr>
                <w:rFonts w:ascii="宋体" w:hAnsi="宋体" w:eastAsia="宋体"/>
                <w:sz w:val="22"/>
              </w:rPr>
              <w:t xml:space="preserve">1-5 B   B   B   A   B  </w:t>
            </w:r>
          </w:p>
          <w:p>
            <w:pPr>
              <w:spacing w:after="40" w:line="312" w:lineRule="auto"/>
            </w:pPr>
            <w:r>
              <w:rPr>
                <w:rFonts w:ascii="宋体" w:hAnsi="宋体" w:eastAsia="宋体"/>
                <w:sz w:val="22"/>
              </w:rPr>
              <w:t xml:space="preserve">6-10 D   C   C   D   B  </w:t>
            </w:r>
          </w:p>
          <w:p>
            <w:pPr>
              <w:spacing w:after="40" w:line="312" w:lineRule="auto"/>
            </w:pPr>
            <w:r>
              <w:rPr>
                <w:rFonts w:ascii="宋体" w:hAnsi="宋体" w:eastAsia="宋体"/>
                <w:sz w:val="22"/>
              </w:rPr>
              <w:t xml:space="preserve">11-15 B   A   B   C   C  </w:t>
            </w:r>
          </w:p>
          <w:p>
            <w:pPr>
              <w:spacing w:after="40" w:line="312" w:lineRule="auto"/>
            </w:pPr>
            <w:r>
              <w:rPr>
                <w:rFonts w:ascii="宋体" w:hAnsi="宋体" w:eastAsia="宋体"/>
                <w:sz w:val="22"/>
              </w:rPr>
              <w:t xml:space="preserve">16-20 D   D   D   D   D  </w:t>
            </w:r>
          </w:p>
          <w:p>
            <w:pPr>
              <w:spacing w:after="40" w:line="312" w:lineRule="auto"/>
            </w:pPr>
            <w:r>
              <w:rPr>
                <w:rFonts w:ascii="宋体" w:hAnsi="宋体" w:eastAsia="宋体"/>
                <w:sz w:val="22"/>
              </w:rPr>
              <w:t xml:space="preserve">21-25 C   C   C   A   C  </w:t>
            </w:r>
          </w:p>
          <w:p>
            <w:pPr>
              <w:spacing w:after="40" w:line="312" w:lineRule="auto"/>
            </w:pPr>
            <w:r>
              <w:rPr>
                <w:rFonts w:ascii="宋体" w:hAnsi="宋体" w:eastAsia="宋体"/>
                <w:sz w:val="22"/>
              </w:rPr>
              <w:t xml:space="preserve">26-30 D   C   C   A   B  </w:t>
            </w:r>
          </w:p>
          <w:p>
            <w:pPr>
              <w:spacing w:after="40" w:line="312" w:lineRule="auto"/>
            </w:pPr>
            <w:r>
              <w:rPr>
                <w:rFonts w:ascii="宋体" w:hAnsi="宋体" w:eastAsia="宋体"/>
                <w:sz w:val="22"/>
              </w:rPr>
              <w:t xml:space="preserve">31-35 C   A   D   A   A  </w:t>
            </w:r>
          </w:p>
          <w:p>
            <w:pPr>
              <w:spacing w:after="40" w:line="312" w:lineRule="auto"/>
            </w:pPr>
            <w:r>
              <w:rPr>
                <w:rFonts w:ascii="宋体" w:hAnsi="宋体" w:eastAsia="宋体"/>
                <w:sz w:val="22"/>
              </w:rPr>
              <w:t xml:space="preserve">36-40 C   C   B   A   D  </w:t>
            </w:r>
          </w:p>
          <w:p>
            <w:pPr>
              <w:spacing w:after="40" w:line="312" w:lineRule="auto"/>
            </w:pPr>
            <w:r>
              <w:rPr>
                <w:rFonts w:ascii="宋体" w:hAnsi="宋体" w:eastAsia="宋体"/>
                <w:sz w:val="22"/>
              </w:rPr>
              <w:t xml:space="preserve">41-45 A   C   C   B   C  </w:t>
            </w:r>
          </w:p>
          <w:p>
            <w:pPr>
              <w:spacing w:after="40" w:line="312" w:lineRule="auto"/>
            </w:pPr>
            <w:r>
              <w:rPr>
                <w:rFonts w:ascii="宋体" w:hAnsi="宋体" w:eastAsia="宋体"/>
                <w:sz w:val="22"/>
              </w:rPr>
              <w:t xml:space="preserve">46-50 D   D   D   D   D  </w:t>
            </w:r>
          </w:p>
          <w:p>
            <w:pPr>
              <w:spacing w:after="40" w:line="312" w:lineRule="auto"/>
            </w:pPr>
            <w:r>
              <w:rPr>
                <w:rFonts w:ascii="宋体" w:hAnsi="宋体" w:eastAsia="宋体"/>
                <w:sz w:val="22"/>
              </w:rPr>
              <w:t xml:space="preserve">51-55 B   C   D   B   C  </w:t>
            </w:r>
          </w:p>
          <w:p>
            <w:pPr>
              <w:spacing w:after="40" w:line="312" w:lineRule="auto"/>
            </w:pPr>
            <w:r>
              <w:rPr>
                <w:rFonts w:ascii="宋体" w:hAnsi="宋体" w:eastAsia="宋体"/>
                <w:sz w:val="22"/>
              </w:rPr>
              <w:t xml:space="preserve">56-60 D   B   A   B   B  </w:t>
            </w:r>
          </w:p>
          <w:p>
            <w:pPr>
              <w:spacing w:after="40" w:line="312" w:lineRule="auto"/>
            </w:pPr>
            <w:r>
              <w:rPr>
                <w:rFonts w:ascii="宋体" w:hAnsi="宋体" w:eastAsia="宋体"/>
                <w:sz w:val="22"/>
              </w:rPr>
              <w:t xml:space="preserve">61-65 B   B   A   C   C  </w:t>
            </w:r>
          </w:p>
          <w:p>
            <w:pPr>
              <w:spacing w:after="40" w:line="312" w:lineRule="auto"/>
            </w:pPr>
            <w:r>
              <w:rPr>
                <w:rFonts w:ascii="宋体" w:hAnsi="宋体" w:eastAsia="宋体"/>
                <w:sz w:val="22"/>
              </w:rPr>
              <w:t xml:space="preserve">66-70 A   A   D   C   C  </w:t>
            </w:r>
          </w:p>
          <w:p>
            <w:pPr>
              <w:spacing w:after="40" w:line="312" w:lineRule="auto"/>
            </w:pPr>
            <w:r>
              <w:rPr>
                <w:rFonts w:ascii="宋体" w:hAnsi="宋体" w:eastAsia="宋体"/>
                <w:sz w:val="22"/>
              </w:rPr>
              <w:t xml:space="preserve">71-75 B   B   B   D   C  </w:t>
            </w:r>
          </w:p>
          <w:p>
            <w:pPr>
              <w:spacing w:after="40" w:line="312" w:lineRule="auto"/>
            </w:pPr>
            <w:r>
              <w:rPr>
                <w:rFonts w:ascii="宋体" w:hAnsi="宋体" w:eastAsia="宋体"/>
                <w:sz w:val="22"/>
              </w:rPr>
              <w:t xml:space="preserve">76-80 D   C   A   A   C  </w:t>
            </w:r>
          </w:p>
          <w:p>
            <w:pPr>
              <w:spacing w:after="40" w:line="312" w:lineRule="auto"/>
            </w:pPr>
            <w:r>
              <w:rPr>
                <w:rFonts w:ascii="宋体" w:hAnsi="宋体" w:eastAsia="宋体"/>
                <w:sz w:val="22"/>
              </w:rPr>
              <w:t xml:space="preserve">81-85 C   A   C   C   D  </w:t>
            </w:r>
          </w:p>
          <w:p>
            <w:pPr>
              <w:spacing w:after="40" w:line="312" w:lineRule="auto"/>
            </w:pPr>
            <w:r>
              <w:rPr>
                <w:rFonts w:ascii="宋体" w:hAnsi="宋体" w:eastAsia="宋体"/>
                <w:sz w:val="22"/>
              </w:rPr>
              <w:t xml:space="preserve">86-90 C   D   B   C   B  </w:t>
            </w:r>
          </w:p>
          <w:p>
            <w:pPr>
              <w:spacing w:after="40" w:line="312" w:lineRule="auto"/>
            </w:pPr>
            <w:r>
              <w:rPr>
                <w:rFonts w:ascii="宋体" w:hAnsi="宋体" w:eastAsia="宋体"/>
                <w:sz w:val="22"/>
              </w:rPr>
              <w:t xml:space="preserve">91-95 C   B   C   C   A  </w:t>
            </w:r>
          </w:p>
          <w:p>
            <w:pPr>
              <w:spacing w:after="40" w:line="312" w:lineRule="auto"/>
            </w:pPr>
            <w:r>
              <w:rPr>
                <w:rFonts w:ascii="宋体" w:hAnsi="宋体" w:eastAsia="宋体"/>
                <w:sz w:val="22"/>
              </w:rPr>
              <w:t xml:space="preserve">96-100 B   C   A   A   D  </w:t>
            </w:r>
          </w:p>
        </w:tc>
      </w:tr>
    </w:tbl>
    <w:p/>
    <w:p>
      <w:r>
        <w:rPr>
          <w:rFonts w:ascii="黑体" w:hAnsi="黑体" w:eastAsia="黑体"/>
          <w:b/>
          <w:sz w:val="28"/>
        </w:rPr>
        <w:t>逐题答案与解析</w:t>
      </w:r>
    </w:p>
    <w:p>
      <w:pPr>
        <w:spacing w:after="40" w:line="312" w:lineRule="auto"/>
      </w:pPr>
      <w:r>
        <w:rPr>
          <w:rFonts w:ascii="宋体" w:hAnsi="宋体" w:eastAsia="宋体"/>
          <w:sz w:val="24"/>
        </w:rPr>
        <w:t xml:space="preserve">1. </w:t>
      </w:r>
      <w:r>
        <w:rPr>
          <w:rFonts w:ascii="宋体" w:hAnsi="宋体" w:eastAsia="宋体"/>
          <w:b/>
          <w:color w:val="CC0000"/>
          <w:sz w:val="24"/>
        </w:rPr>
        <w:t>【B】</w:t>
      </w:r>
      <w:r>
        <w:rPr>
          <w:rFonts w:ascii="宋体" w:hAnsi="宋体" w:eastAsia="宋体"/>
          <w:color w:val="666666"/>
          <w:sz w:val="21"/>
        </w:rPr>
        <w:t xml:space="preserve">  木星冲的会合周期约399天（约13个月），故约13个月后发生下一次冲。</w:t>
      </w:r>
    </w:p>
    <w:p>
      <w:pPr>
        <w:spacing w:after="40" w:line="312" w:lineRule="auto"/>
      </w:pPr>
      <w:r>
        <w:rPr>
          <w:rFonts w:ascii="宋体" w:hAnsi="宋体" w:eastAsia="宋体"/>
          <w:sz w:val="24"/>
        </w:rPr>
        <w:t xml:space="preserve">2. </w:t>
      </w:r>
      <w:r>
        <w:rPr>
          <w:rFonts w:ascii="宋体" w:hAnsi="宋体" w:eastAsia="宋体"/>
          <w:b/>
          <w:color w:val="CC0000"/>
          <w:sz w:val="24"/>
        </w:rPr>
        <w:t>【B】</w:t>
      </w:r>
      <w:r>
        <w:rPr>
          <w:rFonts w:ascii="宋体" w:hAnsi="宋体" w:eastAsia="宋体"/>
          <w:color w:val="666666"/>
          <w:sz w:val="21"/>
        </w:rPr>
        <w:t xml:space="preserve">  国际太空站绕地球一圈约90分钟（约1.5小时）。</w:t>
      </w:r>
    </w:p>
    <w:p>
      <w:pPr>
        <w:spacing w:after="40" w:line="312" w:lineRule="auto"/>
      </w:pPr>
      <w:r>
        <w:rPr>
          <w:rFonts w:ascii="宋体" w:hAnsi="宋体" w:eastAsia="宋体"/>
          <w:sz w:val="24"/>
        </w:rPr>
        <w:t xml:space="preserve">3. </w:t>
      </w:r>
      <w:r>
        <w:rPr>
          <w:rFonts w:ascii="宋体" w:hAnsi="宋体" w:eastAsia="宋体"/>
          <w:b/>
          <w:color w:val="CC0000"/>
          <w:sz w:val="24"/>
        </w:rPr>
        <w:t>【B】</w:t>
      </w:r>
      <w:r>
        <w:rPr>
          <w:rFonts w:ascii="宋体" w:hAnsi="宋体" w:eastAsia="宋体"/>
          <w:color w:val="666666"/>
          <w:sz w:val="21"/>
        </w:rPr>
        <w:t xml:space="preserve">  太阳黄经 0° 为春分，此后每 15° 走一个节气：15° 为清明、30° 为谷雨、45° 为立夏。故黄经 15° 对应清明，选②。</w:t>
      </w:r>
    </w:p>
    <w:p>
      <w:pPr>
        <w:spacing w:after="40" w:line="312" w:lineRule="auto"/>
      </w:pPr>
      <w:r>
        <w:rPr>
          <w:rFonts w:ascii="宋体" w:hAnsi="宋体" w:eastAsia="宋体"/>
          <w:sz w:val="24"/>
        </w:rPr>
        <w:t xml:space="preserve">4. </w:t>
      </w:r>
      <w:r>
        <w:rPr>
          <w:rFonts w:ascii="宋体" w:hAnsi="宋体" w:eastAsia="宋体"/>
          <w:b/>
          <w:color w:val="CC0000"/>
          <w:sz w:val="24"/>
        </w:rPr>
        <w:t>【A】</w:t>
      </w:r>
      <w:r>
        <w:rPr>
          <w:rFonts w:ascii="宋体" w:hAnsi="宋体" w:eastAsia="宋体"/>
          <w:color w:val="666666"/>
          <w:sz w:val="21"/>
        </w:rPr>
        <w:t xml:space="preserve">  农历月初的蛾眉月紧跟在太阳东侧，日落时位于西方低空并很快西沉。晚上 8 点月亮已“即将由西方地平线隐没”，说明它比太阳晚不了两三小时落下，月龄仅两三天，是细窄的眉月，故选①。</w:t>
      </w:r>
    </w:p>
    <w:p>
      <w:pPr>
        <w:spacing w:after="40" w:line="312" w:lineRule="auto"/>
      </w:pPr>
      <w:r>
        <w:rPr>
          <w:rFonts w:ascii="宋体" w:hAnsi="宋体" w:eastAsia="宋体"/>
          <w:sz w:val="24"/>
        </w:rPr>
        <w:t xml:space="preserve">5. </w:t>
      </w:r>
      <w:r>
        <w:rPr>
          <w:rFonts w:ascii="宋体" w:hAnsi="宋体" w:eastAsia="宋体"/>
          <w:b/>
          <w:color w:val="CC0000"/>
          <w:sz w:val="24"/>
        </w:rPr>
        <w:t>【B】</w:t>
      </w:r>
      <w:r>
        <w:rPr>
          <w:rFonts w:ascii="宋体" w:hAnsi="宋体" w:eastAsia="宋体"/>
          <w:color w:val="666666"/>
          <w:sz w:val="21"/>
        </w:rPr>
        <w:t xml:space="preserve">  贯索即北冕座（Corona Borealis），位于北天。</w:t>
      </w:r>
    </w:p>
    <w:p>
      <w:pPr>
        <w:spacing w:after="40" w:line="312" w:lineRule="auto"/>
      </w:pPr>
      <w:r>
        <w:rPr>
          <w:rFonts w:ascii="宋体" w:hAnsi="宋体" w:eastAsia="宋体"/>
          <w:sz w:val="24"/>
        </w:rPr>
        <w:t xml:space="preserve">6. </w:t>
      </w:r>
      <w:r>
        <w:rPr>
          <w:rFonts w:ascii="宋体" w:hAnsi="宋体" w:eastAsia="宋体"/>
          <w:b/>
          <w:color w:val="CC0000"/>
          <w:sz w:val="24"/>
        </w:rPr>
        <w:t>【D】</w:t>
      </w:r>
      <w:r>
        <w:rPr>
          <w:rFonts w:ascii="宋体" w:hAnsi="宋体" w:eastAsia="宋体"/>
          <w:color w:val="666666"/>
          <w:sz w:val="21"/>
        </w:rPr>
        <w:t xml:space="preserve">  文昌即大熊座方向（北斗七星所在星座）。</w:t>
      </w:r>
    </w:p>
    <w:p>
      <w:pPr>
        <w:spacing w:after="40" w:line="312" w:lineRule="auto"/>
      </w:pPr>
      <w:r>
        <w:rPr>
          <w:rFonts w:ascii="宋体" w:hAnsi="宋体" w:eastAsia="宋体"/>
          <w:sz w:val="24"/>
        </w:rPr>
        <w:t xml:space="preserve">7. </w:t>
      </w:r>
      <w:r>
        <w:rPr>
          <w:rFonts w:ascii="宋体" w:hAnsi="宋体" w:eastAsia="宋体"/>
          <w:b/>
          <w:color w:val="CC0000"/>
          <w:sz w:val="24"/>
        </w:rPr>
        <w:t>【C】</w:t>
      </w:r>
      <w:r>
        <w:rPr>
          <w:rFonts w:ascii="宋体" w:hAnsi="宋体" w:eastAsia="宋体"/>
          <w:color w:val="666666"/>
          <w:sz w:val="21"/>
        </w:rPr>
        <w:t xml:space="preserve">  朱诺号（Juno）使用太阳能航行至木星，创下太阳能航行最远纪录。</w:t>
      </w:r>
    </w:p>
    <w:p>
      <w:pPr>
        <w:spacing w:after="40" w:line="312" w:lineRule="auto"/>
      </w:pPr>
      <w:r>
        <w:rPr>
          <w:rFonts w:ascii="宋体" w:hAnsi="宋体" w:eastAsia="宋体"/>
          <w:sz w:val="24"/>
        </w:rPr>
        <w:t xml:space="preserve">8. </w:t>
      </w:r>
      <w:r>
        <w:rPr>
          <w:rFonts w:ascii="宋体" w:hAnsi="宋体" w:eastAsia="宋体"/>
          <w:b/>
          <w:color w:val="CC0000"/>
          <w:sz w:val="24"/>
        </w:rPr>
        <w:t>【C】</w:t>
      </w:r>
      <w:r>
        <w:rPr>
          <w:rFonts w:ascii="宋体" w:hAnsi="宋体" w:eastAsia="宋体"/>
          <w:color w:val="666666"/>
          <w:sz w:val="21"/>
        </w:rPr>
        <w:t xml:space="preserve">  太阳色球层的红色主要来自氢的Hα辐射（656.3nm）。</w:t>
      </w:r>
    </w:p>
    <w:p>
      <w:pPr>
        <w:spacing w:after="40" w:line="312" w:lineRule="auto"/>
      </w:pPr>
      <w:r>
        <w:rPr>
          <w:rFonts w:ascii="宋体" w:hAnsi="宋体" w:eastAsia="宋体"/>
          <w:sz w:val="24"/>
        </w:rPr>
        <w:t xml:space="preserve">9. </w:t>
      </w:r>
      <w:r>
        <w:rPr>
          <w:rFonts w:ascii="宋体" w:hAnsi="宋体" w:eastAsia="宋体"/>
          <w:b/>
          <w:color w:val="CC0000"/>
          <w:sz w:val="24"/>
        </w:rPr>
        <w:t>【D】</w:t>
      </w:r>
      <w:r>
        <w:rPr>
          <w:rFonts w:ascii="宋体" w:hAnsi="宋体" w:eastAsia="宋体"/>
          <w:color w:val="666666"/>
          <w:sz w:val="21"/>
        </w:rPr>
        <w:t xml:space="preserve">  月球被地球潮汐锁定，公转周期与自转周期相同（约27.3天），因此始终以同一面朝向地球。</w:t>
      </w:r>
    </w:p>
    <w:p>
      <w:pPr>
        <w:spacing w:after="40" w:line="312" w:lineRule="auto"/>
      </w:pPr>
      <w:r>
        <w:rPr>
          <w:rFonts w:ascii="宋体" w:hAnsi="宋体" w:eastAsia="宋体"/>
          <w:sz w:val="24"/>
        </w:rPr>
        <w:t xml:space="preserve">10. </w:t>
      </w:r>
      <w:r>
        <w:rPr>
          <w:rFonts w:ascii="宋体" w:hAnsi="宋体" w:eastAsia="宋体"/>
          <w:b/>
          <w:color w:val="CC0000"/>
          <w:sz w:val="24"/>
        </w:rPr>
        <w:t>【B】</w:t>
      </w:r>
      <w:r>
        <w:rPr>
          <w:rFonts w:ascii="宋体" w:hAnsi="宋体" w:eastAsia="宋体"/>
          <w:color w:val="666666"/>
          <w:sz w:val="21"/>
        </w:rPr>
        <w:t xml:space="preserve">  南斗六星位于人马座方向。</w:t>
      </w:r>
    </w:p>
    <w:p>
      <w:pPr>
        <w:spacing w:after="40" w:line="312" w:lineRule="auto"/>
      </w:pPr>
      <w:r>
        <w:rPr>
          <w:rFonts w:ascii="宋体" w:hAnsi="宋体" w:eastAsia="宋体"/>
          <w:sz w:val="24"/>
        </w:rPr>
        <w:t xml:space="preserve">11. </w:t>
      </w:r>
      <w:r>
        <w:rPr>
          <w:rFonts w:ascii="宋体" w:hAnsi="宋体" w:eastAsia="宋体"/>
          <w:b/>
          <w:color w:val="CC0000"/>
          <w:sz w:val="24"/>
        </w:rPr>
        <w:t>【B】</w:t>
      </w:r>
      <w:r>
        <w:rPr>
          <w:rFonts w:ascii="宋体" w:hAnsi="宋体" w:eastAsia="宋体"/>
          <w:color w:val="666666"/>
          <w:sz w:val="21"/>
        </w:rPr>
        <w:t xml:space="preserve">  克卜勒太空望远镜（Kepler）截至2016年已发现最多的系外行星。</w:t>
      </w:r>
    </w:p>
    <w:p>
      <w:pPr>
        <w:spacing w:after="40" w:line="312" w:lineRule="auto"/>
      </w:pPr>
      <w:r>
        <w:rPr>
          <w:rFonts w:ascii="宋体" w:hAnsi="宋体" w:eastAsia="宋体"/>
          <w:sz w:val="24"/>
        </w:rPr>
        <w:t xml:space="preserve">12. </w:t>
      </w:r>
      <w:r>
        <w:rPr>
          <w:rFonts w:ascii="宋体" w:hAnsi="宋体" w:eastAsia="宋体"/>
          <w:b/>
          <w:color w:val="CC0000"/>
          <w:sz w:val="24"/>
        </w:rPr>
        <w:t>【A】</w:t>
      </w:r>
      <w:r>
        <w:rPr>
          <w:rFonts w:ascii="宋体" w:hAnsi="宋体" w:eastAsia="宋体"/>
          <w:color w:val="666666"/>
          <w:sz w:val="21"/>
        </w:rPr>
        <w:t xml:space="preserve">  M35 是位于双子座的一个疏散星团（约 2800 光年、成员数百颗），故选①双子座。</w:t>
      </w:r>
    </w:p>
    <w:p>
      <w:pPr>
        <w:spacing w:after="40" w:line="312" w:lineRule="auto"/>
      </w:pPr>
      <w:r>
        <w:rPr>
          <w:rFonts w:ascii="宋体" w:hAnsi="宋体" w:eastAsia="宋体"/>
          <w:sz w:val="24"/>
        </w:rPr>
        <w:t xml:space="preserve">13. </w:t>
      </w:r>
      <w:r>
        <w:rPr>
          <w:rFonts w:ascii="宋体" w:hAnsi="宋体" w:eastAsia="宋体"/>
          <w:b/>
          <w:color w:val="CC0000"/>
          <w:sz w:val="24"/>
        </w:rPr>
        <w:t>【B】</w:t>
      </w:r>
      <w:r>
        <w:rPr>
          <w:rFonts w:ascii="宋体" w:hAnsi="宋体" w:eastAsia="宋体"/>
          <w:color w:val="666666"/>
          <w:sz w:val="21"/>
        </w:rPr>
        <w:t xml:space="preserve">  比铁重的元素主要通过超新星爆炸中的快中子捕获过程（r过程）形成。</w:t>
      </w:r>
    </w:p>
    <w:p>
      <w:pPr>
        <w:spacing w:after="40" w:line="312" w:lineRule="auto"/>
      </w:pPr>
      <w:r>
        <w:rPr>
          <w:rFonts w:ascii="宋体" w:hAnsi="宋体" w:eastAsia="宋体"/>
          <w:sz w:val="24"/>
        </w:rPr>
        <w:t xml:space="preserve">14. </w:t>
      </w:r>
      <w:r>
        <w:rPr>
          <w:rFonts w:ascii="宋体" w:hAnsi="宋体" w:eastAsia="宋体"/>
          <w:b/>
          <w:color w:val="CC0000"/>
          <w:sz w:val="24"/>
        </w:rPr>
        <w:t>【C】</w:t>
      </w:r>
      <w:r>
        <w:rPr>
          <w:rFonts w:ascii="宋体" w:hAnsi="宋体" w:eastAsia="宋体"/>
          <w:color w:val="666666"/>
          <w:sz w:val="21"/>
        </w:rPr>
        <w:t xml:space="preserve">  木星合金星（即木星与太阳合相）时，木星被太阳光芒遮蔽，不可观测，故C错误。</w:t>
      </w:r>
    </w:p>
    <w:p>
      <w:pPr>
        <w:spacing w:after="40" w:line="312" w:lineRule="auto"/>
      </w:pPr>
      <w:r>
        <w:rPr>
          <w:rFonts w:ascii="宋体" w:hAnsi="宋体" w:eastAsia="宋体"/>
          <w:sz w:val="24"/>
        </w:rPr>
        <w:t xml:space="preserve">15. </w:t>
      </w:r>
      <w:r>
        <w:rPr>
          <w:rFonts w:ascii="宋体" w:hAnsi="宋体" w:eastAsia="宋体"/>
          <w:b/>
          <w:color w:val="CC0000"/>
          <w:sz w:val="24"/>
        </w:rPr>
        <w:t>【C】</w:t>
      </w:r>
      <w:r>
        <w:rPr>
          <w:rFonts w:ascii="宋体" w:hAnsi="宋体" w:eastAsia="宋体"/>
          <w:color w:val="666666"/>
          <w:sz w:val="21"/>
        </w:rPr>
        <w:t xml:space="preserve">  荧惑（火星）守心（心宿二），心宿二位于天蝎座，故往天蝎座方向可见。</w:t>
      </w:r>
    </w:p>
    <w:p>
      <w:pPr>
        <w:spacing w:after="40" w:line="312" w:lineRule="auto"/>
      </w:pPr>
      <w:r>
        <w:rPr>
          <w:rFonts w:ascii="宋体" w:hAnsi="宋体" w:eastAsia="宋体"/>
          <w:sz w:val="24"/>
        </w:rPr>
        <w:t xml:space="preserve">16. </w:t>
      </w:r>
      <w:r>
        <w:rPr>
          <w:rFonts w:ascii="宋体" w:hAnsi="宋体" w:eastAsia="宋体"/>
          <w:b/>
          <w:color w:val="CC0000"/>
          <w:sz w:val="24"/>
        </w:rPr>
        <w:t>【D】</w:t>
      </w:r>
      <w:r>
        <w:rPr>
          <w:rFonts w:ascii="宋体" w:hAnsi="宋体" w:eastAsia="宋体"/>
          <w:color w:val="666666"/>
          <w:sz w:val="21"/>
        </w:rPr>
        <w:t xml:space="preserve">  英仙座流星雨的来源天体为109P/Swift-Tuttle（斯威夫特-塔特尔彗星）。</w:t>
      </w:r>
    </w:p>
    <w:p>
      <w:pPr>
        <w:spacing w:after="40" w:line="312" w:lineRule="auto"/>
      </w:pPr>
      <w:r>
        <w:rPr>
          <w:rFonts w:ascii="宋体" w:hAnsi="宋体" w:eastAsia="宋体"/>
          <w:sz w:val="24"/>
        </w:rPr>
        <w:t xml:space="preserve">17. </w:t>
      </w:r>
      <w:r>
        <w:rPr>
          <w:rFonts w:ascii="宋体" w:hAnsi="宋体" w:eastAsia="宋体"/>
          <w:b/>
          <w:color w:val="CC0000"/>
          <w:sz w:val="24"/>
        </w:rPr>
        <w:t>【D】</w:t>
      </w:r>
      <w:r>
        <w:rPr>
          <w:rFonts w:ascii="宋体" w:hAnsi="宋体" w:eastAsia="宋体"/>
          <w:color w:val="666666"/>
          <w:sz w:val="21"/>
        </w:rPr>
        <w:t xml:space="preserve">  地球在冬至时接近近日点（约1月初），离太阳较近。</w:t>
      </w:r>
    </w:p>
    <w:p>
      <w:pPr>
        <w:spacing w:after="40" w:line="312" w:lineRule="auto"/>
      </w:pPr>
      <w:r>
        <w:rPr>
          <w:rFonts w:ascii="宋体" w:hAnsi="宋体" w:eastAsia="宋体"/>
          <w:sz w:val="24"/>
        </w:rPr>
        <w:t xml:space="preserve">18. </w:t>
      </w:r>
      <w:r>
        <w:rPr>
          <w:rFonts w:ascii="宋体" w:hAnsi="宋体" w:eastAsia="宋体"/>
          <w:b/>
          <w:color w:val="CC0000"/>
          <w:sz w:val="24"/>
        </w:rPr>
        <w:t>【D】</w:t>
      </w:r>
      <w:r>
        <w:rPr>
          <w:rFonts w:ascii="宋体" w:hAnsi="宋体" w:eastAsia="宋体"/>
          <w:color w:val="666666"/>
          <w:sz w:val="21"/>
        </w:rPr>
        <w:t xml:space="preserve">  1800年不是闰年（能被100整除但不能被400整除），2000年是闰年（能被400整除），2016年是闰年，故D「以上都是闰年」错误。</w:t>
      </w:r>
    </w:p>
    <w:p>
      <w:pPr>
        <w:spacing w:after="40" w:line="312" w:lineRule="auto"/>
      </w:pPr>
      <w:r>
        <w:rPr>
          <w:rFonts w:ascii="宋体" w:hAnsi="宋体" w:eastAsia="宋体"/>
          <w:sz w:val="24"/>
        </w:rPr>
        <w:t xml:space="preserve">19. </w:t>
      </w:r>
      <w:r>
        <w:rPr>
          <w:rFonts w:ascii="宋体" w:hAnsi="宋体" w:eastAsia="宋体"/>
          <w:b/>
          <w:color w:val="CC0000"/>
          <w:sz w:val="24"/>
        </w:rPr>
        <w:t>【D】</w:t>
      </w:r>
      <w:r>
        <w:rPr>
          <w:rFonts w:ascii="宋体" w:hAnsi="宋体" w:eastAsia="宋体"/>
          <w:color w:val="666666"/>
          <w:sz w:val="21"/>
        </w:rPr>
        <w:t xml:space="preserve">  天狼星与南河三都是遥远恒星，彼此相对位置在一年内几乎不变。</w:t>
      </w:r>
    </w:p>
    <w:p>
      <w:pPr>
        <w:spacing w:after="40" w:line="312" w:lineRule="auto"/>
      </w:pPr>
      <w:r>
        <w:rPr>
          <w:rFonts w:ascii="宋体" w:hAnsi="宋体" w:eastAsia="宋体"/>
          <w:sz w:val="24"/>
        </w:rPr>
        <w:t xml:space="preserve">20. </w:t>
      </w:r>
      <w:r>
        <w:rPr>
          <w:rFonts w:ascii="宋体" w:hAnsi="宋体" w:eastAsia="宋体"/>
          <w:b/>
          <w:color w:val="CC0000"/>
          <w:sz w:val="24"/>
        </w:rPr>
        <w:t>【D】</w:t>
      </w:r>
      <w:r>
        <w:rPr>
          <w:rFonts w:ascii="宋体" w:hAnsi="宋体" w:eastAsia="宋体"/>
          <w:color w:val="666666"/>
          <w:sz w:val="21"/>
        </w:rPr>
        <w:t xml:space="preserve">  克卜勒太空望远镜的观测区域主要落在天鹅座及天琴座之间，故该方向发现的系外行星最多。</w:t>
      </w:r>
    </w:p>
    <w:p>
      <w:pPr>
        <w:spacing w:after="40" w:line="312" w:lineRule="auto"/>
      </w:pPr>
      <w:r>
        <w:rPr>
          <w:rFonts w:ascii="宋体" w:hAnsi="宋体" w:eastAsia="宋体"/>
          <w:sz w:val="24"/>
        </w:rPr>
        <w:t xml:space="preserve">21. </w:t>
      </w:r>
      <w:r>
        <w:rPr>
          <w:rFonts w:ascii="宋体" w:hAnsi="宋体" w:eastAsia="宋体"/>
          <w:b/>
          <w:color w:val="CC0000"/>
          <w:sz w:val="24"/>
        </w:rPr>
        <w:t>【C】</w:t>
      </w:r>
      <w:r>
        <w:rPr>
          <w:rFonts w:ascii="宋体" w:hAnsi="宋体" w:eastAsia="宋体"/>
          <w:color w:val="666666"/>
          <w:sz w:val="21"/>
        </w:rPr>
        <w:t xml:space="preserve">  求得经度需要时钟（地方时与标准时的差值）、航海日志（天文表）和六分仪（量测角度），最不需要望远镜。</w:t>
      </w:r>
    </w:p>
    <w:p>
      <w:pPr>
        <w:spacing w:after="40" w:line="312" w:lineRule="auto"/>
      </w:pPr>
      <w:r>
        <w:rPr>
          <w:rFonts w:ascii="宋体" w:hAnsi="宋体" w:eastAsia="宋体"/>
          <w:sz w:val="24"/>
        </w:rPr>
        <w:t xml:space="preserve">22. </w:t>
      </w:r>
      <w:r>
        <w:rPr>
          <w:rFonts w:ascii="宋体" w:hAnsi="宋体" w:eastAsia="宋体"/>
          <w:b/>
          <w:color w:val="CC0000"/>
          <w:sz w:val="24"/>
        </w:rPr>
        <w:t>【C】</w:t>
      </w:r>
      <w:r>
        <w:rPr>
          <w:rFonts w:ascii="宋体" w:hAnsi="宋体" w:eastAsia="宋体"/>
          <w:color w:val="666666"/>
          <w:sz w:val="21"/>
        </w:rPr>
        <w:t xml:space="preserve">  黄道实际经过13个星座，第13个是蛇夫座（Ophiuchus）。</w:t>
      </w:r>
    </w:p>
    <w:p>
      <w:pPr>
        <w:spacing w:after="40" w:line="312" w:lineRule="auto"/>
      </w:pPr>
      <w:r>
        <w:rPr>
          <w:rFonts w:ascii="宋体" w:hAnsi="宋体" w:eastAsia="宋体"/>
          <w:sz w:val="24"/>
        </w:rPr>
        <w:t xml:space="preserve">23. </w:t>
      </w:r>
      <w:r>
        <w:rPr>
          <w:rFonts w:ascii="宋体" w:hAnsi="宋体" w:eastAsia="宋体"/>
          <w:b/>
          <w:color w:val="CC0000"/>
          <w:sz w:val="24"/>
        </w:rPr>
        <w:t>【C】</w:t>
      </w:r>
      <w:r>
        <w:rPr>
          <w:rFonts w:ascii="宋体" w:hAnsi="宋体" w:eastAsia="宋体"/>
          <w:color w:val="666666"/>
          <w:sz w:val="21"/>
        </w:rPr>
        <w:t xml:space="preserve">  2P/Encke（恩克彗星）是已知回归周期最短的周期彗星，约3.3年。</w:t>
      </w:r>
    </w:p>
    <w:p>
      <w:pPr>
        <w:spacing w:after="40" w:line="312" w:lineRule="auto"/>
      </w:pPr>
      <w:r>
        <w:rPr>
          <w:rFonts w:ascii="宋体" w:hAnsi="宋体" w:eastAsia="宋体"/>
          <w:sz w:val="24"/>
        </w:rPr>
        <w:t xml:space="preserve">24. </w:t>
      </w:r>
      <w:r>
        <w:rPr>
          <w:rFonts w:ascii="宋体" w:hAnsi="宋体" w:eastAsia="宋体"/>
          <w:b/>
          <w:color w:val="CC0000"/>
          <w:sz w:val="24"/>
        </w:rPr>
        <w:t>【A】</w:t>
      </w:r>
      <w:r>
        <w:rPr>
          <w:rFonts w:ascii="宋体" w:hAnsi="宋体" w:eastAsia="宋体"/>
          <w:color w:val="666666"/>
          <w:sz w:val="21"/>
        </w:rPr>
        <w:t xml:space="preserve">  《灵宪》为东汉张衡所撰写的天文学著作。</w:t>
      </w:r>
    </w:p>
    <w:p>
      <w:pPr>
        <w:spacing w:after="40" w:line="312" w:lineRule="auto"/>
      </w:pPr>
      <w:r>
        <w:rPr>
          <w:rFonts w:ascii="宋体" w:hAnsi="宋体" w:eastAsia="宋体"/>
          <w:sz w:val="24"/>
        </w:rPr>
        <w:t xml:space="preserve">25. </w:t>
      </w:r>
      <w:r>
        <w:rPr>
          <w:rFonts w:ascii="宋体" w:hAnsi="宋体" w:eastAsia="宋体"/>
          <w:b/>
          <w:color w:val="CC0000"/>
          <w:sz w:val="24"/>
        </w:rPr>
        <w:t>【C】</w:t>
      </w:r>
      <w:r>
        <w:rPr>
          <w:rFonts w:ascii="宋体" w:hAnsi="宋体" w:eastAsia="宋体"/>
          <w:color w:val="666666"/>
          <w:sz w:val="21"/>
        </w:rPr>
        <w:t xml:space="preserve">  银河系中心黑洞（人马座A*）距离约2.6万光年，远超其他选项。</w:t>
      </w:r>
    </w:p>
    <w:p>
      <w:pPr>
        <w:spacing w:after="40" w:line="312" w:lineRule="auto"/>
      </w:pPr>
      <w:r>
        <w:rPr>
          <w:rFonts w:ascii="宋体" w:hAnsi="宋体" w:eastAsia="宋体"/>
          <w:sz w:val="24"/>
        </w:rPr>
        <w:t xml:space="preserve">26. </w:t>
      </w:r>
      <w:r>
        <w:rPr>
          <w:rFonts w:ascii="宋体" w:hAnsi="宋体" w:eastAsia="宋体"/>
          <w:b/>
          <w:color w:val="CC0000"/>
          <w:sz w:val="24"/>
        </w:rPr>
        <w:t>【D】</w:t>
      </w:r>
      <w:r>
        <w:rPr>
          <w:rFonts w:ascii="宋体" w:hAnsi="宋体" w:eastAsia="宋体"/>
          <w:color w:val="666666"/>
          <w:sz w:val="21"/>
        </w:rPr>
        <w:t xml:space="preserve">  简仪为元朝郭守敬所创制的大型天文测量仪器。</w:t>
      </w:r>
    </w:p>
    <w:p>
      <w:pPr>
        <w:spacing w:after="40" w:line="312" w:lineRule="auto"/>
      </w:pPr>
      <w:r>
        <w:rPr>
          <w:rFonts w:ascii="宋体" w:hAnsi="宋体" w:eastAsia="宋体"/>
          <w:sz w:val="24"/>
        </w:rPr>
        <w:t xml:space="preserve">27. </w:t>
      </w:r>
      <w:r>
        <w:rPr>
          <w:rFonts w:ascii="宋体" w:hAnsi="宋体" w:eastAsia="宋体"/>
          <w:b/>
          <w:color w:val="CC0000"/>
          <w:sz w:val="24"/>
        </w:rPr>
        <w:t>【C】</w:t>
      </w:r>
      <w:r>
        <w:rPr>
          <w:rFonts w:ascii="宋体" w:hAnsi="宋体" w:eastAsia="宋体"/>
          <w:color w:val="666666"/>
          <w:sz w:val="21"/>
        </w:rPr>
        <w:t xml:space="preserve">  哈勃太空望远镜的主镜口径为2.4公尺。</w:t>
      </w:r>
    </w:p>
    <w:p>
      <w:pPr>
        <w:spacing w:after="40" w:line="312" w:lineRule="auto"/>
      </w:pPr>
      <w:r>
        <w:rPr>
          <w:rFonts w:ascii="宋体" w:hAnsi="宋体" w:eastAsia="宋体"/>
          <w:sz w:val="24"/>
        </w:rPr>
        <w:t xml:space="preserve">28. </w:t>
      </w:r>
      <w:r>
        <w:rPr>
          <w:rFonts w:ascii="宋体" w:hAnsi="宋体" w:eastAsia="宋体"/>
          <w:b/>
          <w:color w:val="CC0000"/>
          <w:sz w:val="24"/>
        </w:rPr>
        <w:t>【C】</w:t>
      </w:r>
      <w:r>
        <w:rPr>
          <w:rFonts w:ascii="宋体" w:hAnsi="宋体" w:eastAsia="宋体"/>
          <w:color w:val="666666"/>
          <w:sz w:val="21"/>
        </w:rPr>
        <w:t xml:space="preserve">  2015 年欧空局罗塞塔号在 67P/丘留莫夫—格拉西缅科彗星彗发中探测到氧分子（O₂），这是首次在彗星上确证 O₂，故选③。</w:t>
      </w:r>
    </w:p>
    <w:p>
      <w:pPr>
        <w:spacing w:after="40" w:line="312" w:lineRule="auto"/>
      </w:pPr>
      <w:r>
        <w:rPr>
          <w:rFonts w:ascii="宋体" w:hAnsi="宋体" w:eastAsia="宋体"/>
          <w:sz w:val="24"/>
        </w:rPr>
        <w:t xml:space="preserve">29. </w:t>
      </w:r>
      <w:r>
        <w:rPr>
          <w:rFonts w:ascii="宋体" w:hAnsi="宋体" w:eastAsia="宋体"/>
          <w:b/>
          <w:color w:val="CC0000"/>
          <w:sz w:val="24"/>
        </w:rPr>
        <w:t>【A】</w:t>
      </w:r>
      <w:r>
        <w:rPr>
          <w:rFonts w:ascii="宋体" w:hAnsi="宋体" w:eastAsia="宋体"/>
          <w:color w:val="666666"/>
          <w:sz w:val="21"/>
        </w:rPr>
        <w:t xml:space="preserve">  2016 年 9 月 NASA 宣布，哈勃望远镜在木卫二（Europa）南极区域观测到疑似水汽羽流，与先前伽利略号的数据吻合；土卫二的羽流是卡西尼号更早发现的。故选①。</w:t>
      </w:r>
    </w:p>
    <w:p>
      <w:pPr>
        <w:spacing w:after="40" w:line="312" w:lineRule="auto"/>
      </w:pPr>
      <w:r>
        <w:rPr>
          <w:rFonts w:ascii="宋体" w:hAnsi="宋体" w:eastAsia="宋体"/>
          <w:sz w:val="24"/>
        </w:rPr>
        <w:t xml:space="preserve">30. </w:t>
      </w:r>
      <w:r>
        <w:rPr>
          <w:rFonts w:ascii="宋体" w:hAnsi="宋体" w:eastAsia="宋体"/>
          <w:b/>
          <w:color w:val="CC0000"/>
          <w:sz w:val="24"/>
        </w:rPr>
        <w:t>【B】</w:t>
      </w:r>
      <w:r>
        <w:rPr>
          <w:rFonts w:ascii="宋体" w:hAnsi="宋体" w:eastAsia="宋体"/>
          <w:color w:val="666666"/>
          <w:sz w:val="21"/>
        </w:rPr>
        <w:t xml:space="preserve">  谷神星（Ceres）是矮行星中视星等最亮的。</w:t>
      </w:r>
    </w:p>
    <w:p>
      <w:pPr>
        <w:spacing w:after="40" w:line="312" w:lineRule="auto"/>
      </w:pPr>
      <w:r>
        <w:rPr>
          <w:rFonts w:ascii="宋体" w:hAnsi="宋体" w:eastAsia="宋体"/>
          <w:sz w:val="24"/>
        </w:rPr>
        <w:t xml:space="preserve">31. </w:t>
      </w:r>
      <w:r>
        <w:rPr>
          <w:rFonts w:ascii="宋体" w:hAnsi="宋体" w:eastAsia="宋体"/>
          <w:b/>
          <w:color w:val="CC0000"/>
          <w:sz w:val="24"/>
        </w:rPr>
        <w:t>【C】</w:t>
      </w:r>
      <w:r>
        <w:rPr>
          <w:rFonts w:ascii="宋体" w:hAnsi="宋体" w:eastAsia="宋体"/>
          <w:color w:val="666666"/>
          <w:sz w:val="21"/>
        </w:rPr>
        <w:t xml:space="preserve">  7X50表示放大倍数为7倍，镜片口径（物镜直径）为50公厘。</w:t>
      </w:r>
    </w:p>
    <w:p>
      <w:pPr>
        <w:spacing w:after="40" w:line="312" w:lineRule="auto"/>
      </w:pPr>
      <w:r>
        <w:rPr>
          <w:rFonts w:ascii="宋体" w:hAnsi="宋体" w:eastAsia="宋体"/>
          <w:sz w:val="24"/>
        </w:rPr>
        <w:t xml:space="preserve">32. </w:t>
      </w:r>
      <w:r>
        <w:rPr>
          <w:rFonts w:ascii="宋体" w:hAnsi="宋体" w:eastAsia="宋体"/>
          <w:b/>
          <w:color w:val="CC0000"/>
          <w:sz w:val="24"/>
        </w:rPr>
        <w:t>【A】</w:t>
      </w:r>
      <w:r>
        <w:rPr>
          <w:rFonts w:ascii="宋体" w:hAnsi="宋体" w:eastAsia="宋体"/>
          <w:color w:val="666666"/>
          <w:sz w:val="21"/>
        </w:rPr>
        <w:t xml:space="preserve">  台北位于北半球，夏至时太阳从东偏北方向升起。</w:t>
      </w:r>
    </w:p>
    <w:p>
      <w:pPr>
        <w:spacing w:after="40" w:line="312" w:lineRule="auto"/>
      </w:pPr>
      <w:r>
        <w:rPr>
          <w:rFonts w:ascii="宋体" w:hAnsi="宋体" w:eastAsia="宋体"/>
          <w:sz w:val="24"/>
        </w:rPr>
        <w:t xml:space="preserve">33. </w:t>
      </w:r>
      <w:r>
        <w:rPr>
          <w:rFonts w:ascii="宋体" w:hAnsi="宋体" w:eastAsia="宋体"/>
          <w:b/>
          <w:color w:val="CC0000"/>
          <w:sz w:val="24"/>
        </w:rPr>
        <w:t>【D】</w:t>
      </w:r>
      <w:r>
        <w:rPr>
          <w:rFonts w:ascii="宋体" w:hAnsi="宋体" w:eastAsia="宋体"/>
          <w:color w:val="666666"/>
          <w:sz w:val="21"/>
        </w:rPr>
        <w:t xml:space="preserve">  流星的蓝白色光芒通常由镁元素辐射产生。</w:t>
      </w:r>
    </w:p>
    <w:p>
      <w:pPr>
        <w:spacing w:after="40" w:line="312" w:lineRule="auto"/>
      </w:pPr>
      <w:r>
        <w:rPr>
          <w:rFonts w:ascii="宋体" w:hAnsi="宋体" w:eastAsia="宋体"/>
          <w:sz w:val="24"/>
        </w:rPr>
        <w:t xml:space="preserve">34. </w:t>
      </w:r>
      <w:r>
        <w:rPr>
          <w:rFonts w:ascii="宋体" w:hAnsi="宋体" w:eastAsia="宋体"/>
          <w:b/>
          <w:color w:val="CC0000"/>
          <w:sz w:val="24"/>
        </w:rPr>
        <w:t>【A】</w:t>
      </w:r>
      <w:r>
        <w:rPr>
          <w:rFonts w:ascii="宋体" w:hAnsi="宋体" w:eastAsia="宋体"/>
          <w:color w:val="666666"/>
          <w:sz w:val="21"/>
        </w:rPr>
        <w:t xml:space="preserve">  贝努（Bennu）小行星直径约500公尺（0.5公里），故选A。</w:t>
      </w:r>
    </w:p>
    <w:p>
      <w:pPr>
        <w:spacing w:after="40" w:line="312" w:lineRule="auto"/>
      </w:pPr>
      <w:r>
        <w:rPr>
          <w:rFonts w:ascii="宋体" w:hAnsi="宋体" w:eastAsia="宋体"/>
          <w:sz w:val="24"/>
        </w:rPr>
        <w:t xml:space="preserve">35. </w:t>
      </w:r>
      <w:r>
        <w:rPr>
          <w:rFonts w:ascii="宋体" w:hAnsi="宋体" w:eastAsia="宋体"/>
          <w:b/>
          <w:color w:val="CC0000"/>
          <w:sz w:val="24"/>
        </w:rPr>
        <w:t>【A】</w:t>
      </w:r>
      <w:r>
        <w:rPr>
          <w:rFonts w:ascii="宋体" w:hAnsi="宋体" w:eastAsia="宋体"/>
          <w:color w:val="666666"/>
          <w:sz w:val="21"/>
        </w:rPr>
        <w:t xml:space="preserve">  朱诺号携带的三个乐高玩偶为天神朱彼特、天后朱诺和伽利略，不包括哥白尼。</w:t>
      </w:r>
    </w:p>
    <w:p>
      <w:pPr>
        <w:spacing w:after="40" w:line="312" w:lineRule="auto"/>
      </w:pPr>
      <w:r>
        <w:rPr>
          <w:rFonts w:ascii="宋体" w:hAnsi="宋体" w:eastAsia="宋体"/>
          <w:sz w:val="24"/>
        </w:rPr>
        <w:t xml:space="preserve">36. </w:t>
      </w:r>
      <w:r>
        <w:rPr>
          <w:rFonts w:ascii="宋体" w:hAnsi="宋体" w:eastAsia="宋体"/>
          <w:b/>
          <w:color w:val="CC0000"/>
          <w:sz w:val="24"/>
        </w:rPr>
        <w:t>【C】</w:t>
      </w:r>
      <w:r>
        <w:rPr>
          <w:rFonts w:ascii="宋体" w:hAnsi="宋体" w:eastAsia="宋体"/>
          <w:color w:val="666666"/>
          <w:sz w:val="21"/>
        </w:rPr>
        <w:t xml:space="preserve">  太阳大气由内向外依次为光球层、色球层、日冕层，最内层是光球层而非色球层，故③错误；太阳寿命约 100 亿年、核心以辐射层方式传能、末期成白矮星均正确。</w:t>
      </w:r>
    </w:p>
    <w:p>
      <w:pPr>
        <w:spacing w:after="40" w:line="312" w:lineRule="auto"/>
      </w:pPr>
      <w:r>
        <w:rPr>
          <w:rFonts w:ascii="宋体" w:hAnsi="宋体" w:eastAsia="宋体"/>
          <w:sz w:val="24"/>
        </w:rPr>
        <w:t xml:space="preserve">37. </w:t>
      </w:r>
      <w:r>
        <w:rPr>
          <w:rFonts w:ascii="宋体" w:hAnsi="宋体" w:eastAsia="宋体"/>
          <w:b/>
          <w:color w:val="CC0000"/>
          <w:sz w:val="24"/>
        </w:rPr>
        <w:t>【C】</w:t>
      </w:r>
      <w:r>
        <w:rPr>
          <w:rFonts w:ascii="宋体" w:hAnsi="宋体" w:eastAsia="宋体"/>
          <w:color w:val="666666"/>
          <w:sz w:val="21"/>
        </w:rPr>
        <w:t xml:space="preserve">  地球平均密度约 5.51 g/cm³，是太阳系密度最大的行星；水星次之（约 5.43 g/cm³）。故选③地球。</w:t>
      </w:r>
    </w:p>
    <w:p>
      <w:pPr>
        <w:spacing w:after="40" w:line="312" w:lineRule="auto"/>
      </w:pPr>
      <w:r>
        <w:rPr>
          <w:rFonts w:ascii="宋体" w:hAnsi="宋体" w:eastAsia="宋体"/>
          <w:sz w:val="24"/>
        </w:rPr>
        <w:t xml:space="preserve">38. </w:t>
      </w:r>
      <w:r>
        <w:rPr>
          <w:rFonts w:ascii="宋体" w:hAnsi="宋体" w:eastAsia="宋体"/>
          <w:b/>
          <w:color w:val="CC0000"/>
          <w:sz w:val="24"/>
        </w:rPr>
        <w:t>【B】</w:t>
      </w:r>
      <w:r>
        <w:rPr>
          <w:rFonts w:ascii="宋体" w:hAnsi="宋体" w:eastAsia="宋体"/>
          <w:color w:val="666666"/>
          <w:sz w:val="21"/>
        </w:rPr>
        <w:t xml:space="preserve">  轨道共振是指天体在轨道周期上有简单整数比关系。</w:t>
      </w:r>
    </w:p>
    <w:p>
      <w:pPr>
        <w:spacing w:after="40" w:line="312" w:lineRule="auto"/>
      </w:pPr>
      <w:r>
        <w:rPr>
          <w:rFonts w:ascii="宋体" w:hAnsi="宋体" w:eastAsia="宋体"/>
          <w:sz w:val="24"/>
        </w:rPr>
        <w:t xml:space="preserve">39. </w:t>
      </w:r>
      <w:r>
        <w:rPr>
          <w:rFonts w:ascii="宋体" w:hAnsi="宋体" w:eastAsia="宋体"/>
          <w:b/>
          <w:color w:val="CC0000"/>
          <w:sz w:val="24"/>
        </w:rPr>
        <w:t>【A】</w:t>
      </w:r>
      <w:r>
        <w:rPr>
          <w:rFonts w:ascii="宋体" w:hAnsi="宋体" w:eastAsia="宋体"/>
          <w:color w:val="666666"/>
          <w:sz w:val="21"/>
        </w:rPr>
        <w:t xml:space="preserve">  M67是疏散星团，不是行星状星云（M57环状星云、M76小哑铃星云、M97猫头鹰星云均为行星状星云）。</w:t>
      </w:r>
    </w:p>
    <w:p>
      <w:pPr>
        <w:spacing w:after="40" w:line="312" w:lineRule="auto"/>
      </w:pPr>
      <w:r>
        <w:rPr>
          <w:rFonts w:ascii="宋体" w:hAnsi="宋体" w:eastAsia="宋体"/>
          <w:sz w:val="24"/>
        </w:rPr>
        <w:t xml:space="preserve">40. </w:t>
      </w:r>
      <w:r>
        <w:rPr>
          <w:rFonts w:ascii="宋体" w:hAnsi="宋体" w:eastAsia="宋体"/>
          <w:b/>
          <w:color w:val="CC0000"/>
          <w:sz w:val="24"/>
        </w:rPr>
        <w:t>【D】</w:t>
      </w:r>
      <w:r>
        <w:rPr>
          <w:rFonts w:ascii="宋体" w:hAnsi="宋体" w:eastAsia="宋体"/>
          <w:color w:val="666666"/>
          <w:sz w:val="21"/>
        </w:rPr>
        <w:t xml:space="preserve">  月食发生在满月时（农历十五），重阳节在农历九月初九，不可能是满月，故最不可能发生月食。</w:t>
      </w:r>
    </w:p>
    <w:p>
      <w:pPr>
        <w:spacing w:after="40" w:line="312" w:lineRule="auto"/>
      </w:pPr>
      <w:r>
        <w:rPr>
          <w:rFonts w:ascii="宋体" w:hAnsi="宋体" w:eastAsia="宋体"/>
          <w:sz w:val="24"/>
        </w:rPr>
        <w:t xml:space="preserve">41. </w:t>
      </w:r>
      <w:r>
        <w:rPr>
          <w:rFonts w:ascii="宋体" w:hAnsi="宋体" w:eastAsia="宋体"/>
          <w:b/>
          <w:color w:val="CC0000"/>
          <w:sz w:val="24"/>
        </w:rPr>
        <w:t>【A】</w:t>
      </w:r>
      <w:r>
        <w:rPr>
          <w:rFonts w:ascii="宋体" w:hAnsi="宋体" w:eastAsia="宋体"/>
          <w:color w:val="666666"/>
          <w:sz w:val="21"/>
        </w:rPr>
        <w:t xml:space="preserve">  主序带上的恒星质量越大，核燃料消耗越快，寿命越短，A正确。</w:t>
      </w:r>
    </w:p>
    <w:p>
      <w:pPr>
        <w:spacing w:after="40" w:line="312" w:lineRule="auto"/>
      </w:pPr>
      <w:r>
        <w:rPr>
          <w:rFonts w:ascii="宋体" w:hAnsi="宋体" w:eastAsia="宋体"/>
          <w:sz w:val="24"/>
        </w:rPr>
        <w:t xml:space="preserve">42. </w:t>
      </w:r>
      <w:r>
        <w:rPr>
          <w:rFonts w:ascii="宋体" w:hAnsi="宋体" w:eastAsia="宋体"/>
          <w:b/>
          <w:color w:val="CC0000"/>
          <w:sz w:val="24"/>
        </w:rPr>
        <w:t>【C】</w:t>
      </w:r>
      <w:r>
        <w:rPr>
          <w:rFonts w:ascii="宋体" w:hAnsi="宋体" w:eastAsia="宋体"/>
          <w:color w:val="666666"/>
          <w:sz w:val="21"/>
        </w:rPr>
        <w:t xml:space="preserve">  木星是太阳系中体积最大的行星。</w:t>
      </w:r>
    </w:p>
    <w:p>
      <w:pPr>
        <w:spacing w:after="40" w:line="312" w:lineRule="auto"/>
      </w:pPr>
      <w:r>
        <w:rPr>
          <w:rFonts w:ascii="宋体" w:hAnsi="宋体" w:eastAsia="宋体"/>
          <w:sz w:val="24"/>
        </w:rPr>
        <w:t xml:space="preserve">43. </w:t>
      </w:r>
      <w:r>
        <w:rPr>
          <w:rFonts w:ascii="宋体" w:hAnsi="宋体" w:eastAsia="宋体"/>
          <w:b/>
          <w:color w:val="CC0000"/>
          <w:sz w:val="24"/>
        </w:rPr>
        <w:t>【C】</w:t>
      </w:r>
      <w:r>
        <w:rPr>
          <w:rFonts w:ascii="宋体" w:hAnsi="宋体" w:eastAsia="宋体"/>
          <w:color w:val="666666"/>
          <w:sz w:val="21"/>
        </w:rPr>
        <w:t xml:space="preserve">  谷神星位于小行星带，是离太阳最近的矮行星。</w:t>
      </w:r>
    </w:p>
    <w:p>
      <w:pPr>
        <w:spacing w:after="40" w:line="312" w:lineRule="auto"/>
      </w:pPr>
      <w:r>
        <w:rPr>
          <w:rFonts w:ascii="宋体" w:hAnsi="宋体" w:eastAsia="宋体"/>
          <w:sz w:val="24"/>
        </w:rPr>
        <w:t xml:space="preserve">44. </w:t>
      </w:r>
      <w:r>
        <w:rPr>
          <w:rFonts w:ascii="宋体" w:hAnsi="宋体" w:eastAsia="宋体"/>
          <w:b/>
          <w:color w:val="CC0000"/>
          <w:sz w:val="24"/>
        </w:rPr>
        <w:t>【B】</w:t>
      </w:r>
      <w:r>
        <w:rPr>
          <w:rFonts w:ascii="宋体" w:hAnsi="宋体" w:eastAsia="宋体"/>
          <w:color w:val="666666"/>
          <w:sz w:val="21"/>
        </w:rPr>
        <w:t xml:space="preserve">  土星环平面约每14~15年侧对地球一次，此时地球上的人看不到土星环。</w:t>
      </w:r>
    </w:p>
    <w:p>
      <w:pPr>
        <w:spacing w:after="40" w:line="312" w:lineRule="auto"/>
      </w:pPr>
      <w:r>
        <w:rPr>
          <w:rFonts w:ascii="宋体" w:hAnsi="宋体" w:eastAsia="宋体"/>
          <w:sz w:val="24"/>
        </w:rPr>
        <w:t xml:space="preserve">45. </w:t>
      </w:r>
      <w:r>
        <w:rPr>
          <w:rFonts w:ascii="宋体" w:hAnsi="宋体" w:eastAsia="宋体"/>
          <w:b/>
          <w:color w:val="CC0000"/>
          <w:sz w:val="24"/>
        </w:rPr>
        <w:t>【C】</w:t>
      </w:r>
      <w:r>
        <w:rPr>
          <w:rFonts w:ascii="宋体" w:hAnsi="宋体" w:eastAsia="宋体"/>
          <w:color w:val="666666"/>
          <w:sz w:val="21"/>
        </w:rPr>
        <w:t xml:space="preserve">  木卫一（Io）的火山活动能量来源于木星的潮汐力。</w:t>
      </w:r>
    </w:p>
    <w:p>
      <w:pPr>
        <w:spacing w:after="40" w:line="312" w:lineRule="auto"/>
      </w:pPr>
      <w:r>
        <w:rPr>
          <w:rFonts w:ascii="宋体" w:hAnsi="宋体" w:eastAsia="宋体"/>
          <w:sz w:val="24"/>
        </w:rPr>
        <w:t xml:space="preserve">46. </w:t>
      </w:r>
      <w:r>
        <w:rPr>
          <w:rFonts w:ascii="宋体" w:hAnsi="宋体" w:eastAsia="宋体"/>
          <w:b/>
          <w:color w:val="CC0000"/>
          <w:sz w:val="24"/>
        </w:rPr>
        <w:t>【D】</w:t>
      </w:r>
      <w:r>
        <w:rPr>
          <w:rFonts w:ascii="宋体" w:hAnsi="宋体" w:eastAsia="宋体"/>
          <w:color w:val="666666"/>
          <w:sz w:val="21"/>
        </w:rPr>
        <w:t xml:space="preserve">  恒星的视星等取决于距离和亮度，与表面温度、光谱型态、颜色无直接关系。</w:t>
      </w:r>
    </w:p>
    <w:p>
      <w:pPr>
        <w:spacing w:after="40" w:line="312" w:lineRule="auto"/>
      </w:pPr>
      <w:r>
        <w:rPr>
          <w:rFonts w:ascii="宋体" w:hAnsi="宋体" w:eastAsia="宋体"/>
          <w:sz w:val="24"/>
        </w:rPr>
        <w:t xml:space="preserve">47. </w:t>
      </w:r>
      <w:r>
        <w:rPr>
          <w:rFonts w:ascii="宋体" w:hAnsi="宋体" w:eastAsia="宋体"/>
          <w:b/>
          <w:color w:val="CC0000"/>
          <w:sz w:val="24"/>
        </w:rPr>
        <w:t>【D】</w:t>
      </w:r>
      <w:r>
        <w:rPr>
          <w:rFonts w:ascii="宋体" w:hAnsi="宋体" w:eastAsia="宋体"/>
          <w:color w:val="666666"/>
          <w:sz w:val="21"/>
        </w:rPr>
        <w:t xml:space="preserve">  克莱德·汤博于1930年发现冥王星。</w:t>
      </w:r>
    </w:p>
    <w:p>
      <w:pPr>
        <w:spacing w:after="40" w:line="312" w:lineRule="auto"/>
      </w:pPr>
      <w:r>
        <w:rPr>
          <w:rFonts w:ascii="宋体" w:hAnsi="宋体" w:eastAsia="宋体"/>
          <w:sz w:val="24"/>
        </w:rPr>
        <w:t xml:space="preserve">48. </w:t>
      </w:r>
      <w:r>
        <w:rPr>
          <w:rFonts w:ascii="宋体" w:hAnsi="宋体" w:eastAsia="宋体"/>
          <w:b/>
          <w:color w:val="CC0000"/>
          <w:sz w:val="24"/>
        </w:rPr>
        <w:t>【D】</w:t>
      </w:r>
      <w:r>
        <w:rPr>
          <w:rFonts w:ascii="宋体" w:hAnsi="宋体" w:eastAsia="宋体"/>
          <w:color w:val="666666"/>
          <w:sz w:val="21"/>
        </w:rPr>
        <w:t xml:space="preserve">  隼鸟号（Hayabusa）是日本JAXA的探测器，首次从小行星（糸川小行星）上带回样本。</w:t>
      </w:r>
    </w:p>
    <w:p>
      <w:pPr>
        <w:spacing w:after="40" w:line="312" w:lineRule="auto"/>
      </w:pPr>
      <w:r>
        <w:rPr>
          <w:rFonts w:ascii="宋体" w:hAnsi="宋体" w:eastAsia="宋体"/>
          <w:sz w:val="24"/>
        </w:rPr>
        <w:t xml:space="preserve">49. </w:t>
      </w:r>
      <w:r>
        <w:rPr>
          <w:rFonts w:ascii="宋体" w:hAnsi="宋体" w:eastAsia="宋体"/>
          <w:b/>
          <w:color w:val="CC0000"/>
          <w:sz w:val="24"/>
        </w:rPr>
        <w:t>【D】</w:t>
      </w:r>
      <w:r>
        <w:rPr>
          <w:rFonts w:ascii="宋体" w:hAnsi="宋体" w:eastAsia="宋体"/>
          <w:color w:val="666666"/>
          <w:sz w:val="21"/>
        </w:rPr>
        <w:t xml:space="preserve">  土卫六（泰坦）没有全球性磁场，故D叙述不正确。</w:t>
      </w:r>
    </w:p>
    <w:p>
      <w:pPr>
        <w:spacing w:after="40" w:line="312" w:lineRule="auto"/>
      </w:pPr>
      <w:r>
        <w:rPr>
          <w:rFonts w:ascii="宋体" w:hAnsi="宋体" w:eastAsia="宋体"/>
          <w:sz w:val="24"/>
        </w:rPr>
        <w:t xml:space="preserve">50. </w:t>
      </w:r>
      <w:r>
        <w:rPr>
          <w:rFonts w:ascii="宋体" w:hAnsi="宋体" w:eastAsia="宋体"/>
          <w:b/>
          <w:color w:val="CC0000"/>
          <w:sz w:val="24"/>
        </w:rPr>
        <w:t>【D】</w:t>
      </w:r>
      <w:r>
        <w:rPr>
          <w:rFonts w:ascii="宋体" w:hAnsi="宋体" w:eastAsia="宋体"/>
          <w:color w:val="666666"/>
          <w:sz w:val="21"/>
        </w:rPr>
        <w:t xml:space="preserve">  土卫六（泰坦）的大气以氮气为主，是太阳系卫星中大气最浓厚的。</w:t>
      </w:r>
    </w:p>
    <w:p>
      <w:pPr>
        <w:spacing w:after="40" w:line="312" w:lineRule="auto"/>
      </w:pPr>
      <w:r>
        <w:rPr>
          <w:rFonts w:ascii="宋体" w:hAnsi="宋体" w:eastAsia="宋体"/>
          <w:sz w:val="24"/>
        </w:rPr>
        <w:t xml:space="preserve">51. </w:t>
      </w:r>
      <w:r>
        <w:rPr>
          <w:rFonts w:ascii="宋体" w:hAnsi="宋体" w:eastAsia="宋体"/>
          <w:b/>
          <w:color w:val="CC0000"/>
          <w:sz w:val="24"/>
        </w:rPr>
        <w:t>【B】</w:t>
      </w:r>
      <w:r>
        <w:rPr>
          <w:rFonts w:ascii="宋体" w:hAnsi="宋体" w:eastAsia="宋体"/>
          <w:color w:val="666666"/>
          <w:sz w:val="21"/>
        </w:rPr>
        <w:t xml:space="preserve">  爱德蒙·哈雷（Edmond Halley）最早测量出天狼星和南河三等恒星的自行运动。</w:t>
      </w:r>
    </w:p>
    <w:p>
      <w:pPr>
        <w:spacing w:after="40" w:line="312" w:lineRule="auto"/>
      </w:pPr>
      <w:r>
        <w:rPr>
          <w:rFonts w:ascii="宋体" w:hAnsi="宋体" w:eastAsia="宋体"/>
          <w:sz w:val="24"/>
        </w:rPr>
        <w:t xml:space="preserve">52. </w:t>
      </w:r>
      <w:r>
        <w:rPr>
          <w:rFonts w:ascii="宋体" w:hAnsi="宋体" w:eastAsia="宋体"/>
          <w:b/>
          <w:color w:val="CC0000"/>
          <w:sz w:val="24"/>
        </w:rPr>
        <w:t>【C】</w:t>
      </w:r>
      <w:r>
        <w:rPr>
          <w:rFonts w:ascii="宋体" w:hAnsi="宋体" w:eastAsia="宋体"/>
          <w:color w:val="666666"/>
          <w:sz w:val="21"/>
        </w:rPr>
        <w:t xml:space="preserve">  满月时月亮在日落时升起，故晚上6点左右可见月升。</w:t>
      </w:r>
    </w:p>
    <w:p>
      <w:pPr>
        <w:spacing w:after="40" w:line="312" w:lineRule="auto"/>
      </w:pPr>
      <w:r>
        <w:rPr>
          <w:rFonts w:ascii="宋体" w:hAnsi="宋体" w:eastAsia="宋体"/>
          <w:sz w:val="24"/>
        </w:rPr>
        <w:t xml:space="preserve">53. </w:t>
      </w:r>
      <w:r>
        <w:rPr>
          <w:rFonts w:ascii="宋体" w:hAnsi="宋体" w:eastAsia="宋体"/>
          <w:b/>
          <w:color w:val="CC0000"/>
          <w:sz w:val="24"/>
        </w:rPr>
        <w:t>【D】</w:t>
      </w:r>
      <w:r>
        <w:rPr>
          <w:rFonts w:ascii="宋体" w:hAnsi="宋体" w:eastAsia="宋体"/>
          <w:color w:val="666666"/>
          <w:sz w:val="21"/>
        </w:rPr>
        <w:t xml:space="preserve">  中子星是已知直径最小的致密天体（约10~20公里）。</w:t>
      </w:r>
    </w:p>
    <w:p>
      <w:pPr>
        <w:spacing w:after="40" w:line="312" w:lineRule="auto"/>
      </w:pPr>
      <w:r>
        <w:rPr>
          <w:rFonts w:ascii="宋体" w:hAnsi="宋体" w:eastAsia="宋体"/>
          <w:sz w:val="24"/>
        </w:rPr>
        <w:t xml:space="preserve">54. </w:t>
      </w:r>
      <w:r>
        <w:rPr>
          <w:rFonts w:ascii="宋体" w:hAnsi="宋体" w:eastAsia="宋体"/>
          <w:b/>
          <w:color w:val="CC0000"/>
          <w:sz w:val="24"/>
        </w:rPr>
        <w:t>【B】</w:t>
      </w:r>
      <w:r>
        <w:rPr>
          <w:rFonts w:ascii="宋体" w:hAnsi="宋体" w:eastAsia="宋体"/>
          <w:color w:val="666666"/>
          <w:sz w:val="21"/>
        </w:rPr>
        <w:t xml:space="preserve">  没有月环食，因为地球本影足够大，月球经过时只会发生月全食或月偏食。</w:t>
      </w:r>
    </w:p>
    <w:p>
      <w:pPr>
        <w:spacing w:after="40" w:line="312" w:lineRule="auto"/>
      </w:pPr>
      <w:r>
        <w:rPr>
          <w:rFonts w:ascii="宋体" w:hAnsi="宋体" w:eastAsia="宋体"/>
          <w:sz w:val="24"/>
        </w:rPr>
        <w:t xml:space="preserve">55. </w:t>
      </w:r>
      <w:r>
        <w:rPr>
          <w:rFonts w:ascii="宋体" w:hAnsi="宋体" w:eastAsia="宋体"/>
          <w:b/>
          <w:color w:val="CC0000"/>
          <w:sz w:val="24"/>
        </w:rPr>
        <w:t>【C】</w:t>
      </w:r>
      <w:r>
        <w:rPr>
          <w:rFonts w:ascii="宋体" w:hAnsi="宋体" w:eastAsia="宋体"/>
          <w:color w:val="666666"/>
          <w:sz w:val="21"/>
        </w:rPr>
        <w:t xml:space="preserve">  0.5 AU≈7.5×10⁷ km，无线电波以 3×10⁵ km/s 传播，t=7.5×10⁷/3×10⁵=250 s≈4.2 分钟，故选③。</w:t>
      </w:r>
    </w:p>
    <w:p>
      <w:pPr>
        <w:spacing w:after="40" w:line="312" w:lineRule="auto"/>
      </w:pPr>
      <w:r>
        <w:rPr>
          <w:rFonts w:ascii="宋体" w:hAnsi="宋体" w:eastAsia="宋体"/>
          <w:sz w:val="24"/>
        </w:rPr>
        <w:t xml:space="preserve">56. </w:t>
      </w:r>
      <w:r>
        <w:rPr>
          <w:rFonts w:ascii="宋体" w:hAnsi="宋体" w:eastAsia="宋体"/>
          <w:b/>
          <w:color w:val="CC0000"/>
          <w:sz w:val="24"/>
        </w:rPr>
        <w:t>【D】</w:t>
      </w:r>
      <w:r>
        <w:rPr>
          <w:rFonts w:ascii="宋体" w:hAnsi="宋体" w:eastAsia="宋体"/>
          <w:color w:val="666666"/>
          <w:sz w:val="21"/>
        </w:rPr>
        <w:t xml:space="preserve">  1960年代天文学四大发现为类星体、脉冲星、宇宙微波背景辐射和星际有机分子，不包括黑洞。</w:t>
      </w:r>
    </w:p>
    <w:p>
      <w:pPr>
        <w:spacing w:after="40" w:line="312" w:lineRule="auto"/>
      </w:pPr>
      <w:r>
        <w:rPr>
          <w:rFonts w:ascii="宋体" w:hAnsi="宋体" w:eastAsia="宋体"/>
          <w:sz w:val="24"/>
        </w:rPr>
        <w:t xml:space="preserve">57. </w:t>
      </w:r>
      <w:r>
        <w:rPr>
          <w:rFonts w:ascii="宋体" w:hAnsi="宋体" w:eastAsia="宋体"/>
          <w:b/>
          <w:color w:val="CC0000"/>
          <w:sz w:val="24"/>
        </w:rPr>
        <w:t>【B】</w:t>
      </w:r>
      <w:r>
        <w:rPr>
          <w:rFonts w:ascii="宋体" w:hAnsi="宋体" w:eastAsia="宋体"/>
          <w:color w:val="666666"/>
          <w:sz w:val="21"/>
        </w:rPr>
        <w:t xml:space="preserve">  金星、木星、水星、火星、土星等行星大致沿黄道面运行，连线可看出黄道的大略位置。</w:t>
      </w:r>
    </w:p>
    <w:p>
      <w:pPr>
        <w:spacing w:after="40" w:line="312" w:lineRule="auto"/>
      </w:pPr>
      <w:r>
        <w:rPr>
          <w:rFonts w:ascii="宋体" w:hAnsi="宋体" w:eastAsia="宋体"/>
          <w:sz w:val="24"/>
        </w:rPr>
        <w:t xml:space="preserve">58. </w:t>
      </w:r>
      <w:r>
        <w:rPr>
          <w:rFonts w:ascii="宋体" w:hAnsi="宋体" w:eastAsia="宋体"/>
          <w:b/>
          <w:color w:val="CC0000"/>
          <w:sz w:val="24"/>
        </w:rPr>
        <w:t>【A】</w:t>
      </w:r>
      <w:r>
        <w:rPr>
          <w:rFonts w:ascii="宋体" w:hAnsi="宋体" w:eastAsia="宋体"/>
          <w:color w:val="666666"/>
          <w:sz w:val="21"/>
        </w:rPr>
        <w:t xml:space="preserve">  白矮星质量上限约1.4倍太阳质量（钱德拉塞卡极限），由钱德拉塞卡发现。</w:t>
      </w:r>
    </w:p>
    <w:p>
      <w:pPr>
        <w:spacing w:after="40" w:line="312" w:lineRule="auto"/>
      </w:pPr>
      <w:r>
        <w:rPr>
          <w:rFonts w:ascii="宋体" w:hAnsi="宋体" w:eastAsia="宋体"/>
          <w:sz w:val="24"/>
        </w:rPr>
        <w:t xml:space="preserve">59. </w:t>
      </w:r>
      <w:r>
        <w:rPr>
          <w:rFonts w:ascii="宋体" w:hAnsi="宋体" w:eastAsia="宋体"/>
          <w:b/>
          <w:color w:val="CC0000"/>
          <w:sz w:val="24"/>
        </w:rPr>
        <w:t>【B】</w:t>
      </w:r>
      <w:r>
        <w:rPr>
          <w:rFonts w:ascii="宋体" w:hAnsi="宋体" w:eastAsia="宋体"/>
          <w:color w:val="666666"/>
          <w:sz w:val="21"/>
        </w:rPr>
        <w:t xml:space="preserve">  阿登小行星群（Aten）的轨道与地球轨道相交，是离地球最近的小行星群。</w:t>
      </w:r>
    </w:p>
    <w:p>
      <w:pPr>
        <w:spacing w:after="40" w:line="312" w:lineRule="auto"/>
      </w:pPr>
      <w:r>
        <w:rPr>
          <w:rFonts w:ascii="宋体" w:hAnsi="宋体" w:eastAsia="宋体"/>
          <w:sz w:val="24"/>
        </w:rPr>
        <w:t xml:space="preserve">60. </w:t>
      </w:r>
      <w:r>
        <w:rPr>
          <w:rFonts w:ascii="宋体" w:hAnsi="宋体" w:eastAsia="宋体"/>
          <w:b/>
          <w:color w:val="CC0000"/>
          <w:sz w:val="24"/>
        </w:rPr>
        <w:t>【B】</w:t>
      </w:r>
      <w:r>
        <w:rPr>
          <w:rFonts w:ascii="宋体" w:hAnsi="宋体" w:eastAsia="宋体"/>
          <w:color w:val="666666"/>
          <w:sz w:val="21"/>
        </w:rPr>
        <w:t xml:space="preserve">  光谱型温度由高到低为 O→B→A→F→G→K→M，因此 K2 的温度最低（约 4900 K），G6 约 5600 K、A3 约 8600 K、O5 超过 40000 K，故选②。</w:t>
      </w:r>
    </w:p>
    <w:p>
      <w:pPr>
        <w:spacing w:after="40" w:line="312" w:lineRule="auto"/>
      </w:pPr>
      <w:r>
        <w:rPr>
          <w:rFonts w:ascii="宋体" w:hAnsi="宋体" w:eastAsia="宋体"/>
          <w:sz w:val="24"/>
        </w:rPr>
        <w:t xml:space="preserve">61. </w:t>
      </w:r>
      <w:r>
        <w:rPr>
          <w:rFonts w:ascii="宋体" w:hAnsi="宋体" w:eastAsia="宋体"/>
          <w:b/>
          <w:color w:val="CC0000"/>
          <w:sz w:val="24"/>
        </w:rPr>
        <w:t>【B】</w:t>
      </w:r>
      <w:r>
        <w:rPr>
          <w:rFonts w:ascii="宋体" w:hAnsi="宋体" w:eastAsia="宋体"/>
          <w:color w:val="666666"/>
          <w:sz w:val="21"/>
        </w:rPr>
        <w:t xml:space="preserve">  哈勃太空望远镜主要观测可见光/紫外，其他三个（STEREO、SOHO、SDO）主要观测太阳。</w:t>
      </w:r>
    </w:p>
    <w:p>
      <w:pPr>
        <w:spacing w:after="40" w:line="312" w:lineRule="auto"/>
      </w:pPr>
      <w:r>
        <w:rPr>
          <w:rFonts w:ascii="宋体" w:hAnsi="宋体" w:eastAsia="宋体"/>
          <w:sz w:val="24"/>
        </w:rPr>
        <w:t xml:space="preserve">62. </w:t>
      </w:r>
      <w:r>
        <w:rPr>
          <w:rFonts w:ascii="宋体" w:hAnsi="宋体" w:eastAsia="宋体"/>
          <w:b/>
          <w:color w:val="CC0000"/>
          <w:sz w:val="24"/>
        </w:rPr>
        <w:t>【B】</w:t>
      </w:r>
      <w:r>
        <w:rPr>
          <w:rFonts w:ascii="宋体" w:hAnsi="宋体" w:eastAsia="宋体"/>
          <w:color w:val="666666"/>
          <w:sz w:val="21"/>
        </w:rPr>
        <w:t xml:space="preserve">  心宿二（Antares）是红巨星，处于恒星演化的红巨星阶段。</w:t>
      </w:r>
    </w:p>
    <w:p>
      <w:pPr>
        <w:spacing w:after="40" w:line="312" w:lineRule="auto"/>
      </w:pPr>
      <w:r>
        <w:rPr>
          <w:rFonts w:ascii="宋体" w:hAnsi="宋体" w:eastAsia="宋体"/>
          <w:sz w:val="24"/>
        </w:rPr>
        <w:t xml:space="preserve">63. </w:t>
      </w:r>
      <w:r>
        <w:rPr>
          <w:rFonts w:ascii="宋体" w:hAnsi="宋体" w:eastAsia="宋体"/>
          <w:b/>
          <w:color w:val="CC0000"/>
          <w:sz w:val="24"/>
        </w:rPr>
        <w:t>【A】</w:t>
      </w:r>
      <w:r>
        <w:rPr>
          <w:rFonts w:ascii="宋体" w:hAnsi="宋体" w:eastAsia="宋体"/>
          <w:color w:val="666666"/>
          <w:sz w:val="21"/>
        </w:rPr>
        <w:t xml:space="preserve">  质量是影响恒星演化最重要的因子，决定了恒星的寿命和演化路径。</w:t>
      </w:r>
    </w:p>
    <w:p>
      <w:pPr>
        <w:spacing w:after="40" w:line="312" w:lineRule="auto"/>
      </w:pPr>
      <w:r>
        <w:rPr>
          <w:rFonts w:ascii="宋体" w:hAnsi="宋体" w:eastAsia="宋体"/>
          <w:sz w:val="24"/>
        </w:rPr>
        <w:t xml:space="preserve">64. </w:t>
      </w:r>
      <w:r>
        <w:rPr>
          <w:rFonts w:ascii="宋体" w:hAnsi="宋体" w:eastAsia="宋体"/>
          <w:b/>
          <w:color w:val="CC0000"/>
          <w:sz w:val="24"/>
        </w:rPr>
        <w:t>【C】</w:t>
      </w:r>
      <w:r>
        <w:rPr>
          <w:rFonts w:ascii="宋体" w:hAnsi="宋体" w:eastAsia="宋体"/>
          <w:color w:val="666666"/>
          <w:sz w:val="21"/>
        </w:rPr>
        <w:t xml:space="preserve">  造父变星的光变周期与绝对光度有确定的“周光关系”，测出周期即知光度，再与视亮度比较便可求出距离，故选③距离。</w:t>
      </w:r>
    </w:p>
    <w:p>
      <w:pPr>
        <w:spacing w:after="40" w:line="312" w:lineRule="auto"/>
      </w:pPr>
      <w:r>
        <w:rPr>
          <w:rFonts w:ascii="宋体" w:hAnsi="宋体" w:eastAsia="宋体"/>
          <w:sz w:val="24"/>
        </w:rPr>
        <w:t xml:space="preserve">65. </w:t>
      </w:r>
      <w:r>
        <w:rPr>
          <w:rFonts w:ascii="宋体" w:hAnsi="宋体" w:eastAsia="宋体"/>
          <w:b/>
          <w:color w:val="CC0000"/>
          <w:sz w:val="24"/>
        </w:rPr>
        <w:t>【C】</w:t>
      </w:r>
      <w:r>
        <w:rPr>
          <w:rFonts w:ascii="宋体" w:hAnsi="宋体" w:eastAsia="宋体"/>
          <w:color w:val="666666"/>
          <w:sz w:val="21"/>
        </w:rPr>
        <w:t xml:space="preserve">  质量越大的主序星核心温度越高，核反应速率越快。</w:t>
      </w:r>
    </w:p>
    <w:p>
      <w:pPr>
        <w:spacing w:after="40" w:line="312" w:lineRule="auto"/>
      </w:pPr>
      <w:r>
        <w:rPr>
          <w:rFonts w:ascii="宋体" w:hAnsi="宋体" w:eastAsia="宋体"/>
          <w:sz w:val="24"/>
        </w:rPr>
        <w:t xml:space="preserve">66. </w:t>
      </w:r>
      <w:r>
        <w:rPr>
          <w:rFonts w:ascii="宋体" w:hAnsi="宋体" w:eastAsia="宋体"/>
          <w:b/>
          <w:color w:val="CC0000"/>
          <w:sz w:val="24"/>
        </w:rPr>
        <w:t>【A】</w:t>
      </w:r>
      <w:r>
        <w:rPr>
          <w:rFonts w:ascii="宋体" w:hAnsi="宋体" w:eastAsia="宋体"/>
          <w:color w:val="666666"/>
          <w:sz w:val="21"/>
        </w:rPr>
        <w:t xml:space="preserve">  69P/Taylor是周期彗星（编号P表示周期彗星），其他C/开头为非周期彗星。</w:t>
      </w:r>
    </w:p>
    <w:p>
      <w:pPr>
        <w:spacing w:after="40" w:line="312" w:lineRule="auto"/>
      </w:pPr>
      <w:r>
        <w:rPr>
          <w:rFonts w:ascii="宋体" w:hAnsi="宋体" w:eastAsia="宋体"/>
          <w:sz w:val="24"/>
        </w:rPr>
        <w:t xml:space="preserve">67. </w:t>
      </w:r>
      <w:r>
        <w:rPr>
          <w:rFonts w:ascii="宋体" w:hAnsi="宋体" w:eastAsia="宋体"/>
          <w:b/>
          <w:color w:val="CC0000"/>
          <w:sz w:val="24"/>
        </w:rPr>
        <w:t>【A】</w:t>
      </w:r>
      <w:r>
        <w:rPr>
          <w:rFonts w:ascii="宋体" w:hAnsi="宋体" w:eastAsia="宋体"/>
          <w:color w:val="666666"/>
          <w:sz w:val="21"/>
        </w:rPr>
        <w:t xml:space="preserve">  2016 年 9 月在贵州落成的 FAST（五百米口径球面射电望远镜）口径 500 公尺，超过此前保持纪录的美国阿雷西博（305 公尺），成为世界最大单口径球面射电望远镜，故选①。</w:t>
      </w:r>
    </w:p>
    <w:p>
      <w:pPr>
        <w:spacing w:after="40" w:line="312" w:lineRule="auto"/>
      </w:pPr>
      <w:r>
        <w:rPr>
          <w:rFonts w:ascii="宋体" w:hAnsi="宋体" w:eastAsia="宋体"/>
          <w:sz w:val="24"/>
        </w:rPr>
        <w:t xml:space="preserve">68. </w:t>
      </w:r>
      <w:r>
        <w:rPr>
          <w:rFonts w:ascii="宋体" w:hAnsi="宋体" w:eastAsia="宋体"/>
          <w:b/>
          <w:color w:val="CC0000"/>
          <w:sz w:val="24"/>
        </w:rPr>
        <w:t>【D】</w:t>
      </w:r>
      <w:r>
        <w:rPr>
          <w:rFonts w:ascii="宋体" w:hAnsi="宋体" w:eastAsia="宋体"/>
          <w:color w:val="666666"/>
          <w:sz w:val="21"/>
        </w:rPr>
        <w:t xml:space="preserve">  天文学家通过观测恒星运动速度（旋转曲线）来估计星系质量。</w:t>
      </w:r>
    </w:p>
    <w:p>
      <w:pPr>
        <w:spacing w:after="40" w:line="312" w:lineRule="auto"/>
      </w:pPr>
      <w:r>
        <w:rPr>
          <w:rFonts w:ascii="宋体" w:hAnsi="宋体" w:eastAsia="宋体"/>
          <w:sz w:val="24"/>
        </w:rPr>
        <w:t xml:space="preserve">69. </w:t>
      </w:r>
      <w:r>
        <w:rPr>
          <w:rFonts w:ascii="宋体" w:hAnsi="宋体" w:eastAsia="宋体"/>
          <w:b/>
          <w:color w:val="CC0000"/>
          <w:sz w:val="24"/>
        </w:rPr>
        <w:t>【C】</w:t>
      </w:r>
      <w:r>
        <w:rPr>
          <w:rFonts w:ascii="宋体" w:hAnsi="宋体" w:eastAsia="宋体"/>
          <w:color w:val="666666"/>
          <w:sz w:val="21"/>
        </w:rPr>
        <w:t xml:space="preserve">  与太阳质量相同的恒星，演化末期不会经历超新星爆炸，而是直接变成白矮星。</w:t>
      </w:r>
    </w:p>
    <w:p>
      <w:pPr>
        <w:spacing w:after="40" w:line="312" w:lineRule="auto"/>
      </w:pPr>
      <w:r>
        <w:rPr>
          <w:rFonts w:ascii="宋体" w:hAnsi="宋体" w:eastAsia="宋体"/>
          <w:sz w:val="24"/>
        </w:rPr>
        <w:t xml:space="preserve">70. </w:t>
      </w:r>
      <w:r>
        <w:rPr>
          <w:rFonts w:ascii="宋体" w:hAnsi="宋体" w:eastAsia="宋体"/>
          <w:b/>
          <w:color w:val="CC0000"/>
          <w:sz w:val="24"/>
        </w:rPr>
        <w:t>【C】</w:t>
      </w:r>
      <w:r>
        <w:rPr>
          <w:rFonts w:ascii="宋体" w:hAnsi="宋体" w:eastAsia="宋体"/>
          <w:color w:val="666666"/>
          <w:sz w:val="21"/>
        </w:rPr>
        <w:t xml:space="preserve">  A型恒星（如织女星）的氢巴尔默线最明显。</w:t>
      </w:r>
    </w:p>
    <w:p>
      <w:pPr>
        <w:spacing w:after="40" w:line="312" w:lineRule="auto"/>
      </w:pPr>
      <w:r>
        <w:rPr>
          <w:rFonts w:ascii="宋体" w:hAnsi="宋体" w:eastAsia="宋体"/>
          <w:sz w:val="24"/>
        </w:rPr>
        <w:t xml:space="preserve">71. </w:t>
      </w:r>
      <w:r>
        <w:rPr>
          <w:rFonts w:ascii="宋体" w:hAnsi="宋体" w:eastAsia="宋体"/>
          <w:b/>
          <w:color w:val="CC0000"/>
          <w:sz w:val="24"/>
        </w:rPr>
        <w:t>【B】</w:t>
      </w:r>
      <w:r>
        <w:rPr>
          <w:rFonts w:ascii="宋体" w:hAnsi="宋体" w:eastAsia="宋体"/>
          <w:color w:val="666666"/>
          <w:sz w:val="21"/>
        </w:rPr>
        <w:t xml:space="preserve">  普朗克卫星测得的哈勃常数约为67.15 km/s/Mpc。</w:t>
      </w:r>
    </w:p>
    <w:p>
      <w:pPr>
        <w:spacing w:after="40" w:line="312" w:lineRule="auto"/>
      </w:pPr>
      <w:r>
        <w:rPr>
          <w:rFonts w:ascii="宋体" w:hAnsi="宋体" w:eastAsia="宋体"/>
          <w:sz w:val="24"/>
        </w:rPr>
        <w:t xml:space="preserve">72. </w:t>
      </w:r>
      <w:r>
        <w:rPr>
          <w:rFonts w:ascii="宋体" w:hAnsi="宋体" w:eastAsia="宋体"/>
          <w:b/>
          <w:color w:val="CC0000"/>
          <w:sz w:val="24"/>
        </w:rPr>
        <w:t>【B】</w:t>
      </w:r>
      <w:r>
        <w:rPr>
          <w:rFonts w:ascii="宋体" w:hAnsi="宋体" w:eastAsia="宋体"/>
          <w:color w:val="666666"/>
          <w:sz w:val="21"/>
        </w:rPr>
        <w:t xml:space="preserve">  马头星云属于暗星云，遮挡了后方恒星的光。</w:t>
      </w:r>
    </w:p>
    <w:p>
      <w:pPr>
        <w:spacing w:after="40" w:line="312" w:lineRule="auto"/>
      </w:pPr>
      <w:r>
        <w:rPr>
          <w:rFonts w:ascii="宋体" w:hAnsi="宋体" w:eastAsia="宋体"/>
          <w:sz w:val="24"/>
        </w:rPr>
        <w:t xml:space="preserve">73. </w:t>
      </w:r>
      <w:r>
        <w:rPr>
          <w:rFonts w:ascii="宋体" w:hAnsi="宋体" w:eastAsia="宋体"/>
          <w:b/>
          <w:color w:val="CC0000"/>
          <w:sz w:val="24"/>
        </w:rPr>
        <w:t>【B】</w:t>
      </w:r>
      <w:r>
        <w:rPr>
          <w:rFonts w:ascii="宋体" w:hAnsi="宋体" w:eastAsia="宋体"/>
          <w:color w:val="666666"/>
          <w:sz w:val="21"/>
        </w:rPr>
        <w:t xml:space="preserve">  球状星团中的蓝色脱序星最可能是恒星彼此碰撞合并形成的。</w:t>
      </w:r>
    </w:p>
    <w:p>
      <w:pPr>
        <w:spacing w:after="40" w:line="312" w:lineRule="auto"/>
      </w:pPr>
      <w:r>
        <w:rPr>
          <w:rFonts w:ascii="宋体" w:hAnsi="宋体" w:eastAsia="宋体"/>
          <w:sz w:val="24"/>
        </w:rPr>
        <w:t xml:space="preserve">74. </w:t>
      </w:r>
      <w:r>
        <w:rPr>
          <w:rFonts w:ascii="宋体" w:hAnsi="宋体" w:eastAsia="宋体"/>
          <w:b/>
          <w:color w:val="CC0000"/>
          <w:sz w:val="24"/>
        </w:rPr>
        <w:t>【D】</w:t>
      </w:r>
      <w:r>
        <w:rPr>
          <w:rFonts w:ascii="宋体" w:hAnsi="宋体" w:eastAsia="宋体"/>
          <w:color w:val="666666"/>
          <w:sz w:val="21"/>
        </w:rPr>
        <w:t xml:space="preserve">  凌日法（Transit photometry）是目前搜寻到系外行星最多的方法（克卜勒望远镜主要使用此法）。</w:t>
      </w:r>
    </w:p>
    <w:p>
      <w:pPr>
        <w:spacing w:after="40" w:line="312" w:lineRule="auto"/>
      </w:pPr>
      <w:r>
        <w:rPr>
          <w:rFonts w:ascii="宋体" w:hAnsi="宋体" w:eastAsia="宋体"/>
          <w:sz w:val="24"/>
        </w:rPr>
        <w:t xml:space="preserve">75. </w:t>
      </w:r>
      <w:r>
        <w:rPr>
          <w:rFonts w:ascii="宋体" w:hAnsi="宋体" w:eastAsia="宋体"/>
          <w:b/>
          <w:color w:val="CC0000"/>
          <w:sz w:val="24"/>
        </w:rPr>
        <w:t>【C】</w:t>
      </w:r>
      <w:r>
        <w:rPr>
          <w:rFonts w:ascii="宋体" w:hAnsi="宋体" w:eastAsia="宋体"/>
          <w:color w:val="666666"/>
          <w:sz w:val="21"/>
        </w:rPr>
        <w:t xml:space="preserve">  《晋书·天文志》由唐朝李淳风所撰写。</w:t>
      </w:r>
    </w:p>
    <w:p>
      <w:pPr>
        <w:spacing w:after="40" w:line="312" w:lineRule="auto"/>
      </w:pPr>
      <w:r>
        <w:rPr>
          <w:rFonts w:ascii="宋体" w:hAnsi="宋体" w:eastAsia="宋体"/>
          <w:sz w:val="24"/>
        </w:rPr>
        <w:t xml:space="preserve">76. </w:t>
      </w:r>
      <w:r>
        <w:rPr>
          <w:rFonts w:ascii="宋体" w:hAnsi="宋体" w:eastAsia="宋体"/>
          <w:b/>
          <w:color w:val="CC0000"/>
          <w:sz w:val="24"/>
        </w:rPr>
        <w:t>【D】</w:t>
      </w:r>
      <w:r>
        <w:rPr>
          <w:rFonts w:ascii="宋体" w:hAnsi="宋体" w:eastAsia="宋体"/>
          <w:color w:val="666666"/>
          <w:sz w:val="21"/>
        </w:rPr>
        <w:t xml:space="preserve">  火卫一（Phobos）公转比火星自转快，潮汐作用使它每百年靠近火星约 2 公尺，最终将解体成环；海卫一（Triton）为逆行卫星，同样受潮汐减速而内旋；海卫七伽拉忒亚（Galatea）位于海王星同步轨道以内，也在向内迁移。三者皆然，故选④。</w:t>
      </w:r>
    </w:p>
    <w:p>
      <w:pPr>
        <w:spacing w:after="40" w:line="312" w:lineRule="auto"/>
      </w:pPr>
      <w:r>
        <w:rPr>
          <w:rFonts w:ascii="宋体" w:hAnsi="宋体" w:eastAsia="宋体"/>
          <w:sz w:val="24"/>
        </w:rPr>
        <w:t xml:space="preserve">77. </w:t>
      </w:r>
      <w:r>
        <w:rPr>
          <w:rFonts w:ascii="宋体" w:hAnsi="宋体" w:eastAsia="宋体"/>
          <w:b/>
          <w:color w:val="CC0000"/>
          <w:sz w:val="24"/>
        </w:rPr>
        <w:t>【C】</w:t>
      </w:r>
      <w:r>
        <w:rPr>
          <w:rFonts w:ascii="宋体" w:hAnsi="宋体" w:eastAsia="宋体"/>
          <w:color w:val="666666"/>
          <w:sz w:val="21"/>
        </w:rPr>
        <w:t xml:space="preserve">  夏普利用球状星团的分布推测出银河系中心位于人马座方向。</w:t>
      </w:r>
    </w:p>
    <w:p>
      <w:pPr>
        <w:spacing w:after="40" w:line="312" w:lineRule="auto"/>
      </w:pPr>
      <w:r>
        <w:rPr>
          <w:rFonts w:ascii="宋体" w:hAnsi="宋体" w:eastAsia="宋体"/>
          <w:sz w:val="24"/>
        </w:rPr>
        <w:t xml:space="preserve">78. </w:t>
      </w:r>
      <w:r>
        <w:rPr>
          <w:rFonts w:ascii="宋体" w:hAnsi="宋体" w:eastAsia="宋体"/>
          <w:b/>
          <w:color w:val="CC0000"/>
          <w:sz w:val="24"/>
        </w:rPr>
        <w:t>【A】</w:t>
      </w:r>
      <w:r>
        <w:rPr>
          <w:rFonts w:ascii="宋体" w:hAnsi="宋体" w:eastAsia="宋体"/>
          <w:color w:val="666666"/>
          <w:sz w:val="21"/>
        </w:rPr>
        <w:t xml:space="preserve">  昴宿星团（M45）距离约444光年，是梅西尔星表中与地球最近的天体。</w:t>
      </w:r>
    </w:p>
    <w:p>
      <w:pPr>
        <w:spacing w:after="40" w:line="312" w:lineRule="auto"/>
      </w:pPr>
      <w:r>
        <w:rPr>
          <w:rFonts w:ascii="宋体" w:hAnsi="宋体" w:eastAsia="宋体"/>
          <w:sz w:val="24"/>
        </w:rPr>
        <w:t xml:space="preserve">79. </w:t>
      </w:r>
      <w:r>
        <w:rPr>
          <w:rFonts w:ascii="宋体" w:hAnsi="宋体" w:eastAsia="宋体"/>
          <w:b/>
          <w:color w:val="CC0000"/>
          <w:sz w:val="24"/>
        </w:rPr>
        <w:t>【A】</w:t>
      </w:r>
      <w:r>
        <w:rPr>
          <w:rFonts w:ascii="宋体" w:hAnsi="宋体" w:eastAsia="宋体"/>
          <w:color w:val="666666"/>
          <w:sz w:val="21"/>
        </w:rPr>
        <w:t xml:space="preserve">  火鸟星云（M42）是恒星形成区（发射星云），不是单一恒星死亡产物。</w:t>
      </w:r>
    </w:p>
    <w:p>
      <w:pPr>
        <w:spacing w:after="40" w:line="312" w:lineRule="auto"/>
      </w:pPr>
      <w:r>
        <w:rPr>
          <w:rFonts w:ascii="宋体" w:hAnsi="宋体" w:eastAsia="宋体"/>
          <w:sz w:val="24"/>
        </w:rPr>
        <w:t xml:space="preserve">80. </w:t>
      </w:r>
      <w:r>
        <w:rPr>
          <w:rFonts w:ascii="宋体" w:hAnsi="宋体" w:eastAsia="宋体"/>
          <w:b/>
          <w:color w:val="CC0000"/>
          <w:sz w:val="24"/>
        </w:rPr>
        <w:t>【C】</w:t>
      </w:r>
      <w:r>
        <w:rPr>
          <w:rFonts w:ascii="宋体" w:hAnsi="宋体" w:eastAsia="宋体"/>
          <w:color w:val="666666"/>
          <w:sz w:val="21"/>
        </w:rPr>
        <w:t xml:space="preserve">  暗能量是使宇宙加速膨胀的因素。</w:t>
      </w:r>
    </w:p>
    <w:p>
      <w:pPr>
        <w:spacing w:after="40" w:line="312" w:lineRule="auto"/>
      </w:pPr>
      <w:r>
        <w:rPr>
          <w:rFonts w:ascii="宋体" w:hAnsi="宋体" w:eastAsia="宋体"/>
          <w:sz w:val="24"/>
        </w:rPr>
        <w:t xml:space="preserve">81. </w:t>
      </w:r>
      <w:r>
        <w:rPr>
          <w:rFonts w:ascii="宋体" w:hAnsi="宋体" w:eastAsia="宋体"/>
          <w:b/>
          <w:color w:val="CC0000"/>
          <w:sz w:val="24"/>
        </w:rPr>
        <w:t>【C】</w:t>
      </w:r>
      <w:r>
        <w:rPr>
          <w:rFonts w:ascii="宋体" w:hAnsi="宋体" w:eastAsia="宋体"/>
          <w:color w:val="666666"/>
          <w:sz w:val="21"/>
        </w:rPr>
        <w:t xml:space="preserve">  梅西尔汇编星表是为了寻找彗星，避免将星云、星团误认为彗星。</w:t>
      </w:r>
    </w:p>
    <w:p>
      <w:pPr>
        <w:spacing w:after="40" w:line="312" w:lineRule="auto"/>
      </w:pPr>
      <w:r>
        <w:rPr>
          <w:rFonts w:ascii="宋体" w:hAnsi="宋体" w:eastAsia="宋体"/>
          <w:sz w:val="24"/>
        </w:rPr>
        <w:t xml:space="preserve">82. </w:t>
      </w:r>
      <w:r>
        <w:rPr>
          <w:rFonts w:ascii="宋体" w:hAnsi="宋体" w:eastAsia="宋体"/>
          <w:b/>
          <w:color w:val="CC0000"/>
          <w:sz w:val="24"/>
        </w:rPr>
        <w:t>【A】</w:t>
      </w:r>
      <w:r>
        <w:rPr>
          <w:rFonts w:ascii="宋体" w:hAnsi="宋体" w:eastAsia="宋体"/>
          <w:color w:val="666666"/>
          <w:sz w:val="21"/>
        </w:rPr>
        <w:t xml:space="preserve">  太阳位于银河系的银盘上（猎户臂上）。</w:t>
      </w:r>
    </w:p>
    <w:p>
      <w:pPr>
        <w:spacing w:after="40" w:line="312" w:lineRule="auto"/>
      </w:pPr>
      <w:r>
        <w:rPr>
          <w:rFonts w:ascii="宋体" w:hAnsi="宋体" w:eastAsia="宋体"/>
          <w:sz w:val="24"/>
        </w:rPr>
        <w:t xml:space="preserve">83. </w:t>
      </w:r>
      <w:r>
        <w:rPr>
          <w:rFonts w:ascii="宋体" w:hAnsi="宋体" w:eastAsia="宋体"/>
          <w:b/>
          <w:color w:val="CC0000"/>
          <w:sz w:val="24"/>
        </w:rPr>
        <w:t>【C】</w:t>
      </w:r>
      <w:r>
        <w:rPr>
          <w:rFonts w:ascii="宋体" w:hAnsi="宋体" w:eastAsia="宋体"/>
          <w:color w:val="666666"/>
          <w:sz w:val="21"/>
        </w:rPr>
        <w:t xml:space="preserve">  史匹哲太空望远镜观测红外线，适合观测恒星诞生区域（尘埃云中的原恒星）。</w:t>
      </w:r>
    </w:p>
    <w:p>
      <w:pPr>
        <w:spacing w:after="40" w:line="312" w:lineRule="auto"/>
      </w:pPr>
      <w:r>
        <w:rPr>
          <w:rFonts w:ascii="宋体" w:hAnsi="宋体" w:eastAsia="宋体"/>
          <w:sz w:val="24"/>
        </w:rPr>
        <w:t xml:space="preserve">84. </w:t>
      </w:r>
      <w:r>
        <w:rPr>
          <w:rFonts w:ascii="宋体" w:hAnsi="宋体" w:eastAsia="宋体"/>
          <w:b/>
          <w:color w:val="CC0000"/>
          <w:sz w:val="24"/>
        </w:rPr>
        <w:t>【C】</w:t>
      </w:r>
      <w:r>
        <w:rPr>
          <w:rFonts w:ascii="宋体" w:hAnsi="宋体" w:eastAsia="宋体"/>
          <w:color w:val="666666"/>
          <w:sz w:val="21"/>
        </w:rPr>
        <w:t xml:space="preserve">  行星状星云中心通常伴随有白矮星。</w:t>
      </w:r>
    </w:p>
    <w:p>
      <w:pPr>
        <w:spacing w:after="40" w:line="312" w:lineRule="auto"/>
      </w:pPr>
      <w:r>
        <w:rPr>
          <w:rFonts w:ascii="宋体" w:hAnsi="宋体" w:eastAsia="宋体"/>
          <w:sz w:val="24"/>
        </w:rPr>
        <w:t xml:space="preserve">85. </w:t>
      </w:r>
      <w:r>
        <w:rPr>
          <w:rFonts w:ascii="宋体" w:hAnsi="宋体" w:eastAsia="宋体"/>
          <w:b/>
          <w:color w:val="CC0000"/>
          <w:sz w:val="24"/>
        </w:rPr>
        <w:t>【D】</w:t>
      </w:r>
      <w:r>
        <w:rPr>
          <w:rFonts w:ascii="宋体" w:hAnsi="宋体" w:eastAsia="宋体"/>
          <w:color w:val="666666"/>
          <w:sz w:val="21"/>
        </w:rPr>
        <w:t xml:space="preserve">  星云在可见光照片中的红色主要来自氢的Hα辐射。</w:t>
      </w:r>
    </w:p>
    <w:p>
      <w:pPr>
        <w:spacing w:after="40" w:line="312" w:lineRule="auto"/>
      </w:pPr>
      <w:r>
        <w:rPr>
          <w:rFonts w:ascii="宋体" w:hAnsi="宋体" w:eastAsia="宋体"/>
          <w:sz w:val="24"/>
        </w:rPr>
        <w:t xml:space="preserve">86. </w:t>
      </w:r>
      <w:r>
        <w:rPr>
          <w:rFonts w:ascii="宋体" w:hAnsi="宋体" w:eastAsia="宋体"/>
          <w:b/>
          <w:color w:val="CC0000"/>
          <w:sz w:val="24"/>
        </w:rPr>
        <w:t>【C】</w:t>
      </w:r>
      <w:r>
        <w:rPr>
          <w:rFonts w:ascii="宋体" w:hAnsi="宋体" w:eastAsia="宋体"/>
          <w:color w:val="666666"/>
          <w:sz w:val="21"/>
        </w:rPr>
        <w:t xml:space="preserve">  地球赤道与黄道面夹角23.5度（黄赤交角）是季节更替的主要原因。</w:t>
      </w:r>
    </w:p>
    <w:p>
      <w:pPr>
        <w:spacing w:after="40" w:line="312" w:lineRule="auto"/>
      </w:pPr>
      <w:r>
        <w:rPr>
          <w:rFonts w:ascii="宋体" w:hAnsi="宋体" w:eastAsia="宋体"/>
          <w:sz w:val="24"/>
        </w:rPr>
        <w:t xml:space="preserve">87. </w:t>
      </w:r>
      <w:r>
        <w:rPr>
          <w:rFonts w:ascii="宋体" w:hAnsi="宋体" w:eastAsia="宋体"/>
          <w:b/>
          <w:color w:val="CC0000"/>
          <w:sz w:val="24"/>
        </w:rPr>
        <w:t>【D】</w:t>
      </w:r>
      <w:r>
        <w:rPr>
          <w:rFonts w:ascii="宋体" w:hAnsi="宋体" w:eastAsia="宋体"/>
          <w:color w:val="666666"/>
          <w:sz w:val="21"/>
        </w:rPr>
        <w:t xml:space="preserve">  银河系中心位于人马座方向。</w:t>
      </w:r>
    </w:p>
    <w:p>
      <w:pPr>
        <w:spacing w:after="40" w:line="312" w:lineRule="auto"/>
      </w:pPr>
      <w:r>
        <w:rPr>
          <w:rFonts w:ascii="宋体" w:hAnsi="宋体" w:eastAsia="宋体"/>
          <w:sz w:val="24"/>
        </w:rPr>
        <w:t xml:space="preserve">88. </w:t>
      </w:r>
      <w:r>
        <w:rPr>
          <w:rFonts w:ascii="宋体" w:hAnsi="宋体" w:eastAsia="宋体"/>
          <w:b/>
          <w:color w:val="CC0000"/>
          <w:sz w:val="24"/>
        </w:rPr>
        <w:t>【B】</w:t>
      </w:r>
      <w:r>
        <w:rPr>
          <w:rFonts w:ascii="宋体" w:hAnsi="宋体" w:eastAsia="宋体"/>
          <w:color w:val="666666"/>
          <w:sz w:val="21"/>
        </w:rPr>
        <w:t xml:space="preserve">  紫金山天文台 1978 年发现的第 2240 号小行星，1990 年经国际天文学联合会批准命名为“蔡（Tsai）”，以表彰台北市立天文台台长蔡章献推广天文教育的贡献，故选②小行星 2240。</w:t>
      </w:r>
    </w:p>
    <w:p>
      <w:pPr>
        <w:spacing w:after="40" w:line="312" w:lineRule="auto"/>
      </w:pPr>
      <w:r>
        <w:rPr>
          <w:rFonts w:ascii="宋体" w:hAnsi="宋体" w:eastAsia="宋体"/>
          <w:sz w:val="24"/>
        </w:rPr>
        <w:t xml:space="preserve">89. </w:t>
      </w:r>
      <w:r>
        <w:rPr>
          <w:rFonts w:ascii="宋体" w:hAnsi="宋体" w:eastAsia="宋体"/>
          <w:b/>
          <w:color w:val="CC0000"/>
          <w:sz w:val="24"/>
        </w:rPr>
        <w:t>【C】</w:t>
      </w:r>
      <w:r>
        <w:rPr>
          <w:rFonts w:ascii="宋体" w:hAnsi="宋体" w:eastAsia="宋体"/>
          <w:color w:val="666666"/>
          <w:sz w:val="21"/>
        </w:rPr>
        <w:t xml:space="preserve">  太阳绕银河系中心转一圈约需2.5亿年（银河年）。</w:t>
      </w:r>
    </w:p>
    <w:p>
      <w:pPr>
        <w:spacing w:after="40" w:line="312" w:lineRule="auto"/>
      </w:pPr>
      <w:r>
        <w:rPr>
          <w:rFonts w:ascii="宋体" w:hAnsi="宋体" w:eastAsia="宋体"/>
          <w:sz w:val="24"/>
        </w:rPr>
        <w:t xml:space="preserve">90. </w:t>
      </w:r>
      <w:r>
        <w:rPr>
          <w:rFonts w:ascii="宋体" w:hAnsi="宋体" w:eastAsia="宋体"/>
          <w:b/>
          <w:color w:val="CC0000"/>
          <w:sz w:val="24"/>
        </w:rPr>
        <w:t>【B】</w:t>
      </w:r>
      <w:r>
        <w:rPr>
          <w:rFonts w:ascii="宋体" w:hAnsi="宋体" w:eastAsia="宋体"/>
          <w:color w:val="666666"/>
          <w:sz w:val="21"/>
        </w:rPr>
        <w:t xml:space="preserve">  M31仙女座星系是本星系群中最大的星系。</w:t>
      </w:r>
    </w:p>
    <w:p>
      <w:pPr>
        <w:spacing w:after="40" w:line="312" w:lineRule="auto"/>
      </w:pPr>
      <w:r>
        <w:rPr>
          <w:rFonts w:ascii="宋体" w:hAnsi="宋体" w:eastAsia="宋体"/>
          <w:sz w:val="24"/>
        </w:rPr>
        <w:t xml:space="preserve">91. </w:t>
      </w:r>
      <w:r>
        <w:rPr>
          <w:rFonts w:ascii="宋体" w:hAnsi="宋体" w:eastAsia="宋体"/>
          <w:b/>
          <w:color w:val="CC0000"/>
          <w:sz w:val="24"/>
        </w:rPr>
        <w:t>【C】</w:t>
      </w:r>
      <w:r>
        <w:rPr>
          <w:rFonts w:ascii="宋体" w:hAnsi="宋体" w:eastAsia="宋体"/>
          <w:color w:val="666666"/>
          <w:sz w:val="21"/>
        </w:rPr>
        <w:t xml:space="preserve">  宝瓶座Eta流星雨是哈雷彗星遗留的彗星残渣穿过大气层形成的，C正确。</w:t>
      </w:r>
    </w:p>
    <w:p>
      <w:pPr>
        <w:spacing w:after="40" w:line="312" w:lineRule="auto"/>
      </w:pPr>
      <w:r>
        <w:rPr>
          <w:rFonts w:ascii="宋体" w:hAnsi="宋体" w:eastAsia="宋体"/>
          <w:sz w:val="24"/>
        </w:rPr>
        <w:t xml:space="preserve">92. </w:t>
      </w:r>
      <w:r>
        <w:rPr>
          <w:rFonts w:ascii="宋体" w:hAnsi="宋体" w:eastAsia="宋体"/>
          <w:b/>
          <w:color w:val="CC0000"/>
          <w:sz w:val="24"/>
        </w:rPr>
        <w:t>【B】</w:t>
      </w:r>
      <w:r>
        <w:rPr>
          <w:rFonts w:ascii="宋体" w:hAnsi="宋体" w:eastAsia="宋体"/>
          <w:color w:val="666666"/>
          <w:sz w:val="21"/>
        </w:rPr>
        <w:t xml:space="preserve">  类星体是活跃星系核（AGN），由超大质量黑洞吸积物质产生巨大能量。</w:t>
      </w:r>
    </w:p>
    <w:p>
      <w:pPr>
        <w:spacing w:after="40" w:line="312" w:lineRule="auto"/>
      </w:pPr>
      <w:r>
        <w:rPr>
          <w:rFonts w:ascii="宋体" w:hAnsi="宋体" w:eastAsia="宋体"/>
          <w:sz w:val="24"/>
        </w:rPr>
        <w:t xml:space="preserve">93. </w:t>
      </w:r>
      <w:r>
        <w:rPr>
          <w:rFonts w:ascii="宋体" w:hAnsi="宋体" w:eastAsia="宋体"/>
          <w:b/>
          <w:color w:val="CC0000"/>
          <w:sz w:val="24"/>
        </w:rPr>
        <w:t>【C】</w:t>
      </w:r>
      <w:r>
        <w:rPr>
          <w:rFonts w:ascii="宋体" w:hAnsi="宋体" w:eastAsia="宋体"/>
          <w:color w:val="666666"/>
          <w:sz w:val="21"/>
        </w:rPr>
        <w:t xml:space="preserve">  巴西国旗中绘有黄道带星座，其中包括天蝎座。</w:t>
      </w:r>
    </w:p>
    <w:p>
      <w:pPr>
        <w:spacing w:after="40" w:line="312" w:lineRule="auto"/>
      </w:pPr>
      <w:r>
        <w:rPr>
          <w:rFonts w:ascii="宋体" w:hAnsi="宋体" w:eastAsia="宋体"/>
          <w:sz w:val="24"/>
        </w:rPr>
        <w:t xml:space="preserve">94. </w:t>
      </w:r>
      <w:r>
        <w:rPr>
          <w:rFonts w:ascii="宋体" w:hAnsi="宋体" w:eastAsia="宋体"/>
          <w:b/>
          <w:color w:val="CC0000"/>
          <w:sz w:val="24"/>
        </w:rPr>
        <w:t>【C】</w:t>
      </w:r>
      <w:r>
        <w:rPr>
          <w:rFonts w:ascii="宋体" w:hAnsi="宋体" w:eastAsia="宋体"/>
          <w:color w:val="666666"/>
          <w:sz w:val="21"/>
        </w:rPr>
        <w:t xml:space="preserve">  LIGO在2016年发现的引力波来源于两个黑洞的碰撞合并。</w:t>
      </w:r>
    </w:p>
    <w:p>
      <w:pPr>
        <w:spacing w:after="40" w:line="312" w:lineRule="auto"/>
      </w:pPr>
      <w:r>
        <w:rPr>
          <w:rFonts w:ascii="宋体" w:hAnsi="宋体" w:eastAsia="宋体"/>
          <w:sz w:val="24"/>
        </w:rPr>
        <w:t xml:space="preserve">95. </w:t>
      </w:r>
      <w:r>
        <w:rPr>
          <w:rFonts w:ascii="宋体" w:hAnsi="宋体" w:eastAsia="宋体"/>
          <w:b/>
          <w:color w:val="CC0000"/>
          <w:sz w:val="24"/>
        </w:rPr>
        <w:t>【A】</w:t>
      </w:r>
      <w:r>
        <w:rPr>
          <w:rFonts w:ascii="宋体" w:hAnsi="宋体" w:eastAsia="宋体"/>
          <w:color w:val="666666"/>
          <w:sz w:val="21"/>
        </w:rPr>
        <w:t xml:space="preserve">  遥远星系光受前景星系重力影响发生弯曲，称为强重力透镜效应。</w:t>
      </w:r>
    </w:p>
    <w:p>
      <w:pPr>
        <w:spacing w:after="40" w:line="312" w:lineRule="auto"/>
      </w:pPr>
      <w:r>
        <w:rPr>
          <w:rFonts w:ascii="宋体" w:hAnsi="宋体" w:eastAsia="宋体"/>
          <w:sz w:val="24"/>
        </w:rPr>
        <w:t xml:space="preserve">96. </w:t>
      </w:r>
      <w:r>
        <w:rPr>
          <w:rFonts w:ascii="宋体" w:hAnsi="宋体" w:eastAsia="宋体"/>
          <w:b/>
          <w:color w:val="CC0000"/>
          <w:sz w:val="24"/>
        </w:rPr>
        <w:t>【B】</w:t>
      </w:r>
      <w:r>
        <w:rPr>
          <w:rFonts w:ascii="宋体" w:hAnsi="宋体" w:eastAsia="宋体"/>
          <w:color w:val="666666"/>
          <w:sz w:val="21"/>
        </w:rPr>
        <w:t xml:space="preserve">  ALMA望远镜主要观测无线电波（毫米/次毫米波段）。</w:t>
      </w:r>
    </w:p>
    <w:p>
      <w:pPr>
        <w:spacing w:after="40" w:line="312" w:lineRule="auto"/>
      </w:pPr>
      <w:r>
        <w:rPr>
          <w:rFonts w:ascii="宋体" w:hAnsi="宋体" w:eastAsia="宋体"/>
          <w:sz w:val="24"/>
        </w:rPr>
        <w:t xml:space="preserve">97. </w:t>
      </w:r>
      <w:r>
        <w:rPr>
          <w:rFonts w:ascii="宋体" w:hAnsi="宋体" w:eastAsia="宋体"/>
          <w:b/>
          <w:color w:val="CC0000"/>
          <w:sz w:val="24"/>
        </w:rPr>
        <w:t>【C】</w:t>
      </w:r>
      <w:r>
        <w:rPr>
          <w:rFonts w:ascii="宋体" w:hAnsi="宋体" w:eastAsia="宋体"/>
          <w:color w:val="666666"/>
          <w:sz w:val="21"/>
        </w:rPr>
        <w:t xml:space="preserve">  普朗克卫星测得宇宙年龄约138亿岁。</w:t>
      </w:r>
    </w:p>
    <w:p>
      <w:pPr>
        <w:spacing w:after="40" w:line="312" w:lineRule="auto"/>
      </w:pPr>
      <w:r>
        <w:rPr>
          <w:rFonts w:ascii="宋体" w:hAnsi="宋体" w:eastAsia="宋体"/>
          <w:sz w:val="24"/>
        </w:rPr>
        <w:t xml:space="preserve">98. </w:t>
      </w:r>
      <w:r>
        <w:rPr>
          <w:rFonts w:ascii="宋体" w:hAnsi="宋体" w:eastAsia="宋体"/>
          <w:b/>
          <w:color w:val="CC0000"/>
          <w:sz w:val="24"/>
        </w:rPr>
        <w:t>【A】</w:t>
      </w:r>
      <w:r>
        <w:rPr>
          <w:rFonts w:ascii="宋体" w:hAnsi="宋体" w:eastAsia="宋体"/>
          <w:color w:val="666666"/>
          <w:sz w:val="21"/>
        </w:rPr>
        <w:t xml:space="preserve">  一氧化碳（CO）是次毫米波望远镜最常观测的分子，用于追踪分子云。</w:t>
      </w:r>
    </w:p>
    <w:p>
      <w:pPr>
        <w:spacing w:after="40" w:line="312" w:lineRule="auto"/>
      </w:pPr>
      <w:r>
        <w:rPr>
          <w:rFonts w:ascii="宋体" w:hAnsi="宋体" w:eastAsia="宋体"/>
          <w:sz w:val="24"/>
        </w:rPr>
        <w:t xml:space="preserve">99. </w:t>
      </w:r>
      <w:r>
        <w:rPr>
          <w:rFonts w:ascii="宋体" w:hAnsi="宋体" w:eastAsia="宋体"/>
          <w:b/>
          <w:color w:val="CC0000"/>
          <w:sz w:val="24"/>
        </w:rPr>
        <w:t>【A】</w:t>
      </w:r>
      <w:r>
        <w:rPr>
          <w:rFonts w:ascii="宋体" w:hAnsi="宋体" w:eastAsia="宋体"/>
          <w:color w:val="666666"/>
          <w:sz w:val="21"/>
        </w:rPr>
        <w:t xml:space="preserve">  M110是椭圆星系，属于仙女座星系的卫星星系。</w:t>
      </w:r>
    </w:p>
    <w:p>
      <w:pPr>
        <w:spacing w:after="40" w:line="312" w:lineRule="auto"/>
      </w:pPr>
      <w:r>
        <w:rPr>
          <w:rFonts w:ascii="宋体" w:hAnsi="宋体" w:eastAsia="宋体"/>
          <w:sz w:val="24"/>
        </w:rPr>
        <w:t xml:space="preserve">100. </w:t>
      </w:r>
      <w:r>
        <w:rPr>
          <w:rFonts w:ascii="宋体" w:hAnsi="宋体" w:eastAsia="宋体"/>
          <w:b/>
          <w:color w:val="CC0000"/>
          <w:sz w:val="24"/>
        </w:rPr>
        <w:t>【D】</w:t>
      </w:r>
      <w:r>
        <w:rPr>
          <w:rFonts w:ascii="宋体" w:hAnsi="宋体" w:eastAsia="宋体"/>
          <w:color w:val="666666"/>
          <w:sz w:val="21"/>
        </w:rPr>
        <w:t xml:space="preserve">  白矮星位于H-R图左下角（高温低光度区域），对应d位置。</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