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90FBD" w14:textId="01A78343" w:rsidR="00CD3EF2" w:rsidRDefault="00000000">
      <w:pPr>
        <w:spacing w:after="240"/>
        <w:jc w:val="center"/>
      </w:pPr>
      <w:r>
        <w:rPr>
          <w:rFonts w:eastAsia="黑体"/>
          <w:b/>
          <w:sz w:val="36"/>
        </w:rPr>
        <w:t>2016</w:t>
      </w:r>
      <w:r>
        <w:rPr>
          <w:rFonts w:eastAsia="黑体"/>
          <w:b/>
          <w:sz w:val="36"/>
        </w:rPr>
        <w:t>年</w:t>
      </w:r>
      <w:r>
        <w:rPr>
          <w:rFonts w:eastAsia="黑体"/>
          <w:b/>
          <w:sz w:val="36"/>
        </w:rPr>
        <w:t>CNAO</w:t>
      </w:r>
      <w:r>
        <w:rPr>
          <w:rFonts w:eastAsia="黑体"/>
          <w:b/>
          <w:sz w:val="36"/>
        </w:rPr>
        <w:t>天文奥赛预赛试题</w:t>
      </w:r>
    </w:p>
    <w:p w14:paraId="773DB740" w14:textId="77777777" w:rsidR="00CD3EF2" w:rsidRDefault="00000000">
      <w:pPr>
        <w:spacing w:after="40"/>
      </w:pPr>
      <w:r>
        <w:rPr>
          <w:sz w:val="22"/>
        </w:rPr>
        <w:t xml:space="preserve">1. </w:t>
      </w:r>
      <w:r>
        <w:rPr>
          <w:sz w:val="22"/>
        </w:rPr>
        <w:t>本试卷共</w:t>
      </w:r>
      <w:r>
        <w:rPr>
          <w:sz w:val="22"/>
        </w:rPr>
        <w:t>35</w:t>
      </w:r>
      <w:r>
        <w:rPr>
          <w:sz w:val="22"/>
        </w:rPr>
        <w:t>题，每题只有一个正确答案。</w:t>
      </w:r>
    </w:p>
    <w:p w14:paraId="15ABFA2E" w14:textId="77777777" w:rsidR="00CD3EF2" w:rsidRDefault="00000000">
      <w:pPr>
        <w:spacing w:after="40"/>
      </w:pPr>
      <w:r>
        <w:rPr>
          <w:sz w:val="22"/>
        </w:rPr>
        <w:t xml:space="preserve">2. </w:t>
      </w:r>
      <w:r>
        <w:rPr>
          <w:sz w:val="22"/>
        </w:rPr>
        <w:t>请将答案填写在答题卡上，写在试卷上无效。</w:t>
      </w:r>
    </w:p>
    <w:p w14:paraId="01A967CB" w14:textId="77777777" w:rsidR="00CD3EF2" w:rsidRDefault="00000000">
      <w:pPr>
        <w:spacing w:after="40"/>
      </w:pPr>
      <w:r>
        <w:rPr>
          <w:sz w:val="22"/>
        </w:rPr>
        <w:t xml:space="preserve">3. </w:t>
      </w:r>
      <w:r>
        <w:rPr>
          <w:sz w:val="22"/>
        </w:rPr>
        <w:t>考试时间为</w:t>
      </w:r>
      <w:r>
        <w:rPr>
          <w:sz w:val="22"/>
        </w:rPr>
        <w:t>120</w:t>
      </w:r>
      <w:r>
        <w:rPr>
          <w:sz w:val="22"/>
        </w:rPr>
        <w:t>分钟。</w:t>
      </w:r>
    </w:p>
    <w:p w14:paraId="5AFF893F" w14:textId="77777777" w:rsidR="00CD3EF2" w:rsidRDefault="00000000">
      <w:pPr>
        <w:spacing w:after="40"/>
      </w:pPr>
      <w:r>
        <w:rPr>
          <w:sz w:val="22"/>
        </w:rPr>
        <w:t xml:space="preserve">4. </w:t>
      </w:r>
      <w:r>
        <w:rPr>
          <w:sz w:val="22"/>
        </w:rPr>
        <w:t>请使用黑色签字笔作答。</w:t>
      </w:r>
    </w:p>
    <w:p w14:paraId="18412010" w14:textId="77777777" w:rsidR="00CD3EF2" w:rsidRDefault="00000000">
      <w:pPr>
        <w:spacing w:after="40"/>
      </w:pPr>
      <w:r>
        <w:rPr>
          <w:sz w:val="22"/>
        </w:rPr>
        <w:t xml:space="preserve">5. </w:t>
      </w:r>
      <w:r>
        <w:rPr>
          <w:sz w:val="22"/>
        </w:rPr>
        <w:t>考试结束前请勿提前交卷。</w:t>
      </w:r>
    </w:p>
    <w:p w14:paraId="1577D384" w14:textId="77777777" w:rsidR="00CD3EF2" w:rsidRDefault="00000000">
      <w:pPr>
        <w:spacing w:after="240"/>
      </w:pPr>
      <w:r>
        <w:t>姓名：</w:t>
      </w:r>
      <w:r>
        <w:t xml:space="preserve">__________    </w:t>
      </w:r>
      <w:r>
        <w:t>年级：</w:t>
      </w:r>
      <w:r>
        <w:t xml:space="preserve">__________    </w:t>
      </w:r>
      <w:r>
        <w:t>班级：</w:t>
      </w:r>
      <w:r>
        <w:t xml:space="preserve">__________    </w:t>
      </w:r>
      <w:r>
        <w:t>得分：</w:t>
      </w:r>
      <w:r>
        <w:t>__________</w:t>
      </w:r>
    </w:p>
    <w:p w14:paraId="30FA304B" w14:textId="77777777" w:rsidR="00CD3EF2" w:rsidRDefault="00000000">
      <w:pPr>
        <w:spacing w:after="160"/>
      </w:pPr>
      <w:r>
        <w:rPr>
          <w:rFonts w:eastAsia="黑体"/>
          <w:b/>
          <w:sz w:val="28"/>
        </w:rPr>
        <w:t>一、单项选择题（共</w:t>
      </w:r>
      <w:r>
        <w:rPr>
          <w:rFonts w:eastAsia="黑体"/>
          <w:b/>
          <w:sz w:val="28"/>
        </w:rPr>
        <w:t>35</w:t>
      </w:r>
      <w:r>
        <w:rPr>
          <w:rFonts w:eastAsia="黑体"/>
          <w:b/>
          <w:sz w:val="28"/>
        </w:rPr>
        <w:t>题，每题</w:t>
      </w:r>
      <w:r>
        <w:rPr>
          <w:rFonts w:eastAsia="黑体"/>
          <w:b/>
          <w:sz w:val="28"/>
        </w:rPr>
        <w:t>2</w:t>
      </w:r>
      <w:r>
        <w:rPr>
          <w:rFonts w:eastAsia="黑体"/>
          <w:b/>
          <w:sz w:val="28"/>
        </w:rPr>
        <w:t>分，共</w:t>
      </w:r>
      <w:r>
        <w:rPr>
          <w:rFonts w:eastAsia="黑体"/>
          <w:b/>
          <w:sz w:val="28"/>
        </w:rPr>
        <w:t>70</w:t>
      </w:r>
      <w:r>
        <w:rPr>
          <w:rFonts w:eastAsia="黑体"/>
          <w:b/>
          <w:sz w:val="28"/>
        </w:rPr>
        <w:t>分）</w:t>
      </w:r>
    </w:p>
    <w:p w14:paraId="091B6FB6" w14:textId="77777777" w:rsidR="00CD3EF2" w:rsidRDefault="00000000">
      <w:pPr>
        <w:spacing w:before="120" w:after="80"/>
      </w:pPr>
      <w:r>
        <w:t xml:space="preserve">1. </w:t>
      </w:r>
      <w:r>
        <w:t>天赤道没有穿过以下哪个星座的天区（</w:t>
      </w:r>
      <w:r>
        <w:t xml:space="preserve"> </w:t>
      </w:r>
      <w:r>
        <w:t>）。</w:t>
      </w:r>
    </w:p>
    <w:p w14:paraId="7C995103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室女座</w:t>
      </w:r>
      <w:r>
        <w:rPr>
          <w:sz w:val="22"/>
        </w:rPr>
        <w:t xml:space="preserve">        (B) </w:t>
      </w:r>
      <w:r>
        <w:rPr>
          <w:sz w:val="22"/>
        </w:rPr>
        <w:t>武仙座</w:t>
      </w:r>
      <w:r>
        <w:rPr>
          <w:sz w:val="22"/>
        </w:rPr>
        <w:t xml:space="preserve">        (C) </w:t>
      </w:r>
      <w:r>
        <w:rPr>
          <w:sz w:val="22"/>
        </w:rPr>
        <w:t>双鱼座</w:t>
      </w:r>
      <w:r>
        <w:rPr>
          <w:sz w:val="22"/>
        </w:rPr>
        <w:t xml:space="preserve">        (D) </w:t>
      </w:r>
      <w:r>
        <w:rPr>
          <w:sz w:val="22"/>
        </w:rPr>
        <w:t>猎户座</w:t>
      </w:r>
    </w:p>
    <w:p w14:paraId="20C5CD43" w14:textId="77777777" w:rsidR="00CD3EF2" w:rsidRDefault="00000000">
      <w:pPr>
        <w:spacing w:before="120" w:after="80"/>
      </w:pPr>
      <w:r>
        <w:t xml:space="preserve">2. </w:t>
      </w:r>
      <w:r>
        <w:t>伽利略用来进行天文观测的望远镜属于（</w:t>
      </w:r>
      <w:r>
        <w:t xml:space="preserve"> </w:t>
      </w:r>
      <w:r>
        <w:t>）。</w:t>
      </w:r>
    </w:p>
    <w:p w14:paraId="5F604FD7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折射式望远镜</w:t>
      </w:r>
      <w:r>
        <w:rPr>
          <w:sz w:val="22"/>
        </w:rPr>
        <w:t xml:space="preserve">        (B) </w:t>
      </w:r>
      <w:r>
        <w:rPr>
          <w:sz w:val="22"/>
        </w:rPr>
        <w:t>反射式望远镜</w:t>
      </w:r>
      <w:r>
        <w:rPr>
          <w:sz w:val="22"/>
        </w:rPr>
        <w:t xml:space="preserve">        (C) </w:t>
      </w:r>
      <w:r>
        <w:rPr>
          <w:sz w:val="22"/>
        </w:rPr>
        <w:t>折反式望远镜</w:t>
      </w:r>
      <w:r>
        <w:rPr>
          <w:sz w:val="22"/>
        </w:rPr>
        <w:t xml:space="preserve">        (D) </w:t>
      </w:r>
      <w:r>
        <w:rPr>
          <w:sz w:val="22"/>
        </w:rPr>
        <w:t>折轴式望远镜</w:t>
      </w:r>
    </w:p>
    <w:p w14:paraId="0CE3D668" w14:textId="77777777" w:rsidR="00CD3EF2" w:rsidRDefault="00000000">
      <w:pPr>
        <w:spacing w:before="120" w:after="80"/>
      </w:pPr>
      <w:r>
        <w:t>3. "</w:t>
      </w:r>
      <w:r>
        <w:t>荧惑守心</w:t>
      </w:r>
      <w:r>
        <w:t>"</w:t>
      </w:r>
      <w:r>
        <w:t>中的荧惑是指（</w:t>
      </w:r>
      <w:r>
        <w:t xml:space="preserve"> </w:t>
      </w:r>
      <w:r>
        <w:t>）。</w:t>
      </w:r>
    </w:p>
    <w:p w14:paraId="1BA50B75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金星</w:t>
      </w:r>
      <w:r>
        <w:rPr>
          <w:sz w:val="22"/>
        </w:rPr>
        <w:t xml:space="preserve">        (B) </w:t>
      </w:r>
      <w:r>
        <w:rPr>
          <w:sz w:val="22"/>
        </w:rPr>
        <w:t>火星</w:t>
      </w:r>
      <w:r>
        <w:rPr>
          <w:sz w:val="22"/>
        </w:rPr>
        <w:t xml:space="preserve">        (C) </w:t>
      </w:r>
      <w:r>
        <w:rPr>
          <w:sz w:val="22"/>
        </w:rPr>
        <w:t>土星</w:t>
      </w:r>
      <w:r>
        <w:rPr>
          <w:sz w:val="22"/>
        </w:rPr>
        <w:t xml:space="preserve">        (D) </w:t>
      </w:r>
      <w:r>
        <w:rPr>
          <w:sz w:val="22"/>
        </w:rPr>
        <w:t>心宿二</w:t>
      </w:r>
    </w:p>
    <w:p w14:paraId="25B53968" w14:textId="77777777" w:rsidR="00CD3EF2" w:rsidRDefault="00000000">
      <w:pPr>
        <w:spacing w:before="120" w:after="80"/>
      </w:pPr>
      <w:r>
        <w:t xml:space="preserve">4. </w:t>
      </w:r>
      <w:r>
        <w:t>梅西叶天体</w:t>
      </w:r>
      <w:r>
        <w:t>M101</w:t>
      </w:r>
      <w:r>
        <w:t>位于（</w:t>
      </w:r>
      <w:r>
        <w:t xml:space="preserve"> </w:t>
      </w:r>
      <w:r>
        <w:t>）天区内。</w:t>
      </w:r>
    </w:p>
    <w:p w14:paraId="34682393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仙女座</w:t>
      </w:r>
      <w:r>
        <w:rPr>
          <w:sz w:val="22"/>
        </w:rPr>
        <w:t xml:space="preserve">        (B) </w:t>
      </w:r>
      <w:r>
        <w:rPr>
          <w:sz w:val="22"/>
        </w:rPr>
        <w:t>猎犬座</w:t>
      </w:r>
      <w:r>
        <w:rPr>
          <w:sz w:val="22"/>
        </w:rPr>
        <w:t xml:space="preserve">        (C) </w:t>
      </w:r>
      <w:r>
        <w:rPr>
          <w:sz w:val="22"/>
        </w:rPr>
        <w:t>双子座</w:t>
      </w:r>
      <w:r>
        <w:rPr>
          <w:sz w:val="22"/>
        </w:rPr>
        <w:t xml:space="preserve">        (D) </w:t>
      </w:r>
      <w:r>
        <w:rPr>
          <w:sz w:val="22"/>
        </w:rPr>
        <w:t>大熊座</w:t>
      </w:r>
    </w:p>
    <w:p w14:paraId="1A297B3F" w14:textId="77777777" w:rsidR="00CD3EF2" w:rsidRDefault="00000000">
      <w:pPr>
        <w:spacing w:before="120" w:after="80"/>
      </w:pPr>
      <w:r>
        <w:t xml:space="preserve">5. </w:t>
      </w:r>
      <w:r>
        <w:t>今晚的月相接近（</w:t>
      </w:r>
      <w:r>
        <w:t xml:space="preserve"> </w:t>
      </w:r>
      <w:r>
        <w:t>）。</w:t>
      </w:r>
    </w:p>
    <w:p w14:paraId="4469E63F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蛾眉月</w:t>
      </w:r>
      <w:r>
        <w:rPr>
          <w:sz w:val="22"/>
        </w:rPr>
        <w:t xml:space="preserve">        (B) </w:t>
      </w:r>
      <w:r>
        <w:rPr>
          <w:sz w:val="22"/>
        </w:rPr>
        <w:t>上弦月</w:t>
      </w:r>
      <w:r>
        <w:rPr>
          <w:sz w:val="22"/>
        </w:rPr>
        <w:t xml:space="preserve">        (C) </w:t>
      </w:r>
      <w:r>
        <w:rPr>
          <w:sz w:val="22"/>
        </w:rPr>
        <w:t>满月</w:t>
      </w:r>
      <w:r>
        <w:rPr>
          <w:sz w:val="22"/>
        </w:rPr>
        <w:t xml:space="preserve">        (D) </w:t>
      </w:r>
      <w:r>
        <w:rPr>
          <w:sz w:val="22"/>
        </w:rPr>
        <w:t>残月</w:t>
      </w:r>
    </w:p>
    <w:p w14:paraId="2DB2C7DE" w14:textId="77777777" w:rsidR="00CD3EF2" w:rsidRDefault="00000000">
      <w:pPr>
        <w:spacing w:before="120" w:after="80"/>
      </w:pPr>
      <w:r>
        <w:t>6. 2017</w:t>
      </w:r>
      <w:r>
        <w:t>年的日全食发生在美国当地时间（</w:t>
      </w:r>
      <w:r>
        <w:t xml:space="preserve"> </w:t>
      </w:r>
      <w:r>
        <w:t>）。</w:t>
      </w:r>
    </w:p>
    <w:p w14:paraId="3EAA6657" w14:textId="77777777" w:rsidR="00CD3EF2" w:rsidRDefault="00000000">
      <w:pPr>
        <w:spacing w:after="40"/>
        <w:ind w:left="567"/>
      </w:pPr>
      <w:r>
        <w:rPr>
          <w:sz w:val="22"/>
        </w:rPr>
        <w:t xml:space="preserve">    (A) 8</w:t>
      </w:r>
      <w:r>
        <w:rPr>
          <w:sz w:val="22"/>
        </w:rPr>
        <w:t>月</w:t>
      </w:r>
      <w:r>
        <w:rPr>
          <w:sz w:val="22"/>
        </w:rPr>
        <w:t>20</w:t>
      </w:r>
      <w:r>
        <w:rPr>
          <w:sz w:val="22"/>
        </w:rPr>
        <w:t>日</w:t>
      </w:r>
      <w:r>
        <w:rPr>
          <w:sz w:val="22"/>
        </w:rPr>
        <w:t xml:space="preserve">        (B) 8</w:t>
      </w:r>
      <w:r>
        <w:rPr>
          <w:sz w:val="22"/>
        </w:rPr>
        <w:t>月</w:t>
      </w:r>
      <w:r>
        <w:rPr>
          <w:sz w:val="22"/>
        </w:rPr>
        <w:t>21</w:t>
      </w:r>
      <w:r>
        <w:rPr>
          <w:sz w:val="22"/>
        </w:rPr>
        <w:t>日</w:t>
      </w:r>
      <w:r>
        <w:rPr>
          <w:sz w:val="22"/>
        </w:rPr>
        <w:t xml:space="preserve">        (C) 8</w:t>
      </w:r>
      <w:r>
        <w:rPr>
          <w:sz w:val="22"/>
        </w:rPr>
        <w:t>月</w:t>
      </w:r>
      <w:r>
        <w:rPr>
          <w:sz w:val="22"/>
        </w:rPr>
        <w:t>22</w:t>
      </w:r>
      <w:r>
        <w:rPr>
          <w:sz w:val="22"/>
        </w:rPr>
        <w:t>日</w:t>
      </w:r>
      <w:r>
        <w:rPr>
          <w:sz w:val="22"/>
        </w:rPr>
        <w:t xml:space="preserve">        (D) 8</w:t>
      </w:r>
      <w:r>
        <w:rPr>
          <w:sz w:val="22"/>
        </w:rPr>
        <w:t>月</w:t>
      </w:r>
      <w:r>
        <w:rPr>
          <w:sz w:val="22"/>
        </w:rPr>
        <w:t>23</w:t>
      </w:r>
      <w:r>
        <w:rPr>
          <w:sz w:val="22"/>
        </w:rPr>
        <w:t>日</w:t>
      </w:r>
    </w:p>
    <w:p w14:paraId="2A24F784" w14:textId="77777777" w:rsidR="00CD3EF2" w:rsidRDefault="00000000">
      <w:pPr>
        <w:spacing w:before="120" w:after="80"/>
      </w:pPr>
      <w:r>
        <w:t xml:space="preserve">7. </w:t>
      </w:r>
      <w:r>
        <w:t>北极星与以下哪颗亮星的角距离最近？（</w:t>
      </w:r>
      <w:r>
        <w:t xml:space="preserve"> </w:t>
      </w:r>
      <w:r>
        <w:t>）</w:t>
      </w:r>
    </w:p>
    <w:p w14:paraId="6738499C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天津四（天鹅座</w:t>
      </w:r>
      <w:r>
        <w:rPr>
          <w:sz w:val="22"/>
        </w:rPr>
        <w:t>α</w:t>
      </w:r>
      <w:r>
        <w:rPr>
          <w:sz w:val="22"/>
        </w:rPr>
        <w:t>）</w:t>
      </w:r>
      <w:r>
        <w:rPr>
          <w:sz w:val="22"/>
        </w:rPr>
        <w:t xml:space="preserve">        (B) </w:t>
      </w:r>
      <w:r>
        <w:rPr>
          <w:sz w:val="22"/>
        </w:rPr>
        <w:t>南河三（小犬座</w:t>
      </w:r>
      <w:r>
        <w:rPr>
          <w:sz w:val="22"/>
        </w:rPr>
        <w:t>α</w:t>
      </w:r>
      <w:r>
        <w:rPr>
          <w:sz w:val="22"/>
        </w:rPr>
        <w:t>）</w:t>
      </w:r>
      <w:r>
        <w:rPr>
          <w:sz w:val="22"/>
        </w:rPr>
        <w:t xml:space="preserve">        (C) </w:t>
      </w:r>
      <w:r>
        <w:rPr>
          <w:sz w:val="22"/>
        </w:rPr>
        <w:t>轩辕十四（狮子座</w:t>
      </w:r>
      <w:r>
        <w:rPr>
          <w:sz w:val="22"/>
        </w:rPr>
        <w:t>α</w:t>
      </w:r>
      <w:r>
        <w:rPr>
          <w:sz w:val="22"/>
        </w:rPr>
        <w:t>）</w:t>
      </w:r>
      <w:r>
        <w:rPr>
          <w:sz w:val="22"/>
        </w:rPr>
        <w:t xml:space="preserve">        (D) </w:t>
      </w:r>
      <w:r>
        <w:rPr>
          <w:sz w:val="22"/>
        </w:rPr>
        <w:t>毕宿五（金牛座</w:t>
      </w:r>
      <w:r>
        <w:rPr>
          <w:sz w:val="22"/>
        </w:rPr>
        <w:t>α</w:t>
      </w:r>
      <w:r>
        <w:rPr>
          <w:sz w:val="22"/>
        </w:rPr>
        <w:t>）</w:t>
      </w:r>
    </w:p>
    <w:p w14:paraId="756CCA86" w14:textId="77777777" w:rsidR="00CD3EF2" w:rsidRDefault="00000000">
      <w:pPr>
        <w:spacing w:before="120" w:after="80"/>
      </w:pPr>
      <w:r>
        <w:t xml:space="preserve">8. </w:t>
      </w:r>
      <w:r>
        <w:t>截至</w:t>
      </w:r>
      <w:r>
        <w:t>2016</w:t>
      </w:r>
      <w:r>
        <w:t>年</w:t>
      </w:r>
      <w:r>
        <w:t>4</w:t>
      </w:r>
      <w:r>
        <w:t>月，著名的哈勃空间望远镜已经发射升空（</w:t>
      </w:r>
      <w:r>
        <w:t xml:space="preserve"> </w:t>
      </w:r>
      <w:r>
        <w:t>）年。</w:t>
      </w:r>
    </w:p>
    <w:p w14:paraId="69A26340" w14:textId="77777777" w:rsidR="00CD3EF2" w:rsidRDefault="00000000">
      <w:pPr>
        <w:spacing w:after="40"/>
        <w:ind w:left="567"/>
      </w:pPr>
      <w:r>
        <w:rPr>
          <w:sz w:val="22"/>
        </w:rPr>
        <w:t xml:space="preserve">    (A) 11        (B) 16        (C) 21        (D) 26</w:t>
      </w:r>
    </w:p>
    <w:p w14:paraId="15C66FBC" w14:textId="77777777" w:rsidR="00CD3EF2" w:rsidRDefault="00000000">
      <w:pPr>
        <w:spacing w:before="120" w:after="80"/>
      </w:pPr>
      <w:r>
        <w:t>9. 2015</w:t>
      </w:r>
      <w:r>
        <w:t>年，国际天文学联合会在官网上公布，批准将嫦娥三号探测器着陆点周边区域命名为</w:t>
      </w:r>
      <w:r>
        <w:t>"</w:t>
      </w:r>
      <w:r>
        <w:t>广寒宫</w:t>
      </w:r>
      <w:r>
        <w:t>"</w:t>
      </w:r>
      <w:r>
        <w:t>，并对其附近的三个撞击坑分别命名，以下哪个不是通过的命名？（</w:t>
      </w:r>
      <w:r>
        <w:t xml:space="preserve"> </w:t>
      </w:r>
      <w:r>
        <w:t>）</w:t>
      </w:r>
    </w:p>
    <w:p w14:paraId="78B93ED5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紫微</w:t>
      </w:r>
      <w:r>
        <w:rPr>
          <w:sz w:val="22"/>
        </w:rPr>
        <w:t xml:space="preserve">        (B) </w:t>
      </w:r>
      <w:r>
        <w:rPr>
          <w:sz w:val="22"/>
        </w:rPr>
        <w:t>太微</w:t>
      </w:r>
      <w:r>
        <w:rPr>
          <w:sz w:val="22"/>
        </w:rPr>
        <w:t xml:space="preserve">        (C) </w:t>
      </w:r>
      <w:r>
        <w:rPr>
          <w:sz w:val="22"/>
        </w:rPr>
        <w:t>天市</w:t>
      </w:r>
      <w:r>
        <w:rPr>
          <w:sz w:val="22"/>
        </w:rPr>
        <w:t xml:space="preserve">        (D) </w:t>
      </w:r>
      <w:r>
        <w:rPr>
          <w:sz w:val="22"/>
        </w:rPr>
        <w:t>军市</w:t>
      </w:r>
    </w:p>
    <w:p w14:paraId="75AC72C7" w14:textId="77777777" w:rsidR="00CD3EF2" w:rsidRDefault="00000000">
      <w:pPr>
        <w:spacing w:before="120" w:after="80"/>
      </w:pPr>
      <w:r>
        <w:lastRenderedPageBreak/>
        <w:t>10. 2004</w:t>
      </w:r>
      <w:r>
        <w:t>年发射升空的信使号探测器，在</w:t>
      </w:r>
      <w:r>
        <w:t>2015</w:t>
      </w:r>
      <w:r>
        <w:t>年</w:t>
      </w:r>
      <w:r>
        <w:t>4</w:t>
      </w:r>
      <w:r>
        <w:t>月</w:t>
      </w:r>
      <w:r>
        <w:t>30</w:t>
      </w:r>
      <w:r>
        <w:t>日结束了任务，撞毁于（</w:t>
      </w:r>
      <w:r>
        <w:t xml:space="preserve"> </w:t>
      </w:r>
      <w:r>
        <w:t>）的表面。</w:t>
      </w:r>
    </w:p>
    <w:p w14:paraId="73BC30CE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水星</w:t>
      </w:r>
      <w:r>
        <w:rPr>
          <w:sz w:val="22"/>
        </w:rPr>
        <w:t xml:space="preserve">        (B) </w:t>
      </w:r>
      <w:r>
        <w:rPr>
          <w:sz w:val="22"/>
        </w:rPr>
        <w:t>金星</w:t>
      </w:r>
      <w:r>
        <w:rPr>
          <w:sz w:val="22"/>
        </w:rPr>
        <w:t xml:space="preserve">        (C) </w:t>
      </w:r>
      <w:r>
        <w:rPr>
          <w:sz w:val="22"/>
        </w:rPr>
        <w:t>火星</w:t>
      </w:r>
      <w:r>
        <w:rPr>
          <w:sz w:val="22"/>
        </w:rPr>
        <w:t xml:space="preserve">        (D) </w:t>
      </w:r>
      <w:r>
        <w:rPr>
          <w:sz w:val="22"/>
        </w:rPr>
        <w:t>木星</w:t>
      </w:r>
    </w:p>
    <w:p w14:paraId="15A93A10" w14:textId="77777777" w:rsidR="00CD3EF2" w:rsidRDefault="00000000">
      <w:pPr>
        <w:spacing w:before="120" w:after="80"/>
      </w:pPr>
      <w:r>
        <w:t>11. 2015</w:t>
      </w:r>
      <w:r>
        <w:t>年</w:t>
      </w:r>
      <w:r>
        <w:t>12</w:t>
      </w:r>
      <w:r>
        <w:t>月</w:t>
      </w:r>
      <w:r>
        <w:t>17</w:t>
      </w:r>
      <w:r>
        <w:t>日，我国将名为（</w:t>
      </w:r>
      <w:r>
        <w:t xml:space="preserve"> </w:t>
      </w:r>
      <w:r>
        <w:t>）的首颗暗物质粒子探测器成功送入太空。</w:t>
      </w:r>
    </w:p>
    <w:p w14:paraId="18252898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盘古</w:t>
      </w:r>
      <w:r>
        <w:rPr>
          <w:sz w:val="22"/>
        </w:rPr>
        <w:t xml:space="preserve">        (B) </w:t>
      </w:r>
      <w:r>
        <w:rPr>
          <w:sz w:val="22"/>
        </w:rPr>
        <w:t>天眼</w:t>
      </w:r>
      <w:r>
        <w:rPr>
          <w:sz w:val="22"/>
        </w:rPr>
        <w:t xml:space="preserve">        (C) </w:t>
      </w:r>
      <w:r>
        <w:rPr>
          <w:sz w:val="22"/>
        </w:rPr>
        <w:t>悟空</w:t>
      </w:r>
      <w:r>
        <w:rPr>
          <w:sz w:val="22"/>
        </w:rPr>
        <w:t xml:space="preserve">        (D) </w:t>
      </w:r>
      <w:r>
        <w:rPr>
          <w:sz w:val="22"/>
        </w:rPr>
        <w:t>天宫</w:t>
      </w:r>
    </w:p>
    <w:p w14:paraId="64930C35" w14:textId="77777777" w:rsidR="00CD3EF2" w:rsidRDefault="00000000">
      <w:pPr>
        <w:spacing w:before="120" w:after="80"/>
      </w:pPr>
      <w:r>
        <w:t xml:space="preserve">12. </w:t>
      </w:r>
      <w:r>
        <w:t>位于</w:t>
      </w:r>
      <w:r>
        <w:t>67P/</w:t>
      </w:r>
      <w:r>
        <w:t>丘留莫夫</w:t>
      </w:r>
      <w:r>
        <w:t>—</w:t>
      </w:r>
      <w:r>
        <w:t>格拉西缅科彗星上的（</w:t>
      </w:r>
      <w:r>
        <w:t xml:space="preserve"> </w:t>
      </w:r>
      <w:r>
        <w:t>）探测器，因太阳能燃料不足而</w:t>
      </w:r>
      <w:r>
        <w:t>"</w:t>
      </w:r>
      <w:r>
        <w:t>冬眠不醒</w:t>
      </w:r>
      <w:r>
        <w:t>"</w:t>
      </w:r>
      <w:r>
        <w:t>，但它曾在</w:t>
      </w:r>
      <w:r>
        <w:t>2015</w:t>
      </w:r>
      <w:r>
        <w:t>年</w:t>
      </w:r>
      <w:r>
        <w:t>6</w:t>
      </w:r>
      <w:r>
        <w:t>月短暂醒来并发回了信号。</w:t>
      </w:r>
    </w:p>
    <w:p w14:paraId="784847E9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菲莱号</w:t>
      </w:r>
      <w:r>
        <w:rPr>
          <w:sz w:val="22"/>
        </w:rPr>
        <w:t xml:space="preserve">        (B) </w:t>
      </w:r>
      <w:r>
        <w:rPr>
          <w:sz w:val="22"/>
        </w:rPr>
        <w:t>隼鸟号</w:t>
      </w:r>
      <w:r>
        <w:rPr>
          <w:sz w:val="22"/>
        </w:rPr>
        <w:t xml:space="preserve">        (C) </w:t>
      </w:r>
      <w:r>
        <w:rPr>
          <w:sz w:val="22"/>
        </w:rPr>
        <w:t>水手</w:t>
      </w:r>
      <w:r>
        <w:rPr>
          <w:sz w:val="22"/>
        </w:rPr>
        <w:t>10</w:t>
      </w:r>
      <w:r>
        <w:rPr>
          <w:sz w:val="22"/>
        </w:rPr>
        <w:t>号</w:t>
      </w:r>
      <w:r>
        <w:rPr>
          <w:sz w:val="22"/>
        </w:rPr>
        <w:t xml:space="preserve">        (D) </w:t>
      </w:r>
      <w:r>
        <w:rPr>
          <w:sz w:val="22"/>
        </w:rPr>
        <w:t>麦哲伦号</w:t>
      </w:r>
    </w:p>
    <w:p w14:paraId="07FB9CC0" w14:textId="77777777" w:rsidR="00CD3EF2" w:rsidRDefault="00000000">
      <w:pPr>
        <w:spacing w:before="120" w:after="80"/>
      </w:pPr>
      <w:r>
        <w:t>13. 2015</w:t>
      </w:r>
      <w:r>
        <w:t>年</w:t>
      </w:r>
      <w:r>
        <w:t>7</w:t>
      </w:r>
      <w:r>
        <w:t>月，美国宇航局宣布开普勒望远镜在（</w:t>
      </w:r>
      <w:r>
        <w:t xml:space="preserve"> </w:t>
      </w:r>
      <w:r>
        <w:t>）天区找到了一颗可能和地球很类似的系外行星</w:t>
      </w:r>
      <w:r>
        <w:t>——</w:t>
      </w:r>
      <w:r>
        <w:t>开普勒</w:t>
      </w:r>
      <w:r>
        <w:t>452b</w:t>
      </w:r>
      <w:r>
        <w:t>，并被戏称为</w:t>
      </w:r>
      <w:r>
        <w:t>"</w:t>
      </w:r>
      <w:r>
        <w:t>地球</w:t>
      </w:r>
      <w:r>
        <w:t>2.0"</w:t>
      </w:r>
      <w:r>
        <w:t>。</w:t>
      </w:r>
    </w:p>
    <w:p w14:paraId="5AB922D4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天猫座</w:t>
      </w:r>
      <w:r>
        <w:rPr>
          <w:sz w:val="22"/>
        </w:rPr>
        <w:t xml:space="preserve">        (B) </w:t>
      </w:r>
      <w:r>
        <w:rPr>
          <w:sz w:val="22"/>
        </w:rPr>
        <w:t>天蝎座</w:t>
      </w:r>
      <w:r>
        <w:rPr>
          <w:sz w:val="22"/>
        </w:rPr>
        <w:t xml:space="preserve">        (C) </w:t>
      </w:r>
      <w:r>
        <w:rPr>
          <w:sz w:val="22"/>
        </w:rPr>
        <w:t>天鹰座</w:t>
      </w:r>
      <w:r>
        <w:rPr>
          <w:sz w:val="22"/>
        </w:rPr>
        <w:t xml:space="preserve">        (D) </w:t>
      </w:r>
      <w:r>
        <w:rPr>
          <w:sz w:val="22"/>
        </w:rPr>
        <w:t>天鹅座</w:t>
      </w:r>
    </w:p>
    <w:p w14:paraId="0B79F7E2" w14:textId="77777777" w:rsidR="00CD3EF2" w:rsidRDefault="00000000">
      <w:pPr>
        <w:spacing w:before="120" w:after="80"/>
      </w:pPr>
      <w:r>
        <w:t xml:space="preserve">14. </w:t>
      </w:r>
      <w:r>
        <w:t>以下哪个设备或计划不是专门针对引力波观测研究的？（</w:t>
      </w:r>
      <w:r>
        <w:t xml:space="preserve"> </w:t>
      </w:r>
      <w:r>
        <w:t>）</w:t>
      </w:r>
    </w:p>
    <w:p w14:paraId="61275CE9" w14:textId="77777777" w:rsidR="00CD3EF2" w:rsidRDefault="00000000">
      <w:pPr>
        <w:spacing w:after="40"/>
        <w:ind w:left="567"/>
      </w:pPr>
      <w:r>
        <w:rPr>
          <w:sz w:val="22"/>
        </w:rPr>
        <w:t xml:space="preserve">    (A) LIGO        (B) LISA        (C) LRO        (D) </w:t>
      </w:r>
      <w:r>
        <w:rPr>
          <w:sz w:val="22"/>
        </w:rPr>
        <w:t>天琴计划</w:t>
      </w:r>
    </w:p>
    <w:p w14:paraId="3E243F3F" w14:textId="77777777" w:rsidR="00CD3EF2" w:rsidRDefault="00000000">
      <w:pPr>
        <w:spacing w:before="120" w:after="80"/>
      </w:pPr>
      <w:r>
        <w:t xml:space="preserve">15. </w:t>
      </w:r>
      <w:r>
        <w:t>以下卫星直径最小的是？（</w:t>
      </w:r>
      <w:r>
        <w:t xml:space="preserve"> </w:t>
      </w:r>
      <w:r>
        <w:t>）</w:t>
      </w:r>
    </w:p>
    <w:p w14:paraId="0F9B1D3F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月球</w:t>
      </w:r>
      <w:r>
        <w:rPr>
          <w:sz w:val="22"/>
        </w:rPr>
        <w:t xml:space="preserve">        (B) </w:t>
      </w:r>
      <w:r>
        <w:rPr>
          <w:sz w:val="22"/>
        </w:rPr>
        <w:t>土卫六</w:t>
      </w:r>
      <w:r>
        <w:rPr>
          <w:sz w:val="22"/>
        </w:rPr>
        <w:t xml:space="preserve">        (C) </w:t>
      </w:r>
      <w:r>
        <w:rPr>
          <w:sz w:val="22"/>
        </w:rPr>
        <w:t>木卫四</w:t>
      </w:r>
      <w:r>
        <w:rPr>
          <w:sz w:val="22"/>
        </w:rPr>
        <w:t xml:space="preserve">        (D) </w:t>
      </w:r>
      <w:r>
        <w:rPr>
          <w:sz w:val="22"/>
        </w:rPr>
        <w:t>木卫一</w:t>
      </w:r>
    </w:p>
    <w:p w14:paraId="4CBDA6B2" w14:textId="77777777" w:rsidR="00CD3EF2" w:rsidRDefault="00000000">
      <w:pPr>
        <w:spacing w:before="120" w:after="80"/>
      </w:pPr>
      <w:r>
        <w:t xml:space="preserve">16. </w:t>
      </w:r>
      <w:r>
        <w:t>以下说法不正确的是？（</w:t>
      </w:r>
      <w:r>
        <w:t xml:space="preserve"> </w:t>
      </w:r>
      <w:r>
        <w:t>）</w:t>
      </w:r>
    </w:p>
    <w:p w14:paraId="22B0C5F8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冥王星上的大气层非常厚，其微弱的引力使大气可以弥散到很远的地方。</w:t>
      </w:r>
      <w:r>
        <w:rPr>
          <w:sz w:val="22"/>
        </w:rPr>
        <w:br/>
        <w:t xml:space="preserve">    (B) </w:t>
      </w:r>
      <w:r>
        <w:rPr>
          <w:sz w:val="22"/>
        </w:rPr>
        <w:t>来自新视野号的第一幅冥王星大气层彩色照片显示其霾层呈现红色。</w:t>
      </w:r>
      <w:r>
        <w:rPr>
          <w:sz w:val="22"/>
        </w:rPr>
        <w:br/>
        <w:t xml:space="preserve">    (C) </w:t>
      </w:r>
      <w:r>
        <w:rPr>
          <w:sz w:val="22"/>
        </w:rPr>
        <w:t>新视野号携带了一部分克莱德</w:t>
      </w:r>
      <w:r>
        <w:rPr>
          <w:sz w:val="22"/>
        </w:rPr>
        <w:t>·</w:t>
      </w:r>
      <w:r>
        <w:rPr>
          <w:sz w:val="22"/>
        </w:rPr>
        <w:t>汤博的骨灰，以纪念这位冥王星的发现者。</w:t>
      </w:r>
      <w:r>
        <w:rPr>
          <w:sz w:val="22"/>
        </w:rPr>
        <w:br/>
        <w:t xml:space="preserve">    (D) </w:t>
      </w:r>
      <w:r>
        <w:rPr>
          <w:sz w:val="22"/>
        </w:rPr>
        <w:t>新视野号在成功飞掠冥王星后将造访柯伊伯带天体</w:t>
      </w:r>
      <w:r>
        <w:rPr>
          <w:sz w:val="22"/>
        </w:rPr>
        <w:t>2014MU69</w:t>
      </w:r>
      <w:r>
        <w:rPr>
          <w:sz w:val="22"/>
        </w:rPr>
        <w:t>。</w:t>
      </w:r>
    </w:p>
    <w:p w14:paraId="72A7839F" w14:textId="77777777" w:rsidR="00CD3EF2" w:rsidRDefault="00000000">
      <w:pPr>
        <w:spacing w:before="120" w:after="80"/>
      </w:pPr>
      <w:r>
        <w:t xml:space="preserve">17. </w:t>
      </w:r>
      <w:r>
        <w:t>近日，曙光号小行星探测器下降到距离（</w:t>
      </w:r>
      <w:r>
        <w:t xml:space="preserve"> </w:t>
      </w:r>
      <w:r>
        <w:t>）表面</w:t>
      </w:r>
      <w:r>
        <w:t>385</w:t>
      </w:r>
      <w:r>
        <w:t>千米的轨道高度，拍摄到了其上的库帕洛环形山。</w:t>
      </w:r>
    </w:p>
    <w:p w14:paraId="1F71645F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谷神星</w:t>
      </w:r>
      <w:r>
        <w:rPr>
          <w:sz w:val="22"/>
        </w:rPr>
        <w:t xml:space="preserve">        (B) </w:t>
      </w:r>
      <w:r>
        <w:rPr>
          <w:sz w:val="22"/>
        </w:rPr>
        <w:t>托塔蒂斯</w:t>
      </w:r>
      <w:r>
        <w:rPr>
          <w:sz w:val="22"/>
        </w:rPr>
        <w:t xml:space="preserve">        (C) </w:t>
      </w:r>
      <w:r>
        <w:rPr>
          <w:sz w:val="22"/>
        </w:rPr>
        <w:t>灶神星</w:t>
      </w:r>
      <w:r>
        <w:rPr>
          <w:sz w:val="22"/>
        </w:rPr>
        <w:t xml:space="preserve">        (D) </w:t>
      </w:r>
      <w:r>
        <w:rPr>
          <w:sz w:val="22"/>
        </w:rPr>
        <w:t>丝川</w:t>
      </w:r>
    </w:p>
    <w:p w14:paraId="5C2462DB" w14:textId="77777777" w:rsidR="00CD3EF2" w:rsidRDefault="00000000">
      <w:pPr>
        <w:spacing w:before="120" w:after="80"/>
      </w:pPr>
      <w:r>
        <w:t xml:space="preserve">18. </w:t>
      </w:r>
      <w:r>
        <w:t>以下说法不正确的是？（</w:t>
      </w:r>
      <w:r>
        <w:t xml:space="preserve"> </w:t>
      </w:r>
      <w:r>
        <w:t>）</w:t>
      </w:r>
    </w:p>
    <w:p w14:paraId="7AF15D4C" w14:textId="77777777" w:rsidR="00CD3EF2" w:rsidRDefault="00000000">
      <w:pPr>
        <w:spacing w:after="40"/>
        <w:ind w:left="567"/>
      </w:pPr>
      <w:r>
        <w:rPr>
          <w:sz w:val="22"/>
        </w:rPr>
        <w:t xml:space="preserve">    (A) 2015</w:t>
      </w:r>
      <w:r>
        <w:rPr>
          <w:sz w:val="22"/>
        </w:rPr>
        <w:t>年</w:t>
      </w:r>
      <w:r>
        <w:rPr>
          <w:sz w:val="22"/>
        </w:rPr>
        <w:t>3</w:t>
      </w:r>
      <w:r>
        <w:rPr>
          <w:sz w:val="22"/>
        </w:rPr>
        <w:t>月《科学》杂志刊发了嫦娥四号探月工程最新探测成果，揭示了月球雨海地区的复杂地质史。</w:t>
      </w:r>
      <w:r>
        <w:rPr>
          <w:sz w:val="22"/>
        </w:rPr>
        <w:br/>
        <w:t xml:space="preserve">    (B) </w:t>
      </w:r>
      <w:r>
        <w:rPr>
          <w:sz w:val="22"/>
        </w:rPr>
        <w:t>我国的天宫二号预计在</w:t>
      </w:r>
      <w:r>
        <w:rPr>
          <w:sz w:val="22"/>
        </w:rPr>
        <w:t>2016</w:t>
      </w:r>
      <w:r>
        <w:rPr>
          <w:sz w:val="22"/>
        </w:rPr>
        <w:t>年第三季度发射升空，神舟十一号将承载两名航天员，与天宫二号进行对接，并进行长达</w:t>
      </w:r>
      <w:r>
        <w:rPr>
          <w:sz w:val="22"/>
        </w:rPr>
        <w:t>30</w:t>
      </w:r>
      <w:r>
        <w:rPr>
          <w:sz w:val="22"/>
        </w:rPr>
        <w:t>天的中期驻留试验。</w:t>
      </w:r>
      <w:r>
        <w:rPr>
          <w:sz w:val="22"/>
        </w:rPr>
        <w:br/>
        <w:t xml:space="preserve">    (C) </w:t>
      </w:r>
      <w:r>
        <w:rPr>
          <w:sz w:val="22"/>
        </w:rPr>
        <w:t>利用火星勘测轨道飞行器的数据，科学家发现</w:t>
      </w:r>
      <w:r>
        <w:rPr>
          <w:sz w:val="22"/>
        </w:rPr>
        <w:t>"</w:t>
      </w:r>
      <w:r>
        <w:rPr>
          <w:sz w:val="22"/>
        </w:rPr>
        <w:t>季节性斜坡纹线</w:t>
      </w:r>
      <w:r>
        <w:rPr>
          <w:sz w:val="22"/>
        </w:rPr>
        <w:t>"</w:t>
      </w:r>
      <w:r>
        <w:rPr>
          <w:sz w:val="22"/>
        </w:rPr>
        <w:t>结构，证明现今火星上存在液态水。</w:t>
      </w:r>
      <w:r>
        <w:rPr>
          <w:sz w:val="22"/>
        </w:rPr>
        <w:br/>
        <w:t xml:space="preserve">    (D) </w:t>
      </w:r>
      <w:r>
        <w:rPr>
          <w:sz w:val="22"/>
        </w:rPr>
        <w:t>通过研究彗核上的物质层，科学家发现</w:t>
      </w:r>
      <w:r>
        <w:rPr>
          <w:sz w:val="22"/>
        </w:rPr>
        <w:t>67P/</w:t>
      </w:r>
      <w:r>
        <w:rPr>
          <w:sz w:val="22"/>
        </w:rPr>
        <w:t>丘留莫夫</w:t>
      </w:r>
      <w:r>
        <w:rPr>
          <w:sz w:val="22"/>
        </w:rPr>
        <w:t>—</w:t>
      </w:r>
      <w:r>
        <w:rPr>
          <w:sz w:val="22"/>
        </w:rPr>
        <w:t>格拉西缅科彗星的形状源于两颗彗星间低速碰撞融合。</w:t>
      </w:r>
    </w:p>
    <w:p w14:paraId="18952279" w14:textId="77777777" w:rsidR="00CD3EF2" w:rsidRDefault="00000000">
      <w:pPr>
        <w:spacing w:before="120" w:after="80"/>
      </w:pPr>
      <w:r>
        <w:lastRenderedPageBreak/>
        <w:t xml:space="preserve">19. </w:t>
      </w:r>
      <w:r>
        <w:t>韦布空间望远镜（</w:t>
      </w:r>
      <w:r>
        <w:t>JWST</w:t>
      </w:r>
      <w:r>
        <w:t>）预计将于</w:t>
      </w:r>
      <w:r>
        <w:t>2018</w:t>
      </w:r>
      <w:r>
        <w:t>年</w:t>
      </w:r>
      <w:r>
        <w:t>10</w:t>
      </w:r>
      <w:r>
        <w:t>月发射升空，其由（</w:t>
      </w:r>
      <w:r>
        <w:t xml:space="preserve"> </w:t>
      </w:r>
      <w:r>
        <w:t>）的镜片共同组成主镜面。</w:t>
      </w:r>
    </w:p>
    <w:p w14:paraId="2C584B28" w14:textId="77777777" w:rsidR="00CD3EF2" w:rsidRDefault="00000000">
      <w:pPr>
        <w:spacing w:after="40"/>
        <w:ind w:left="567"/>
      </w:pPr>
      <w:r>
        <w:rPr>
          <w:sz w:val="22"/>
        </w:rPr>
        <w:t xml:space="preserve">    (A) 18</w:t>
      </w:r>
      <w:r>
        <w:rPr>
          <w:sz w:val="22"/>
        </w:rPr>
        <w:t>块正六边形</w:t>
      </w:r>
      <w:r>
        <w:rPr>
          <w:sz w:val="22"/>
        </w:rPr>
        <w:t xml:space="preserve">        (B) 36</w:t>
      </w:r>
      <w:r>
        <w:rPr>
          <w:sz w:val="22"/>
        </w:rPr>
        <w:t>块正六边形</w:t>
      </w:r>
      <w:r>
        <w:rPr>
          <w:sz w:val="22"/>
        </w:rPr>
        <w:t xml:space="preserve">        (C) 6</w:t>
      </w:r>
      <w:r>
        <w:rPr>
          <w:sz w:val="22"/>
        </w:rPr>
        <w:t>块圆形</w:t>
      </w:r>
      <w:r>
        <w:rPr>
          <w:sz w:val="22"/>
        </w:rPr>
        <w:t xml:space="preserve">        (D) 7</w:t>
      </w:r>
      <w:r>
        <w:rPr>
          <w:sz w:val="22"/>
        </w:rPr>
        <w:t>块圆形</w:t>
      </w:r>
    </w:p>
    <w:p w14:paraId="52481725" w14:textId="77777777" w:rsidR="00CD3EF2" w:rsidRDefault="00000000">
      <w:pPr>
        <w:spacing w:before="120" w:after="80"/>
      </w:pPr>
      <w:r>
        <w:t xml:space="preserve">20. </w:t>
      </w:r>
      <w:r>
        <w:t>在地球表面，沿经线方向纬度每移动</w:t>
      </w:r>
      <w:r>
        <w:t>1°</w:t>
      </w:r>
      <w:r>
        <w:t>，实际距离移动了（</w:t>
      </w:r>
      <w:r>
        <w:t xml:space="preserve"> </w:t>
      </w:r>
      <w:r>
        <w:t>）。</w:t>
      </w:r>
    </w:p>
    <w:p w14:paraId="32ACC993" w14:textId="77777777" w:rsidR="00CD3EF2" w:rsidRDefault="00000000">
      <w:pPr>
        <w:spacing w:after="40"/>
        <w:ind w:left="567"/>
      </w:pPr>
      <w:r>
        <w:rPr>
          <w:sz w:val="22"/>
        </w:rPr>
        <w:t xml:space="preserve">    (A) 70</w:t>
      </w:r>
      <w:r>
        <w:rPr>
          <w:sz w:val="22"/>
        </w:rPr>
        <w:t>千米</w:t>
      </w:r>
      <w:r>
        <w:rPr>
          <w:sz w:val="22"/>
        </w:rPr>
        <w:t xml:space="preserve">        (B) 110</w:t>
      </w:r>
      <w:r>
        <w:rPr>
          <w:sz w:val="22"/>
        </w:rPr>
        <w:t>千米</w:t>
      </w:r>
      <w:r>
        <w:rPr>
          <w:sz w:val="22"/>
        </w:rPr>
        <w:t xml:space="preserve">        (C) 200</w:t>
      </w:r>
      <w:r>
        <w:rPr>
          <w:sz w:val="22"/>
        </w:rPr>
        <w:t>千米</w:t>
      </w:r>
      <w:r>
        <w:rPr>
          <w:sz w:val="22"/>
        </w:rPr>
        <w:t xml:space="preserve">        (D) </w:t>
      </w:r>
      <w:r>
        <w:rPr>
          <w:sz w:val="22"/>
        </w:rPr>
        <w:t>在不同纬度距离不同</w:t>
      </w:r>
    </w:p>
    <w:p w14:paraId="29BDCBCB" w14:textId="77777777" w:rsidR="00CD3EF2" w:rsidRDefault="00000000">
      <w:pPr>
        <w:spacing w:before="120" w:after="80"/>
      </w:pPr>
      <w:r>
        <w:t xml:space="preserve">21. </w:t>
      </w:r>
      <w:r>
        <w:t>以下关于水星凌日说法不正确的是？（</w:t>
      </w:r>
      <w:r>
        <w:t xml:space="preserve"> </w:t>
      </w:r>
      <w:r>
        <w:t>）</w:t>
      </w:r>
    </w:p>
    <w:p w14:paraId="713FF7D8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水星凌日发生的频率高于金星凌日。</w:t>
      </w:r>
      <w:r>
        <w:rPr>
          <w:sz w:val="22"/>
        </w:rPr>
        <w:br/>
        <w:t xml:space="preserve">    (B) </w:t>
      </w:r>
      <w:r>
        <w:rPr>
          <w:sz w:val="22"/>
        </w:rPr>
        <w:t>发生在</w:t>
      </w:r>
      <w:r>
        <w:rPr>
          <w:sz w:val="22"/>
        </w:rPr>
        <w:t>5</w:t>
      </w:r>
      <w:r>
        <w:rPr>
          <w:sz w:val="22"/>
        </w:rPr>
        <w:t>月的水星凌日要比</w:t>
      </w:r>
      <w:r>
        <w:rPr>
          <w:sz w:val="22"/>
        </w:rPr>
        <w:t>11</w:t>
      </w:r>
      <w:r>
        <w:rPr>
          <w:sz w:val="22"/>
        </w:rPr>
        <w:t>月的少得多。</w:t>
      </w:r>
      <w:r>
        <w:rPr>
          <w:sz w:val="22"/>
        </w:rPr>
        <w:br/>
        <w:t xml:space="preserve">    (C) 5</w:t>
      </w:r>
      <w:r>
        <w:rPr>
          <w:sz w:val="22"/>
        </w:rPr>
        <w:t>月凌日时水星的视直径要大于</w:t>
      </w:r>
      <w:r>
        <w:rPr>
          <w:sz w:val="22"/>
        </w:rPr>
        <w:t>11</w:t>
      </w:r>
      <w:r>
        <w:rPr>
          <w:sz w:val="22"/>
        </w:rPr>
        <w:t>月凌日时的视直径。</w:t>
      </w:r>
      <w:r>
        <w:rPr>
          <w:sz w:val="22"/>
        </w:rPr>
        <w:br/>
        <w:t xml:space="preserve">    (D) </w:t>
      </w:r>
      <w:r>
        <w:rPr>
          <w:sz w:val="22"/>
        </w:rPr>
        <w:t>今年</w:t>
      </w:r>
      <w:r>
        <w:rPr>
          <w:sz w:val="22"/>
        </w:rPr>
        <w:t>5</w:t>
      </w:r>
      <w:r>
        <w:rPr>
          <w:sz w:val="22"/>
        </w:rPr>
        <w:t>月</w:t>
      </w:r>
      <w:r>
        <w:rPr>
          <w:sz w:val="22"/>
        </w:rPr>
        <w:t>9</w:t>
      </w:r>
      <w:r>
        <w:rPr>
          <w:sz w:val="22"/>
        </w:rPr>
        <w:t>日的水星凌日是本世纪第一次发生在</w:t>
      </w:r>
      <w:r>
        <w:rPr>
          <w:sz w:val="22"/>
        </w:rPr>
        <w:t>5</w:t>
      </w:r>
      <w:r>
        <w:rPr>
          <w:sz w:val="22"/>
        </w:rPr>
        <w:t>月的水星凌日。</w:t>
      </w:r>
    </w:p>
    <w:p w14:paraId="3E141626" w14:textId="77777777" w:rsidR="00CD3EF2" w:rsidRDefault="00000000">
      <w:pPr>
        <w:spacing w:before="120" w:after="80"/>
      </w:pPr>
      <w:r>
        <w:t xml:space="preserve">22. </w:t>
      </w:r>
      <w:r>
        <w:t>以下哪两个星座并不相邻？（</w:t>
      </w:r>
      <w:r>
        <w:t xml:space="preserve"> </w:t>
      </w:r>
      <w:r>
        <w:t>）</w:t>
      </w:r>
    </w:p>
    <w:p w14:paraId="23A2933D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天龙座与天琴座</w:t>
      </w:r>
      <w:r>
        <w:rPr>
          <w:sz w:val="22"/>
        </w:rPr>
        <w:t xml:space="preserve">        (B) </w:t>
      </w:r>
      <w:r>
        <w:rPr>
          <w:sz w:val="22"/>
        </w:rPr>
        <w:t>英仙座与御夫座</w:t>
      </w:r>
      <w:r>
        <w:rPr>
          <w:sz w:val="22"/>
        </w:rPr>
        <w:t xml:space="preserve">        (C) </w:t>
      </w:r>
      <w:r>
        <w:rPr>
          <w:sz w:val="22"/>
        </w:rPr>
        <w:t>双鱼座与南鱼座</w:t>
      </w:r>
      <w:r>
        <w:rPr>
          <w:sz w:val="22"/>
        </w:rPr>
        <w:t xml:space="preserve">        (D) </w:t>
      </w:r>
      <w:r>
        <w:rPr>
          <w:sz w:val="22"/>
        </w:rPr>
        <w:t>白羊座与鲸鱼座</w:t>
      </w:r>
    </w:p>
    <w:p w14:paraId="2EF74010" w14:textId="77777777" w:rsidR="00CD3EF2" w:rsidRDefault="00000000">
      <w:pPr>
        <w:spacing w:before="120" w:after="80"/>
      </w:pPr>
      <w:r>
        <w:t xml:space="preserve">23. </w:t>
      </w:r>
      <w:r>
        <w:t>下列梅西叶天体中距离我们最远的是（</w:t>
      </w:r>
      <w:r>
        <w:t xml:space="preserve"> </w:t>
      </w:r>
      <w:r>
        <w:t>）。</w:t>
      </w:r>
    </w:p>
    <w:p w14:paraId="5E61626E" w14:textId="77777777" w:rsidR="00CD3EF2" w:rsidRDefault="00000000">
      <w:pPr>
        <w:spacing w:after="40"/>
        <w:ind w:left="567"/>
      </w:pPr>
      <w:r>
        <w:rPr>
          <w:sz w:val="22"/>
        </w:rPr>
        <w:t xml:space="preserve">    (A) M31        (B) M42        (C) M81        (D) M92</w:t>
      </w:r>
    </w:p>
    <w:p w14:paraId="5909EDC7" w14:textId="77777777" w:rsidR="00CD3EF2" w:rsidRDefault="00000000">
      <w:pPr>
        <w:spacing w:before="120" w:after="80"/>
      </w:pPr>
      <w:r>
        <w:t>24. 2016</w:t>
      </w:r>
      <w:r>
        <w:t>年</w:t>
      </w:r>
      <w:r>
        <w:t>3</w:t>
      </w:r>
      <w:r>
        <w:t>月</w:t>
      </w:r>
      <w:r>
        <w:t>14</w:t>
      </w:r>
      <w:r>
        <w:t>日，欧洲空间局、俄罗斯航天署合作的火星生命探测计划（</w:t>
      </w:r>
      <w:r>
        <w:t>Exobiology on Mars</w:t>
      </w:r>
      <w:r>
        <w:t>）正式启动，轨道飞行器</w:t>
      </w:r>
      <w:r>
        <w:t>"</w:t>
      </w:r>
      <w:r>
        <w:t>微量气体探测器</w:t>
      </w:r>
      <w:r>
        <w:t>"</w:t>
      </w:r>
      <w:r>
        <w:t>顺利发射升空。预计该探测器将于（</w:t>
      </w:r>
      <w:r>
        <w:t xml:space="preserve"> </w:t>
      </w:r>
      <w:r>
        <w:t>）进入火星轨道。</w:t>
      </w:r>
    </w:p>
    <w:p w14:paraId="6CF3C0A2" w14:textId="77777777" w:rsidR="00CD3EF2" w:rsidRDefault="00000000">
      <w:pPr>
        <w:spacing w:after="40"/>
        <w:ind w:left="567"/>
      </w:pPr>
      <w:r>
        <w:rPr>
          <w:sz w:val="22"/>
        </w:rPr>
        <w:t xml:space="preserve">    (A) 2016</w:t>
      </w:r>
      <w:r>
        <w:rPr>
          <w:sz w:val="22"/>
        </w:rPr>
        <w:t>年</w:t>
      </w:r>
      <w:r>
        <w:rPr>
          <w:sz w:val="22"/>
        </w:rPr>
        <w:t>7</w:t>
      </w:r>
      <w:r>
        <w:rPr>
          <w:sz w:val="22"/>
        </w:rPr>
        <w:t>月</w:t>
      </w:r>
      <w:r>
        <w:rPr>
          <w:sz w:val="22"/>
        </w:rPr>
        <w:t xml:space="preserve">        (B) 2016</w:t>
      </w:r>
      <w:r>
        <w:rPr>
          <w:sz w:val="22"/>
        </w:rPr>
        <w:t>年</w:t>
      </w:r>
      <w:r>
        <w:rPr>
          <w:sz w:val="22"/>
        </w:rPr>
        <w:t>10</w:t>
      </w:r>
      <w:r>
        <w:rPr>
          <w:sz w:val="22"/>
        </w:rPr>
        <w:t>月</w:t>
      </w:r>
      <w:r>
        <w:rPr>
          <w:sz w:val="22"/>
        </w:rPr>
        <w:t xml:space="preserve">        (C) 2017</w:t>
      </w:r>
      <w:r>
        <w:rPr>
          <w:sz w:val="22"/>
        </w:rPr>
        <w:t>年</w:t>
      </w:r>
      <w:r>
        <w:rPr>
          <w:sz w:val="22"/>
        </w:rPr>
        <w:t>3</w:t>
      </w:r>
      <w:r>
        <w:rPr>
          <w:sz w:val="22"/>
        </w:rPr>
        <w:t>月</w:t>
      </w:r>
      <w:r>
        <w:rPr>
          <w:sz w:val="22"/>
        </w:rPr>
        <w:t xml:space="preserve">        (D) 2018</w:t>
      </w:r>
      <w:r>
        <w:rPr>
          <w:sz w:val="22"/>
        </w:rPr>
        <w:t>年</w:t>
      </w:r>
      <w:r>
        <w:rPr>
          <w:sz w:val="22"/>
        </w:rPr>
        <w:t>5</w:t>
      </w:r>
      <w:r>
        <w:rPr>
          <w:sz w:val="22"/>
        </w:rPr>
        <w:t>月</w:t>
      </w:r>
    </w:p>
    <w:p w14:paraId="5E3202C8" w14:textId="77777777" w:rsidR="00CD3EF2" w:rsidRDefault="00000000">
      <w:pPr>
        <w:spacing w:before="120" w:after="80"/>
      </w:pPr>
      <w:r>
        <w:t xml:space="preserve">25. </w:t>
      </w:r>
      <w:r>
        <w:t>以下说法不正确的是？（</w:t>
      </w:r>
      <w:r>
        <w:t xml:space="preserve"> </w:t>
      </w:r>
      <w:r>
        <w:t>）</w:t>
      </w:r>
    </w:p>
    <w:p w14:paraId="3FA19D48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甚大望远镜观测发现，巨椭圆星系</w:t>
      </w:r>
      <w:r>
        <w:rPr>
          <w:sz w:val="22"/>
        </w:rPr>
        <w:t>M87</w:t>
      </w:r>
      <w:r>
        <w:rPr>
          <w:sz w:val="22"/>
        </w:rPr>
        <w:t>仍在生长，它在过去的</w:t>
      </w:r>
      <w:r>
        <w:rPr>
          <w:sz w:val="22"/>
        </w:rPr>
        <w:t>10</w:t>
      </w:r>
      <w:r>
        <w:rPr>
          <w:sz w:val="22"/>
        </w:rPr>
        <w:t>亿年间已吞并了一个中等大小的星系。</w:t>
      </w:r>
      <w:r>
        <w:rPr>
          <w:sz w:val="22"/>
        </w:rPr>
        <w:br/>
        <w:t xml:space="preserve">    (B) </w:t>
      </w:r>
      <w:r>
        <w:rPr>
          <w:sz w:val="22"/>
        </w:rPr>
        <w:t>最近，钱德拉</w:t>
      </w:r>
      <w:r>
        <w:rPr>
          <w:sz w:val="22"/>
        </w:rPr>
        <w:t>X</w:t>
      </w:r>
      <w:r>
        <w:rPr>
          <w:sz w:val="22"/>
        </w:rPr>
        <w:t>射线天文台的观测显示木星大红斑的尺寸继续变小，而且颜色也越来越深。</w:t>
      </w:r>
      <w:r>
        <w:rPr>
          <w:sz w:val="22"/>
        </w:rPr>
        <w:br/>
        <w:t xml:space="preserve">    (C) </w:t>
      </w:r>
      <w:r>
        <w:rPr>
          <w:sz w:val="22"/>
        </w:rPr>
        <w:t>火星勘测轨道飞行器在火星陨石坑处发现撞击形成的玻璃，这是寻找火星早期生命形式的重要线索。</w:t>
      </w:r>
      <w:r>
        <w:rPr>
          <w:sz w:val="22"/>
        </w:rPr>
        <w:br/>
        <w:t xml:space="preserve">    (D) </w:t>
      </w:r>
      <w:r>
        <w:rPr>
          <w:sz w:val="22"/>
        </w:rPr>
        <w:t>卡西尼号土星探测器的观测数据表示，土卫二坚硬的冰质地表下面可能是全球性的水的海洋。</w:t>
      </w:r>
    </w:p>
    <w:p w14:paraId="361B98D7" w14:textId="77777777" w:rsidR="00CD3EF2" w:rsidRDefault="00000000">
      <w:pPr>
        <w:spacing w:before="120" w:after="80"/>
      </w:pPr>
      <w:r>
        <w:t xml:space="preserve">26. </w:t>
      </w:r>
      <w:r>
        <w:t>以下流星雨中，今年极大期间的月相有利于观测的是（</w:t>
      </w:r>
      <w:r>
        <w:t xml:space="preserve"> </w:t>
      </w:r>
      <w:r>
        <w:t>）。</w:t>
      </w:r>
    </w:p>
    <w:p w14:paraId="5BC34719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天琴座流星雨</w:t>
      </w:r>
      <w:r>
        <w:rPr>
          <w:sz w:val="22"/>
        </w:rPr>
        <w:t xml:space="preserve">        (B) </w:t>
      </w:r>
      <w:r>
        <w:rPr>
          <w:sz w:val="22"/>
        </w:rPr>
        <w:t>宝瓶座</w:t>
      </w:r>
      <w:r>
        <w:rPr>
          <w:sz w:val="22"/>
        </w:rPr>
        <w:t>η</w:t>
      </w:r>
      <w:r>
        <w:rPr>
          <w:sz w:val="22"/>
        </w:rPr>
        <w:t>流星雨</w:t>
      </w:r>
      <w:r>
        <w:rPr>
          <w:sz w:val="22"/>
        </w:rPr>
        <w:t xml:space="preserve">        (C) </w:t>
      </w:r>
      <w:r>
        <w:rPr>
          <w:sz w:val="22"/>
        </w:rPr>
        <w:t>狮子座流星雨</w:t>
      </w:r>
      <w:r>
        <w:rPr>
          <w:sz w:val="22"/>
        </w:rPr>
        <w:t xml:space="preserve">        (D) </w:t>
      </w:r>
      <w:r>
        <w:rPr>
          <w:sz w:val="22"/>
        </w:rPr>
        <w:t>双子座流星雨</w:t>
      </w:r>
    </w:p>
    <w:p w14:paraId="6D8B5F7F" w14:textId="77777777" w:rsidR="00CD3EF2" w:rsidRDefault="00000000">
      <w:pPr>
        <w:spacing w:before="120" w:after="80"/>
      </w:pPr>
      <w:r>
        <w:t xml:space="preserve">27. </w:t>
      </w:r>
      <w:r>
        <w:t>以下彗星中，今年回归近日点的是（</w:t>
      </w:r>
      <w:r>
        <w:t xml:space="preserve"> </w:t>
      </w:r>
      <w:r>
        <w:t>）。</w:t>
      </w:r>
    </w:p>
    <w:p w14:paraId="16DB8E0A" w14:textId="77777777" w:rsidR="00CD3EF2" w:rsidRDefault="00000000">
      <w:pPr>
        <w:spacing w:after="40"/>
        <w:ind w:left="567"/>
      </w:pPr>
      <w:r>
        <w:rPr>
          <w:sz w:val="22"/>
        </w:rPr>
        <w:lastRenderedPageBreak/>
        <w:t xml:space="preserve">    (A) 2P/Encke        (B) 9P/Tempel        (C) C/2013 US10</w:t>
      </w:r>
      <w:r>
        <w:rPr>
          <w:sz w:val="22"/>
        </w:rPr>
        <w:t>（</w:t>
      </w:r>
      <w:r>
        <w:rPr>
          <w:sz w:val="22"/>
        </w:rPr>
        <w:t>Catalina</w:t>
      </w:r>
      <w:r>
        <w:rPr>
          <w:sz w:val="22"/>
        </w:rPr>
        <w:t>）</w:t>
      </w:r>
      <w:r>
        <w:rPr>
          <w:sz w:val="22"/>
        </w:rPr>
        <w:t xml:space="preserve">        (D) 55P/Tempel-Tuttle</w:t>
      </w:r>
    </w:p>
    <w:p w14:paraId="7FE4D5B1" w14:textId="77777777" w:rsidR="00CD3EF2" w:rsidRDefault="00000000">
      <w:pPr>
        <w:spacing w:before="120" w:after="80"/>
      </w:pPr>
      <w:r>
        <w:t xml:space="preserve">28. </w:t>
      </w:r>
      <w:r>
        <w:t>一位探险家在南极点看日出，此时他看到日面中心正好位于地平线上，当天有可能是（</w:t>
      </w:r>
      <w:r>
        <w:t xml:space="preserve"> </w:t>
      </w:r>
      <w:r>
        <w:t>）。</w:t>
      </w:r>
    </w:p>
    <w:p w14:paraId="08E6F31F" w14:textId="77777777" w:rsidR="00CD3EF2" w:rsidRDefault="00000000">
      <w:pPr>
        <w:spacing w:after="40"/>
        <w:ind w:left="567"/>
      </w:pPr>
      <w:r>
        <w:rPr>
          <w:sz w:val="22"/>
        </w:rPr>
        <w:t xml:space="preserve">    (A) 3</w:t>
      </w:r>
      <w:r>
        <w:rPr>
          <w:sz w:val="22"/>
        </w:rPr>
        <w:t>月</w:t>
      </w:r>
      <w:r>
        <w:rPr>
          <w:sz w:val="22"/>
        </w:rPr>
        <w:t>20</w:t>
      </w:r>
      <w:r>
        <w:rPr>
          <w:sz w:val="22"/>
        </w:rPr>
        <w:t>日</w:t>
      </w:r>
      <w:r>
        <w:rPr>
          <w:sz w:val="22"/>
        </w:rPr>
        <w:t xml:space="preserve">        (B) 3</w:t>
      </w:r>
      <w:r>
        <w:rPr>
          <w:sz w:val="22"/>
        </w:rPr>
        <w:t>月</w:t>
      </w:r>
      <w:r>
        <w:rPr>
          <w:sz w:val="22"/>
        </w:rPr>
        <w:t>24</w:t>
      </w:r>
      <w:r>
        <w:rPr>
          <w:sz w:val="22"/>
        </w:rPr>
        <w:t>日</w:t>
      </w:r>
      <w:r>
        <w:rPr>
          <w:sz w:val="22"/>
        </w:rPr>
        <w:t xml:space="preserve">        (C) 9</w:t>
      </w:r>
      <w:r>
        <w:rPr>
          <w:sz w:val="22"/>
        </w:rPr>
        <w:t>月</w:t>
      </w:r>
      <w:r>
        <w:rPr>
          <w:sz w:val="22"/>
        </w:rPr>
        <w:t>20</w:t>
      </w:r>
      <w:r>
        <w:rPr>
          <w:sz w:val="22"/>
        </w:rPr>
        <w:t>日</w:t>
      </w:r>
      <w:r>
        <w:rPr>
          <w:sz w:val="22"/>
        </w:rPr>
        <w:t xml:space="preserve">        (D) 9</w:t>
      </w:r>
      <w:r>
        <w:rPr>
          <w:sz w:val="22"/>
        </w:rPr>
        <w:t>月</w:t>
      </w:r>
      <w:r>
        <w:rPr>
          <w:sz w:val="22"/>
        </w:rPr>
        <w:t>25</w:t>
      </w:r>
      <w:r>
        <w:rPr>
          <w:sz w:val="22"/>
        </w:rPr>
        <w:t>日</w:t>
      </w:r>
    </w:p>
    <w:p w14:paraId="1F099DA4" w14:textId="77777777" w:rsidR="00CD3EF2" w:rsidRDefault="00000000">
      <w:pPr>
        <w:spacing w:before="120" w:after="80"/>
      </w:pPr>
      <w:r>
        <w:t xml:space="preserve">29. </w:t>
      </w:r>
      <w:r>
        <w:t>春分当天，太阳上中天时的地方恒星时为（</w:t>
      </w:r>
      <w:r>
        <w:t xml:space="preserve"> </w:t>
      </w:r>
      <w:r>
        <w:t>）。</w:t>
      </w:r>
    </w:p>
    <w:p w14:paraId="4EF16AF4" w14:textId="77777777" w:rsidR="00CD3EF2" w:rsidRDefault="00000000">
      <w:pPr>
        <w:spacing w:after="40"/>
        <w:ind w:left="567"/>
      </w:pPr>
      <w:r>
        <w:rPr>
          <w:sz w:val="22"/>
        </w:rPr>
        <w:t xml:space="preserve">    (A) 0</w:t>
      </w:r>
      <w:r>
        <w:rPr>
          <w:sz w:val="22"/>
        </w:rPr>
        <w:t>时</w:t>
      </w:r>
      <w:r>
        <w:rPr>
          <w:sz w:val="22"/>
        </w:rPr>
        <w:t xml:space="preserve">        (B) 6</w:t>
      </w:r>
      <w:r>
        <w:rPr>
          <w:sz w:val="22"/>
        </w:rPr>
        <w:t>时</w:t>
      </w:r>
      <w:r>
        <w:rPr>
          <w:sz w:val="22"/>
        </w:rPr>
        <w:t xml:space="preserve">        (C) 12</w:t>
      </w:r>
      <w:r>
        <w:rPr>
          <w:sz w:val="22"/>
        </w:rPr>
        <w:t>时</w:t>
      </w:r>
      <w:r>
        <w:rPr>
          <w:sz w:val="22"/>
        </w:rPr>
        <w:t xml:space="preserve">        (D) 18</w:t>
      </w:r>
      <w:r>
        <w:rPr>
          <w:sz w:val="22"/>
        </w:rPr>
        <w:t>时</w:t>
      </w:r>
    </w:p>
    <w:p w14:paraId="1EA0EC55" w14:textId="77777777" w:rsidR="00CD3EF2" w:rsidRDefault="00000000">
      <w:pPr>
        <w:spacing w:before="120" w:after="80"/>
      </w:pPr>
      <w:r>
        <w:t xml:space="preserve">30. </w:t>
      </w:r>
      <w:r>
        <w:t>以下火星冲日，哪次距离地球最近？（</w:t>
      </w:r>
      <w:r>
        <w:t xml:space="preserve"> </w:t>
      </w:r>
      <w:r>
        <w:t>）</w:t>
      </w:r>
    </w:p>
    <w:p w14:paraId="1E973C9E" w14:textId="77777777" w:rsidR="00CD3EF2" w:rsidRDefault="00000000">
      <w:pPr>
        <w:spacing w:after="40"/>
        <w:ind w:left="567"/>
      </w:pPr>
      <w:r>
        <w:rPr>
          <w:sz w:val="22"/>
        </w:rPr>
        <w:t xml:space="preserve">    (A) 2016</w:t>
      </w:r>
      <w:r>
        <w:rPr>
          <w:sz w:val="22"/>
        </w:rPr>
        <w:t>年</w:t>
      </w:r>
      <w:r>
        <w:rPr>
          <w:sz w:val="22"/>
        </w:rPr>
        <w:t>5</w:t>
      </w:r>
      <w:r>
        <w:rPr>
          <w:sz w:val="22"/>
        </w:rPr>
        <w:t>月</w:t>
      </w:r>
      <w:r>
        <w:rPr>
          <w:sz w:val="22"/>
        </w:rPr>
        <w:t>22</w:t>
      </w:r>
      <w:r>
        <w:rPr>
          <w:sz w:val="22"/>
        </w:rPr>
        <w:t>日</w:t>
      </w:r>
      <w:r>
        <w:rPr>
          <w:sz w:val="22"/>
        </w:rPr>
        <w:t xml:space="preserve">        (B) 2027</w:t>
      </w:r>
      <w:r>
        <w:rPr>
          <w:sz w:val="22"/>
        </w:rPr>
        <w:t>年</w:t>
      </w:r>
      <w:r>
        <w:rPr>
          <w:sz w:val="22"/>
        </w:rPr>
        <w:t>2</w:t>
      </w:r>
      <w:r>
        <w:rPr>
          <w:sz w:val="22"/>
        </w:rPr>
        <w:t>月</w:t>
      </w:r>
      <w:r>
        <w:rPr>
          <w:sz w:val="22"/>
        </w:rPr>
        <w:t>19</w:t>
      </w:r>
      <w:r>
        <w:rPr>
          <w:sz w:val="22"/>
        </w:rPr>
        <w:t>日</w:t>
      </w:r>
      <w:r>
        <w:rPr>
          <w:sz w:val="22"/>
        </w:rPr>
        <w:t xml:space="preserve">        (C) 2033</w:t>
      </w:r>
      <w:r>
        <w:rPr>
          <w:sz w:val="22"/>
        </w:rPr>
        <w:t>年</w:t>
      </w:r>
      <w:r>
        <w:rPr>
          <w:sz w:val="22"/>
        </w:rPr>
        <w:t>6</w:t>
      </w:r>
      <w:r>
        <w:rPr>
          <w:sz w:val="22"/>
        </w:rPr>
        <w:t>月</w:t>
      </w:r>
      <w:r>
        <w:rPr>
          <w:sz w:val="22"/>
        </w:rPr>
        <w:t>28</w:t>
      </w:r>
      <w:r>
        <w:rPr>
          <w:sz w:val="22"/>
        </w:rPr>
        <w:t>日</w:t>
      </w:r>
      <w:r>
        <w:rPr>
          <w:sz w:val="22"/>
        </w:rPr>
        <w:t xml:space="preserve">        (D) 2050</w:t>
      </w:r>
      <w:r>
        <w:rPr>
          <w:sz w:val="22"/>
        </w:rPr>
        <w:t>年</w:t>
      </w:r>
      <w:r>
        <w:rPr>
          <w:sz w:val="22"/>
        </w:rPr>
        <w:t>8</w:t>
      </w:r>
      <w:r>
        <w:rPr>
          <w:sz w:val="22"/>
        </w:rPr>
        <w:t>月</w:t>
      </w:r>
      <w:r>
        <w:rPr>
          <w:sz w:val="22"/>
        </w:rPr>
        <w:t>14</w:t>
      </w:r>
      <w:r>
        <w:rPr>
          <w:sz w:val="22"/>
        </w:rPr>
        <w:t>日</w:t>
      </w:r>
    </w:p>
    <w:p w14:paraId="2AFD34AB" w14:textId="77777777" w:rsidR="00CD3EF2" w:rsidRDefault="00000000">
      <w:pPr>
        <w:spacing w:before="120" w:after="80"/>
      </w:pPr>
      <w:r>
        <w:t xml:space="preserve">31. </w:t>
      </w:r>
      <w:r>
        <w:t>金星与地球的会合周期为（</w:t>
      </w:r>
      <w:r>
        <w:t xml:space="preserve"> </w:t>
      </w:r>
      <w:r>
        <w:t>）天。</w:t>
      </w:r>
    </w:p>
    <w:p w14:paraId="4EDA5199" w14:textId="77777777" w:rsidR="00CD3EF2" w:rsidRDefault="00000000">
      <w:pPr>
        <w:spacing w:after="40"/>
        <w:ind w:left="567"/>
      </w:pPr>
      <w:r>
        <w:rPr>
          <w:sz w:val="22"/>
        </w:rPr>
        <w:t xml:space="preserve">    (A) 225        (B) 482        (C) 584        (D) 780</w:t>
      </w:r>
    </w:p>
    <w:p w14:paraId="28792D61" w14:textId="77777777" w:rsidR="00CD3EF2" w:rsidRDefault="00000000">
      <w:pPr>
        <w:spacing w:before="120" w:after="80"/>
      </w:pPr>
      <w:r>
        <w:t xml:space="preserve">32. </w:t>
      </w:r>
      <w:r>
        <w:t>下列关于地球同步轨道卫星描述错误的是？（</w:t>
      </w:r>
      <w:r>
        <w:t xml:space="preserve"> </w:t>
      </w:r>
      <w:r>
        <w:t>）</w:t>
      </w:r>
    </w:p>
    <w:p w14:paraId="4BCEB110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轨道倾角为</w:t>
      </w:r>
      <w:r>
        <w:rPr>
          <w:sz w:val="22"/>
        </w:rPr>
        <w:t xml:space="preserve">0        (B) </w:t>
      </w:r>
      <w:r>
        <w:rPr>
          <w:sz w:val="22"/>
        </w:rPr>
        <w:t>轨道偏心率为</w:t>
      </w:r>
      <w:r>
        <w:rPr>
          <w:sz w:val="22"/>
        </w:rPr>
        <w:t xml:space="preserve">0        (C) </w:t>
      </w:r>
      <w:r>
        <w:rPr>
          <w:sz w:val="22"/>
        </w:rPr>
        <w:t>轨道周期为</w:t>
      </w:r>
      <w:r>
        <w:rPr>
          <w:sz w:val="22"/>
        </w:rPr>
        <w:t>24</w:t>
      </w:r>
      <w:r>
        <w:rPr>
          <w:sz w:val="22"/>
        </w:rPr>
        <w:t>小时</w:t>
      </w:r>
      <w:r>
        <w:rPr>
          <w:sz w:val="22"/>
        </w:rPr>
        <w:t xml:space="preserve">        (D) </w:t>
      </w:r>
      <w:r>
        <w:rPr>
          <w:sz w:val="22"/>
        </w:rPr>
        <w:t>轨道高度约为</w:t>
      </w:r>
      <w:r>
        <w:rPr>
          <w:sz w:val="22"/>
        </w:rPr>
        <w:t>3.5</w:t>
      </w:r>
      <w:r>
        <w:rPr>
          <w:sz w:val="22"/>
        </w:rPr>
        <w:t>万千米</w:t>
      </w:r>
    </w:p>
    <w:p w14:paraId="536B8FF3" w14:textId="77777777" w:rsidR="00CD3EF2" w:rsidRDefault="00000000">
      <w:pPr>
        <w:spacing w:before="120" w:after="80"/>
      </w:pPr>
      <w:r>
        <w:t xml:space="preserve">33. </w:t>
      </w:r>
      <w:r>
        <w:t>天文学家观测到一个视大小为</w:t>
      </w:r>
      <w:r>
        <w:t>30″×20″</w:t>
      </w:r>
      <w:r>
        <w:t>的旋涡星系，已知它距离我们</w:t>
      </w:r>
      <w:r>
        <w:t>400Mpc</w:t>
      </w:r>
      <w:r>
        <w:t>，那么该旋涡星系的直径为（</w:t>
      </w:r>
      <w:r>
        <w:t xml:space="preserve"> </w:t>
      </w:r>
      <w:r>
        <w:t>）</w:t>
      </w:r>
      <w:r>
        <w:t>kpc</w:t>
      </w:r>
      <w:r>
        <w:t>。</w:t>
      </w:r>
    </w:p>
    <w:p w14:paraId="607E2EA6" w14:textId="77777777" w:rsidR="00CD3EF2" w:rsidRDefault="00000000">
      <w:pPr>
        <w:spacing w:after="40"/>
        <w:ind w:left="567"/>
      </w:pPr>
      <w:r>
        <w:rPr>
          <w:sz w:val="22"/>
        </w:rPr>
        <w:t xml:space="preserve">    (A) 39        (B) 43        (C) 48        (D) 58</w:t>
      </w:r>
    </w:p>
    <w:p w14:paraId="63D07A2F" w14:textId="77777777" w:rsidR="00CD3EF2" w:rsidRDefault="00000000">
      <w:pPr>
        <w:spacing w:before="120" w:after="80"/>
      </w:pPr>
      <w:r>
        <w:t>34. NGC1499</w:t>
      </w:r>
      <w:r>
        <w:t>又被称为（</w:t>
      </w:r>
      <w:r>
        <w:t xml:space="preserve"> </w:t>
      </w:r>
      <w:r>
        <w:t>）。</w:t>
      </w:r>
    </w:p>
    <w:p w14:paraId="4FEC3BC8" w14:textId="77777777" w:rsidR="00CD3EF2" w:rsidRDefault="00000000">
      <w:pPr>
        <w:spacing w:after="40"/>
        <w:ind w:left="567"/>
      </w:pPr>
      <w:r>
        <w:rPr>
          <w:sz w:val="22"/>
        </w:rPr>
        <w:t xml:space="preserve">    (A) </w:t>
      </w:r>
      <w:r>
        <w:rPr>
          <w:sz w:val="22"/>
        </w:rPr>
        <w:t>加州星云</w:t>
      </w:r>
      <w:r>
        <w:rPr>
          <w:sz w:val="22"/>
        </w:rPr>
        <w:t xml:space="preserve">        (B) </w:t>
      </w:r>
      <w:r>
        <w:rPr>
          <w:sz w:val="22"/>
        </w:rPr>
        <w:t>螺旋星云</w:t>
      </w:r>
      <w:r>
        <w:rPr>
          <w:sz w:val="22"/>
        </w:rPr>
        <w:t xml:space="preserve">        (C) </w:t>
      </w:r>
      <w:r>
        <w:rPr>
          <w:sz w:val="22"/>
        </w:rPr>
        <w:t>玫瑰星云</w:t>
      </w:r>
      <w:r>
        <w:rPr>
          <w:sz w:val="22"/>
        </w:rPr>
        <w:t xml:space="preserve">        (D) </w:t>
      </w:r>
      <w:r>
        <w:rPr>
          <w:sz w:val="22"/>
        </w:rPr>
        <w:t>北美洲星云</w:t>
      </w:r>
    </w:p>
    <w:p w14:paraId="34BE5846" w14:textId="77777777" w:rsidR="00CD3EF2" w:rsidRDefault="00000000">
      <w:pPr>
        <w:spacing w:before="120" w:after="80"/>
      </w:pPr>
      <w:r>
        <w:t>35. 2015</w:t>
      </w:r>
      <w:r>
        <w:t>年</w:t>
      </w:r>
      <w:r>
        <w:t>9</w:t>
      </w:r>
      <w:r>
        <w:t>月</w:t>
      </w:r>
      <w:r>
        <w:t>14</w:t>
      </w:r>
      <w:r>
        <w:t>日，天文学家有史以来第一次直接探测到引力波事件：</w:t>
      </w:r>
      <w:r>
        <w:t>GW150914</w:t>
      </w:r>
      <w:r>
        <w:t>。该引力波事件发生于距离地球十几亿光年之外，两个分别为</w:t>
      </w:r>
      <w:r>
        <w:t>36</w:t>
      </w:r>
      <w:r>
        <w:t>倍和</w:t>
      </w:r>
      <w:r>
        <w:t>29</w:t>
      </w:r>
      <w:r>
        <w:t>倍太阳质量的黑洞，并合为一个（</w:t>
      </w:r>
      <w:r>
        <w:t xml:space="preserve"> </w:t>
      </w:r>
      <w:r>
        <w:t>）倍太阳质量黑洞。</w:t>
      </w:r>
    </w:p>
    <w:p w14:paraId="054D4F7F" w14:textId="77777777" w:rsidR="00CD3EF2" w:rsidRDefault="00000000">
      <w:pPr>
        <w:spacing w:after="40"/>
        <w:ind w:left="567"/>
      </w:pPr>
      <w:r>
        <w:rPr>
          <w:sz w:val="22"/>
        </w:rPr>
        <w:t xml:space="preserve">    (A) 45        (B) 62        (C) 65        (D) 71</w:t>
      </w:r>
    </w:p>
    <w:p w14:paraId="01EF7B5B" w14:textId="77777777" w:rsidR="00CD3EF2" w:rsidRDefault="00000000">
      <w:r>
        <w:br w:type="page"/>
      </w:r>
    </w:p>
    <w:p w14:paraId="5B5BF8B8" w14:textId="77777777" w:rsidR="00CD3EF2" w:rsidRDefault="00000000">
      <w:r>
        <w:rPr>
          <w:rFonts w:eastAsia="黑体"/>
          <w:b/>
          <w:sz w:val="32"/>
        </w:rPr>
        <w:t>2016年CNAO天文奥赛预赛试题 答案解析</w:t>
      </w:r>
    </w:p>
    <w:p w14:paraId="7261A08E" w14:textId="77777777" w:rsidR="00CD3EF2" w:rsidRDefault="00000000">
      <w:pPr>
        <w:spacing w:after="120"/>
      </w:pPr>
      <w:r>
        <w:rPr>
          <w:rFonts w:eastAsia="黑体"/>
          <w:b/>
          <w:sz w:val="26"/>
        </w:rPr>
        <w:t>答案速查</w:t>
      </w:r>
    </w:p>
    <w:p w14:paraId="26596624" w14:textId="77777777" w:rsidR="00CD3EF2" w:rsidRDefault="00000000">
      <w:pPr>
        <w:spacing w:after="40"/>
      </w:pPr>
      <w:r>
        <w:rPr>
          <w:rFonts w:eastAsia="黑体"/>
          <w:b/>
        </w:rPr>
        <w:t>1-5</w:t>
      </w:r>
      <w:r>
        <w:rPr>
          <w:rFonts w:eastAsia="黑体"/>
          <w:b/>
        </w:rPr>
        <w:t>：</w:t>
      </w:r>
      <w:r>
        <w:rPr>
          <w:b/>
          <w:color w:val="CC0000"/>
        </w:rPr>
        <w:t xml:space="preserve"> B  A  B  D  C </w:t>
      </w:r>
    </w:p>
    <w:p w14:paraId="4EB044F9" w14:textId="77777777" w:rsidR="00CD3EF2" w:rsidRDefault="00000000">
      <w:pPr>
        <w:spacing w:after="40"/>
      </w:pPr>
      <w:r>
        <w:rPr>
          <w:rFonts w:eastAsia="黑体"/>
          <w:b/>
        </w:rPr>
        <w:t>6-10</w:t>
      </w:r>
      <w:r>
        <w:rPr>
          <w:rFonts w:eastAsia="黑体"/>
          <w:b/>
        </w:rPr>
        <w:t>：</w:t>
      </w:r>
      <w:r>
        <w:rPr>
          <w:b/>
          <w:color w:val="CC0000"/>
        </w:rPr>
        <w:t xml:space="preserve"> B  A  D  D  A </w:t>
      </w:r>
    </w:p>
    <w:p w14:paraId="5B52F2C0" w14:textId="77777777" w:rsidR="00CD3EF2" w:rsidRDefault="00000000">
      <w:pPr>
        <w:spacing w:after="40"/>
      </w:pPr>
      <w:r>
        <w:rPr>
          <w:rFonts w:eastAsia="黑体"/>
          <w:b/>
        </w:rPr>
        <w:t>11-15</w:t>
      </w:r>
      <w:r>
        <w:rPr>
          <w:rFonts w:eastAsia="黑体"/>
          <w:b/>
        </w:rPr>
        <w:t>：</w:t>
      </w:r>
      <w:r>
        <w:rPr>
          <w:b/>
          <w:color w:val="CC0000"/>
        </w:rPr>
        <w:t xml:space="preserve"> C  A  D  C  A </w:t>
      </w:r>
    </w:p>
    <w:p w14:paraId="183797FA" w14:textId="77777777" w:rsidR="00CD3EF2" w:rsidRDefault="00000000">
      <w:pPr>
        <w:spacing w:after="40"/>
      </w:pPr>
      <w:r>
        <w:rPr>
          <w:rFonts w:eastAsia="黑体"/>
          <w:b/>
        </w:rPr>
        <w:t>16-20</w:t>
      </w:r>
      <w:r>
        <w:rPr>
          <w:rFonts w:eastAsia="黑体"/>
          <w:b/>
        </w:rPr>
        <w:t>：</w:t>
      </w:r>
      <w:r>
        <w:rPr>
          <w:b/>
          <w:color w:val="CC0000"/>
        </w:rPr>
        <w:t xml:space="preserve"> B  A  A  A  B </w:t>
      </w:r>
    </w:p>
    <w:p w14:paraId="27CE1EB3" w14:textId="77777777" w:rsidR="00CD3EF2" w:rsidRDefault="00000000">
      <w:pPr>
        <w:spacing w:after="40"/>
      </w:pPr>
      <w:r>
        <w:rPr>
          <w:rFonts w:eastAsia="黑体"/>
          <w:b/>
        </w:rPr>
        <w:t>21-25</w:t>
      </w:r>
      <w:r>
        <w:rPr>
          <w:rFonts w:eastAsia="黑体"/>
          <w:b/>
        </w:rPr>
        <w:t>：</w:t>
      </w:r>
      <w:r>
        <w:rPr>
          <w:b/>
          <w:color w:val="CC0000"/>
        </w:rPr>
        <w:t xml:space="preserve"> D  C  C  B  B </w:t>
      </w:r>
    </w:p>
    <w:p w14:paraId="297C7A71" w14:textId="77777777" w:rsidR="00CD3EF2" w:rsidRDefault="00000000">
      <w:pPr>
        <w:spacing w:after="40"/>
      </w:pPr>
      <w:r>
        <w:rPr>
          <w:rFonts w:eastAsia="黑体"/>
          <w:b/>
        </w:rPr>
        <w:t>26-30</w:t>
      </w:r>
      <w:r>
        <w:rPr>
          <w:rFonts w:eastAsia="黑体"/>
          <w:b/>
        </w:rPr>
        <w:t>：</w:t>
      </w:r>
      <w:r>
        <w:rPr>
          <w:b/>
          <w:color w:val="CC0000"/>
        </w:rPr>
        <w:t xml:space="preserve"> B  B  C  A  D </w:t>
      </w:r>
    </w:p>
    <w:p w14:paraId="27720A7B" w14:textId="77777777" w:rsidR="00CD3EF2" w:rsidRDefault="00000000">
      <w:pPr>
        <w:spacing w:after="40"/>
      </w:pPr>
      <w:r>
        <w:rPr>
          <w:rFonts w:eastAsia="黑体"/>
          <w:b/>
        </w:rPr>
        <w:t>31-35</w:t>
      </w:r>
      <w:r>
        <w:rPr>
          <w:rFonts w:eastAsia="黑体"/>
          <w:b/>
        </w:rPr>
        <w:t>：</w:t>
      </w:r>
      <w:r>
        <w:rPr>
          <w:b/>
          <w:color w:val="CC0000"/>
        </w:rPr>
        <w:t xml:space="preserve"> C  C  D  A  B </w:t>
      </w:r>
    </w:p>
    <w:p w14:paraId="5D08EAD2" w14:textId="77777777" w:rsidR="00CD3EF2" w:rsidRDefault="00CD3EF2"/>
    <w:p w14:paraId="3A2567D6" w14:textId="77777777" w:rsidR="00CD3EF2" w:rsidRDefault="00000000">
      <w:pPr>
        <w:spacing w:after="120"/>
      </w:pPr>
      <w:r>
        <w:rPr>
          <w:rFonts w:eastAsia="黑体"/>
          <w:b/>
          <w:sz w:val="26"/>
        </w:rPr>
        <w:t>逐题答案与解析</w:t>
      </w:r>
    </w:p>
    <w:p w14:paraId="480D45A6" w14:textId="77777777" w:rsidR="00CD3EF2" w:rsidRDefault="00000000">
      <w:pPr>
        <w:spacing w:before="80" w:after="80"/>
      </w:pPr>
      <w:r>
        <w:t xml:space="preserve">1. </w:t>
      </w:r>
      <w:r>
        <w:rPr>
          <w:b/>
          <w:color w:val="CC0000"/>
        </w:rPr>
        <w:t>答案：</w:t>
      </w:r>
      <w:r>
        <w:rPr>
          <w:b/>
          <w:color w:val="CC0000"/>
        </w:rPr>
        <w:t>B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解析：天赤道自西向东依次穿过双鱼、鲸鱼、金牛、猎户、麒麟、小犬、长蛇、六分仪、狮子、室女、巨蛇、蛇夫、天鹰、宝瓶等星座的天区，猎户腰带附近正是天赤道经过的地方；武仙座最南端也在赤纬</w:t>
      </w:r>
      <w:r>
        <w:rPr>
          <w:color w:val="666666"/>
          <w:sz w:val="21"/>
        </w:rPr>
        <w:t>+4°</w:t>
      </w:r>
      <w:r>
        <w:rPr>
          <w:color w:val="666666"/>
          <w:sz w:val="21"/>
        </w:rPr>
        <w:t>左右，整个星座都在天赤道以北，故选</w:t>
      </w:r>
      <w:r>
        <w:rPr>
          <w:color w:val="666666"/>
          <w:sz w:val="21"/>
        </w:rPr>
        <w:t>B</w:t>
      </w:r>
      <w:r>
        <w:rPr>
          <w:color w:val="666666"/>
          <w:sz w:val="21"/>
        </w:rPr>
        <w:t>。</w:t>
      </w:r>
    </w:p>
    <w:p w14:paraId="4035C107" w14:textId="77777777" w:rsidR="00CD3EF2" w:rsidRDefault="00000000">
      <w:pPr>
        <w:spacing w:before="80" w:after="80"/>
      </w:pPr>
      <w:r>
        <w:t xml:space="preserve">2. </w:t>
      </w:r>
      <w:r>
        <w:rPr>
          <w:b/>
          <w:color w:val="CC0000"/>
        </w:rPr>
        <w:t>答案：</w:t>
      </w:r>
      <w:r>
        <w:rPr>
          <w:b/>
          <w:color w:val="CC0000"/>
        </w:rPr>
        <w:t>A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解析：伽利略使用的望远镜是折射式望远镜，利用凸透镜作为物镜。</w:t>
      </w:r>
    </w:p>
    <w:p w14:paraId="693B0D92" w14:textId="77777777" w:rsidR="00CD3EF2" w:rsidRDefault="00000000">
      <w:pPr>
        <w:spacing w:before="80" w:after="80"/>
      </w:pPr>
      <w:r>
        <w:t xml:space="preserve">3. </w:t>
      </w:r>
      <w:r>
        <w:rPr>
          <w:b/>
          <w:color w:val="CC0000"/>
        </w:rPr>
        <w:t>答案：</w:t>
      </w:r>
      <w:r>
        <w:rPr>
          <w:b/>
          <w:color w:val="CC0000"/>
        </w:rPr>
        <w:t>B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</w:t>
      </w:r>
      <w:r>
        <w:rPr>
          <w:color w:val="666666"/>
          <w:sz w:val="21"/>
        </w:rPr>
        <w:t>"</w:t>
      </w:r>
      <w:r>
        <w:rPr>
          <w:color w:val="666666"/>
          <w:sz w:val="21"/>
        </w:rPr>
        <w:t>荧惑</w:t>
      </w:r>
      <w:r>
        <w:rPr>
          <w:color w:val="666666"/>
          <w:sz w:val="21"/>
        </w:rPr>
        <w:t>"</w:t>
      </w:r>
      <w:r>
        <w:rPr>
          <w:color w:val="666666"/>
          <w:sz w:val="21"/>
        </w:rPr>
        <w:t>是中国古代对火星的称呼，因其荧荧如火且行踪不定。</w:t>
      </w:r>
    </w:p>
    <w:p w14:paraId="198486B0" w14:textId="77777777" w:rsidR="00CD3EF2" w:rsidRDefault="00000000">
      <w:pPr>
        <w:spacing w:before="80" w:after="80"/>
      </w:pPr>
      <w:r>
        <w:t xml:space="preserve">4. </w:t>
      </w:r>
      <w:r>
        <w:rPr>
          <w:b/>
          <w:color w:val="CC0000"/>
        </w:rPr>
        <w:t>答案：</w:t>
      </w:r>
      <w:r>
        <w:rPr>
          <w:b/>
          <w:color w:val="CC0000"/>
        </w:rPr>
        <w:t>D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</w:t>
      </w:r>
      <w:r>
        <w:rPr>
          <w:color w:val="666666"/>
          <w:sz w:val="21"/>
        </w:rPr>
        <w:t>M101</w:t>
      </w:r>
      <w:r>
        <w:rPr>
          <w:color w:val="666666"/>
          <w:sz w:val="21"/>
        </w:rPr>
        <w:t>（风车星系）位于北斗七星斗柄末端附近，属于大熊座天区，是梅西叶表中少见的大型正面旋涡星系，故选</w:t>
      </w:r>
      <w:r>
        <w:rPr>
          <w:color w:val="666666"/>
          <w:sz w:val="21"/>
        </w:rPr>
        <w:t>D</w:t>
      </w:r>
      <w:r>
        <w:rPr>
          <w:color w:val="666666"/>
          <w:sz w:val="21"/>
        </w:rPr>
        <w:t>。</w:t>
      </w:r>
    </w:p>
    <w:p w14:paraId="0C2FCFF4" w14:textId="77777777" w:rsidR="00CD3EF2" w:rsidRDefault="00000000">
      <w:pPr>
        <w:spacing w:before="80" w:after="80"/>
      </w:pPr>
      <w:r>
        <w:t xml:space="preserve">5. </w:t>
      </w:r>
      <w:r>
        <w:rPr>
          <w:b/>
          <w:color w:val="CC0000"/>
        </w:rPr>
        <w:t>答案：</w:t>
      </w:r>
      <w:r>
        <w:rPr>
          <w:b/>
          <w:color w:val="CC0000"/>
        </w:rPr>
        <w:t>C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</w:t>
      </w:r>
      <w:r>
        <w:rPr>
          <w:color w:val="666666"/>
          <w:sz w:val="21"/>
        </w:rPr>
        <w:t>2016</w:t>
      </w:r>
      <w:r>
        <w:rPr>
          <w:color w:val="666666"/>
          <w:sz w:val="21"/>
        </w:rPr>
        <w:t>年的望发生在</w:t>
      </w:r>
      <w:r>
        <w:rPr>
          <w:color w:val="666666"/>
          <w:sz w:val="21"/>
        </w:rPr>
        <w:t>3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23</w:t>
      </w:r>
      <w:r>
        <w:rPr>
          <w:color w:val="666666"/>
          <w:sz w:val="21"/>
        </w:rPr>
        <w:t>日，预赛当天（</w:t>
      </w:r>
      <w:r>
        <w:rPr>
          <w:color w:val="666666"/>
          <w:sz w:val="21"/>
        </w:rPr>
        <w:t>3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26</w:t>
      </w:r>
      <w:r>
        <w:rPr>
          <w:color w:val="666666"/>
          <w:sz w:val="21"/>
        </w:rPr>
        <w:t>日）月亮刚过满月、月龄约</w:t>
      </w:r>
      <w:r>
        <w:rPr>
          <w:color w:val="666666"/>
          <w:sz w:val="21"/>
        </w:rPr>
        <w:t>18</w:t>
      </w:r>
      <w:r>
        <w:rPr>
          <w:color w:val="666666"/>
          <w:sz w:val="21"/>
        </w:rPr>
        <w:t>天，是亏凸月，四个选项中最接近满月，故选</w:t>
      </w:r>
      <w:r>
        <w:rPr>
          <w:color w:val="666666"/>
          <w:sz w:val="21"/>
        </w:rPr>
        <w:t>C</w:t>
      </w:r>
      <w:r>
        <w:rPr>
          <w:color w:val="666666"/>
          <w:sz w:val="21"/>
        </w:rPr>
        <w:t>。</w:t>
      </w:r>
    </w:p>
    <w:p w14:paraId="21497818" w14:textId="77777777" w:rsidR="00CD3EF2" w:rsidRDefault="00000000">
      <w:pPr>
        <w:spacing w:before="80" w:after="80"/>
      </w:pPr>
      <w:r>
        <w:t xml:space="preserve">6. </w:t>
      </w:r>
      <w:r>
        <w:rPr>
          <w:b/>
          <w:color w:val="CC0000"/>
        </w:rPr>
        <w:t>答案：</w:t>
      </w:r>
      <w:r>
        <w:rPr>
          <w:b/>
          <w:color w:val="CC0000"/>
        </w:rPr>
        <w:t>B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</w:t>
      </w:r>
      <w:r>
        <w:rPr>
          <w:color w:val="666666"/>
          <w:sz w:val="21"/>
        </w:rPr>
        <w:t>2017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8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21</w:t>
      </w:r>
      <w:r>
        <w:rPr>
          <w:color w:val="666666"/>
          <w:sz w:val="21"/>
        </w:rPr>
        <w:t>日（美国当地时间）发生的日全食，全食带从俄勒冈州横贯美国本土到南卡罗来纳州，是时隔</w:t>
      </w:r>
      <w:r>
        <w:rPr>
          <w:color w:val="666666"/>
          <w:sz w:val="21"/>
        </w:rPr>
        <w:t>99</w:t>
      </w:r>
      <w:r>
        <w:rPr>
          <w:color w:val="666666"/>
          <w:sz w:val="21"/>
        </w:rPr>
        <w:t>年再次横穿美国全境的日全食，故选</w:t>
      </w:r>
      <w:r>
        <w:rPr>
          <w:color w:val="666666"/>
          <w:sz w:val="21"/>
        </w:rPr>
        <w:t>B</w:t>
      </w:r>
      <w:r>
        <w:rPr>
          <w:color w:val="666666"/>
          <w:sz w:val="21"/>
        </w:rPr>
        <w:t>。</w:t>
      </w:r>
    </w:p>
    <w:p w14:paraId="1A90E9E4" w14:textId="77777777" w:rsidR="00CD3EF2" w:rsidRDefault="00000000">
      <w:pPr>
        <w:spacing w:before="80" w:after="80"/>
      </w:pPr>
      <w:r>
        <w:t xml:space="preserve">7. </w:t>
      </w:r>
      <w:r>
        <w:rPr>
          <w:b/>
          <w:color w:val="CC0000"/>
        </w:rPr>
        <w:t>答案：</w:t>
      </w:r>
      <w:r>
        <w:rPr>
          <w:b/>
          <w:color w:val="CC0000"/>
        </w:rPr>
        <w:t>A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解析：北极星赤纬约</w:t>
      </w:r>
      <w:r>
        <w:rPr>
          <w:color w:val="666666"/>
          <w:sz w:val="21"/>
        </w:rPr>
        <w:t>+89.3°</w:t>
      </w:r>
      <w:r>
        <w:rPr>
          <w:color w:val="666666"/>
          <w:sz w:val="21"/>
        </w:rPr>
        <w:t>，与各星角距只取决于对方的赤纬：天津四约</w:t>
      </w:r>
      <w:r>
        <w:rPr>
          <w:color w:val="666666"/>
          <w:sz w:val="21"/>
        </w:rPr>
        <w:t>+45°</w:t>
      </w:r>
      <w:r>
        <w:rPr>
          <w:color w:val="666666"/>
          <w:sz w:val="21"/>
        </w:rPr>
        <w:t>、轩辕十四约</w:t>
      </w:r>
      <w:r>
        <w:rPr>
          <w:color w:val="666666"/>
          <w:sz w:val="21"/>
        </w:rPr>
        <w:t>+12°</w:t>
      </w:r>
      <w:r>
        <w:rPr>
          <w:color w:val="666666"/>
          <w:sz w:val="21"/>
        </w:rPr>
        <w:t>、毕宿五约</w:t>
      </w:r>
      <w:r>
        <w:rPr>
          <w:color w:val="666666"/>
          <w:sz w:val="21"/>
        </w:rPr>
        <w:t>+16°</w:t>
      </w:r>
      <w:r>
        <w:rPr>
          <w:color w:val="666666"/>
          <w:sz w:val="21"/>
        </w:rPr>
        <w:t>、南河三约</w:t>
      </w:r>
      <w:r>
        <w:rPr>
          <w:color w:val="666666"/>
          <w:sz w:val="21"/>
        </w:rPr>
        <w:t>+5°</w:t>
      </w:r>
      <w:r>
        <w:rPr>
          <w:color w:val="666666"/>
          <w:sz w:val="21"/>
        </w:rPr>
        <w:t>，其中天津四与北极星角距约</w:t>
      </w:r>
      <w:r>
        <w:rPr>
          <w:color w:val="666666"/>
          <w:sz w:val="21"/>
        </w:rPr>
        <w:t>44°</w:t>
      </w:r>
      <w:r>
        <w:rPr>
          <w:color w:val="666666"/>
          <w:sz w:val="21"/>
        </w:rPr>
        <w:t>，是四者中最近的，故选</w:t>
      </w:r>
      <w:r>
        <w:rPr>
          <w:color w:val="666666"/>
          <w:sz w:val="21"/>
        </w:rPr>
        <w:t>A</w:t>
      </w:r>
      <w:r>
        <w:rPr>
          <w:color w:val="666666"/>
          <w:sz w:val="21"/>
        </w:rPr>
        <w:t>。</w:t>
      </w:r>
    </w:p>
    <w:p w14:paraId="44699A02" w14:textId="77777777" w:rsidR="00CD3EF2" w:rsidRDefault="00000000">
      <w:pPr>
        <w:spacing w:before="80" w:after="80"/>
      </w:pPr>
      <w:r>
        <w:t xml:space="preserve">8. </w:t>
      </w:r>
      <w:r>
        <w:rPr>
          <w:b/>
          <w:color w:val="CC0000"/>
        </w:rPr>
        <w:t>答案：</w:t>
      </w:r>
      <w:r>
        <w:rPr>
          <w:b/>
          <w:color w:val="CC0000"/>
        </w:rPr>
        <w:t>D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解析：哈勃空间望远镜于</w:t>
      </w:r>
      <w:r>
        <w:rPr>
          <w:color w:val="666666"/>
          <w:sz w:val="21"/>
        </w:rPr>
        <w:t>1990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4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24</w:t>
      </w:r>
      <w:r>
        <w:rPr>
          <w:color w:val="666666"/>
          <w:sz w:val="21"/>
        </w:rPr>
        <w:t>日发射，截至</w:t>
      </w:r>
      <w:r>
        <w:rPr>
          <w:color w:val="666666"/>
          <w:sz w:val="21"/>
        </w:rPr>
        <w:t>2016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4</w:t>
      </w:r>
      <w:r>
        <w:rPr>
          <w:color w:val="666666"/>
          <w:sz w:val="21"/>
        </w:rPr>
        <w:t>月已发射</w:t>
      </w:r>
      <w:r>
        <w:rPr>
          <w:color w:val="666666"/>
          <w:sz w:val="21"/>
        </w:rPr>
        <w:t>26</w:t>
      </w:r>
      <w:r>
        <w:rPr>
          <w:color w:val="666666"/>
          <w:sz w:val="21"/>
        </w:rPr>
        <w:t>年。</w:t>
      </w:r>
    </w:p>
    <w:p w14:paraId="224611D3" w14:textId="77777777" w:rsidR="00CD3EF2" w:rsidRDefault="00000000">
      <w:pPr>
        <w:spacing w:before="80" w:after="80"/>
      </w:pPr>
      <w:r>
        <w:t xml:space="preserve">9. </w:t>
      </w:r>
      <w:r>
        <w:rPr>
          <w:b/>
          <w:color w:val="CC0000"/>
        </w:rPr>
        <w:t>答案：</w:t>
      </w:r>
      <w:r>
        <w:rPr>
          <w:b/>
          <w:color w:val="CC0000"/>
        </w:rPr>
        <w:t>D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解析：嫦娥三号着陆点附近的撞击坑命名为紫微、太微、天市，军市不是通过的命名。</w:t>
      </w:r>
    </w:p>
    <w:p w14:paraId="75268FFC" w14:textId="77777777" w:rsidR="00CD3EF2" w:rsidRDefault="00000000">
      <w:pPr>
        <w:spacing w:before="80" w:after="80"/>
      </w:pPr>
      <w:r>
        <w:t xml:space="preserve">10. </w:t>
      </w:r>
      <w:r>
        <w:rPr>
          <w:b/>
          <w:color w:val="CC0000"/>
        </w:rPr>
        <w:t>答案：</w:t>
      </w:r>
      <w:r>
        <w:rPr>
          <w:b/>
          <w:color w:val="CC0000"/>
        </w:rPr>
        <w:t>A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解析：信使号（</w:t>
      </w:r>
      <w:r>
        <w:rPr>
          <w:color w:val="666666"/>
          <w:sz w:val="21"/>
        </w:rPr>
        <w:t>MESSENGER</w:t>
      </w:r>
      <w:r>
        <w:rPr>
          <w:color w:val="666666"/>
          <w:sz w:val="21"/>
        </w:rPr>
        <w:t>）水星探测器于</w:t>
      </w:r>
      <w:r>
        <w:rPr>
          <w:color w:val="666666"/>
          <w:sz w:val="21"/>
        </w:rPr>
        <w:t>2015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4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30</w:t>
      </w:r>
      <w:r>
        <w:rPr>
          <w:color w:val="666666"/>
          <w:sz w:val="21"/>
        </w:rPr>
        <w:t>日撞毁于水星表面。</w:t>
      </w:r>
    </w:p>
    <w:p w14:paraId="636EA98F" w14:textId="77777777" w:rsidR="00CD3EF2" w:rsidRDefault="00000000">
      <w:pPr>
        <w:spacing w:before="80" w:after="80"/>
      </w:pPr>
      <w:r>
        <w:t xml:space="preserve">11. </w:t>
      </w:r>
      <w:r>
        <w:rPr>
          <w:b/>
          <w:color w:val="CC0000"/>
        </w:rPr>
        <w:t>答案：</w:t>
      </w:r>
      <w:r>
        <w:rPr>
          <w:b/>
          <w:color w:val="CC0000"/>
        </w:rPr>
        <w:t>C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解析：悟空（</w:t>
      </w:r>
      <w:r>
        <w:rPr>
          <w:color w:val="666666"/>
          <w:sz w:val="21"/>
        </w:rPr>
        <w:t>DAMPE</w:t>
      </w:r>
      <w:r>
        <w:rPr>
          <w:color w:val="666666"/>
          <w:sz w:val="21"/>
        </w:rPr>
        <w:t>）是中国首颗暗物质粒子探测卫星，</w:t>
      </w:r>
      <w:r>
        <w:rPr>
          <w:color w:val="666666"/>
          <w:sz w:val="21"/>
        </w:rPr>
        <w:t>2015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12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17</w:t>
      </w:r>
      <w:r>
        <w:rPr>
          <w:color w:val="666666"/>
          <w:sz w:val="21"/>
        </w:rPr>
        <w:t>日发射。</w:t>
      </w:r>
    </w:p>
    <w:p w14:paraId="276BCC43" w14:textId="77777777" w:rsidR="00CD3EF2" w:rsidRDefault="00000000">
      <w:pPr>
        <w:spacing w:before="80" w:after="80"/>
      </w:pPr>
      <w:r>
        <w:lastRenderedPageBreak/>
        <w:t xml:space="preserve">12. </w:t>
      </w:r>
      <w:r>
        <w:rPr>
          <w:b/>
          <w:color w:val="CC0000"/>
        </w:rPr>
        <w:t>答案：</w:t>
      </w:r>
      <w:r>
        <w:rPr>
          <w:b/>
          <w:color w:val="CC0000"/>
        </w:rPr>
        <w:t>A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解析：菲莱号（</w:t>
      </w:r>
      <w:r>
        <w:rPr>
          <w:color w:val="666666"/>
          <w:sz w:val="21"/>
        </w:rPr>
        <w:t>Philae</w:t>
      </w:r>
      <w:r>
        <w:rPr>
          <w:color w:val="666666"/>
          <w:sz w:val="21"/>
        </w:rPr>
        <w:t>）是欧空局罗塞塔号任务着陆器，在</w:t>
      </w:r>
      <w:r>
        <w:rPr>
          <w:color w:val="666666"/>
          <w:sz w:val="21"/>
        </w:rPr>
        <w:t>67P</w:t>
      </w:r>
      <w:r>
        <w:rPr>
          <w:color w:val="666666"/>
          <w:sz w:val="21"/>
        </w:rPr>
        <w:t>彗星上因太阳能不足而</w:t>
      </w:r>
      <w:r>
        <w:rPr>
          <w:color w:val="666666"/>
          <w:sz w:val="21"/>
        </w:rPr>
        <w:t>"</w:t>
      </w:r>
      <w:r>
        <w:rPr>
          <w:color w:val="666666"/>
          <w:sz w:val="21"/>
        </w:rPr>
        <w:t>冬眠</w:t>
      </w:r>
      <w:r>
        <w:rPr>
          <w:color w:val="666666"/>
          <w:sz w:val="21"/>
        </w:rPr>
        <w:t>"</w:t>
      </w:r>
      <w:r>
        <w:rPr>
          <w:color w:val="666666"/>
          <w:sz w:val="21"/>
        </w:rPr>
        <w:t>。</w:t>
      </w:r>
    </w:p>
    <w:p w14:paraId="6D87DCBC" w14:textId="77777777" w:rsidR="00CD3EF2" w:rsidRDefault="00000000">
      <w:pPr>
        <w:spacing w:before="80" w:after="80"/>
      </w:pPr>
      <w:r>
        <w:t xml:space="preserve">13. </w:t>
      </w:r>
      <w:r>
        <w:rPr>
          <w:b/>
          <w:color w:val="CC0000"/>
        </w:rPr>
        <w:t>答案：</w:t>
      </w:r>
      <w:r>
        <w:rPr>
          <w:b/>
          <w:color w:val="CC0000"/>
        </w:rPr>
        <w:t>D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解析：开普勒</w:t>
      </w:r>
      <w:r>
        <w:rPr>
          <w:color w:val="666666"/>
          <w:sz w:val="21"/>
        </w:rPr>
        <w:t>452b</w:t>
      </w:r>
      <w:r>
        <w:rPr>
          <w:color w:val="666666"/>
          <w:sz w:val="21"/>
        </w:rPr>
        <w:t>位于天鹅座天区，被称为</w:t>
      </w:r>
      <w:r>
        <w:rPr>
          <w:color w:val="666666"/>
          <w:sz w:val="21"/>
        </w:rPr>
        <w:t>"</w:t>
      </w:r>
      <w:r>
        <w:rPr>
          <w:color w:val="666666"/>
          <w:sz w:val="21"/>
        </w:rPr>
        <w:t>地球</w:t>
      </w:r>
      <w:r>
        <w:rPr>
          <w:color w:val="666666"/>
          <w:sz w:val="21"/>
        </w:rPr>
        <w:t>2.0"</w:t>
      </w:r>
      <w:r>
        <w:rPr>
          <w:color w:val="666666"/>
          <w:sz w:val="21"/>
        </w:rPr>
        <w:t>。</w:t>
      </w:r>
    </w:p>
    <w:p w14:paraId="102C138F" w14:textId="77777777" w:rsidR="00CD3EF2" w:rsidRDefault="00000000">
      <w:pPr>
        <w:spacing w:before="80" w:after="80"/>
      </w:pPr>
      <w:r>
        <w:t xml:space="preserve">14. </w:t>
      </w:r>
      <w:r>
        <w:rPr>
          <w:b/>
          <w:color w:val="CC0000"/>
        </w:rPr>
        <w:t>答案：</w:t>
      </w:r>
      <w:r>
        <w:rPr>
          <w:b/>
          <w:color w:val="CC0000"/>
        </w:rPr>
        <w:t>C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</w:t>
      </w:r>
      <w:r>
        <w:rPr>
          <w:color w:val="666666"/>
          <w:sz w:val="21"/>
        </w:rPr>
        <w:t>LRO</w:t>
      </w:r>
      <w:r>
        <w:rPr>
          <w:color w:val="666666"/>
          <w:sz w:val="21"/>
        </w:rPr>
        <w:t>（月球勘测轨道飞行器）是月球探测任务，不是引力波观测项目。</w:t>
      </w:r>
    </w:p>
    <w:p w14:paraId="05F700C9" w14:textId="77777777" w:rsidR="00CD3EF2" w:rsidRDefault="00000000">
      <w:pPr>
        <w:spacing w:before="80" w:after="80"/>
      </w:pPr>
      <w:r>
        <w:t xml:space="preserve">15. </w:t>
      </w:r>
      <w:r>
        <w:rPr>
          <w:b/>
          <w:color w:val="CC0000"/>
        </w:rPr>
        <w:t>答案：</w:t>
      </w:r>
      <w:r>
        <w:rPr>
          <w:b/>
          <w:color w:val="CC0000"/>
        </w:rPr>
        <w:t>A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解析：四者的直径分别是：月球</w:t>
      </w:r>
      <w:r>
        <w:rPr>
          <w:color w:val="666666"/>
          <w:sz w:val="21"/>
        </w:rPr>
        <w:t>3474km</w:t>
      </w:r>
      <w:r>
        <w:rPr>
          <w:color w:val="666666"/>
          <w:sz w:val="21"/>
        </w:rPr>
        <w:t>、木卫一</w:t>
      </w:r>
      <w:r>
        <w:rPr>
          <w:color w:val="666666"/>
          <w:sz w:val="21"/>
        </w:rPr>
        <w:t>3643km</w:t>
      </w:r>
      <w:r>
        <w:rPr>
          <w:color w:val="666666"/>
          <w:sz w:val="21"/>
        </w:rPr>
        <w:t>、木卫四</w:t>
      </w:r>
      <w:r>
        <w:rPr>
          <w:color w:val="666666"/>
          <w:sz w:val="21"/>
        </w:rPr>
        <w:t>4821km</w:t>
      </w:r>
      <w:r>
        <w:rPr>
          <w:color w:val="666666"/>
          <w:sz w:val="21"/>
        </w:rPr>
        <w:t>、土卫六</w:t>
      </w:r>
      <w:r>
        <w:rPr>
          <w:color w:val="666666"/>
          <w:sz w:val="21"/>
        </w:rPr>
        <w:t>5150km</w:t>
      </w:r>
      <w:r>
        <w:rPr>
          <w:color w:val="666666"/>
          <w:sz w:val="21"/>
        </w:rPr>
        <w:t>，因此月球最小，故选</w:t>
      </w:r>
      <w:r>
        <w:rPr>
          <w:color w:val="666666"/>
          <w:sz w:val="21"/>
        </w:rPr>
        <w:t>A</w:t>
      </w:r>
      <w:r>
        <w:rPr>
          <w:color w:val="666666"/>
          <w:sz w:val="21"/>
        </w:rPr>
        <w:t>。</w:t>
      </w:r>
    </w:p>
    <w:p w14:paraId="6FE5DC75" w14:textId="77777777" w:rsidR="00CD3EF2" w:rsidRDefault="00000000">
      <w:pPr>
        <w:spacing w:before="80" w:after="80"/>
      </w:pPr>
      <w:r>
        <w:t xml:space="preserve">16. </w:t>
      </w:r>
      <w:r>
        <w:rPr>
          <w:b/>
          <w:color w:val="CC0000"/>
        </w:rPr>
        <w:t>答案：</w:t>
      </w:r>
      <w:r>
        <w:rPr>
          <w:b/>
          <w:color w:val="CC0000"/>
        </w:rPr>
        <w:t>B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解析：新视野号</w:t>
      </w:r>
      <w:r>
        <w:rPr>
          <w:color w:val="666666"/>
          <w:sz w:val="21"/>
        </w:rPr>
        <w:t>2015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10</w:t>
      </w:r>
      <w:r>
        <w:rPr>
          <w:color w:val="666666"/>
          <w:sz w:val="21"/>
        </w:rPr>
        <w:t>月公布的首幅冥王星大气彩色照片中，霾层呈现的是蓝色（霾粒子对蓝光的散射更强），并非红色，故</w:t>
      </w:r>
      <w:r>
        <w:rPr>
          <w:color w:val="666666"/>
          <w:sz w:val="21"/>
        </w:rPr>
        <w:t>B</w:t>
      </w:r>
      <w:r>
        <w:rPr>
          <w:color w:val="666666"/>
          <w:sz w:val="21"/>
        </w:rPr>
        <w:t>不正确。冥王星大气虽然极其稀薄，但因引力微弱可以向上弥散上千千米，</w:t>
      </w:r>
      <w:r>
        <w:rPr>
          <w:color w:val="666666"/>
          <w:sz w:val="21"/>
        </w:rPr>
        <w:t>A</w:t>
      </w:r>
      <w:r>
        <w:rPr>
          <w:color w:val="666666"/>
          <w:sz w:val="21"/>
        </w:rPr>
        <w:t>描述的现象成立；</w:t>
      </w:r>
      <w:r>
        <w:rPr>
          <w:color w:val="666666"/>
          <w:sz w:val="21"/>
        </w:rPr>
        <w:t>C</w:t>
      </w:r>
      <w:r>
        <w:rPr>
          <w:color w:val="666666"/>
          <w:sz w:val="21"/>
        </w:rPr>
        <w:t>、</w:t>
      </w:r>
      <w:r>
        <w:rPr>
          <w:color w:val="666666"/>
          <w:sz w:val="21"/>
        </w:rPr>
        <w:t>D</w:t>
      </w:r>
      <w:r>
        <w:rPr>
          <w:color w:val="666666"/>
          <w:sz w:val="21"/>
        </w:rPr>
        <w:t>也都是事实。</w:t>
      </w:r>
    </w:p>
    <w:p w14:paraId="6047729B" w14:textId="77777777" w:rsidR="00CD3EF2" w:rsidRDefault="00000000">
      <w:pPr>
        <w:spacing w:before="80" w:after="80"/>
      </w:pPr>
      <w:r>
        <w:t xml:space="preserve">17. </w:t>
      </w:r>
      <w:r>
        <w:rPr>
          <w:b/>
          <w:color w:val="CC0000"/>
        </w:rPr>
        <w:t>答案：</w:t>
      </w:r>
      <w:r>
        <w:rPr>
          <w:b/>
          <w:color w:val="CC0000"/>
        </w:rPr>
        <w:t>A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解析：曙光号</w:t>
      </w:r>
      <w:r>
        <w:rPr>
          <w:color w:val="666666"/>
          <w:sz w:val="21"/>
        </w:rPr>
        <w:t>2015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12</w:t>
      </w:r>
      <w:r>
        <w:rPr>
          <w:color w:val="666666"/>
          <w:sz w:val="21"/>
        </w:rPr>
        <w:t>月降到了距谷神星表面</w:t>
      </w:r>
      <w:r>
        <w:rPr>
          <w:color w:val="666666"/>
          <w:sz w:val="21"/>
        </w:rPr>
        <w:t>385</w:t>
      </w:r>
      <w:r>
        <w:rPr>
          <w:color w:val="666666"/>
          <w:sz w:val="21"/>
        </w:rPr>
        <w:t>千米的轨道，拍摄到库帕洛（</w:t>
      </w:r>
      <w:r>
        <w:rPr>
          <w:color w:val="666666"/>
          <w:sz w:val="21"/>
        </w:rPr>
        <w:t>Kupalo</w:t>
      </w:r>
      <w:r>
        <w:rPr>
          <w:color w:val="666666"/>
          <w:sz w:val="21"/>
        </w:rPr>
        <w:t>）环形山。库帕洛是谷神星上的撞击坑，故选</w:t>
      </w:r>
      <w:r>
        <w:rPr>
          <w:color w:val="666666"/>
          <w:sz w:val="21"/>
        </w:rPr>
        <w:t>A</w:t>
      </w:r>
      <w:r>
        <w:rPr>
          <w:color w:val="666666"/>
          <w:sz w:val="21"/>
        </w:rPr>
        <w:t>；灶神星上最著名的是</w:t>
      </w:r>
      <w:r>
        <w:rPr>
          <w:color w:val="666666"/>
          <w:sz w:val="21"/>
        </w:rPr>
        <w:t>“</w:t>
      </w:r>
      <w:r>
        <w:rPr>
          <w:color w:val="666666"/>
          <w:sz w:val="21"/>
        </w:rPr>
        <w:t>雪人</w:t>
      </w:r>
      <w:r>
        <w:rPr>
          <w:color w:val="666666"/>
          <w:sz w:val="21"/>
        </w:rPr>
        <w:t>”</w:t>
      </w:r>
      <w:r>
        <w:rPr>
          <w:color w:val="666666"/>
          <w:sz w:val="21"/>
        </w:rPr>
        <w:t>等撞击坑。</w:t>
      </w:r>
    </w:p>
    <w:p w14:paraId="30049920" w14:textId="77777777" w:rsidR="00CD3EF2" w:rsidRDefault="00000000">
      <w:pPr>
        <w:spacing w:before="80" w:after="80"/>
      </w:pPr>
      <w:r>
        <w:t xml:space="preserve">18. </w:t>
      </w:r>
      <w:r>
        <w:rPr>
          <w:b/>
          <w:color w:val="CC0000"/>
        </w:rPr>
        <w:t>答案：</w:t>
      </w:r>
      <w:r>
        <w:rPr>
          <w:b/>
          <w:color w:val="CC0000"/>
        </w:rPr>
        <w:t>A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解析：嫦娥四号于</w:t>
      </w:r>
      <w:r>
        <w:rPr>
          <w:color w:val="666666"/>
          <w:sz w:val="21"/>
        </w:rPr>
        <w:t>2018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12</w:t>
      </w:r>
      <w:r>
        <w:rPr>
          <w:color w:val="666666"/>
          <w:sz w:val="21"/>
        </w:rPr>
        <w:t>月才发射，</w:t>
      </w:r>
      <w:r>
        <w:rPr>
          <w:color w:val="666666"/>
          <w:sz w:val="21"/>
        </w:rPr>
        <w:t>2015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3</w:t>
      </w:r>
      <w:r>
        <w:rPr>
          <w:color w:val="666666"/>
          <w:sz w:val="21"/>
        </w:rPr>
        <w:t>月不可能发布其探测成果，</w:t>
      </w:r>
      <w:r>
        <w:rPr>
          <w:color w:val="666666"/>
          <w:sz w:val="21"/>
        </w:rPr>
        <w:t>A</w:t>
      </w:r>
      <w:r>
        <w:rPr>
          <w:color w:val="666666"/>
          <w:sz w:val="21"/>
        </w:rPr>
        <w:t>说法不正确。</w:t>
      </w:r>
    </w:p>
    <w:p w14:paraId="3B731AEB" w14:textId="77777777" w:rsidR="00CD3EF2" w:rsidRDefault="00000000">
      <w:pPr>
        <w:spacing w:before="80" w:after="80"/>
      </w:pPr>
      <w:r>
        <w:t xml:space="preserve">19. </w:t>
      </w:r>
      <w:r>
        <w:rPr>
          <w:b/>
          <w:color w:val="CC0000"/>
        </w:rPr>
        <w:t>答案：</w:t>
      </w:r>
      <w:r>
        <w:rPr>
          <w:b/>
          <w:color w:val="CC0000"/>
        </w:rPr>
        <w:t>A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解析：詹姆斯</w:t>
      </w:r>
      <w:r>
        <w:rPr>
          <w:color w:val="666666"/>
          <w:sz w:val="21"/>
        </w:rPr>
        <w:t>·</w:t>
      </w:r>
      <w:r>
        <w:rPr>
          <w:color w:val="666666"/>
          <w:sz w:val="21"/>
        </w:rPr>
        <w:t>韦布空间望远镜的主镜面由</w:t>
      </w:r>
      <w:r>
        <w:rPr>
          <w:color w:val="666666"/>
          <w:sz w:val="21"/>
        </w:rPr>
        <w:t>18</w:t>
      </w:r>
      <w:r>
        <w:rPr>
          <w:color w:val="666666"/>
          <w:sz w:val="21"/>
        </w:rPr>
        <w:t>块正六边形镜片组成。</w:t>
      </w:r>
    </w:p>
    <w:p w14:paraId="49DC8F59" w14:textId="77777777" w:rsidR="00CD3EF2" w:rsidRDefault="00000000">
      <w:pPr>
        <w:spacing w:before="80" w:after="80"/>
      </w:pPr>
      <w:r>
        <w:t xml:space="preserve">20. </w:t>
      </w:r>
      <w:r>
        <w:rPr>
          <w:b/>
          <w:color w:val="CC0000"/>
        </w:rPr>
        <w:t>答案：</w:t>
      </w:r>
      <w:r>
        <w:rPr>
          <w:b/>
          <w:color w:val="CC0000"/>
        </w:rPr>
        <w:t>B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解析：沿经线方向纬度每移动</w:t>
      </w:r>
      <w:r>
        <w:rPr>
          <w:color w:val="666666"/>
          <w:sz w:val="21"/>
        </w:rPr>
        <w:t>1°</w:t>
      </w:r>
      <w:r>
        <w:rPr>
          <w:color w:val="666666"/>
          <w:sz w:val="21"/>
        </w:rPr>
        <w:t>，实际距离约为</w:t>
      </w:r>
      <w:r>
        <w:rPr>
          <w:color w:val="666666"/>
          <w:sz w:val="21"/>
        </w:rPr>
        <w:t>110</w:t>
      </w:r>
      <w:r>
        <w:rPr>
          <w:color w:val="666666"/>
          <w:sz w:val="21"/>
        </w:rPr>
        <w:t>千米。</w:t>
      </w:r>
    </w:p>
    <w:p w14:paraId="2D742B57" w14:textId="77777777" w:rsidR="00CD3EF2" w:rsidRDefault="00000000">
      <w:pPr>
        <w:spacing w:before="80" w:after="80"/>
      </w:pPr>
      <w:r>
        <w:t xml:space="preserve">21. </w:t>
      </w:r>
      <w:r>
        <w:rPr>
          <w:b/>
          <w:color w:val="CC0000"/>
        </w:rPr>
        <w:t>答案：</w:t>
      </w:r>
      <w:r>
        <w:rPr>
          <w:b/>
          <w:color w:val="CC0000"/>
        </w:rPr>
        <w:t>D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</w:t>
      </w:r>
      <w:r>
        <w:rPr>
          <w:color w:val="666666"/>
          <w:sz w:val="21"/>
        </w:rPr>
        <w:t>2003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5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7</w:t>
      </w:r>
      <w:r>
        <w:rPr>
          <w:color w:val="666666"/>
          <w:sz w:val="21"/>
        </w:rPr>
        <w:t>日已经发生过一次</w:t>
      </w:r>
      <w:r>
        <w:rPr>
          <w:color w:val="666666"/>
          <w:sz w:val="21"/>
        </w:rPr>
        <w:t>5</w:t>
      </w:r>
      <w:r>
        <w:rPr>
          <w:color w:val="666666"/>
          <w:sz w:val="21"/>
        </w:rPr>
        <w:t>月的水星凌日，所以</w:t>
      </w:r>
      <w:r>
        <w:rPr>
          <w:color w:val="666666"/>
          <w:sz w:val="21"/>
        </w:rPr>
        <w:t>2016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5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9</w:t>
      </w:r>
      <w:r>
        <w:rPr>
          <w:color w:val="666666"/>
          <w:sz w:val="21"/>
        </w:rPr>
        <w:t>日这次并非本世纪第一次</w:t>
      </w:r>
      <w:r>
        <w:rPr>
          <w:color w:val="666666"/>
          <w:sz w:val="21"/>
        </w:rPr>
        <w:t>5</w:t>
      </w:r>
      <w:r>
        <w:rPr>
          <w:color w:val="666666"/>
          <w:sz w:val="21"/>
        </w:rPr>
        <w:t>月凌日，</w:t>
      </w:r>
      <w:r>
        <w:rPr>
          <w:color w:val="666666"/>
          <w:sz w:val="21"/>
        </w:rPr>
        <w:t>D</w:t>
      </w:r>
      <w:r>
        <w:rPr>
          <w:color w:val="666666"/>
          <w:sz w:val="21"/>
        </w:rPr>
        <w:t>不正确。水星凌日每世纪约</w:t>
      </w:r>
      <w:r>
        <w:rPr>
          <w:color w:val="666666"/>
          <w:sz w:val="21"/>
        </w:rPr>
        <w:t>13</w:t>
      </w:r>
      <w:r>
        <w:rPr>
          <w:color w:val="666666"/>
          <w:sz w:val="21"/>
        </w:rPr>
        <w:t>次，远多于金星凌日；受水星轨道偏心率影响，</w:t>
      </w:r>
      <w:r>
        <w:rPr>
          <w:color w:val="666666"/>
          <w:sz w:val="21"/>
        </w:rPr>
        <w:t>5</w:t>
      </w:r>
      <w:r>
        <w:rPr>
          <w:color w:val="666666"/>
          <w:sz w:val="21"/>
        </w:rPr>
        <w:t>月凌日时水星离地球更近、视直径更大，且</w:t>
      </w:r>
      <w:r>
        <w:rPr>
          <w:color w:val="666666"/>
          <w:sz w:val="21"/>
        </w:rPr>
        <w:t>5</w:t>
      </w:r>
      <w:r>
        <w:rPr>
          <w:color w:val="666666"/>
          <w:sz w:val="21"/>
        </w:rPr>
        <w:t>月凌日比</w:t>
      </w:r>
      <w:r>
        <w:rPr>
          <w:color w:val="666666"/>
          <w:sz w:val="21"/>
        </w:rPr>
        <w:t>11</w:t>
      </w:r>
      <w:r>
        <w:rPr>
          <w:color w:val="666666"/>
          <w:sz w:val="21"/>
        </w:rPr>
        <w:t>月稀少，</w:t>
      </w:r>
      <w:r>
        <w:rPr>
          <w:color w:val="666666"/>
          <w:sz w:val="21"/>
        </w:rPr>
        <w:t>A</w:t>
      </w:r>
      <w:r>
        <w:rPr>
          <w:color w:val="666666"/>
          <w:sz w:val="21"/>
        </w:rPr>
        <w:t>、</w:t>
      </w:r>
      <w:r>
        <w:rPr>
          <w:color w:val="666666"/>
          <w:sz w:val="21"/>
        </w:rPr>
        <w:t>B</w:t>
      </w:r>
      <w:r>
        <w:rPr>
          <w:color w:val="666666"/>
          <w:sz w:val="21"/>
        </w:rPr>
        <w:t>、</w:t>
      </w:r>
      <w:r>
        <w:rPr>
          <w:color w:val="666666"/>
          <w:sz w:val="21"/>
        </w:rPr>
        <w:t>C</w:t>
      </w:r>
      <w:r>
        <w:rPr>
          <w:color w:val="666666"/>
          <w:sz w:val="21"/>
        </w:rPr>
        <w:t>均正确。</w:t>
      </w:r>
    </w:p>
    <w:p w14:paraId="5CAF728F" w14:textId="77777777" w:rsidR="00CD3EF2" w:rsidRDefault="00000000">
      <w:pPr>
        <w:spacing w:before="80" w:after="80"/>
      </w:pPr>
      <w:r>
        <w:t xml:space="preserve">22. </w:t>
      </w:r>
      <w:r>
        <w:rPr>
          <w:b/>
          <w:color w:val="CC0000"/>
        </w:rPr>
        <w:t>答案：</w:t>
      </w:r>
      <w:r>
        <w:rPr>
          <w:b/>
          <w:color w:val="CC0000"/>
        </w:rPr>
        <w:t>C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解析：双鱼座与南鱼座并不相邻，中间隔有其他星座。</w:t>
      </w:r>
    </w:p>
    <w:p w14:paraId="51CABC81" w14:textId="77777777" w:rsidR="00CD3EF2" w:rsidRDefault="00000000">
      <w:pPr>
        <w:spacing w:before="80" w:after="80"/>
      </w:pPr>
      <w:r>
        <w:t xml:space="preserve">23. </w:t>
      </w:r>
      <w:r>
        <w:rPr>
          <w:b/>
          <w:color w:val="CC0000"/>
        </w:rPr>
        <w:t>答案：</w:t>
      </w:r>
      <w:r>
        <w:rPr>
          <w:b/>
          <w:color w:val="CC0000"/>
        </w:rPr>
        <w:t>C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</w:t>
      </w:r>
      <w:r>
        <w:rPr>
          <w:color w:val="666666"/>
          <w:sz w:val="21"/>
        </w:rPr>
        <w:t>M31</w:t>
      </w:r>
      <w:r>
        <w:rPr>
          <w:color w:val="666666"/>
          <w:sz w:val="21"/>
        </w:rPr>
        <w:t>约</w:t>
      </w:r>
      <w:r>
        <w:rPr>
          <w:color w:val="666666"/>
          <w:sz w:val="21"/>
        </w:rPr>
        <w:t>250</w:t>
      </w:r>
      <w:r>
        <w:rPr>
          <w:color w:val="666666"/>
          <w:sz w:val="21"/>
        </w:rPr>
        <w:t>万光年、</w:t>
      </w:r>
      <w:r>
        <w:rPr>
          <w:color w:val="666666"/>
          <w:sz w:val="21"/>
        </w:rPr>
        <w:t>M42</w:t>
      </w:r>
      <w:r>
        <w:rPr>
          <w:color w:val="666666"/>
          <w:sz w:val="21"/>
        </w:rPr>
        <w:t>约</w:t>
      </w:r>
      <w:r>
        <w:rPr>
          <w:color w:val="666666"/>
          <w:sz w:val="21"/>
        </w:rPr>
        <w:t>1344</w:t>
      </w:r>
      <w:r>
        <w:rPr>
          <w:color w:val="666666"/>
          <w:sz w:val="21"/>
        </w:rPr>
        <w:t>光年、</w:t>
      </w:r>
      <w:r>
        <w:rPr>
          <w:color w:val="666666"/>
          <w:sz w:val="21"/>
        </w:rPr>
        <w:t>M92</w:t>
      </w:r>
      <w:r>
        <w:rPr>
          <w:color w:val="666666"/>
          <w:sz w:val="21"/>
        </w:rPr>
        <w:t>约</w:t>
      </w:r>
      <w:r>
        <w:rPr>
          <w:color w:val="666666"/>
          <w:sz w:val="21"/>
        </w:rPr>
        <w:t>2.7</w:t>
      </w:r>
      <w:r>
        <w:rPr>
          <w:color w:val="666666"/>
          <w:sz w:val="21"/>
        </w:rPr>
        <w:t>万光年，而</w:t>
      </w:r>
      <w:r>
        <w:rPr>
          <w:color w:val="666666"/>
          <w:sz w:val="21"/>
        </w:rPr>
        <w:t>M81</w:t>
      </w:r>
      <w:r>
        <w:rPr>
          <w:color w:val="666666"/>
          <w:sz w:val="21"/>
        </w:rPr>
        <w:t>（波德星系）在</w:t>
      </w:r>
      <w:r>
        <w:rPr>
          <w:color w:val="666666"/>
          <w:sz w:val="21"/>
        </w:rPr>
        <w:t>1200</w:t>
      </w:r>
      <w:r>
        <w:rPr>
          <w:color w:val="666666"/>
          <w:sz w:val="21"/>
        </w:rPr>
        <w:t>万光年上下，是四者中最远的，故选</w:t>
      </w:r>
      <w:r>
        <w:rPr>
          <w:color w:val="666666"/>
          <w:sz w:val="21"/>
        </w:rPr>
        <w:t>C</w:t>
      </w:r>
      <w:r>
        <w:rPr>
          <w:color w:val="666666"/>
          <w:sz w:val="21"/>
        </w:rPr>
        <w:t>。</w:t>
      </w:r>
    </w:p>
    <w:p w14:paraId="69AE718F" w14:textId="77777777" w:rsidR="00CD3EF2" w:rsidRDefault="00000000">
      <w:pPr>
        <w:spacing w:before="80" w:after="80"/>
      </w:pPr>
      <w:r>
        <w:t xml:space="preserve">24. </w:t>
      </w:r>
      <w:r>
        <w:rPr>
          <w:b/>
          <w:color w:val="CC0000"/>
        </w:rPr>
        <w:t>答案：</w:t>
      </w:r>
      <w:r>
        <w:rPr>
          <w:b/>
          <w:color w:val="CC0000"/>
        </w:rPr>
        <w:t>B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解析：微量气体探测器（</w:t>
      </w:r>
      <w:r>
        <w:rPr>
          <w:color w:val="666666"/>
          <w:sz w:val="21"/>
        </w:rPr>
        <w:t>ExoMars Trace Gas Orbiter</w:t>
      </w:r>
      <w:r>
        <w:rPr>
          <w:color w:val="666666"/>
          <w:sz w:val="21"/>
        </w:rPr>
        <w:t>）预计于</w:t>
      </w:r>
      <w:r>
        <w:rPr>
          <w:color w:val="666666"/>
          <w:sz w:val="21"/>
        </w:rPr>
        <w:t>2016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10</w:t>
      </w:r>
      <w:r>
        <w:rPr>
          <w:color w:val="666666"/>
          <w:sz w:val="21"/>
        </w:rPr>
        <w:t>月进入火星轨道。</w:t>
      </w:r>
    </w:p>
    <w:p w14:paraId="64476CD7" w14:textId="77777777" w:rsidR="00CD3EF2" w:rsidRDefault="00000000">
      <w:pPr>
        <w:spacing w:before="80" w:after="80"/>
      </w:pPr>
      <w:r>
        <w:t xml:space="preserve">25. </w:t>
      </w:r>
      <w:r>
        <w:rPr>
          <w:b/>
          <w:color w:val="CC0000"/>
        </w:rPr>
        <w:t>答案：</w:t>
      </w:r>
      <w:r>
        <w:rPr>
          <w:b/>
          <w:color w:val="CC0000"/>
        </w:rPr>
        <w:t>B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解析：钱德拉是</w:t>
      </w:r>
      <w:r>
        <w:rPr>
          <w:color w:val="666666"/>
          <w:sz w:val="21"/>
        </w:rPr>
        <w:t>X</w:t>
      </w:r>
      <w:r>
        <w:rPr>
          <w:color w:val="666666"/>
          <w:sz w:val="21"/>
        </w:rPr>
        <w:t>射线天文台，观测到的是木星极区的</w:t>
      </w:r>
      <w:r>
        <w:rPr>
          <w:color w:val="666666"/>
          <w:sz w:val="21"/>
        </w:rPr>
        <w:t>X</w:t>
      </w:r>
      <w:r>
        <w:rPr>
          <w:color w:val="666666"/>
          <w:sz w:val="21"/>
        </w:rPr>
        <w:t>射线极光，大红斑的尺度与颜色要在可见光波段才测得出来，</w:t>
      </w:r>
      <w:r>
        <w:rPr>
          <w:color w:val="666666"/>
          <w:sz w:val="21"/>
        </w:rPr>
        <w:t>B</w:t>
      </w:r>
      <w:r>
        <w:rPr>
          <w:color w:val="666666"/>
          <w:sz w:val="21"/>
        </w:rPr>
        <w:t>把观测手段和结论都弄错了，故不正确。</w:t>
      </w:r>
      <w:r>
        <w:rPr>
          <w:color w:val="666666"/>
          <w:sz w:val="21"/>
        </w:rPr>
        <w:t>A</w:t>
      </w:r>
      <w:r>
        <w:rPr>
          <w:color w:val="666666"/>
          <w:sz w:val="21"/>
        </w:rPr>
        <w:t>、</w:t>
      </w:r>
      <w:r>
        <w:rPr>
          <w:color w:val="666666"/>
          <w:sz w:val="21"/>
        </w:rPr>
        <w:t>C</w:t>
      </w:r>
      <w:r>
        <w:rPr>
          <w:color w:val="666666"/>
          <w:sz w:val="21"/>
        </w:rPr>
        <w:t>、</w:t>
      </w:r>
      <w:r>
        <w:rPr>
          <w:color w:val="666666"/>
          <w:sz w:val="21"/>
        </w:rPr>
        <w:t>D</w:t>
      </w:r>
      <w:r>
        <w:rPr>
          <w:color w:val="666666"/>
          <w:sz w:val="21"/>
        </w:rPr>
        <w:t>都是近年的真实成果。</w:t>
      </w:r>
    </w:p>
    <w:p w14:paraId="2327518B" w14:textId="77777777" w:rsidR="00CD3EF2" w:rsidRDefault="00000000">
      <w:pPr>
        <w:spacing w:before="80" w:after="80"/>
      </w:pPr>
      <w:r>
        <w:t xml:space="preserve">26. </w:t>
      </w:r>
      <w:r>
        <w:rPr>
          <w:b/>
          <w:color w:val="CC0000"/>
        </w:rPr>
        <w:t>答案：</w:t>
      </w:r>
      <w:r>
        <w:rPr>
          <w:b/>
          <w:color w:val="CC0000"/>
        </w:rPr>
        <w:t>B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</w:t>
      </w:r>
      <w:r>
        <w:rPr>
          <w:color w:val="666666"/>
          <w:sz w:val="21"/>
        </w:rPr>
        <w:t>2016</w:t>
      </w:r>
      <w:r>
        <w:rPr>
          <w:color w:val="666666"/>
          <w:sz w:val="21"/>
        </w:rPr>
        <w:t>年天琴座流星雨极大（</w:t>
      </w:r>
      <w:r>
        <w:rPr>
          <w:color w:val="666666"/>
          <w:sz w:val="21"/>
        </w:rPr>
        <w:t>4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22</w:t>
      </w:r>
      <w:r>
        <w:rPr>
          <w:color w:val="666666"/>
          <w:sz w:val="21"/>
        </w:rPr>
        <w:t>日）恰逢满月，狮子座流星雨极大（</w:t>
      </w:r>
      <w:r>
        <w:rPr>
          <w:color w:val="666666"/>
          <w:sz w:val="21"/>
        </w:rPr>
        <w:t>11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17</w:t>
      </w:r>
      <w:r>
        <w:rPr>
          <w:color w:val="666666"/>
          <w:sz w:val="21"/>
        </w:rPr>
        <w:t>日）紧邻</w:t>
      </w:r>
      <w:r>
        <w:rPr>
          <w:color w:val="666666"/>
          <w:sz w:val="21"/>
        </w:rPr>
        <w:t>11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14</w:t>
      </w:r>
      <w:r>
        <w:rPr>
          <w:color w:val="666666"/>
          <w:sz w:val="21"/>
        </w:rPr>
        <w:t>日的满月，双子座流星雨极大（</w:t>
      </w:r>
      <w:r>
        <w:rPr>
          <w:color w:val="666666"/>
          <w:sz w:val="21"/>
        </w:rPr>
        <w:t>12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14</w:t>
      </w:r>
      <w:r>
        <w:rPr>
          <w:color w:val="666666"/>
          <w:sz w:val="21"/>
        </w:rPr>
        <w:t>日）又正好撞上满月；只有宝瓶座</w:t>
      </w:r>
      <w:r>
        <w:rPr>
          <w:color w:val="666666"/>
          <w:sz w:val="21"/>
        </w:rPr>
        <w:t>η</w:t>
      </w:r>
      <w:r>
        <w:rPr>
          <w:color w:val="666666"/>
          <w:sz w:val="21"/>
        </w:rPr>
        <w:t>流星雨极大（</w:t>
      </w:r>
      <w:r>
        <w:rPr>
          <w:color w:val="666666"/>
          <w:sz w:val="21"/>
        </w:rPr>
        <w:t>5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6</w:t>
      </w:r>
      <w:r>
        <w:rPr>
          <w:color w:val="666666"/>
          <w:sz w:val="21"/>
        </w:rPr>
        <w:t>日）遇到新月，观测条件最好，故选</w:t>
      </w:r>
      <w:r>
        <w:rPr>
          <w:color w:val="666666"/>
          <w:sz w:val="21"/>
        </w:rPr>
        <w:t>B</w:t>
      </w:r>
      <w:r>
        <w:rPr>
          <w:color w:val="666666"/>
          <w:sz w:val="21"/>
        </w:rPr>
        <w:t>。</w:t>
      </w:r>
    </w:p>
    <w:p w14:paraId="36700861" w14:textId="77777777" w:rsidR="00CD3EF2" w:rsidRDefault="00000000">
      <w:pPr>
        <w:spacing w:before="80" w:after="80"/>
      </w:pPr>
      <w:r>
        <w:t xml:space="preserve">27. </w:t>
      </w:r>
      <w:r>
        <w:rPr>
          <w:b/>
          <w:color w:val="CC0000"/>
        </w:rPr>
        <w:t>答案：</w:t>
      </w:r>
      <w:r>
        <w:rPr>
          <w:b/>
          <w:color w:val="CC0000"/>
        </w:rPr>
        <w:t>B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</w:t>
      </w:r>
      <w:r>
        <w:rPr>
          <w:color w:val="666666"/>
          <w:sz w:val="21"/>
        </w:rPr>
        <w:t>9P/Tempel 1</w:t>
      </w:r>
      <w:r>
        <w:rPr>
          <w:color w:val="666666"/>
          <w:sz w:val="21"/>
        </w:rPr>
        <w:t>（坦普尔</w:t>
      </w:r>
      <w:r>
        <w:rPr>
          <w:color w:val="666666"/>
          <w:sz w:val="21"/>
        </w:rPr>
        <w:t>1</w:t>
      </w:r>
      <w:r>
        <w:rPr>
          <w:color w:val="666666"/>
          <w:sz w:val="21"/>
        </w:rPr>
        <w:t>号）于</w:t>
      </w:r>
      <w:r>
        <w:rPr>
          <w:color w:val="666666"/>
          <w:sz w:val="21"/>
        </w:rPr>
        <w:t>2016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8</w:t>
      </w:r>
      <w:r>
        <w:rPr>
          <w:color w:val="666666"/>
          <w:sz w:val="21"/>
        </w:rPr>
        <w:t>月过近日点；</w:t>
      </w:r>
      <w:r>
        <w:rPr>
          <w:color w:val="666666"/>
          <w:sz w:val="21"/>
        </w:rPr>
        <w:t>2P/Encke</w:t>
      </w:r>
      <w:r>
        <w:rPr>
          <w:color w:val="666666"/>
          <w:sz w:val="21"/>
        </w:rPr>
        <w:t>要到</w:t>
      </w:r>
      <w:r>
        <w:rPr>
          <w:color w:val="666666"/>
          <w:sz w:val="21"/>
        </w:rPr>
        <w:t>2017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3</w:t>
      </w:r>
      <w:r>
        <w:rPr>
          <w:color w:val="666666"/>
          <w:sz w:val="21"/>
        </w:rPr>
        <w:t>月，</w:t>
      </w:r>
      <w:r>
        <w:rPr>
          <w:color w:val="666666"/>
          <w:sz w:val="21"/>
        </w:rPr>
        <w:t>C/2013 US10</w:t>
      </w:r>
      <w:r>
        <w:rPr>
          <w:color w:val="666666"/>
          <w:sz w:val="21"/>
        </w:rPr>
        <w:t>（</w:t>
      </w:r>
      <w:r>
        <w:rPr>
          <w:color w:val="666666"/>
          <w:sz w:val="21"/>
        </w:rPr>
        <w:t>Catalina</w:t>
      </w:r>
      <w:r>
        <w:rPr>
          <w:color w:val="666666"/>
          <w:sz w:val="21"/>
        </w:rPr>
        <w:t>）已于</w:t>
      </w:r>
      <w:r>
        <w:rPr>
          <w:color w:val="666666"/>
          <w:sz w:val="21"/>
        </w:rPr>
        <w:t>2015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11</w:t>
      </w:r>
      <w:r>
        <w:rPr>
          <w:color w:val="666666"/>
          <w:sz w:val="21"/>
        </w:rPr>
        <w:t>月过近日点，</w:t>
      </w:r>
      <w:r>
        <w:rPr>
          <w:color w:val="666666"/>
          <w:sz w:val="21"/>
        </w:rPr>
        <w:t>55P/Tempel-Tuttle</w:t>
      </w:r>
      <w:r>
        <w:rPr>
          <w:color w:val="666666"/>
          <w:sz w:val="21"/>
        </w:rPr>
        <w:t>周期约</w:t>
      </w:r>
      <w:r>
        <w:rPr>
          <w:color w:val="666666"/>
          <w:sz w:val="21"/>
        </w:rPr>
        <w:t>33</w:t>
      </w:r>
      <w:r>
        <w:rPr>
          <w:color w:val="666666"/>
          <w:sz w:val="21"/>
        </w:rPr>
        <w:t>年、下一次要到</w:t>
      </w:r>
      <w:r>
        <w:rPr>
          <w:color w:val="666666"/>
          <w:sz w:val="21"/>
        </w:rPr>
        <w:t>2031</w:t>
      </w:r>
      <w:r>
        <w:rPr>
          <w:color w:val="666666"/>
          <w:sz w:val="21"/>
        </w:rPr>
        <w:t>年前后，故选</w:t>
      </w:r>
      <w:r>
        <w:rPr>
          <w:color w:val="666666"/>
          <w:sz w:val="21"/>
        </w:rPr>
        <w:t>B</w:t>
      </w:r>
      <w:r>
        <w:rPr>
          <w:color w:val="666666"/>
          <w:sz w:val="21"/>
        </w:rPr>
        <w:t>。</w:t>
      </w:r>
    </w:p>
    <w:p w14:paraId="02FE44A3" w14:textId="77777777" w:rsidR="00CD3EF2" w:rsidRDefault="00000000">
      <w:pPr>
        <w:spacing w:before="80" w:after="80"/>
      </w:pPr>
      <w:r>
        <w:lastRenderedPageBreak/>
        <w:t xml:space="preserve">28. </w:t>
      </w:r>
      <w:r>
        <w:rPr>
          <w:b/>
          <w:color w:val="CC0000"/>
        </w:rPr>
        <w:t>答案：</w:t>
      </w:r>
      <w:r>
        <w:rPr>
          <w:b/>
          <w:color w:val="CC0000"/>
        </w:rPr>
        <w:t>C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解析：在南极点，太阳半年在地平线上、半年在地平线下，</w:t>
      </w:r>
      <w:r>
        <w:rPr>
          <w:color w:val="666666"/>
          <w:sz w:val="21"/>
        </w:rPr>
        <w:t>9</w:t>
      </w:r>
      <w:r>
        <w:rPr>
          <w:color w:val="666666"/>
          <w:sz w:val="21"/>
        </w:rPr>
        <w:t>月秋分前后升起、</w:t>
      </w:r>
      <w:r>
        <w:rPr>
          <w:color w:val="666666"/>
          <w:sz w:val="21"/>
        </w:rPr>
        <w:t>3</w:t>
      </w:r>
      <w:r>
        <w:rPr>
          <w:color w:val="666666"/>
          <w:sz w:val="21"/>
        </w:rPr>
        <w:t>月春分前后落下。日面中心正好落在地平线上还要计入约</w:t>
      </w:r>
      <w:r>
        <w:rPr>
          <w:color w:val="666666"/>
          <w:sz w:val="21"/>
        </w:rPr>
        <w:t>0.5°</w:t>
      </w:r>
      <w:r>
        <w:rPr>
          <w:color w:val="666666"/>
          <w:sz w:val="21"/>
        </w:rPr>
        <w:t>的大气折射，对应太阳赤纬约</w:t>
      </w:r>
      <w:r>
        <w:rPr>
          <w:color w:val="666666"/>
          <w:sz w:val="21"/>
        </w:rPr>
        <w:t>-0.5°</w:t>
      </w:r>
      <w:r>
        <w:rPr>
          <w:color w:val="666666"/>
          <w:sz w:val="21"/>
        </w:rPr>
        <w:t>，比秋分（</w:t>
      </w:r>
      <w:r>
        <w:rPr>
          <w:color w:val="666666"/>
          <w:sz w:val="21"/>
        </w:rPr>
        <w:t>9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22</w:t>
      </w:r>
      <w:r>
        <w:rPr>
          <w:color w:val="666666"/>
          <w:sz w:val="21"/>
        </w:rPr>
        <w:t>日）早一两天，因此最可能是</w:t>
      </w:r>
      <w:r>
        <w:rPr>
          <w:color w:val="666666"/>
          <w:sz w:val="21"/>
        </w:rPr>
        <w:t>9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20</w:t>
      </w:r>
      <w:r>
        <w:rPr>
          <w:color w:val="666666"/>
          <w:sz w:val="21"/>
        </w:rPr>
        <w:t>日，故选</w:t>
      </w:r>
      <w:r>
        <w:rPr>
          <w:color w:val="666666"/>
          <w:sz w:val="21"/>
        </w:rPr>
        <w:t>C</w:t>
      </w:r>
      <w:r>
        <w:rPr>
          <w:color w:val="666666"/>
          <w:sz w:val="21"/>
        </w:rPr>
        <w:t>。</w:t>
      </w:r>
    </w:p>
    <w:p w14:paraId="6F9BDB0F" w14:textId="77777777" w:rsidR="00CD3EF2" w:rsidRDefault="00000000">
      <w:pPr>
        <w:spacing w:before="80" w:after="80"/>
      </w:pPr>
      <w:r>
        <w:t xml:space="preserve">29. </w:t>
      </w:r>
      <w:r>
        <w:rPr>
          <w:b/>
          <w:color w:val="CC0000"/>
        </w:rPr>
        <w:t>答案：</w:t>
      </w:r>
      <w:r>
        <w:rPr>
          <w:b/>
          <w:color w:val="CC0000"/>
        </w:rPr>
        <w:t>A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解析：春分当天太阳上中天时，地方恒星时约为</w:t>
      </w:r>
      <w:r>
        <w:rPr>
          <w:color w:val="666666"/>
          <w:sz w:val="21"/>
        </w:rPr>
        <w:t>0</w:t>
      </w:r>
      <w:r>
        <w:rPr>
          <w:color w:val="666666"/>
          <w:sz w:val="21"/>
        </w:rPr>
        <w:t>时（太阳位于春分点）。</w:t>
      </w:r>
    </w:p>
    <w:p w14:paraId="492FB0FB" w14:textId="77777777" w:rsidR="00CD3EF2" w:rsidRDefault="00000000">
      <w:pPr>
        <w:spacing w:before="80" w:after="80"/>
      </w:pPr>
      <w:r>
        <w:t xml:space="preserve">30. </w:t>
      </w:r>
      <w:r>
        <w:rPr>
          <w:b/>
          <w:color w:val="CC0000"/>
        </w:rPr>
        <w:t>答案：</w:t>
      </w:r>
      <w:r>
        <w:rPr>
          <w:b/>
          <w:color w:val="CC0000"/>
        </w:rPr>
        <w:t>D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解析：火星冲日时地火距离取决于火星是否靠近近日点（</w:t>
      </w:r>
      <w:r>
        <w:rPr>
          <w:color w:val="666666"/>
          <w:sz w:val="21"/>
        </w:rPr>
        <w:t>8</w:t>
      </w:r>
      <w:r>
        <w:rPr>
          <w:color w:val="666666"/>
          <w:sz w:val="21"/>
        </w:rPr>
        <w:t>月末）。</w:t>
      </w:r>
      <w:r>
        <w:rPr>
          <w:color w:val="666666"/>
          <w:sz w:val="21"/>
        </w:rPr>
        <w:t>2050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8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14</w:t>
      </w:r>
      <w:r>
        <w:rPr>
          <w:color w:val="666666"/>
          <w:sz w:val="21"/>
        </w:rPr>
        <w:t>日的冲日紧邻火星近日点，距离只有约</w:t>
      </w:r>
      <w:r>
        <w:rPr>
          <w:color w:val="666666"/>
          <w:sz w:val="21"/>
        </w:rPr>
        <w:t>0.39AU</w:t>
      </w:r>
      <w:r>
        <w:rPr>
          <w:color w:val="666666"/>
          <w:sz w:val="21"/>
        </w:rPr>
        <w:t>，是四者中最近的；</w:t>
      </w:r>
      <w:r>
        <w:rPr>
          <w:color w:val="666666"/>
          <w:sz w:val="21"/>
        </w:rPr>
        <w:t>2016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5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22</w:t>
      </w:r>
      <w:r>
        <w:rPr>
          <w:color w:val="666666"/>
          <w:sz w:val="21"/>
        </w:rPr>
        <w:t>日约</w:t>
      </w:r>
      <w:r>
        <w:rPr>
          <w:color w:val="666666"/>
          <w:sz w:val="21"/>
        </w:rPr>
        <w:t>0.50AU</w:t>
      </w:r>
      <w:r>
        <w:rPr>
          <w:color w:val="666666"/>
          <w:sz w:val="21"/>
        </w:rPr>
        <w:t>，</w:t>
      </w:r>
      <w:r>
        <w:rPr>
          <w:color w:val="666666"/>
          <w:sz w:val="21"/>
        </w:rPr>
        <w:t>2027</w:t>
      </w:r>
      <w:r>
        <w:rPr>
          <w:color w:val="666666"/>
          <w:sz w:val="21"/>
        </w:rPr>
        <w:t>年</w:t>
      </w:r>
      <w:r>
        <w:rPr>
          <w:color w:val="666666"/>
          <w:sz w:val="21"/>
        </w:rPr>
        <w:t>2</w:t>
      </w:r>
      <w:r>
        <w:rPr>
          <w:color w:val="666666"/>
          <w:sz w:val="21"/>
        </w:rPr>
        <w:t>月</w:t>
      </w:r>
      <w:r>
        <w:rPr>
          <w:color w:val="666666"/>
          <w:sz w:val="21"/>
        </w:rPr>
        <w:t>19</w:t>
      </w:r>
      <w:r>
        <w:rPr>
          <w:color w:val="666666"/>
          <w:sz w:val="21"/>
        </w:rPr>
        <w:t>日火星接近远日点、远达</w:t>
      </w:r>
      <w:r>
        <w:rPr>
          <w:color w:val="666666"/>
          <w:sz w:val="21"/>
        </w:rPr>
        <w:t>0.68AU</w:t>
      </w:r>
      <w:r>
        <w:rPr>
          <w:color w:val="666666"/>
          <w:sz w:val="21"/>
        </w:rPr>
        <w:t>，故选</w:t>
      </w:r>
      <w:r>
        <w:rPr>
          <w:color w:val="666666"/>
          <w:sz w:val="21"/>
        </w:rPr>
        <w:t>D</w:t>
      </w:r>
      <w:r>
        <w:rPr>
          <w:color w:val="666666"/>
          <w:sz w:val="21"/>
        </w:rPr>
        <w:t>。</w:t>
      </w:r>
    </w:p>
    <w:p w14:paraId="45A5788E" w14:textId="77777777" w:rsidR="00CD3EF2" w:rsidRDefault="00000000">
      <w:pPr>
        <w:spacing w:before="80" w:after="80"/>
      </w:pPr>
      <w:r>
        <w:t xml:space="preserve">31. </w:t>
      </w:r>
      <w:r>
        <w:rPr>
          <w:b/>
          <w:color w:val="CC0000"/>
        </w:rPr>
        <w:t>答案：</w:t>
      </w:r>
      <w:r>
        <w:rPr>
          <w:b/>
          <w:color w:val="CC0000"/>
        </w:rPr>
        <w:t>C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解析：金星与地球的会合周期约为</w:t>
      </w:r>
      <w:r>
        <w:rPr>
          <w:color w:val="666666"/>
          <w:sz w:val="21"/>
        </w:rPr>
        <w:t>584</w:t>
      </w:r>
      <w:r>
        <w:rPr>
          <w:color w:val="666666"/>
          <w:sz w:val="21"/>
        </w:rPr>
        <w:t>天。</w:t>
      </w:r>
    </w:p>
    <w:p w14:paraId="780EC496" w14:textId="77777777" w:rsidR="00CD3EF2" w:rsidRDefault="00000000">
      <w:pPr>
        <w:spacing w:before="80" w:after="80"/>
      </w:pPr>
      <w:r>
        <w:t xml:space="preserve">32. </w:t>
      </w:r>
      <w:r>
        <w:rPr>
          <w:b/>
          <w:color w:val="CC0000"/>
        </w:rPr>
        <w:t>答案：</w:t>
      </w:r>
      <w:r>
        <w:rPr>
          <w:b/>
          <w:color w:val="CC0000"/>
        </w:rPr>
        <w:t>C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解析：地球同步轨道卫星的轨道周期为</w:t>
      </w:r>
      <w:r>
        <w:rPr>
          <w:color w:val="666666"/>
          <w:sz w:val="21"/>
        </w:rPr>
        <w:t>23</w:t>
      </w:r>
      <w:r>
        <w:rPr>
          <w:color w:val="666666"/>
          <w:sz w:val="21"/>
        </w:rPr>
        <w:t>小时</w:t>
      </w:r>
      <w:r>
        <w:rPr>
          <w:color w:val="666666"/>
          <w:sz w:val="21"/>
        </w:rPr>
        <w:t>56</w:t>
      </w:r>
      <w:r>
        <w:rPr>
          <w:color w:val="666666"/>
          <w:sz w:val="21"/>
        </w:rPr>
        <w:t>分</w:t>
      </w:r>
      <w:r>
        <w:rPr>
          <w:color w:val="666666"/>
          <w:sz w:val="21"/>
        </w:rPr>
        <w:t>4</w:t>
      </w:r>
      <w:r>
        <w:rPr>
          <w:color w:val="666666"/>
          <w:sz w:val="21"/>
        </w:rPr>
        <w:t>秒（一个恒星日），不是正好</w:t>
      </w:r>
      <w:r>
        <w:rPr>
          <w:color w:val="666666"/>
          <w:sz w:val="21"/>
        </w:rPr>
        <w:t>24</w:t>
      </w:r>
      <w:r>
        <w:rPr>
          <w:color w:val="666666"/>
          <w:sz w:val="21"/>
        </w:rPr>
        <w:t>小时，</w:t>
      </w:r>
      <w:r>
        <w:rPr>
          <w:color w:val="666666"/>
          <w:sz w:val="21"/>
        </w:rPr>
        <w:t>C</w:t>
      </w:r>
      <w:r>
        <w:rPr>
          <w:color w:val="666666"/>
          <w:sz w:val="21"/>
        </w:rPr>
        <w:t>描述错误。</w:t>
      </w:r>
    </w:p>
    <w:p w14:paraId="6998A8FF" w14:textId="77777777" w:rsidR="00CD3EF2" w:rsidRDefault="00000000">
      <w:pPr>
        <w:spacing w:before="80" w:after="80"/>
      </w:pPr>
      <w:r>
        <w:t xml:space="preserve">33. </w:t>
      </w:r>
      <w:r>
        <w:rPr>
          <w:b/>
          <w:color w:val="CC0000"/>
        </w:rPr>
        <w:t>答案：</w:t>
      </w:r>
      <w:r>
        <w:rPr>
          <w:b/>
          <w:color w:val="CC0000"/>
        </w:rPr>
        <w:t>D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解析：线直径＝角直径（弧度）</w:t>
      </w:r>
      <w:r>
        <w:rPr>
          <w:color w:val="666666"/>
          <w:sz w:val="21"/>
        </w:rPr>
        <w:t>×</w:t>
      </w:r>
      <w:r>
        <w:rPr>
          <w:color w:val="666666"/>
          <w:sz w:val="21"/>
        </w:rPr>
        <w:t>距离＝</w:t>
      </w:r>
      <w:r>
        <w:rPr>
          <w:color w:val="666666"/>
          <w:sz w:val="21"/>
        </w:rPr>
        <w:t>(30/206265)×400Mpc≈0.058Mpc≈58kpc</w:t>
      </w:r>
      <w:r>
        <w:rPr>
          <w:color w:val="666666"/>
          <w:sz w:val="21"/>
        </w:rPr>
        <w:t>。式中按星系视大小的长边</w:t>
      </w:r>
      <w:r>
        <w:rPr>
          <w:color w:val="666666"/>
          <w:sz w:val="21"/>
        </w:rPr>
        <w:t>30″</w:t>
      </w:r>
      <w:r>
        <w:rPr>
          <w:color w:val="666666"/>
          <w:sz w:val="21"/>
        </w:rPr>
        <w:t>计，若误用</w:t>
      </w:r>
      <w:r>
        <w:rPr>
          <w:color w:val="666666"/>
          <w:sz w:val="21"/>
        </w:rPr>
        <w:t>20″</w:t>
      </w:r>
      <w:r>
        <w:rPr>
          <w:color w:val="666666"/>
          <w:sz w:val="21"/>
        </w:rPr>
        <w:t>会得到约</w:t>
      </w:r>
      <w:r>
        <w:rPr>
          <w:color w:val="666666"/>
          <w:sz w:val="21"/>
        </w:rPr>
        <w:t>39kpc</w:t>
      </w:r>
      <w:r>
        <w:rPr>
          <w:color w:val="666666"/>
          <w:sz w:val="21"/>
        </w:rPr>
        <w:t>，故选</w:t>
      </w:r>
      <w:r>
        <w:rPr>
          <w:color w:val="666666"/>
          <w:sz w:val="21"/>
        </w:rPr>
        <w:t>D</w:t>
      </w:r>
      <w:r>
        <w:rPr>
          <w:color w:val="666666"/>
          <w:sz w:val="21"/>
        </w:rPr>
        <w:t>。</w:t>
      </w:r>
    </w:p>
    <w:p w14:paraId="20983E3E" w14:textId="77777777" w:rsidR="00CD3EF2" w:rsidRDefault="00000000">
      <w:pPr>
        <w:spacing w:before="80" w:after="80"/>
      </w:pPr>
      <w:r>
        <w:t xml:space="preserve">34. </w:t>
      </w:r>
      <w:r>
        <w:rPr>
          <w:b/>
          <w:color w:val="CC0000"/>
        </w:rPr>
        <w:t>答案：</w:t>
      </w:r>
      <w:r>
        <w:rPr>
          <w:b/>
          <w:color w:val="CC0000"/>
        </w:rPr>
        <w:t>A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</w:t>
      </w:r>
      <w:r>
        <w:rPr>
          <w:color w:val="666666"/>
          <w:sz w:val="21"/>
        </w:rPr>
        <w:t>NGC1499</w:t>
      </w:r>
      <w:r>
        <w:rPr>
          <w:color w:val="666666"/>
          <w:sz w:val="21"/>
        </w:rPr>
        <w:t>被称为加州星云（</w:t>
      </w:r>
      <w:r>
        <w:rPr>
          <w:color w:val="666666"/>
          <w:sz w:val="21"/>
        </w:rPr>
        <w:t>California Nebula</w:t>
      </w:r>
      <w:r>
        <w:rPr>
          <w:color w:val="666666"/>
          <w:sz w:val="21"/>
        </w:rPr>
        <w:t>）。</w:t>
      </w:r>
    </w:p>
    <w:p w14:paraId="0B9890D1" w14:textId="77777777" w:rsidR="00CD3EF2" w:rsidRDefault="00000000">
      <w:pPr>
        <w:spacing w:before="80" w:after="80"/>
      </w:pPr>
      <w:r>
        <w:t xml:space="preserve">35. </w:t>
      </w:r>
      <w:r>
        <w:rPr>
          <w:b/>
          <w:color w:val="CC0000"/>
        </w:rPr>
        <w:t>答案：</w:t>
      </w:r>
      <w:r>
        <w:rPr>
          <w:b/>
          <w:color w:val="CC0000"/>
        </w:rPr>
        <w:t>B</w:t>
      </w:r>
      <w:r>
        <w:rPr>
          <w:color w:val="666666"/>
          <w:sz w:val="21"/>
        </w:rPr>
        <w:t xml:space="preserve">  </w:t>
      </w:r>
      <w:r>
        <w:rPr>
          <w:color w:val="666666"/>
          <w:sz w:val="21"/>
        </w:rPr>
        <w:t>解析：</w:t>
      </w:r>
      <w:r>
        <w:rPr>
          <w:color w:val="666666"/>
          <w:sz w:val="21"/>
        </w:rPr>
        <w:t>36+29=65</w:t>
      </w:r>
      <w:r>
        <w:rPr>
          <w:color w:val="666666"/>
          <w:sz w:val="21"/>
        </w:rPr>
        <w:t>，但由于引力波辐射带走了部分质量能量，并合后黑洞质量约为</w:t>
      </w:r>
      <w:r>
        <w:rPr>
          <w:color w:val="666666"/>
          <w:sz w:val="21"/>
        </w:rPr>
        <w:t>62</w:t>
      </w:r>
      <w:r>
        <w:rPr>
          <w:color w:val="666666"/>
          <w:sz w:val="21"/>
        </w:rPr>
        <w:t>倍太阳质量。</w:t>
      </w:r>
    </w:p>
    <w:sectPr w:rsidR="00CD3EF2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5722086">
    <w:abstractNumId w:val="8"/>
  </w:num>
  <w:num w:numId="2" w16cid:durableId="1296375150">
    <w:abstractNumId w:val="6"/>
  </w:num>
  <w:num w:numId="3" w16cid:durableId="1603882536">
    <w:abstractNumId w:val="5"/>
  </w:num>
  <w:num w:numId="4" w16cid:durableId="301540986">
    <w:abstractNumId w:val="4"/>
  </w:num>
  <w:num w:numId="5" w16cid:durableId="406463102">
    <w:abstractNumId w:val="7"/>
  </w:num>
  <w:num w:numId="6" w16cid:durableId="1477067068">
    <w:abstractNumId w:val="3"/>
  </w:num>
  <w:num w:numId="7" w16cid:durableId="1159685678">
    <w:abstractNumId w:val="2"/>
  </w:num>
  <w:num w:numId="8" w16cid:durableId="260140704">
    <w:abstractNumId w:val="1"/>
  </w:num>
  <w:num w:numId="9" w16cid:durableId="1358193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0E27"/>
    <w:rsid w:val="00AA1D8D"/>
    <w:rsid w:val="00B47730"/>
    <w:rsid w:val="00C05926"/>
    <w:rsid w:val="00CB0664"/>
    <w:rsid w:val="00CD3E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416246"/>
  <w14:defaultImageDpi w14:val="300"/>
  <w15:docId w15:val="{51BF68CC-45DB-486C-9CD4-77E115AD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宋体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zh f</cp:lastModifiedBy>
  <cp:revision>2</cp:revision>
  <dcterms:created xsi:type="dcterms:W3CDTF">2013-12-23T23:15:00Z</dcterms:created>
  <dcterms:modified xsi:type="dcterms:W3CDTF">2026-10-27T05:41:00Z</dcterms:modified>
  <cp:category/>
</cp:coreProperties>
</file>