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205AE" w14:textId="527394C3" w:rsidR="00421229" w:rsidRDefault="00000000">
      <w:pPr>
        <w:spacing w:before="120" w:after="240"/>
        <w:jc w:val="center"/>
        <w:rPr>
          <w:lang w:eastAsia="zh-CN"/>
        </w:rPr>
      </w:pPr>
      <w:r>
        <w:rPr>
          <w:rFonts w:ascii="Times New Roman" w:eastAsia="黑体" w:hAnsi="Times New Roman"/>
          <w:b/>
          <w:sz w:val="36"/>
          <w:lang w:eastAsia="zh-CN"/>
        </w:rPr>
        <w:t>2015</w:t>
      </w:r>
      <w:r>
        <w:rPr>
          <w:rFonts w:ascii="Times New Roman" w:eastAsia="黑体" w:hAnsi="Times New Roman"/>
          <w:b/>
          <w:sz w:val="36"/>
          <w:lang w:eastAsia="zh-CN"/>
        </w:rPr>
        <w:t>年</w:t>
      </w:r>
      <w:r>
        <w:rPr>
          <w:rFonts w:ascii="Times New Roman" w:eastAsia="黑体" w:hAnsi="Times New Roman"/>
          <w:b/>
          <w:sz w:val="36"/>
          <w:lang w:eastAsia="zh-CN"/>
        </w:rPr>
        <w:t>CNAO</w:t>
      </w:r>
      <w:r>
        <w:rPr>
          <w:rFonts w:ascii="Times New Roman" w:eastAsia="黑体" w:hAnsi="Times New Roman"/>
          <w:b/>
          <w:sz w:val="36"/>
          <w:lang w:eastAsia="zh-CN"/>
        </w:rPr>
        <w:t>天文奥赛预赛试题</w:t>
      </w:r>
    </w:p>
    <w:p w14:paraId="1320A3FA" w14:textId="77777777" w:rsidR="00421229" w:rsidRDefault="00000000">
      <w:pPr>
        <w:spacing w:after="120"/>
        <w:jc w:val="center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>姓名：</w:t>
      </w:r>
      <w:r>
        <w:rPr>
          <w:rFonts w:ascii="Times New Roman" w:eastAsia="宋体" w:hAnsi="Times New Roman"/>
          <w:sz w:val="24"/>
          <w:lang w:eastAsia="zh-CN"/>
        </w:rPr>
        <w:t xml:space="preserve">__________  </w:t>
      </w:r>
      <w:r>
        <w:rPr>
          <w:rFonts w:ascii="Times New Roman" w:eastAsia="宋体" w:hAnsi="Times New Roman"/>
          <w:sz w:val="24"/>
          <w:lang w:eastAsia="zh-CN"/>
        </w:rPr>
        <w:t>年级：</w:t>
      </w:r>
      <w:r>
        <w:rPr>
          <w:rFonts w:ascii="Times New Roman" w:eastAsia="宋体" w:hAnsi="Times New Roman"/>
          <w:sz w:val="24"/>
          <w:lang w:eastAsia="zh-CN"/>
        </w:rPr>
        <w:t xml:space="preserve">__________  </w:t>
      </w:r>
      <w:r>
        <w:rPr>
          <w:rFonts w:ascii="Times New Roman" w:eastAsia="宋体" w:hAnsi="Times New Roman"/>
          <w:sz w:val="24"/>
          <w:lang w:eastAsia="zh-CN"/>
        </w:rPr>
        <w:t>班级：</w:t>
      </w:r>
      <w:r>
        <w:rPr>
          <w:rFonts w:ascii="Times New Roman" w:eastAsia="宋体" w:hAnsi="Times New Roman"/>
          <w:sz w:val="24"/>
          <w:lang w:eastAsia="zh-CN"/>
        </w:rPr>
        <w:t xml:space="preserve">__________  </w:t>
      </w:r>
      <w:r>
        <w:rPr>
          <w:rFonts w:ascii="Times New Roman" w:eastAsia="宋体" w:hAnsi="Times New Roman"/>
          <w:sz w:val="24"/>
          <w:lang w:eastAsia="zh-CN"/>
        </w:rPr>
        <w:t>得分：</w:t>
      </w:r>
      <w:r>
        <w:rPr>
          <w:rFonts w:ascii="Times New Roman" w:eastAsia="宋体" w:hAnsi="Times New Roman"/>
          <w:sz w:val="24"/>
          <w:lang w:eastAsia="zh-CN"/>
        </w:rPr>
        <w:t>__________</w:t>
      </w:r>
    </w:p>
    <w:p w14:paraId="663F7766" w14:textId="77777777" w:rsidR="00421229" w:rsidRDefault="00000000">
      <w:pPr>
        <w:spacing w:before="40" w:after="40"/>
        <w:rPr>
          <w:lang w:eastAsia="zh-CN"/>
        </w:rPr>
      </w:pPr>
      <w:r>
        <w:rPr>
          <w:rFonts w:ascii="Times New Roman" w:eastAsia="宋体" w:hAnsi="Times New Roman"/>
          <w:sz w:val="21"/>
          <w:lang w:eastAsia="zh-CN"/>
        </w:rPr>
        <w:t xml:space="preserve">1. </w:t>
      </w:r>
      <w:r>
        <w:rPr>
          <w:rFonts w:ascii="Times New Roman" w:eastAsia="宋体" w:hAnsi="Times New Roman"/>
          <w:sz w:val="21"/>
          <w:lang w:eastAsia="zh-CN"/>
        </w:rPr>
        <w:t>本试卷共</w:t>
      </w:r>
      <w:r>
        <w:rPr>
          <w:rFonts w:ascii="Times New Roman" w:eastAsia="宋体" w:hAnsi="Times New Roman"/>
          <w:sz w:val="21"/>
          <w:lang w:eastAsia="zh-CN"/>
        </w:rPr>
        <w:t>35</w:t>
      </w:r>
      <w:r>
        <w:rPr>
          <w:rFonts w:ascii="Times New Roman" w:eastAsia="宋体" w:hAnsi="Times New Roman"/>
          <w:sz w:val="21"/>
          <w:lang w:eastAsia="zh-CN"/>
        </w:rPr>
        <w:t>道单项选择题，每题只有一个正确答案。</w:t>
      </w:r>
    </w:p>
    <w:p w14:paraId="2BD46C22" w14:textId="77777777" w:rsidR="00421229" w:rsidRDefault="00000000">
      <w:pPr>
        <w:spacing w:before="40" w:after="40"/>
        <w:rPr>
          <w:lang w:eastAsia="zh-CN"/>
        </w:rPr>
      </w:pPr>
      <w:r>
        <w:rPr>
          <w:rFonts w:ascii="Times New Roman" w:eastAsia="宋体" w:hAnsi="Times New Roman"/>
          <w:sz w:val="21"/>
          <w:lang w:eastAsia="zh-CN"/>
        </w:rPr>
        <w:t xml:space="preserve">2. </w:t>
      </w:r>
      <w:r>
        <w:rPr>
          <w:rFonts w:ascii="Times New Roman" w:eastAsia="宋体" w:hAnsi="Times New Roman"/>
          <w:sz w:val="21"/>
          <w:lang w:eastAsia="zh-CN"/>
        </w:rPr>
        <w:t>请将答案填写在答题卡上，写在试卷上无效。</w:t>
      </w:r>
    </w:p>
    <w:p w14:paraId="0F45134B" w14:textId="77777777" w:rsidR="00421229" w:rsidRDefault="00000000">
      <w:pPr>
        <w:spacing w:before="40" w:after="40"/>
        <w:rPr>
          <w:lang w:eastAsia="zh-CN"/>
        </w:rPr>
      </w:pPr>
      <w:r>
        <w:rPr>
          <w:rFonts w:ascii="Times New Roman" w:eastAsia="宋体" w:hAnsi="Times New Roman"/>
          <w:sz w:val="21"/>
          <w:lang w:eastAsia="zh-CN"/>
        </w:rPr>
        <w:t xml:space="preserve">3. </w:t>
      </w:r>
      <w:r>
        <w:rPr>
          <w:rFonts w:ascii="Times New Roman" w:eastAsia="宋体" w:hAnsi="Times New Roman"/>
          <w:sz w:val="21"/>
          <w:lang w:eastAsia="zh-CN"/>
        </w:rPr>
        <w:t>考试时间为</w:t>
      </w:r>
      <w:r>
        <w:rPr>
          <w:rFonts w:ascii="Times New Roman" w:eastAsia="宋体" w:hAnsi="Times New Roman"/>
          <w:sz w:val="21"/>
          <w:lang w:eastAsia="zh-CN"/>
        </w:rPr>
        <w:t>120</w:t>
      </w:r>
      <w:r>
        <w:rPr>
          <w:rFonts w:ascii="Times New Roman" w:eastAsia="宋体" w:hAnsi="Times New Roman"/>
          <w:sz w:val="21"/>
          <w:lang w:eastAsia="zh-CN"/>
        </w:rPr>
        <w:t>分钟。</w:t>
      </w:r>
    </w:p>
    <w:p w14:paraId="6801EDE6" w14:textId="77777777" w:rsidR="00421229" w:rsidRDefault="00000000">
      <w:pPr>
        <w:spacing w:before="40" w:after="40"/>
        <w:rPr>
          <w:lang w:eastAsia="zh-CN"/>
        </w:rPr>
      </w:pPr>
      <w:r>
        <w:rPr>
          <w:rFonts w:ascii="Times New Roman" w:eastAsia="宋体" w:hAnsi="Times New Roman"/>
          <w:sz w:val="21"/>
          <w:lang w:eastAsia="zh-CN"/>
        </w:rPr>
        <w:t xml:space="preserve">4. </w:t>
      </w:r>
      <w:r>
        <w:rPr>
          <w:rFonts w:ascii="Times New Roman" w:eastAsia="宋体" w:hAnsi="Times New Roman"/>
          <w:sz w:val="21"/>
          <w:lang w:eastAsia="zh-CN"/>
        </w:rPr>
        <w:t>请认真审题，注意题目中的细节。</w:t>
      </w:r>
    </w:p>
    <w:p w14:paraId="2D107F9A" w14:textId="77777777" w:rsidR="00421229" w:rsidRDefault="00000000">
      <w:pPr>
        <w:spacing w:before="40" w:after="40"/>
        <w:rPr>
          <w:lang w:eastAsia="zh-CN"/>
        </w:rPr>
      </w:pPr>
      <w:r>
        <w:rPr>
          <w:rFonts w:ascii="Times New Roman" w:eastAsia="宋体" w:hAnsi="Times New Roman"/>
          <w:sz w:val="21"/>
          <w:lang w:eastAsia="zh-CN"/>
        </w:rPr>
        <w:t xml:space="preserve">5. </w:t>
      </w:r>
      <w:r>
        <w:rPr>
          <w:rFonts w:ascii="Times New Roman" w:eastAsia="宋体" w:hAnsi="Times New Roman"/>
          <w:sz w:val="21"/>
          <w:lang w:eastAsia="zh-CN"/>
        </w:rPr>
        <w:t>第</w:t>
      </w:r>
      <w:r>
        <w:rPr>
          <w:rFonts w:ascii="Times New Roman" w:eastAsia="宋体" w:hAnsi="Times New Roman"/>
          <w:sz w:val="21"/>
          <w:lang w:eastAsia="zh-CN"/>
        </w:rPr>
        <w:t>21</w:t>
      </w:r>
      <w:r>
        <w:rPr>
          <w:rFonts w:ascii="Times New Roman" w:eastAsia="宋体" w:hAnsi="Times New Roman"/>
          <w:sz w:val="21"/>
          <w:lang w:eastAsia="zh-CN"/>
        </w:rPr>
        <w:t>题因命题问题作废，任何答案均不计分数！</w:t>
      </w:r>
    </w:p>
    <w:p w14:paraId="6CFBF1C3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1. </w:t>
      </w:r>
      <w:r>
        <w:rPr>
          <w:rFonts w:ascii="Times New Roman" w:eastAsia="宋体" w:hAnsi="Times New Roman"/>
          <w:sz w:val="24"/>
          <w:lang w:eastAsia="zh-CN"/>
        </w:rPr>
        <w:t>黄道共穿过（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）个星座的天区。</w:t>
      </w:r>
    </w:p>
    <w:p w14:paraId="1876B63C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(A)6    (B)12</w:t>
      </w:r>
    </w:p>
    <w:p w14:paraId="1D39E0F5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(C)13    (D)88</w:t>
      </w:r>
    </w:p>
    <w:p w14:paraId="5077E394" w14:textId="77777777" w:rsidR="00421229" w:rsidRDefault="00000000">
      <w:pPr>
        <w:spacing w:before="120" w:after="40"/>
      </w:pPr>
      <w:r>
        <w:rPr>
          <w:rFonts w:ascii="Times New Roman" w:eastAsia="宋体" w:hAnsi="Times New Roman"/>
          <w:sz w:val="24"/>
          <w:lang w:eastAsia="zh-CN"/>
        </w:rPr>
        <w:t xml:space="preserve">2. </w:t>
      </w:r>
      <w:r>
        <w:rPr>
          <w:rFonts w:ascii="Times New Roman" w:eastAsia="宋体" w:hAnsi="Times New Roman"/>
          <w:sz w:val="24"/>
          <w:lang w:eastAsia="zh-CN"/>
        </w:rPr>
        <w:t>以下哪个时段观测西大距期间的水星最合适？（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</w:rPr>
        <w:t>）</w:t>
      </w:r>
    </w:p>
    <w:p w14:paraId="22629709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(A)</w:t>
      </w:r>
      <w:r>
        <w:rPr>
          <w:rFonts w:ascii="Times New Roman" w:eastAsia="宋体" w:hAnsi="Times New Roman"/>
        </w:rPr>
        <w:t>黎明</w:t>
      </w:r>
      <w:r>
        <w:rPr>
          <w:rFonts w:ascii="Times New Roman" w:eastAsia="宋体" w:hAnsi="Times New Roman"/>
        </w:rPr>
        <w:t xml:space="preserve">    (B)</w:t>
      </w:r>
      <w:r>
        <w:rPr>
          <w:rFonts w:ascii="Times New Roman" w:eastAsia="宋体" w:hAnsi="Times New Roman"/>
        </w:rPr>
        <w:t>黄昏</w:t>
      </w:r>
    </w:p>
    <w:p w14:paraId="3B48E7D2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</w:t>
      </w:r>
      <w:r>
        <w:rPr>
          <w:rFonts w:ascii="Times New Roman" w:eastAsia="宋体" w:hAnsi="Times New Roman"/>
        </w:rPr>
        <w:t>午夜</w:t>
      </w:r>
      <w:r>
        <w:rPr>
          <w:rFonts w:ascii="Times New Roman" w:eastAsia="宋体" w:hAnsi="Times New Roman"/>
        </w:rPr>
        <w:t xml:space="preserve">    (D)</w:t>
      </w:r>
      <w:r>
        <w:rPr>
          <w:rFonts w:ascii="Times New Roman" w:eastAsia="宋体" w:hAnsi="Times New Roman"/>
        </w:rPr>
        <w:t>正午</w:t>
      </w:r>
    </w:p>
    <w:p w14:paraId="76F23BED" w14:textId="77777777" w:rsidR="00421229" w:rsidRDefault="00000000">
      <w:pPr>
        <w:spacing w:before="120" w:after="40"/>
      </w:pPr>
      <w:r>
        <w:rPr>
          <w:rFonts w:ascii="Times New Roman" w:eastAsia="宋体" w:hAnsi="Times New Roman"/>
          <w:sz w:val="24"/>
        </w:rPr>
        <w:t xml:space="preserve">3. </w:t>
      </w:r>
      <w:r>
        <w:rPr>
          <w:rFonts w:ascii="Times New Roman" w:eastAsia="宋体" w:hAnsi="Times New Roman"/>
          <w:sz w:val="24"/>
        </w:rPr>
        <w:t>牛郎星位于（</w:t>
      </w:r>
      <w:r>
        <w:rPr>
          <w:rFonts w:ascii="Times New Roman" w:eastAsia="宋体" w:hAnsi="Times New Roman"/>
          <w:sz w:val="24"/>
        </w:rPr>
        <w:t xml:space="preserve">    </w:t>
      </w:r>
      <w:r>
        <w:rPr>
          <w:rFonts w:ascii="Times New Roman" w:eastAsia="宋体" w:hAnsi="Times New Roman"/>
          <w:sz w:val="24"/>
        </w:rPr>
        <w:t>）天区内。</w:t>
      </w:r>
    </w:p>
    <w:p w14:paraId="45F1EEBB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(A)</w:t>
      </w:r>
      <w:r>
        <w:rPr>
          <w:rFonts w:ascii="Times New Roman" w:eastAsia="宋体" w:hAnsi="Times New Roman"/>
        </w:rPr>
        <w:t>天鹅座</w:t>
      </w:r>
      <w:r>
        <w:rPr>
          <w:rFonts w:ascii="Times New Roman" w:eastAsia="宋体" w:hAnsi="Times New Roman"/>
        </w:rPr>
        <w:t xml:space="preserve">    (B)</w:t>
      </w:r>
      <w:r>
        <w:rPr>
          <w:rFonts w:ascii="Times New Roman" w:eastAsia="宋体" w:hAnsi="Times New Roman"/>
        </w:rPr>
        <w:t>天鹰座</w:t>
      </w:r>
    </w:p>
    <w:p w14:paraId="6D604AAE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</w:t>
      </w:r>
      <w:r>
        <w:rPr>
          <w:rFonts w:ascii="Times New Roman" w:eastAsia="宋体" w:hAnsi="Times New Roman"/>
        </w:rPr>
        <w:t>天琴座</w:t>
      </w:r>
      <w:r>
        <w:rPr>
          <w:rFonts w:ascii="Times New Roman" w:eastAsia="宋体" w:hAnsi="Times New Roman"/>
        </w:rPr>
        <w:t xml:space="preserve">    (D)</w:t>
      </w:r>
      <w:r>
        <w:rPr>
          <w:rFonts w:ascii="Times New Roman" w:eastAsia="宋体" w:hAnsi="Times New Roman"/>
        </w:rPr>
        <w:t>牧夫座</w:t>
      </w:r>
    </w:p>
    <w:p w14:paraId="221DF1BE" w14:textId="77777777" w:rsidR="00421229" w:rsidRDefault="00000000">
      <w:pPr>
        <w:spacing w:before="120" w:after="40"/>
      </w:pPr>
      <w:r>
        <w:rPr>
          <w:rFonts w:ascii="Times New Roman" w:eastAsia="宋体" w:hAnsi="Times New Roman"/>
          <w:sz w:val="24"/>
        </w:rPr>
        <w:t xml:space="preserve">4. </w:t>
      </w:r>
      <w:r>
        <w:rPr>
          <w:rFonts w:ascii="Times New Roman" w:eastAsia="宋体" w:hAnsi="Times New Roman"/>
          <w:sz w:val="24"/>
        </w:rPr>
        <w:t>以下恒星看上去最暗的是（</w:t>
      </w:r>
      <w:r>
        <w:rPr>
          <w:rFonts w:ascii="Times New Roman" w:eastAsia="宋体" w:hAnsi="Times New Roman"/>
          <w:sz w:val="24"/>
        </w:rPr>
        <w:t xml:space="preserve">    </w:t>
      </w:r>
      <w:r>
        <w:rPr>
          <w:rFonts w:ascii="Times New Roman" w:eastAsia="宋体" w:hAnsi="Times New Roman"/>
          <w:sz w:val="24"/>
        </w:rPr>
        <w:t>）。</w:t>
      </w:r>
    </w:p>
    <w:p w14:paraId="71CFDBAA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</w:rPr>
        <w:t xml:space="preserve">    </w:t>
      </w:r>
      <w:r>
        <w:rPr>
          <w:rFonts w:ascii="Times New Roman" w:eastAsia="宋体" w:hAnsi="Times New Roman"/>
          <w:lang w:eastAsia="zh-CN"/>
        </w:rPr>
        <w:t>(A)</w:t>
      </w:r>
      <w:r>
        <w:rPr>
          <w:rFonts w:ascii="Times New Roman" w:eastAsia="宋体" w:hAnsi="Times New Roman"/>
          <w:lang w:eastAsia="zh-CN"/>
        </w:rPr>
        <w:t>天狼星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织女星</w:t>
      </w:r>
    </w:p>
    <w:p w14:paraId="4E2AFA33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大角星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北极星</w:t>
      </w:r>
    </w:p>
    <w:p w14:paraId="61CD50AA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5. </w:t>
      </w:r>
      <w:r>
        <w:rPr>
          <w:rFonts w:ascii="Times New Roman" w:eastAsia="宋体" w:hAnsi="Times New Roman"/>
          <w:sz w:val="24"/>
          <w:lang w:eastAsia="zh-CN"/>
        </w:rPr>
        <w:t>以下我国传统节日中哪个是以节气命名的？（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</w:t>
      </w:r>
    </w:p>
    <w:p w14:paraId="1C9C774E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清明节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端午节</w:t>
      </w:r>
    </w:p>
    <w:p w14:paraId="3999B43E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中秋节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重阳节</w:t>
      </w:r>
    </w:p>
    <w:p w14:paraId="58A47E3F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6. </w:t>
      </w:r>
      <w:r>
        <w:rPr>
          <w:rFonts w:ascii="Times New Roman" w:eastAsia="宋体" w:hAnsi="Times New Roman"/>
          <w:sz w:val="24"/>
          <w:lang w:eastAsia="zh-CN"/>
        </w:rPr>
        <w:t>双子座流星雨的辐射点位于（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398C1AEB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赤经</w:t>
      </w:r>
      <w:r>
        <w:rPr>
          <w:rFonts w:ascii="Times New Roman" w:eastAsia="宋体" w:hAnsi="Times New Roman"/>
          <w:lang w:eastAsia="zh-CN"/>
        </w:rPr>
        <w:t xml:space="preserve">32° </w:t>
      </w:r>
      <w:r>
        <w:rPr>
          <w:rFonts w:ascii="Times New Roman" w:eastAsia="宋体" w:hAnsi="Times New Roman"/>
          <w:lang w:eastAsia="zh-CN"/>
        </w:rPr>
        <w:t>赤纬</w:t>
      </w:r>
      <w:r>
        <w:rPr>
          <w:rFonts w:ascii="Times New Roman" w:eastAsia="宋体" w:hAnsi="Times New Roman"/>
          <w:lang w:eastAsia="zh-CN"/>
        </w:rPr>
        <w:t>+03°    (B)</w:t>
      </w:r>
      <w:r>
        <w:rPr>
          <w:rFonts w:ascii="Times New Roman" w:eastAsia="宋体" w:hAnsi="Times New Roman"/>
          <w:lang w:eastAsia="zh-CN"/>
        </w:rPr>
        <w:t>赤经</w:t>
      </w:r>
      <w:r>
        <w:rPr>
          <w:rFonts w:ascii="Times New Roman" w:eastAsia="宋体" w:hAnsi="Times New Roman"/>
          <w:lang w:eastAsia="zh-CN"/>
        </w:rPr>
        <w:t xml:space="preserve">338° </w:t>
      </w:r>
      <w:r>
        <w:rPr>
          <w:rFonts w:ascii="Times New Roman" w:eastAsia="宋体" w:hAnsi="Times New Roman"/>
          <w:lang w:eastAsia="zh-CN"/>
        </w:rPr>
        <w:t>赤纬</w:t>
      </w:r>
      <w:r>
        <w:rPr>
          <w:rFonts w:ascii="Times New Roman" w:eastAsia="宋体" w:hAnsi="Times New Roman"/>
          <w:lang w:eastAsia="zh-CN"/>
        </w:rPr>
        <w:t>-01°</w:t>
      </w:r>
    </w:p>
    <w:p w14:paraId="4EF16FA7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赤经</w:t>
      </w:r>
      <w:r>
        <w:rPr>
          <w:rFonts w:ascii="Times New Roman" w:eastAsia="宋体" w:hAnsi="Times New Roman"/>
          <w:lang w:eastAsia="zh-CN"/>
        </w:rPr>
        <w:t xml:space="preserve">262° </w:t>
      </w:r>
      <w:r>
        <w:rPr>
          <w:rFonts w:ascii="Times New Roman" w:eastAsia="宋体" w:hAnsi="Times New Roman"/>
          <w:lang w:eastAsia="zh-CN"/>
        </w:rPr>
        <w:t>赤纬</w:t>
      </w:r>
      <w:r>
        <w:rPr>
          <w:rFonts w:ascii="Times New Roman" w:eastAsia="宋体" w:hAnsi="Times New Roman"/>
          <w:lang w:eastAsia="zh-CN"/>
        </w:rPr>
        <w:t>+54°    (D)</w:t>
      </w:r>
      <w:r>
        <w:rPr>
          <w:rFonts w:ascii="Times New Roman" w:eastAsia="宋体" w:hAnsi="Times New Roman"/>
          <w:lang w:eastAsia="zh-CN"/>
        </w:rPr>
        <w:t>赤经</w:t>
      </w:r>
      <w:r>
        <w:rPr>
          <w:rFonts w:ascii="Times New Roman" w:eastAsia="宋体" w:hAnsi="Times New Roman"/>
          <w:lang w:eastAsia="zh-CN"/>
        </w:rPr>
        <w:t xml:space="preserve">112° </w:t>
      </w:r>
      <w:r>
        <w:rPr>
          <w:rFonts w:ascii="Times New Roman" w:eastAsia="宋体" w:hAnsi="Times New Roman"/>
          <w:lang w:eastAsia="zh-CN"/>
        </w:rPr>
        <w:t>赤纬</w:t>
      </w:r>
      <w:r>
        <w:rPr>
          <w:rFonts w:ascii="Times New Roman" w:eastAsia="宋体" w:hAnsi="Times New Roman"/>
          <w:lang w:eastAsia="zh-CN"/>
        </w:rPr>
        <w:t>+33°</w:t>
      </w:r>
    </w:p>
    <w:p w14:paraId="1F55420C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7. </w:t>
      </w:r>
      <w:r>
        <w:rPr>
          <w:rFonts w:ascii="Times New Roman" w:eastAsia="宋体" w:hAnsi="Times New Roman"/>
          <w:sz w:val="24"/>
          <w:lang w:eastAsia="zh-CN"/>
        </w:rPr>
        <w:t>关于日全食下列说法正确的是（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24D37AD0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在北极点上观测不到日全食。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每年全球至少会发生一次日全食。</w:t>
      </w:r>
    </w:p>
    <w:p w14:paraId="601B36BB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在赤道上的一个位置观测，全食最长的持续时间可达</w:t>
      </w:r>
      <w:r>
        <w:rPr>
          <w:rFonts w:ascii="Times New Roman" w:eastAsia="宋体" w:hAnsi="Times New Roman"/>
          <w:lang w:eastAsia="zh-CN"/>
        </w:rPr>
        <w:t>10</w:t>
      </w:r>
      <w:r>
        <w:rPr>
          <w:rFonts w:ascii="Times New Roman" w:eastAsia="宋体" w:hAnsi="Times New Roman"/>
          <w:lang w:eastAsia="zh-CN"/>
        </w:rPr>
        <w:t>分钟。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下次日全食将发生在北京时间</w:t>
      </w:r>
      <w:r>
        <w:rPr>
          <w:rFonts w:ascii="Times New Roman" w:eastAsia="宋体" w:hAnsi="Times New Roman"/>
          <w:lang w:eastAsia="zh-CN"/>
        </w:rPr>
        <w:t>2016</w:t>
      </w:r>
      <w:r>
        <w:rPr>
          <w:rFonts w:ascii="Times New Roman" w:eastAsia="宋体" w:hAnsi="Times New Roman"/>
          <w:lang w:eastAsia="zh-CN"/>
        </w:rPr>
        <w:t>年</w:t>
      </w:r>
      <w:r>
        <w:rPr>
          <w:rFonts w:ascii="Times New Roman" w:eastAsia="宋体" w:hAnsi="Times New Roman"/>
          <w:lang w:eastAsia="zh-CN"/>
        </w:rPr>
        <w:t>3</w:t>
      </w:r>
      <w:r>
        <w:rPr>
          <w:rFonts w:ascii="Times New Roman" w:eastAsia="宋体" w:hAnsi="Times New Roman"/>
          <w:lang w:eastAsia="zh-CN"/>
        </w:rPr>
        <w:t>月</w:t>
      </w:r>
      <w:r>
        <w:rPr>
          <w:rFonts w:ascii="Times New Roman" w:eastAsia="宋体" w:hAnsi="Times New Roman"/>
          <w:lang w:eastAsia="zh-CN"/>
        </w:rPr>
        <w:t>9</w:t>
      </w:r>
      <w:r>
        <w:rPr>
          <w:rFonts w:ascii="Times New Roman" w:eastAsia="宋体" w:hAnsi="Times New Roman"/>
          <w:lang w:eastAsia="zh-CN"/>
        </w:rPr>
        <w:t>日。</w:t>
      </w:r>
    </w:p>
    <w:p w14:paraId="0F0F947B" w14:textId="77777777" w:rsidR="00421229" w:rsidRDefault="00000000">
      <w:pPr>
        <w:spacing w:before="120" w:after="40"/>
      </w:pPr>
      <w:r>
        <w:rPr>
          <w:rFonts w:ascii="Times New Roman" w:eastAsia="宋体" w:hAnsi="Times New Roman"/>
          <w:sz w:val="24"/>
          <w:lang w:eastAsia="zh-CN"/>
        </w:rPr>
        <w:t xml:space="preserve">8. </w:t>
      </w:r>
      <w:r>
        <w:rPr>
          <w:rFonts w:ascii="Times New Roman" w:eastAsia="宋体" w:hAnsi="Times New Roman"/>
          <w:sz w:val="24"/>
          <w:lang w:eastAsia="zh-CN"/>
        </w:rPr>
        <w:t>与下次月食属于同一沙罗周期的是以下哪天发生的月食？（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</w:rPr>
        <w:t>）</w:t>
      </w:r>
    </w:p>
    <w:p w14:paraId="63BFDF6A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(A)1996</w:t>
      </w:r>
      <w:r>
        <w:rPr>
          <w:rFonts w:ascii="Times New Roman" w:eastAsia="宋体" w:hAnsi="Times New Roman"/>
        </w:rPr>
        <w:t>年</w:t>
      </w: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月</w:t>
      </w: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日</w:t>
      </w:r>
      <w:r>
        <w:rPr>
          <w:rFonts w:ascii="Times New Roman" w:eastAsia="宋体" w:hAnsi="Times New Roman"/>
        </w:rPr>
        <w:t xml:space="preserve">    (B)1997</w:t>
      </w:r>
      <w:r>
        <w:rPr>
          <w:rFonts w:ascii="Times New Roman" w:eastAsia="宋体" w:hAnsi="Times New Roman"/>
        </w:rPr>
        <w:t>年</w:t>
      </w: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月</w:t>
      </w:r>
      <w:r>
        <w:rPr>
          <w:rFonts w:ascii="Times New Roman" w:eastAsia="宋体" w:hAnsi="Times New Roman"/>
        </w:rPr>
        <w:t>24</w:t>
      </w:r>
      <w:r>
        <w:rPr>
          <w:rFonts w:ascii="Times New Roman" w:eastAsia="宋体" w:hAnsi="Times New Roman"/>
        </w:rPr>
        <w:t>日</w:t>
      </w:r>
    </w:p>
    <w:p w14:paraId="52EAD034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(C)2004</w:t>
      </w:r>
      <w:r>
        <w:rPr>
          <w:rFonts w:ascii="Times New Roman" w:eastAsia="宋体" w:hAnsi="Times New Roman"/>
        </w:rPr>
        <w:t>年</w:t>
      </w:r>
      <w:r>
        <w:rPr>
          <w:rFonts w:ascii="Times New Roman" w:eastAsia="宋体" w:hAnsi="Times New Roman"/>
        </w:rPr>
        <w:t>5</w:t>
      </w:r>
      <w:r>
        <w:rPr>
          <w:rFonts w:ascii="Times New Roman" w:eastAsia="宋体" w:hAnsi="Times New Roman"/>
        </w:rPr>
        <w:t>月</w:t>
      </w: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日</w:t>
      </w:r>
      <w:r>
        <w:rPr>
          <w:rFonts w:ascii="Times New Roman" w:eastAsia="宋体" w:hAnsi="Times New Roman"/>
        </w:rPr>
        <w:t xml:space="preserve">    (D)2007</w:t>
      </w:r>
      <w:r>
        <w:rPr>
          <w:rFonts w:ascii="Times New Roman" w:eastAsia="宋体" w:hAnsi="Times New Roman"/>
        </w:rPr>
        <w:t>年</w:t>
      </w: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月</w:t>
      </w: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日</w:t>
      </w:r>
    </w:p>
    <w:p w14:paraId="15424DE9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lastRenderedPageBreak/>
        <w:t xml:space="preserve">9. </w:t>
      </w:r>
      <w:r>
        <w:rPr>
          <w:rFonts w:ascii="Times New Roman" w:eastAsia="宋体" w:hAnsi="Times New Roman"/>
          <w:sz w:val="24"/>
          <w:lang w:eastAsia="zh-CN"/>
        </w:rPr>
        <w:t>以下叙述内容错误的是（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2BB39027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曙光号探测器在本月抵达谷神星，在此之前它已对灶神星进行过相关探测。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美国航空航天局的</w:t>
      </w:r>
      <w:r>
        <w:rPr>
          <w:rFonts w:ascii="Times New Roman" w:eastAsia="宋体" w:hAnsi="Times New Roman"/>
          <w:lang w:eastAsia="zh-CN"/>
        </w:rPr>
        <w:t>MAVEN</w:t>
      </w:r>
      <w:r>
        <w:rPr>
          <w:rFonts w:ascii="Times New Roman" w:eastAsia="宋体" w:hAnsi="Times New Roman"/>
          <w:lang w:eastAsia="zh-CN"/>
        </w:rPr>
        <w:t>探测器是专门用于研究火星大气的设备。</w:t>
      </w:r>
    </w:p>
    <w:p w14:paraId="22ADFDF7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(C)2014</w:t>
      </w:r>
      <w:r>
        <w:rPr>
          <w:rFonts w:ascii="Times New Roman" w:eastAsia="宋体" w:hAnsi="Times New Roman"/>
          <w:lang w:eastAsia="zh-CN"/>
        </w:rPr>
        <w:t>年</w:t>
      </w:r>
      <w:r>
        <w:rPr>
          <w:rFonts w:ascii="Times New Roman" w:eastAsia="宋体" w:hAnsi="Times New Roman"/>
          <w:lang w:eastAsia="zh-CN"/>
        </w:rPr>
        <w:t>9</w:t>
      </w:r>
      <w:r>
        <w:rPr>
          <w:rFonts w:ascii="Times New Roman" w:eastAsia="宋体" w:hAnsi="Times New Roman"/>
          <w:lang w:eastAsia="zh-CN"/>
        </w:rPr>
        <w:t>月，印度曼加里安号火星探测器（</w:t>
      </w:r>
      <w:r>
        <w:rPr>
          <w:rFonts w:ascii="Times New Roman" w:eastAsia="宋体" w:hAnsi="Times New Roman"/>
          <w:lang w:eastAsia="zh-CN"/>
        </w:rPr>
        <w:t>MOM</w:t>
      </w:r>
      <w:r>
        <w:rPr>
          <w:rFonts w:ascii="Times New Roman" w:eastAsia="宋体" w:hAnsi="Times New Roman"/>
          <w:lang w:eastAsia="zh-CN"/>
        </w:rPr>
        <w:t>）顺利抵达火星，进入环绕火星的轨道。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甚大望远镜（</w:t>
      </w:r>
      <w:r>
        <w:rPr>
          <w:rFonts w:ascii="Times New Roman" w:eastAsia="宋体" w:hAnsi="Times New Roman"/>
          <w:lang w:eastAsia="zh-CN"/>
        </w:rPr>
        <w:t>VLT</w:t>
      </w:r>
      <w:r>
        <w:rPr>
          <w:rFonts w:ascii="Times New Roman" w:eastAsia="宋体" w:hAnsi="Times New Roman"/>
          <w:lang w:eastAsia="zh-CN"/>
        </w:rPr>
        <w:t>）、凯克望远镜（</w:t>
      </w:r>
      <w:r>
        <w:rPr>
          <w:rFonts w:ascii="Times New Roman" w:eastAsia="宋体" w:hAnsi="Times New Roman"/>
          <w:lang w:eastAsia="zh-CN"/>
        </w:rPr>
        <w:t>Keck</w:t>
      </w:r>
      <w:r>
        <w:rPr>
          <w:rFonts w:ascii="Times New Roman" w:eastAsia="宋体" w:hAnsi="Times New Roman"/>
          <w:lang w:eastAsia="zh-CN"/>
        </w:rPr>
        <w:t>）、郭守敬望远镜（</w:t>
      </w:r>
      <w:r>
        <w:rPr>
          <w:rFonts w:ascii="Times New Roman" w:eastAsia="宋体" w:hAnsi="Times New Roman"/>
          <w:lang w:eastAsia="zh-CN"/>
        </w:rPr>
        <w:t>LAMOST</w:t>
      </w:r>
      <w:r>
        <w:rPr>
          <w:rFonts w:ascii="Times New Roman" w:eastAsia="宋体" w:hAnsi="Times New Roman"/>
          <w:lang w:eastAsia="zh-CN"/>
        </w:rPr>
        <w:t>）和盖亚望远镜（</w:t>
      </w:r>
      <w:r>
        <w:rPr>
          <w:rFonts w:ascii="Times New Roman" w:eastAsia="宋体" w:hAnsi="Times New Roman"/>
          <w:lang w:eastAsia="zh-CN"/>
        </w:rPr>
        <w:t>GAIA</w:t>
      </w:r>
      <w:r>
        <w:rPr>
          <w:rFonts w:ascii="Times New Roman" w:eastAsia="宋体" w:hAnsi="Times New Roman"/>
          <w:lang w:eastAsia="zh-CN"/>
        </w:rPr>
        <w:t>）都是地基望远镜。</w:t>
      </w:r>
    </w:p>
    <w:p w14:paraId="07F49F63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10. </w:t>
      </w:r>
      <w:r>
        <w:rPr>
          <w:rFonts w:ascii="Times New Roman" w:eastAsia="宋体" w:hAnsi="Times New Roman"/>
          <w:sz w:val="24"/>
          <w:lang w:eastAsia="zh-CN"/>
        </w:rPr>
        <w:t>以下梅西叶天体中，距离我们最远的是（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4E934459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(A)M18    (B)M33</w:t>
      </w:r>
    </w:p>
    <w:p w14:paraId="02B1EAB2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(C)M87    (D)M110</w:t>
      </w:r>
    </w:p>
    <w:p w14:paraId="7E855267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11. </w:t>
      </w:r>
      <w:r>
        <w:rPr>
          <w:rFonts w:ascii="Times New Roman" w:eastAsia="宋体" w:hAnsi="Times New Roman"/>
          <w:sz w:val="24"/>
          <w:lang w:eastAsia="zh-CN"/>
        </w:rPr>
        <w:t>目前已知的直径超过</w:t>
      </w:r>
      <w:r>
        <w:rPr>
          <w:rFonts w:ascii="Times New Roman" w:eastAsia="宋体" w:hAnsi="Times New Roman"/>
          <w:sz w:val="24"/>
          <w:lang w:eastAsia="zh-CN"/>
        </w:rPr>
        <w:t>200</w:t>
      </w:r>
      <w:r>
        <w:rPr>
          <w:rFonts w:ascii="Times New Roman" w:eastAsia="宋体" w:hAnsi="Times New Roman"/>
          <w:sz w:val="24"/>
          <w:lang w:eastAsia="zh-CN"/>
        </w:rPr>
        <w:t>米的近地小行星中，</w:t>
      </w:r>
      <w:r>
        <w:rPr>
          <w:rFonts w:ascii="Times New Roman" w:eastAsia="宋体" w:hAnsi="Times New Roman"/>
          <w:sz w:val="24"/>
          <w:lang w:eastAsia="zh-CN"/>
        </w:rPr>
        <w:t>16%</w:t>
      </w:r>
      <w:r>
        <w:rPr>
          <w:rFonts w:ascii="Times New Roman" w:eastAsia="宋体" w:hAnsi="Times New Roman"/>
          <w:sz w:val="24"/>
          <w:lang w:eastAsia="zh-CN"/>
        </w:rPr>
        <w:t>都有自己的卫星。今年</w:t>
      </w:r>
      <w:r>
        <w:rPr>
          <w:rFonts w:ascii="Times New Roman" w:eastAsia="宋体" w:hAnsi="Times New Roman"/>
          <w:sz w:val="24"/>
          <w:lang w:eastAsia="zh-CN"/>
        </w:rPr>
        <w:t>1</w:t>
      </w:r>
      <w:r>
        <w:rPr>
          <w:rFonts w:ascii="Times New Roman" w:eastAsia="宋体" w:hAnsi="Times New Roman"/>
          <w:sz w:val="24"/>
          <w:lang w:eastAsia="zh-CN"/>
        </w:rPr>
        <w:t>月下旬编号为</w:t>
      </w:r>
      <w:r>
        <w:rPr>
          <w:rFonts w:ascii="Times New Roman" w:eastAsia="宋体" w:hAnsi="Times New Roman"/>
          <w:sz w:val="24"/>
          <w:lang w:eastAsia="zh-CN"/>
        </w:rPr>
        <w:t>2004BL86</w:t>
      </w:r>
      <w:r>
        <w:rPr>
          <w:rFonts w:ascii="Times New Roman" w:eastAsia="宋体" w:hAnsi="Times New Roman"/>
          <w:sz w:val="24"/>
          <w:lang w:eastAsia="zh-CN"/>
        </w:rPr>
        <w:t>的小行星飞掠地球期间，天文学家观测到它的直径大约是</w:t>
      </w:r>
      <w:r>
        <w:rPr>
          <w:rFonts w:ascii="Times New Roman" w:eastAsia="宋体" w:hAnsi="Times New Roman"/>
          <w:sz w:val="24"/>
          <w:lang w:eastAsia="zh-CN"/>
        </w:rPr>
        <w:t>325</w:t>
      </w:r>
      <w:r>
        <w:rPr>
          <w:rFonts w:ascii="Times New Roman" w:eastAsia="宋体" w:hAnsi="Times New Roman"/>
          <w:sz w:val="24"/>
          <w:lang w:eastAsia="zh-CN"/>
        </w:rPr>
        <w:t>米，并且有一颗直径约为（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）米的卫星。</w:t>
      </w:r>
    </w:p>
    <w:p w14:paraId="5BB72BE9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(A)3    (B)18</w:t>
      </w:r>
    </w:p>
    <w:p w14:paraId="1D1C692E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(C)40    (D)70</w:t>
      </w:r>
    </w:p>
    <w:p w14:paraId="65FBD3E3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12. </w:t>
      </w:r>
      <w:r>
        <w:rPr>
          <w:rFonts w:ascii="Times New Roman" w:eastAsia="宋体" w:hAnsi="Times New Roman"/>
          <w:sz w:val="24"/>
          <w:lang w:eastAsia="zh-CN"/>
        </w:rPr>
        <w:t>以下年份中没有火星冲日的是（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08FCA4ED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(A)2003    (B)2014</w:t>
      </w:r>
    </w:p>
    <w:p w14:paraId="5F4FDC6E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(C)2015    (D)2018</w:t>
      </w:r>
    </w:p>
    <w:p w14:paraId="15C85AFB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>13. 2014</w:t>
      </w:r>
      <w:r>
        <w:rPr>
          <w:rFonts w:ascii="Times New Roman" w:eastAsia="宋体" w:hAnsi="Times New Roman"/>
          <w:sz w:val="24"/>
          <w:lang w:eastAsia="zh-CN"/>
        </w:rPr>
        <w:t>年</w:t>
      </w:r>
      <w:r>
        <w:rPr>
          <w:rFonts w:ascii="Times New Roman" w:eastAsia="宋体" w:hAnsi="Times New Roman"/>
          <w:sz w:val="24"/>
          <w:lang w:eastAsia="zh-CN"/>
        </w:rPr>
        <w:t>11</w:t>
      </w:r>
      <w:r>
        <w:rPr>
          <w:rFonts w:ascii="Times New Roman" w:eastAsia="宋体" w:hAnsi="Times New Roman"/>
          <w:sz w:val="24"/>
          <w:lang w:eastAsia="zh-CN"/>
        </w:rPr>
        <w:t>月，（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）与罗塞塔探测器分离后降落到了</w:t>
      </w:r>
      <w:r>
        <w:rPr>
          <w:rFonts w:ascii="Times New Roman" w:eastAsia="宋体" w:hAnsi="Times New Roman"/>
          <w:sz w:val="24"/>
          <w:lang w:eastAsia="zh-CN"/>
        </w:rPr>
        <w:t>67P/</w:t>
      </w:r>
      <w:r>
        <w:rPr>
          <w:rFonts w:ascii="Times New Roman" w:eastAsia="宋体" w:hAnsi="Times New Roman"/>
          <w:sz w:val="24"/>
          <w:lang w:eastAsia="zh-CN"/>
        </w:rPr>
        <w:t>丘留莫夫－格拉西缅科彗星表面，这是人造探测器首次成功软着陆到彗星上。</w:t>
      </w:r>
    </w:p>
    <w:p w14:paraId="4256FBB1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菲莱登陆器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乔托号</w:t>
      </w:r>
    </w:p>
    <w:p w14:paraId="1E028B19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小猎犬</w:t>
      </w:r>
      <w:r>
        <w:rPr>
          <w:rFonts w:ascii="Times New Roman" w:eastAsia="宋体" w:hAnsi="Times New Roman"/>
          <w:lang w:eastAsia="zh-CN"/>
        </w:rPr>
        <w:t>2</w:t>
      </w:r>
      <w:r>
        <w:rPr>
          <w:rFonts w:ascii="Times New Roman" w:eastAsia="宋体" w:hAnsi="Times New Roman"/>
          <w:lang w:eastAsia="zh-CN"/>
        </w:rPr>
        <w:t>号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海盗登陆器</w:t>
      </w:r>
    </w:p>
    <w:p w14:paraId="629EF0BB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14. </w:t>
      </w:r>
      <w:r>
        <w:rPr>
          <w:rFonts w:ascii="Times New Roman" w:eastAsia="宋体" w:hAnsi="Times New Roman"/>
          <w:sz w:val="24"/>
          <w:lang w:eastAsia="zh-CN"/>
        </w:rPr>
        <w:t>产生蟹状星云的超新星编号是（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06862E0C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  <w:lang w:eastAsia="zh-CN"/>
        </w:rPr>
        <w:t xml:space="preserve">    </w:t>
      </w:r>
      <w:r>
        <w:rPr>
          <w:rFonts w:ascii="Times New Roman" w:eastAsia="宋体" w:hAnsi="Times New Roman"/>
        </w:rPr>
        <w:t>(A)SN1006    (B)SN1054</w:t>
      </w:r>
    </w:p>
    <w:p w14:paraId="64A13C5A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(C)SN1969    (D)SN1987A</w:t>
      </w:r>
    </w:p>
    <w:p w14:paraId="1895392A" w14:textId="77777777" w:rsidR="00421229" w:rsidRDefault="00000000">
      <w:pPr>
        <w:spacing w:before="120" w:after="40"/>
      </w:pPr>
      <w:r>
        <w:rPr>
          <w:rFonts w:ascii="Times New Roman" w:eastAsia="宋体" w:hAnsi="Times New Roman"/>
          <w:sz w:val="24"/>
        </w:rPr>
        <w:t xml:space="preserve">15. </w:t>
      </w:r>
      <w:r>
        <w:rPr>
          <w:rFonts w:ascii="Times New Roman" w:eastAsia="宋体" w:hAnsi="Times New Roman"/>
          <w:sz w:val="24"/>
        </w:rPr>
        <w:t>以下月海中位于月球背面的是（</w:t>
      </w:r>
      <w:r>
        <w:rPr>
          <w:rFonts w:ascii="Times New Roman" w:eastAsia="宋体" w:hAnsi="Times New Roman"/>
          <w:sz w:val="24"/>
        </w:rPr>
        <w:t xml:space="preserve">    </w:t>
      </w:r>
      <w:r>
        <w:rPr>
          <w:rFonts w:ascii="Times New Roman" w:eastAsia="宋体" w:hAnsi="Times New Roman"/>
          <w:sz w:val="24"/>
        </w:rPr>
        <w:t>）。</w:t>
      </w:r>
    </w:p>
    <w:p w14:paraId="2FBECC63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(A)</w:t>
      </w:r>
      <w:r>
        <w:rPr>
          <w:rFonts w:ascii="Times New Roman" w:eastAsia="宋体" w:hAnsi="Times New Roman"/>
        </w:rPr>
        <w:t>雨海</w:t>
      </w:r>
      <w:r>
        <w:rPr>
          <w:rFonts w:ascii="Times New Roman" w:eastAsia="宋体" w:hAnsi="Times New Roman"/>
        </w:rPr>
        <w:t xml:space="preserve">    (B)</w:t>
      </w:r>
      <w:r>
        <w:rPr>
          <w:rFonts w:ascii="Times New Roman" w:eastAsia="宋体" w:hAnsi="Times New Roman"/>
        </w:rPr>
        <w:t>危海</w:t>
      </w:r>
    </w:p>
    <w:p w14:paraId="45B3BA6C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</w:t>
      </w:r>
      <w:r>
        <w:rPr>
          <w:rFonts w:ascii="Times New Roman" w:eastAsia="宋体" w:hAnsi="Times New Roman"/>
        </w:rPr>
        <w:t>酒海</w:t>
      </w:r>
      <w:r>
        <w:rPr>
          <w:rFonts w:ascii="Times New Roman" w:eastAsia="宋体" w:hAnsi="Times New Roman"/>
        </w:rPr>
        <w:t xml:space="preserve">    (D)</w:t>
      </w:r>
      <w:r>
        <w:rPr>
          <w:rFonts w:ascii="Times New Roman" w:eastAsia="宋体" w:hAnsi="Times New Roman"/>
        </w:rPr>
        <w:t>智海</w:t>
      </w:r>
    </w:p>
    <w:p w14:paraId="1B038D84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16. </w:t>
      </w:r>
      <w:r>
        <w:rPr>
          <w:rFonts w:ascii="Times New Roman" w:eastAsia="宋体" w:hAnsi="Times New Roman"/>
          <w:sz w:val="24"/>
          <w:lang w:eastAsia="zh-CN"/>
        </w:rPr>
        <w:t>专门用于探测太阳系外行星的空间望远镜是（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7258B0FB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赫歇尔红外空间望远镜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哈勃空间望远镜</w:t>
      </w:r>
    </w:p>
    <w:p w14:paraId="4F8A7795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开普勒空间望远镜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詹姆斯</w:t>
      </w:r>
      <w:r>
        <w:rPr>
          <w:rFonts w:ascii="Times New Roman" w:eastAsia="宋体" w:hAnsi="Times New Roman"/>
          <w:lang w:eastAsia="zh-CN"/>
        </w:rPr>
        <w:t>·</w:t>
      </w:r>
      <w:r>
        <w:rPr>
          <w:rFonts w:ascii="Times New Roman" w:eastAsia="宋体" w:hAnsi="Times New Roman"/>
          <w:lang w:eastAsia="zh-CN"/>
        </w:rPr>
        <w:t>韦伯空间望远镜</w:t>
      </w:r>
    </w:p>
    <w:p w14:paraId="0E1A6646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17. </w:t>
      </w:r>
      <w:r>
        <w:rPr>
          <w:rFonts w:ascii="Times New Roman" w:eastAsia="宋体" w:hAnsi="Times New Roman"/>
          <w:sz w:val="24"/>
          <w:lang w:eastAsia="zh-CN"/>
        </w:rPr>
        <w:t>两地的地方恒星时相差</w:t>
      </w:r>
      <w:r>
        <w:rPr>
          <w:rFonts w:ascii="Times New Roman" w:eastAsia="宋体" w:hAnsi="Times New Roman"/>
          <w:sz w:val="24"/>
          <w:lang w:eastAsia="zh-CN"/>
        </w:rPr>
        <w:t>2h45m</w:t>
      </w:r>
      <w:r>
        <w:rPr>
          <w:rFonts w:ascii="Times New Roman" w:eastAsia="宋体" w:hAnsi="Times New Roman"/>
          <w:sz w:val="24"/>
          <w:lang w:eastAsia="zh-CN"/>
        </w:rPr>
        <w:t>，那么地理经度相差（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25D2486C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  <w:lang w:eastAsia="zh-CN"/>
        </w:rPr>
        <w:t xml:space="preserve">    </w:t>
      </w:r>
      <w:r>
        <w:rPr>
          <w:rFonts w:ascii="Times New Roman" w:eastAsia="宋体" w:hAnsi="Times New Roman"/>
        </w:rPr>
        <w:t>(A)2°45′    (B)30°45′</w:t>
      </w:r>
    </w:p>
    <w:p w14:paraId="0F312B88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(C)41°15′    (D)82°30′</w:t>
      </w:r>
    </w:p>
    <w:p w14:paraId="6C5FC124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18. </w:t>
      </w:r>
      <w:r>
        <w:rPr>
          <w:rFonts w:ascii="Times New Roman" w:eastAsia="宋体" w:hAnsi="Times New Roman"/>
          <w:sz w:val="24"/>
          <w:lang w:eastAsia="zh-CN"/>
        </w:rPr>
        <w:t>当前木星位于哪个星座的天区？（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</w:t>
      </w:r>
    </w:p>
    <w:p w14:paraId="30817FE2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lastRenderedPageBreak/>
        <w:t xml:space="preserve">    (A)</w:t>
      </w:r>
      <w:r>
        <w:rPr>
          <w:rFonts w:ascii="Times New Roman" w:eastAsia="宋体" w:hAnsi="Times New Roman"/>
          <w:lang w:eastAsia="zh-CN"/>
        </w:rPr>
        <w:t>巨蟹座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狮子座</w:t>
      </w:r>
    </w:p>
    <w:p w14:paraId="7313DA0A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室女座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天秤座</w:t>
      </w:r>
    </w:p>
    <w:p w14:paraId="5BA0A2C6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>19. 1</w:t>
      </w:r>
      <w:r>
        <w:rPr>
          <w:rFonts w:ascii="Times New Roman" w:eastAsia="宋体" w:hAnsi="Times New Roman"/>
          <w:sz w:val="24"/>
          <w:lang w:eastAsia="zh-CN"/>
        </w:rPr>
        <w:t>个儒略世纪是（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）天。</w:t>
      </w:r>
    </w:p>
    <w:p w14:paraId="3C916A8F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(A)36500    (B)36524</w:t>
      </w:r>
    </w:p>
    <w:p w14:paraId="31B1C79E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(C)36524.22    (D)36525</w:t>
      </w:r>
    </w:p>
    <w:p w14:paraId="0C43BFCF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20. </w:t>
      </w:r>
      <w:r>
        <w:rPr>
          <w:rFonts w:ascii="Times New Roman" w:eastAsia="宋体" w:hAnsi="Times New Roman"/>
          <w:sz w:val="24"/>
          <w:lang w:eastAsia="zh-CN"/>
        </w:rPr>
        <w:t>经过了</w:t>
      </w:r>
      <w:r>
        <w:rPr>
          <w:rFonts w:ascii="Times New Roman" w:eastAsia="宋体" w:hAnsi="Times New Roman"/>
          <w:sz w:val="24"/>
          <w:lang w:eastAsia="zh-CN"/>
        </w:rPr>
        <w:t>9</w:t>
      </w:r>
      <w:r>
        <w:rPr>
          <w:rFonts w:ascii="Times New Roman" w:eastAsia="宋体" w:hAnsi="Times New Roman"/>
          <w:sz w:val="24"/>
          <w:lang w:eastAsia="zh-CN"/>
        </w:rPr>
        <w:t>年多飞行的（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）探测器，将在今年夏天到达冥王星附近，以飞掠的形式完成科学任务。</w:t>
      </w:r>
    </w:p>
    <w:p w14:paraId="1E221FA6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水手</w:t>
      </w:r>
      <w:r>
        <w:rPr>
          <w:rFonts w:ascii="Times New Roman" w:eastAsia="宋体" w:hAnsi="Times New Roman"/>
          <w:lang w:eastAsia="zh-CN"/>
        </w:rPr>
        <w:t>10</w:t>
      </w:r>
      <w:r>
        <w:rPr>
          <w:rFonts w:ascii="Times New Roman" w:eastAsia="宋体" w:hAnsi="Times New Roman"/>
          <w:lang w:eastAsia="zh-CN"/>
        </w:rPr>
        <w:t>号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卡西尼号</w:t>
      </w:r>
    </w:p>
    <w:p w14:paraId="1E24E6AB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新视野号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信使号</w:t>
      </w:r>
    </w:p>
    <w:p w14:paraId="08B1ECEA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>21. 3</w:t>
      </w:r>
      <w:r>
        <w:rPr>
          <w:rFonts w:ascii="Times New Roman" w:eastAsia="宋体" w:hAnsi="Times New Roman"/>
          <w:sz w:val="24"/>
          <w:lang w:eastAsia="zh-CN"/>
        </w:rPr>
        <w:t>月</w:t>
      </w:r>
      <w:r>
        <w:rPr>
          <w:rFonts w:ascii="Times New Roman" w:eastAsia="宋体" w:hAnsi="Times New Roman"/>
          <w:sz w:val="24"/>
          <w:lang w:eastAsia="zh-CN"/>
        </w:rPr>
        <w:t>21</w:t>
      </w:r>
      <w:r>
        <w:rPr>
          <w:rFonts w:ascii="Times New Roman" w:eastAsia="宋体" w:hAnsi="Times New Roman"/>
          <w:sz w:val="24"/>
          <w:lang w:eastAsia="zh-CN"/>
        </w:rPr>
        <w:t>日在北纬</w:t>
      </w:r>
      <w:r>
        <w:rPr>
          <w:rFonts w:ascii="Times New Roman" w:eastAsia="宋体" w:hAnsi="Times New Roman"/>
          <w:sz w:val="24"/>
          <w:lang w:eastAsia="zh-CN"/>
        </w:rPr>
        <w:t>30°</w:t>
      </w:r>
      <w:r>
        <w:rPr>
          <w:rFonts w:ascii="Times New Roman" w:eastAsia="宋体" w:hAnsi="Times New Roman"/>
          <w:sz w:val="24"/>
          <w:lang w:eastAsia="zh-CN"/>
        </w:rPr>
        <w:t>的某个地方，黄道上的一颗恒星上中天时的天顶距大约是（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）。【本题作废】</w:t>
      </w:r>
    </w:p>
    <w:p w14:paraId="2CDA88BA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(A)30°    (B)36.5°</w:t>
      </w:r>
    </w:p>
    <w:p w14:paraId="56BC187E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(C)53.5°    (D)60°</w:t>
      </w:r>
    </w:p>
    <w:p w14:paraId="09047A36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22. </w:t>
      </w:r>
      <w:r>
        <w:rPr>
          <w:rFonts w:ascii="Times New Roman" w:eastAsia="宋体" w:hAnsi="Times New Roman"/>
          <w:sz w:val="24"/>
          <w:lang w:eastAsia="zh-CN"/>
        </w:rPr>
        <w:t>我国预计将于</w:t>
      </w:r>
      <w:r>
        <w:rPr>
          <w:rFonts w:ascii="Times New Roman" w:eastAsia="宋体" w:hAnsi="Times New Roman"/>
          <w:sz w:val="24"/>
          <w:lang w:eastAsia="zh-CN"/>
        </w:rPr>
        <w:t>2017</w:t>
      </w:r>
      <w:r>
        <w:rPr>
          <w:rFonts w:ascii="Times New Roman" w:eastAsia="宋体" w:hAnsi="Times New Roman"/>
          <w:sz w:val="24"/>
          <w:lang w:eastAsia="zh-CN"/>
        </w:rPr>
        <w:t>年发射（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）探测器，实施无人月面取样返回任务。</w:t>
      </w:r>
    </w:p>
    <w:p w14:paraId="0BD11454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嫦娥三号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嫦娥四号</w:t>
      </w:r>
    </w:p>
    <w:p w14:paraId="6F05A285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嫦娥五号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嫦娥六号</w:t>
      </w:r>
    </w:p>
    <w:p w14:paraId="4638B783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23. </w:t>
      </w:r>
      <w:r>
        <w:rPr>
          <w:rFonts w:ascii="Times New Roman" w:eastAsia="宋体" w:hAnsi="Times New Roman"/>
          <w:sz w:val="24"/>
          <w:lang w:eastAsia="zh-CN"/>
        </w:rPr>
        <w:t>柯伊伯带是太阳系小天体的主要分布区域之一，它大致可分为传统带和共振带两部分，其中共振带主要是由与（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）有共振关系的天体组成的。</w:t>
      </w:r>
    </w:p>
    <w:p w14:paraId="08E4E559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  <w:lang w:eastAsia="zh-CN"/>
        </w:rPr>
        <w:t xml:space="preserve">    </w:t>
      </w:r>
      <w:r>
        <w:rPr>
          <w:rFonts w:ascii="Times New Roman" w:eastAsia="宋体" w:hAnsi="Times New Roman"/>
        </w:rPr>
        <w:t>(A)</w:t>
      </w:r>
      <w:r>
        <w:rPr>
          <w:rFonts w:ascii="Times New Roman" w:eastAsia="宋体" w:hAnsi="Times New Roman"/>
        </w:rPr>
        <w:t>天王星</w:t>
      </w:r>
      <w:r>
        <w:rPr>
          <w:rFonts w:ascii="Times New Roman" w:eastAsia="宋体" w:hAnsi="Times New Roman"/>
        </w:rPr>
        <w:t xml:space="preserve">    (B)</w:t>
      </w:r>
      <w:r>
        <w:rPr>
          <w:rFonts w:ascii="Times New Roman" w:eastAsia="宋体" w:hAnsi="Times New Roman"/>
        </w:rPr>
        <w:t>海王星</w:t>
      </w:r>
    </w:p>
    <w:p w14:paraId="503F491E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</w:t>
      </w:r>
      <w:r>
        <w:rPr>
          <w:rFonts w:ascii="Times New Roman" w:eastAsia="宋体" w:hAnsi="Times New Roman"/>
        </w:rPr>
        <w:t>冥王星</w:t>
      </w:r>
      <w:r>
        <w:rPr>
          <w:rFonts w:ascii="Times New Roman" w:eastAsia="宋体" w:hAnsi="Times New Roman"/>
        </w:rPr>
        <w:t xml:space="preserve">    (D)</w:t>
      </w:r>
      <w:r>
        <w:rPr>
          <w:rFonts w:ascii="Times New Roman" w:eastAsia="宋体" w:hAnsi="Times New Roman"/>
        </w:rPr>
        <w:t>妊神星</w:t>
      </w:r>
    </w:p>
    <w:p w14:paraId="26E4F02C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24. </w:t>
      </w:r>
      <w:r>
        <w:rPr>
          <w:rFonts w:ascii="Times New Roman" w:eastAsia="宋体" w:hAnsi="Times New Roman"/>
          <w:sz w:val="24"/>
          <w:lang w:eastAsia="zh-CN"/>
        </w:rPr>
        <w:t>中国科学院国家授时中心近期宣布，我国将于北京时间（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</w:t>
      </w:r>
      <w:r>
        <w:rPr>
          <w:rFonts w:ascii="Times New Roman" w:eastAsia="宋体" w:hAnsi="Times New Roman"/>
          <w:sz w:val="24"/>
          <w:lang w:eastAsia="zh-CN"/>
        </w:rPr>
        <w:t>7</w:t>
      </w:r>
      <w:r>
        <w:rPr>
          <w:rFonts w:ascii="Times New Roman" w:eastAsia="宋体" w:hAnsi="Times New Roman"/>
          <w:sz w:val="24"/>
          <w:lang w:eastAsia="zh-CN"/>
        </w:rPr>
        <w:t>时</w:t>
      </w:r>
      <w:r>
        <w:rPr>
          <w:rFonts w:ascii="Times New Roman" w:eastAsia="宋体" w:hAnsi="Times New Roman"/>
          <w:sz w:val="24"/>
          <w:lang w:eastAsia="zh-CN"/>
        </w:rPr>
        <w:t>59</w:t>
      </w:r>
      <w:r>
        <w:rPr>
          <w:rFonts w:ascii="Times New Roman" w:eastAsia="宋体" w:hAnsi="Times New Roman"/>
          <w:sz w:val="24"/>
          <w:lang w:eastAsia="zh-CN"/>
        </w:rPr>
        <w:t>分</w:t>
      </w:r>
      <w:r>
        <w:rPr>
          <w:rFonts w:ascii="Times New Roman" w:eastAsia="宋体" w:hAnsi="Times New Roman"/>
          <w:sz w:val="24"/>
          <w:lang w:eastAsia="zh-CN"/>
        </w:rPr>
        <w:t>59</w:t>
      </w:r>
      <w:r>
        <w:rPr>
          <w:rFonts w:ascii="Times New Roman" w:eastAsia="宋体" w:hAnsi="Times New Roman"/>
          <w:sz w:val="24"/>
          <w:lang w:eastAsia="zh-CN"/>
        </w:rPr>
        <w:t>秒和全球同步进行闰秒调整，届时将会出现</w:t>
      </w:r>
      <w:r>
        <w:rPr>
          <w:rFonts w:ascii="Times New Roman" w:eastAsia="宋体" w:hAnsi="Times New Roman"/>
          <w:sz w:val="24"/>
          <w:lang w:eastAsia="zh-CN"/>
        </w:rPr>
        <w:t>7:59:60</w:t>
      </w:r>
      <w:r>
        <w:rPr>
          <w:rFonts w:ascii="Times New Roman" w:eastAsia="宋体" w:hAnsi="Times New Roman"/>
          <w:sz w:val="24"/>
          <w:lang w:eastAsia="zh-CN"/>
        </w:rPr>
        <w:t>的景象。</w:t>
      </w:r>
    </w:p>
    <w:p w14:paraId="37DE8D85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  <w:lang w:eastAsia="zh-CN"/>
        </w:rPr>
        <w:t xml:space="preserve">    </w:t>
      </w:r>
      <w:r>
        <w:rPr>
          <w:rFonts w:ascii="Times New Roman" w:eastAsia="宋体" w:hAnsi="Times New Roman"/>
        </w:rPr>
        <w:t>(A)2015</w:t>
      </w:r>
      <w:r>
        <w:rPr>
          <w:rFonts w:ascii="Times New Roman" w:eastAsia="宋体" w:hAnsi="Times New Roman"/>
        </w:rPr>
        <w:t>年</w:t>
      </w:r>
      <w:r>
        <w:rPr>
          <w:rFonts w:ascii="Times New Roman" w:eastAsia="宋体" w:hAnsi="Times New Roman"/>
        </w:rPr>
        <w:t>6</w:t>
      </w:r>
      <w:r>
        <w:rPr>
          <w:rFonts w:ascii="Times New Roman" w:eastAsia="宋体" w:hAnsi="Times New Roman"/>
        </w:rPr>
        <w:t>月</w:t>
      </w:r>
      <w:r>
        <w:rPr>
          <w:rFonts w:ascii="Times New Roman" w:eastAsia="宋体" w:hAnsi="Times New Roman"/>
        </w:rPr>
        <w:t>30</w:t>
      </w:r>
      <w:r>
        <w:rPr>
          <w:rFonts w:ascii="Times New Roman" w:eastAsia="宋体" w:hAnsi="Times New Roman"/>
        </w:rPr>
        <w:t>日</w:t>
      </w:r>
      <w:r>
        <w:rPr>
          <w:rFonts w:ascii="Times New Roman" w:eastAsia="宋体" w:hAnsi="Times New Roman"/>
        </w:rPr>
        <w:t xml:space="preserve">    (B)2015</w:t>
      </w:r>
      <w:r>
        <w:rPr>
          <w:rFonts w:ascii="Times New Roman" w:eastAsia="宋体" w:hAnsi="Times New Roman"/>
        </w:rPr>
        <w:t>年</w:t>
      </w:r>
      <w:r>
        <w:rPr>
          <w:rFonts w:ascii="Times New Roman" w:eastAsia="宋体" w:hAnsi="Times New Roman"/>
        </w:rPr>
        <w:t>7</w:t>
      </w:r>
      <w:r>
        <w:rPr>
          <w:rFonts w:ascii="Times New Roman" w:eastAsia="宋体" w:hAnsi="Times New Roman"/>
        </w:rPr>
        <w:t>月</w:t>
      </w: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日</w:t>
      </w:r>
    </w:p>
    <w:p w14:paraId="6FE7F05E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(C)2015</w:t>
      </w:r>
      <w:r>
        <w:rPr>
          <w:rFonts w:ascii="Times New Roman" w:eastAsia="宋体" w:hAnsi="Times New Roman"/>
        </w:rPr>
        <w:t>年</w:t>
      </w:r>
      <w:r>
        <w:rPr>
          <w:rFonts w:ascii="Times New Roman" w:eastAsia="宋体" w:hAnsi="Times New Roman"/>
        </w:rPr>
        <w:t>12</w:t>
      </w:r>
      <w:r>
        <w:rPr>
          <w:rFonts w:ascii="Times New Roman" w:eastAsia="宋体" w:hAnsi="Times New Roman"/>
        </w:rPr>
        <w:t>月</w:t>
      </w:r>
      <w:r>
        <w:rPr>
          <w:rFonts w:ascii="Times New Roman" w:eastAsia="宋体" w:hAnsi="Times New Roman"/>
        </w:rPr>
        <w:t>31</w:t>
      </w:r>
      <w:r>
        <w:rPr>
          <w:rFonts w:ascii="Times New Roman" w:eastAsia="宋体" w:hAnsi="Times New Roman"/>
        </w:rPr>
        <w:t>日</w:t>
      </w:r>
      <w:r>
        <w:rPr>
          <w:rFonts w:ascii="Times New Roman" w:eastAsia="宋体" w:hAnsi="Times New Roman"/>
        </w:rPr>
        <w:t xml:space="preserve">    (D)2016</w:t>
      </w:r>
      <w:r>
        <w:rPr>
          <w:rFonts w:ascii="Times New Roman" w:eastAsia="宋体" w:hAnsi="Times New Roman"/>
        </w:rPr>
        <w:t>年</w:t>
      </w: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月</w:t>
      </w: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日</w:t>
      </w:r>
    </w:p>
    <w:p w14:paraId="2FFD4A2C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25. </w:t>
      </w:r>
      <w:r>
        <w:rPr>
          <w:rFonts w:ascii="Times New Roman" w:eastAsia="宋体" w:hAnsi="Times New Roman"/>
          <w:sz w:val="24"/>
          <w:lang w:eastAsia="zh-CN"/>
        </w:rPr>
        <w:t>我国参与在夏威夷建设的</w:t>
      </w:r>
      <w:r>
        <w:rPr>
          <w:rFonts w:ascii="Times New Roman" w:eastAsia="宋体" w:hAnsi="Times New Roman"/>
          <w:sz w:val="24"/>
          <w:lang w:eastAsia="zh-CN"/>
        </w:rPr>
        <w:t>30</w:t>
      </w:r>
      <w:r>
        <w:rPr>
          <w:rFonts w:ascii="Times New Roman" w:eastAsia="宋体" w:hAnsi="Times New Roman"/>
          <w:sz w:val="24"/>
          <w:lang w:eastAsia="zh-CN"/>
        </w:rPr>
        <w:t>米望远镜的英文缩写为（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231355EC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  <w:lang w:eastAsia="zh-CN"/>
        </w:rPr>
        <w:t xml:space="preserve">    </w:t>
      </w:r>
      <w:r>
        <w:rPr>
          <w:rFonts w:ascii="Times New Roman" w:eastAsia="宋体" w:hAnsi="Times New Roman"/>
        </w:rPr>
        <w:t>(A)GMT    (B)TMT</w:t>
      </w:r>
    </w:p>
    <w:p w14:paraId="37D413B4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(C)LSST    (D)E-ELT</w:t>
      </w:r>
    </w:p>
    <w:p w14:paraId="5E04B97B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26. </w:t>
      </w:r>
      <w:r>
        <w:rPr>
          <w:rFonts w:ascii="Times New Roman" w:eastAsia="宋体" w:hAnsi="Times New Roman"/>
          <w:sz w:val="24"/>
          <w:lang w:eastAsia="zh-CN"/>
        </w:rPr>
        <w:t>联合国教科文组织宣布</w:t>
      </w:r>
      <w:r>
        <w:rPr>
          <w:rFonts w:ascii="Times New Roman" w:eastAsia="宋体" w:hAnsi="Times New Roman"/>
          <w:sz w:val="24"/>
          <w:lang w:eastAsia="zh-CN"/>
        </w:rPr>
        <w:t>2015</w:t>
      </w:r>
      <w:r>
        <w:rPr>
          <w:rFonts w:ascii="Times New Roman" w:eastAsia="宋体" w:hAnsi="Times New Roman"/>
          <w:sz w:val="24"/>
          <w:lang w:eastAsia="zh-CN"/>
        </w:rPr>
        <w:t>年为（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764C7C65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国际光年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国际天文年</w:t>
      </w:r>
    </w:p>
    <w:p w14:paraId="6F4D314A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国际物理年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国际科学年</w:t>
      </w:r>
    </w:p>
    <w:p w14:paraId="7F68D4CC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27. </w:t>
      </w:r>
      <w:r>
        <w:rPr>
          <w:rFonts w:ascii="Times New Roman" w:eastAsia="宋体" w:hAnsi="Times New Roman"/>
          <w:sz w:val="24"/>
          <w:lang w:eastAsia="zh-CN"/>
        </w:rPr>
        <w:t>以下哪种说法是错误的？（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</w:t>
      </w:r>
    </w:p>
    <w:p w14:paraId="73B88C1E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我国</w:t>
      </w:r>
      <w:r>
        <w:rPr>
          <w:rFonts w:ascii="Times New Roman" w:eastAsia="宋体" w:hAnsi="Times New Roman"/>
          <w:lang w:eastAsia="zh-CN"/>
        </w:rPr>
        <w:t>500</w:t>
      </w:r>
      <w:r>
        <w:rPr>
          <w:rFonts w:ascii="Times New Roman" w:eastAsia="宋体" w:hAnsi="Times New Roman"/>
          <w:lang w:eastAsia="zh-CN"/>
        </w:rPr>
        <w:t>米口径球面射电天文望远镜索网的制造和安装目前已顺利完成。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一台由我国自主研发的南极巡天望远镜已于</w:t>
      </w:r>
      <w:r>
        <w:rPr>
          <w:rFonts w:ascii="Times New Roman" w:eastAsia="宋体" w:hAnsi="Times New Roman"/>
          <w:lang w:eastAsia="zh-CN"/>
        </w:rPr>
        <w:t>2015</w:t>
      </w:r>
      <w:r>
        <w:rPr>
          <w:rFonts w:ascii="Times New Roman" w:eastAsia="宋体" w:hAnsi="Times New Roman"/>
          <w:lang w:eastAsia="zh-CN"/>
        </w:rPr>
        <w:t>年</w:t>
      </w:r>
      <w:r>
        <w:rPr>
          <w:rFonts w:ascii="Times New Roman" w:eastAsia="宋体" w:hAnsi="Times New Roman"/>
          <w:lang w:eastAsia="zh-CN"/>
        </w:rPr>
        <w:t>2</w:t>
      </w:r>
      <w:r>
        <w:rPr>
          <w:rFonts w:ascii="Times New Roman" w:eastAsia="宋体" w:hAnsi="Times New Roman"/>
          <w:lang w:eastAsia="zh-CN"/>
        </w:rPr>
        <w:t>月在昆仑站安装完毕，这是我国在冰穹</w:t>
      </w:r>
      <w:r>
        <w:rPr>
          <w:rFonts w:ascii="Times New Roman" w:eastAsia="宋体" w:hAnsi="Times New Roman"/>
          <w:lang w:eastAsia="zh-CN"/>
        </w:rPr>
        <w:t>A</w:t>
      </w:r>
      <w:r>
        <w:rPr>
          <w:rFonts w:ascii="Times New Roman" w:eastAsia="宋体" w:hAnsi="Times New Roman"/>
          <w:lang w:eastAsia="zh-CN"/>
        </w:rPr>
        <w:t>地区布放的第四台南极巡天望远镜。</w:t>
      </w:r>
    </w:p>
    <w:p w14:paraId="09E45E67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lastRenderedPageBreak/>
        <w:t xml:space="preserve">    (C)</w:t>
      </w:r>
      <w:r>
        <w:rPr>
          <w:rFonts w:ascii="Times New Roman" w:eastAsia="宋体" w:hAnsi="Times New Roman"/>
          <w:lang w:eastAsia="zh-CN"/>
        </w:rPr>
        <w:t>最新数据显示，月球风暴洋并不是由小行星撞击形成，而是与板块运动相关的古老裂谷。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观测数据证实，木星上的大红斑正在不断缩小。</w:t>
      </w:r>
    </w:p>
    <w:p w14:paraId="19064081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28. </w:t>
      </w:r>
      <w:r>
        <w:rPr>
          <w:rFonts w:ascii="Times New Roman" w:eastAsia="宋体" w:hAnsi="Times New Roman"/>
          <w:sz w:val="24"/>
          <w:lang w:eastAsia="zh-CN"/>
        </w:rPr>
        <w:t>今天，一位观测者在东经</w:t>
      </w:r>
      <w:r>
        <w:rPr>
          <w:rFonts w:ascii="Times New Roman" w:eastAsia="宋体" w:hAnsi="Times New Roman"/>
          <w:sz w:val="24"/>
          <w:lang w:eastAsia="zh-CN"/>
        </w:rPr>
        <w:t>120°</w:t>
      </w:r>
      <w:r>
        <w:rPr>
          <w:rFonts w:ascii="Times New Roman" w:eastAsia="宋体" w:hAnsi="Times New Roman"/>
          <w:sz w:val="24"/>
          <w:lang w:eastAsia="zh-CN"/>
        </w:rPr>
        <w:t>，北纬</w:t>
      </w:r>
      <w:r>
        <w:rPr>
          <w:rFonts w:ascii="Times New Roman" w:eastAsia="宋体" w:hAnsi="Times New Roman"/>
          <w:sz w:val="24"/>
          <w:lang w:eastAsia="zh-CN"/>
        </w:rPr>
        <w:t>30°</w:t>
      </w:r>
      <w:r>
        <w:rPr>
          <w:rFonts w:ascii="Times New Roman" w:eastAsia="宋体" w:hAnsi="Times New Roman"/>
          <w:sz w:val="24"/>
          <w:lang w:eastAsia="zh-CN"/>
        </w:rPr>
        <w:t>的位置进行观测，他想拍到猎户座腰带三星位于地平线附近的照片，请问在以下哪个时间最合适？（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</w:t>
      </w:r>
    </w:p>
    <w:p w14:paraId="1FE5595A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</w:t>
      </w:r>
      <w:r>
        <w:rPr>
          <w:rFonts w:ascii="Times New Roman" w:eastAsia="宋体" w:hAnsi="Times New Roman"/>
          <w:lang w:eastAsia="zh-CN"/>
        </w:rPr>
        <w:t>地方时</w:t>
      </w:r>
      <w:r>
        <w:rPr>
          <w:rFonts w:ascii="Times New Roman" w:eastAsia="宋体" w:hAnsi="Times New Roman"/>
          <w:lang w:eastAsia="zh-CN"/>
        </w:rPr>
        <w:t>4</w:t>
      </w:r>
      <w:r>
        <w:rPr>
          <w:rFonts w:ascii="Times New Roman" w:eastAsia="宋体" w:hAnsi="Times New Roman"/>
          <w:lang w:eastAsia="zh-CN"/>
        </w:rPr>
        <w:t>时</w:t>
      </w:r>
      <w:r>
        <w:rPr>
          <w:rFonts w:ascii="Times New Roman" w:eastAsia="宋体" w:hAnsi="Times New Roman"/>
          <w:lang w:eastAsia="zh-CN"/>
        </w:rPr>
        <w:t xml:space="preserve">    (B)</w:t>
      </w:r>
      <w:r>
        <w:rPr>
          <w:rFonts w:ascii="Times New Roman" w:eastAsia="宋体" w:hAnsi="Times New Roman"/>
          <w:lang w:eastAsia="zh-CN"/>
        </w:rPr>
        <w:t>地方时</w:t>
      </w:r>
      <w:r>
        <w:rPr>
          <w:rFonts w:ascii="Times New Roman" w:eastAsia="宋体" w:hAnsi="Times New Roman"/>
          <w:lang w:eastAsia="zh-CN"/>
        </w:rPr>
        <w:t>12</w:t>
      </w:r>
      <w:r>
        <w:rPr>
          <w:rFonts w:ascii="Times New Roman" w:eastAsia="宋体" w:hAnsi="Times New Roman"/>
          <w:lang w:eastAsia="zh-CN"/>
        </w:rPr>
        <w:t>时</w:t>
      </w:r>
    </w:p>
    <w:p w14:paraId="3CA185EC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</w:t>
      </w:r>
      <w:r>
        <w:rPr>
          <w:rFonts w:ascii="Times New Roman" w:eastAsia="宋体" w:hAnsi="Times New Roman"/>
          <w:lang w:eastAsia="zh-CN"/>
        </w:rPr>
        <w:t>地方时</w:t>
      </w:r>
      <w:r>
        <w:rPr>
          <w:rFonts w:ascii="Times New Roman" w:eastAsia="宋体" w:hAnsi="Times New Roman"/>
          <w:lang w:eastAsia="zh-CN"/>
        </w:rPr>
        <w:t>19</w:t>
      </w:r>
      <w:r>
        <w:rPr>
          <w:rFonts w:ascii="Times New Roman" w:eastAsia="宋体" w:hAnsi="Times New Roman"/>
          <w:lang w:eastAsia="zh-CN"/>
        </w:rPr>
        <w:t>时</w:t>
      </w:r>
      <w:r>
        <w:rPr>
          <w:rFonts w:ascii="Times New Roman" w:eastAsia="宋体" w:hAnsi="Times New Roman"/>
          <w:lang w:eastAsia="zh-CN"/>
        </w:rPr>
        <w:t xml:space="preserve">    (D)</w:t>
      </w:r>
      <w:r>
        <w:rPr>
          <w:rFonts w:ascii="Times New Roman" w:eastAsia="宋体" w:hAnsi="Times New Roman"/>
          <w:lang w:eastAsia="zh-CN"/>
        </w:rPr>
        <w:t>地方时</w:t>
      </w:r>
      <w:r>
        <w:rPr>
          <w:rFonts w:ascii="Times New Roman" w:eastAsia="宋体" w:hAnsi="Times New Roman"/>
          <w:lang w:eastAsia="zh-CN"/>
        </w:rPr>
        <w:t>23</w:t>
      </w:r>
      <w:r>
        <w:rPr>
          <w:rFonts w:ascii="Times New Roman" w:eastAsia="宋体" w:hAnsi="Times New Roman"/>
          <w:lang w:eastAsia="zh-CN"/>
        </w:rPr>
        <w:t>时</w:t>
      </w:r>
    </w:p>
    <w:p w14:paraId="1B9B795E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>29. 2015</w:t>
      </w:r>
      <w:r>
        <w:rPr>
          <w:rFonts w:ascii="Times New Roman" w:eastAsia="宋体" w:hAnsi="Times New Roman"/>
          <w:sz w:val="24"/>
          <w:lang w:eastAsia="zh-CN"/>
        </w:rPr>
        <w:t>年</w:t>
      </w:r>
      <w:r>
        <w:rPr>
          <w:rFonts w:ascii="Times New Roman" w:eastAsia="宋体" w:hAnsi="Times New Roman"/>
          <w:sz w:val="24"/>
          <w:lang w:eastAsia="zh-CN"/>
        </w:rPr>
        <w:t>1</w:t>
      </w:r>
      <w:r>
        <w:rPr>
          <w:rFonts w:ascii="Times New Roman" w:eastAsia="宋体" w:hAnsi="Times New Roman"/>
          <w:sz w:val="24"/>
          <w:lang w:eastAsia="zh-CN"/>
        </w:rPr>
        <w:t>月中旬，由天文爱好者</w:t>
      </w:r>
      <w:r>
        <w:rPr>
          <w:rFonts w:ascii="Times New Roman" w:eastAsia="宋体" w:hAnsi="Times New Roman"/>
          <w:sz w:val="24"/>
          <w:lang w:eastAsia="zh-CN"/>
        </w:rPr>
        <w:t>Terry Lovejoy</w:t>
      </w:r>
      <w:r>
        <w:rPr>
          <w:rFonts w:ascii="Times New Roman" w:eastAsia="宋体" w:hAnsi="Times New Roman"/>
          <w:sz w:val="24"/>
          <w:lang w:eastAsia="zh-CN"/>
        </w:rPr>
        <w:t>发现的编号为（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）的彗星达到了肉眼可见亮度。</w:t>
      </w:r>
    </w:p>
    <w:p w14:paraId="368BBB54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  <w:lang w:eastAsia="zh-CN"/>
        </w:rPr>
        <w:t xml:space="preserve">    </w:t>
      </w:r>
      <w:r>
        <w:rPr>
          <w:rFonts w:ascii="Times New Roman" w:eastAsia="宋体" w:hAnsi="Times New Roman"/>
        </w:rPr>
        <w:t>(A)C/2013US10    (B)C/2014Q1</w:t>
      </w:r>
    </w:p>
    <w:p w14:paraId="299E577D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(C)C/2014Q2    (D)C/2011W3</w:t>
      </w:r>
    </w:p>
    <w:p w14:paraId="3A8F254F" w14:textId="77777777" w:rsidR="00421229" w:rsidRDefault="00000000">
      <w:pPr>
        <w:spacing w:before="120" w:after="40"/>
      </w:pPr>
      <w:r>
        <w:rPr>
          <w:rFonts w:ascii="Times New Roman" w:eastAsia="宋体" w:hAnsi="Times New Roman"/>
          <w:sz w:val="24"/>
          <w:lang w:eastAsia="zh-CN"/>
        </w:rPr>
        <w:t xml:space="preserve">30. </w:t>
      </w:r>
      <w:r>
        <w:rPr>
          <w:rFonts w:ascii="Times New Roman" w:eastAsia="宋体" w:hAnsi="Times New Roman"/>
          <w:sz w:val="24"/>
          <w:lang w:eastAsia="zh-CN"/>
        </w:rPr>
        <w:t>口径为</w:t>
      </w:r>
      <w:r>
        <w:rPr>
          <w:rFonts w:ascii="Times New Roman" w:eastAsia="宋体" w:hAnsi="Times New Roman"/>
          <w:sz w:val="24"/>
          <w:lang w:eastAsia="zh-CN"/>
        </w:rPr>
        <w:t>130mm</w:t>
      </w:r>
      <w:r>
        <w:rPr>
          <w:rFonts w:ascii="Times New Roman" w:eastAsia="宋体" w:hAnsi="Times New Roman"/>
          <w:sz w:val="24"/>
          <w:lang w:eastAsia="zh-CN"/>
        </w:rPr>
        <w:t>，焦距为</w:t>
      </w:r>
      <w:r>
        <w:rPr>
          <w:rFonts w:ascii="Times New Roman" w:eastAsia="宋体" w:hAnsi="Times New Roman"/>
          <w:sz w:val="24"/>
          <w:lang w:eastAsia="zh-CN"/>
        </w:rPr>
        <w:t>1950mm</w:t>
      </w:r>
      <w:r>
        <w:rPr>
          <w:rFonts w:ascii="Times New Roman" w:eastAsia="宋体" w:hAnsi="Times New Roman"/>
          <w:sz w:val="24"/>
          <w:lang w:eastAsia="zh-CN"/>
        </w:rPr>
        <w:t>的折射望远镜，如果接上焦距</w:t>
      </w:r>
      <w:r>
        <w:rPr>
          <w:rFonts w:ascii="Times New Roman" w:eastAsia="宋体" w:hAnsi="Times New Roman"/>
          <w:sz w:val="24"/>
          <w:lang w:eastAsia="zh-CN"/>
        </w:rPr>
        <w:t>40mm</w:t>
      </w:r>
      <w:r>
        <w:rPr>
          <w:rFonts w:ascii="Times New Roman" w:eastAsia="宋体" w:hAnsi="Times New Roman"/>
          <w:sz w:val="24"/>
          <w:lang w:eastAsia="zh-CN"/>
        </w:rPr>
        <w:t>的目镜来观测月球，此时放大率大约为多少倍？（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</w:rPr>
        <w:t>）</w:t>
      </w:r>
    </w:p>
    <w:p w14:paraId="20972BCE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(A)15    (B)50</w:t>
      </w:r>
    </w:p>
    <w:p w14:paraId="62784B16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(C)130    (D)1950</w:t>
      </w:r>
    </w:p>
    <w:p w14:paraId="3BE56F3F" w14:textId="77777777" w:rsidR="00421229" w:rsidRDefault="00000000">
      <w:pPr>
        <w:spacing w:before="120" w:after="40"/>
      </w:pPr>
      <w:r>
        <w:rPr>
          <w:rFonts w:ascii="Times New Roman" w:eastAsia="宋体" w:hAnsi="Times New Roman"/>
          <w:sz w:val="24"/>
        </w:rPr>
        <w:t xml:space="preserve">31. </w:t>
      </w:r>
      <w:r>
        <w:rPr>
          <w:rFonts w:ascii="Times New Roman" w:eastAsia="宋体" w:hAnsi="Times New Roman"/>
          <w:sz w:val="24"/>
        </w:rPr>
        <w:t>构成发射星云的主要元素是（</w:t>
      </w:r>
      <w:r>
        <w:rPr>
          <w:rFonts w:ascii="Times New Roman" w:eastAsia="宋体" w:hAnsi="Times New Roman"/>
          <w:sz w:val="24"/>
        </w:rPr>
        <w:t xml:space="preserve">    </w:t>
      </w:r>
      <w:r>
        <w:rPr>
          <w:rFonts w:ascii="Times New Roman" w:eastAsia="宋体" w:hAnsi="Times New Roman"/>
          <w:sz w:val="24"/>
        </w:rPr>
        <w:t>）。</w:t>
      </w:r>
    </w:p>
    <w:p w14:paraId="6BE99F12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(A)H</w:t>
      </w:r>
      <w:r>
        <w:rPr>
          <w:rFonts w:ascii="Times New Roman" w:eastAsia="宋体" w:hAnsi="Times New Roman"/>
        </w:rPr>
        <w:t>、</w:t>
      </w:r>
      <w:r>
        <w:rPr>
          <w:rFonts w:ascii="Times New Roman" w:eastAsia="宋体" w:hAnsi="Times New Roman"/>
        </w:rPr>
        <w:t>C    (B)H</w:t>
      </w:r>
      <w:r>
        <w:rPr>
          <w:rFonts w:ascii="Times New Roman" w:eastAsia="宋体" w:hAnsi="Times New Roman"/>
        </w:rPr>
        <w:t>、</w:t>
      </w:r>
      <w:r>
        <w:rPr>
          <w:rFonts w:ascii="Times New Roman" w:eastAsia="宋体" w:hAnsi="Times New Roman"/>
        </w:rPr>
        <w:t>N</w:t>
      </w:r>
    </w:p>
    <w:p w14:paraId="7C8877E9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(C)H</w:t>
      </w:r>
      <w:r>
        <w:rPr>
          <w:rFonts w:ascii="Times New Roman" w:eastAsia="宋体" w:hAnsi="Times New Roman"/>
        </w:rPr>
        <w:t>、</w:t>
      </w:r>
      <w:r>
        <w:rPr>
          <w:rFonts w:ascii="Times New Roman" w:eastAsia="宋体" w:hAnsi="Times New Roman"/>
        </w:rPr>
        <w:t>O    (D)H</w:t>
      </w:r>
      <w:r>
        <w:rPr>
          <w:rFonts w:ascii="Times New Roman" w:eastAsia="宋体" w:hAnsi="Times New Roman"/>
        </w:rPr>
        <w:t>、</w:t>
      </w:r>
      <w:r>
        <w:rPr>
          <w:rFonts w:ascii="Times New Roman" w:eastAsia="宋体" w:hAnsi="Times New Roman"/>
        </w:rPr>
        <w:t>He</w:t>
      </w:r>
    </w:p>
    <w:p w14:paraId="1A6D27F3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32. </w:t>
      </w:r>
      <w:r>
        <w:rPr>
          <w:rFonts w:ascii="Times New Roman" w:eastAsia="宋体" w:hAnsi="Times New Roman"/>
          <w:sz w:val="24"/>
          <w:lang w:eastAsia="zh-CN"/>
        </w:rPr>
        <w:t>如果把地球压缩成刚好使光线无法逃逸并且不旋转的黑洞，那么它的半径大约为（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）。</w:t>
      </w:r>
    </w:p>
    <w:p w14:paraId="68A243F5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  <w:lang w:eastAsia="zh-CN"/>
        </w:rPr>
        <w:t xml:space="preserve">    </w:t>
      </w:r>
      <w:r>
        <w:rPr>
          <w:rFonts w:ascii="Times New Roman" w:eastAsia="宋体" w:hAnsi="Times New Roman"/>
        </w:rPr>
        <w:t>(A)1</w:t>
      </w:r>
      <w:r>
        <w:rPr>
          <w:rFonts w:ascii="Times New Roman" w:eastAsia="宋体" w:hAnsi="Times New Roman"/>
        </w:rPr>
        <w:t>厘米</w:t>
      </w:r>
      <w:r>
        <w:rPr>
          <w:rFonts w:ascii="Times New Roman" w:eastAsia="宋体" w:hAnsi="Times New Roman"/>
        </w:rPr>
        <w:t xml:space="preserve">    (B)1</w:t>
      </w:r>
      <w:r>
        <w:rPr>
          <w:rFonts w:ascii="Times New Roman" w:eastAsia="宋体" w:hAnsi="Times New Roman"/>
        </w:rPr>
        <w:t>米</w:t>
      </w:r>
    </w:p>
    <w:p w14:paraId="3415EE10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(C)10</w:t>
      </w:r>
      <w:r>
        <w:rPr>
          <w:rFonts w:ascii="Times New Roman" w:eastAsia="宋体" w:hAnsi="Times New Roman"/>
        </w:rPr>
        <w:t>米</w:t>
      </w:r>
      <w:r>
        <w:rPr>
          <w:rFonts w:ascii="Times New Roman" w:eastAsia="宋体" w:hAnsi="Times New Roman"/>
        </w:rPr>
        <w:t xml:space="preserve">    (D)70</w:t>
      </w:r>
      <w:r>
        <w:rPr>
          <w:rFonts w:ascii="Times New Roman" w:eastAsia="宋体" w:hAnsi="Times New Roman"/>
        </w:rPr>
        <w:t>米</w:t>
      </w:r>
    </w:p>
    <w:p w14:paraId="485AB068" w14:textId="77777777" w:rsidR="00421229" w:rsidRDefault="00000000">
      <w:pPr>
        <w:spacing w:before="120" w:after="40"/>
      </w:pPr>
      <w:r>
        <w:rPr>
          <w:rFonts w:ascii="Times New Roman" w:eastAsia="宋体" w:hAnsi="Times New Roman"/>
          <w:sz w:val="24"/>
        </w:rPr>
        <w:t xml:space="preserve">33. </w:t>
      </w:r>
      <w:r>
        <w:rPr>
          <w:rFonts w:ascii="Times New Roman" w:eastAsia="宋体" w:hAnsi="Times New Roman"/>
          <w:sz w:val="24"/>
        </w:rPr>
        <w:t>五车二（御夫座</w:t>
      </w:r>
      <w:r>
        <w:rPr>
          <w:rFonts w:ascii="Times New Roman" w:eastAsia="宋体" w:hAnsi="Times New Roman"/>
          <w:sz w:val="24"/>
        </w:rPr>
        <w:t>α</w:t>
      </w:r>
      <w:r>
        <w:rPr>
          <w:rFonts w:ascii="Times New Roman" w:eastAsia="宋体" w:hAnsi="Times New Roman"/>
          <w:sz w:val="24"/>
        </w:rPr>
        <w:t>）的视差是</w:t>
      </w:r>
      <w:r>
        <w:rPr>
          <w:rFonts w:ascii="Times New Roman" w:eastAsia="宋体" w:hAnsi="Times New Roman"/>
          <w:sz w:val="24"/>
        </w:rPr>
        <w:t>77.2</w:t>
      </w:r>
      <w:r>
        <w:rPr>
          <w:rFonts w:ascii="Times New Roman" w:eastAsia="宋体" w:hAnsi="Times New Roman"/>
          <w:sz w:val="24"/>
        </w:rPr>
        <w:t>毫角秒，它到我们的距离大约是（</w:t>
      </w:r>
      <w:r>
        <w:rPr>
          <w:rFonts w:ascii="Times New Roman" w:eastAsia="宋体" w:hAnsi="Times New Roman"/>
          <w:sz w:val="24"/>
        </w:rPr>
        <w:t xml:space="preserve">    </w:t>
      </w:r>
      <w:r>
        <w:rPr>
          <w:rFonts w:ascii="Times New Roman" w:eastAsia="宋体" w:hAnsi="Times New Roman"/>
          <w:sz w:val="24"/>
        </w:rPr>
        <w:t>）光年。</w:t>
      </w:r>
    </w:p>
    <w:p w14:paraId="5A2E6264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</w:rPr>
        <w:t xml:space="preserve">    </w:t>
      </w:r>
      <w:r>
        <w:rPr>
          <w:rFonts w:ascii="Times New Roman" w:eastAsia="宋体" w:hAnsi="Times New Roman"/>
          <w:lang w:eastAsia="zh-CN"/>
        </w:rPr>
        <w:t>(A)23    (B)42</w:t>
      </w:r>
    </w:p>
    <w:p w14:paraId="408183A6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(C)77    (D)2600</w:t>
      </w:r>
    </w:p>
    <w:p w14:paraId="43A451AB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34. </w:t>
      </w:r>
      <w:r>
        <w:rPr>
          <w:rFonts w:ascii="Times New Roman" w:eastAsia="宋体" w:hAnsi="Times New Roman"/>
          <w:sz w:val="24"/>
          <w:lang w:eastAsia="zh-CN"/>
        </w:rPr>
        <w:t>比邻星距离我们</w:t>
      </w:r>
      <w:r>
        <w:rPr>
          <w:rFonts w:ascii="Times New Roman" w:eastAsia="宋体" w:hAnsi="Times New Roman"/>
          <w:sz w:val="24"/>
          <w:lang w:eastAsia="zh-CN"/>
        </w:rPr>
        <w:t>4.243</w:t>
      </w:r>
      <w:r>
        <w:rPr>
          <w:rFonts w:ascii="Times New Roman" w:eastAsia="宋体" w:hAnsi="Times New Roman"/>
          <w:sz w:val="24"/>
          <w:lang w:eastAsia="zh-CN"/>
        </w:rPr>
        <w:t>光年，它的视星等大约是</w:t>
      </w:r>
      <w:r>
        <w:rPr>
          <w:rFonts w:ascii="Times New Roman" w:eastAsia="宋体" w:hAnsi="Times New Roman"/>
          <w:sz w:val="24"/>
          <w:lang w:eastAsia="zh-CN"/>
        </w:rPr>
        <w:t>11.5</w:t>
      </w:r>
      <w:r>
        <w:rPr>
          <w:rFonts w:ascii="Times New Roman" w:eastAsia="宋体" w:hAnsi="Times New Roman"/>
          <w:sz w:val="24"/>
          <w:lang w:eastAsia="zh-CN"/>
        </w:rPr>
        <w:t>等。已知它正以每秒</w:t>
      </w:r>
      <w:r>
        <w:rPr>
          <w:rFonts w:ascii="Times New Roman" w:eastAsia="宋体" w:hAnsi="Times New Roman"/>
          <w:sz w:val="24"/>
          <w:lang w:eastAsia="zh-CN"/>
        </w:rPr>
        <w:t>21.7</w:t>
      </w:r>
      <w:r>
        <w:rPr>
          <w:rFonts w:ascii="Times New Roman" w:eastAsia="宋体" w:hAnsi="Times New Roman"/>
          <w:sz w:val="24"/>
          <w:lang w:eastAsia="zh-CN"/>
        </w:rPr>
        <w:t>千米的速度靠近我们，那么大约多少年以后它将变得肉眼可见？（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</w:t>
      </w:r>
    </w:p>
    <w:p w14:paraId="11DDE936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(A)2</w:t>
      </w:r>
      <w:r>
        <w:rPr>
          <w:rFonts w:ascii="Times New Roman" w:eastAsia="宋体" w:hAnsi="Times New Roman"/>
          <w:lang w:eastAsia="zh-CN"/>
        </w:rPr>
        <w:t>千年</w:t>
      </w:r>
      <w:r>
        <w:rPr>
          <w:rFonts w:ascii="Times New Roman" w:eastAsia="宋体" w:hAnsi="Times New Roman"/>
          <w:lang w:eastAsia="zh-CN"/>
        </w:rPr>
        <w:t xml:space="preserve">    (B)6</w:t>
      </w:r>
      <w:r>
        <w:rPr>
          <w:rFonts w:ascii="Times New Roman" w:eastAsia="宋体" w:hAnsi="Times New Roman"/>
          <w:lang w:eastAsia="zh-CN"/>
        </w:rPr>
        <w:t>万年</w:t>
      </w:r>
    </w:p>
    <w:p w14:paraId="0948792A" w14:textId="77777777" w:rsidR="00421229" w:rsidRDefault="00000000">
      <w:pPr>
        <w:spacing w:before="20" w:after="20"/>
        <w:ind w:left="567"/>
        <w:rPr>
          <w:lang w:eastAsia="zh-CN"/>
        </w:rPr>
      </w:pPr>
      <w:r>
        <w:rPr>
          <w:rFonts w:ascii="Times New Roman" w:eastAsia="宋体" w:hAnsi="Times New Roman"/>
          <w:lang w:eastAsia="zh-CN"/>
        </w:rPr>
        <w:t xml:space="preserve">    (C)150</w:t>
      </w:r>
      <w:r>
        <w:rPr>
          <w:rFonts w:ascii="Times New Roman" w:eastAsia="宋体" w:hAnsi="Times New Roman"/>
          <w:lang w:eastAsia="zh-CN"/>
        </w:rPr>
        <w:t>万年</w:t>
      </w:r>
      <w:r>
        <w:rPr>
          <w:rFonts w:ascii="Times New Roman" w:eastAsia="宋体" w:hAnsi="Times New Roman"/>
          <w:lang w:eastAsia="zh-CN"/>
        </w:rPr>
        <w:t xml:space="preserve">    (D)900</w:t>
      </w:r>
      <w:r>
        <w:rPr>
          <w:rFonts w:ascii="Times New Roman" w:eastAsia="宋体" w:hAnsi="Times New Roman"/>
          <w:lang w:eastAsia="zh-CN"/>
        </w:rPr>
        <w:t>万年</w:t>
      </w:r>
    </w:p>
    <w:p w14:paraId="3C5CEABE" w14:textId="77777777" w:rsidR="00421229" w:rsidRDefault="00000000">
      <w:pPr>
        <w:spacing w:before="120" w:after="40"/>
        <w:rPr>
          <w:lang w:eastAsia="zh-CN"/>
        </w:rPr>
      </w:pPr>
      <w:r>
        <w:rPr>
          <w:rFonts w:ascii="Times New Roman" w:eastAsia="宋体" w:hAnsi="Times New Roman"/>
          <w:sz w:val="24"/>
          <w:lang w:eastAsia="zh-CN"/>
        </w:rPr>
        <w:t xml:space="preserve">35. </w:t>
      </w:r>
      <w:r>
        <w:rPr>
          <w:rFonts w:ascii="Times New Roman" w:eastAsia="宋体" w:hAnsi="Times New Roman"/>
          <w:sz w:val="24"/>
          <w:lang w:eastAsia="zh-CN"/>
        </w:rPr>
        <w:t>早在公元</w:t>
      </w:r>
      <w:r>
        <w:rPr>
          <w:rFonts w:ascii="Times New Roman" w:eastAsia="宋体" w:hAnsi="Times New Roman"/>
          <w:sz w:val="24"/>
          <w:lang w:eastAsia="zh-CN"/>
        </w:rPr>
        <w:t>130</w:t>
      </w:r>
      <w:r>
        <w:rPr>
          <w:rFonts w:ascii="Times New Roman" w:eastAsia="宋体" w:hAnsi="Times New Roman"/>
          <w:sz w:val="24"/>
          <w:lang w:eastAsia="zh-CN"/>
        </w:rPr>
        <w:t>年，古希腊天文学家托勒密就用肉眼观测到了疏散星团（</w:t>
      </w:r>
      <w:r>
        <w:rPr>
          <w:rFonts w:ascii="Times New Roman" w:eastAsia="宋体" w:hAnsi="Times New Roman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sz w:val="24"/>
          <w:lang w:eastAsia="zh-CN"/>
        </w:rPr>
        <w:t>），因此它也被称作托勒密星团。</w:t>
      </w:r>
    </w:p>
    <w:p w14:paraId="53A6547D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  <w:lang w:eastAsia="zh-CN"/>
        </w:rPr>
        <w:t xml:space="preserve">    </w:t>
      </w:r>
      <w:r>
        <w:rPr>
          <w:rFonts w:ascii="Times New Roman" w:eastAsia="宋体" w:hAnsi="Times New Roman"/>
        </w:rPr>
        <w:t>(A)M7    (B)M11</w:t>
      </w:r>
    </w:p>
    <w:p w14:paraId="2F04149B" w14:textId="77777777" w:rsidR="00421229" w:rsidRDefault="00000000">
      <w:pPr>
        <w:spacing w:before="20" w:after="20"/>
        <w:ind w:left="567"/>
      </w:pPr>
      <w:r>
        <w:rPr>
          <w:rFonts w:ascii="Times New Roman" w:eastAsia="宋体" w:hAnsi="Times New Roman"/>
        </w:rPr>
        <w:t xml:space="preserve">    (C)M35    (D)M44</w:t>
      </w:r>
    </w:p>
    <w:p w14:paraId="4A9745F1" w14:textId="77777777" w:rsidR="00421229" w:rsidRDefault="00000000">
      <w:r>
        <w:br w:type="page"/>
      </w:r>
    </w:p>
    <w:p w14:paraId="2862FAE8" w14:textId="77777777" w:rsidR="00421229" w:rsidRDefault="00000000">
      <w:pPr>
        <w:spacing w:before="120" w:after="240"/>
        <w:jc w:val="center"/>
      </w:pPr>
      <w:r>
        <w:rPr>
          <w:rFonts w:ascii="Times New Roman" w:eastAsia="黑体" w:hAnsi="Times New Roman"/>
          <w:b/>
          <w:sz w:val="32"/>
        </w:rPr>
        <w:t>2015年CNAO天文奥赛预赛试题 答案解析</w:t>
      </w:r>
    </w:p>
    <w:p w14:paraId="78404D47" w14:textId="77777777" w:rsidR="00421229" w:rsidRDefault="00000000">
      <w:pPr>
        <w:spacing w:before="60" w:after="60"/>
      </w:pPr>
      <w:r>
        <w:rPr>
          <w:rFonts w:ascii="Times New Roman" w:eastAsia="宋体" w:hAnsi="Times New Roman"/>
          <w:b/>
          <w:sz w:val="24"/>
        </w:rPr>
        <w:t>答案速查表</w:t>
      </w:r>
    </w:p>
    <w:tbl>
      <w:tblPr>
        <w:tblW w:w="0" w:type="auto"/>
        <w:jc w:val="center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ook w:val="04A0" w:firstRow="1" w:lastRow="0" w:firstColumn="1" w:lastColumn="0" w:noHBand="0" w:noVBand="1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 w:rsidR="00421229" w14:paraId="6349C815" w14:textId="77777777">
        <w:trPr>
          <w:jc w:val="center"/>
        </w:trPr>
        <w:tc>
          <w:tcPr>
            <w:tcW w:w="1233" w:type="dxa"/>
            <w:shd w:val="clear" w:color="auto" w:fill="4472C4"/>
          </w:tcPr>
          <w:p w14:paraId="55E18312" w14:textId="77777777" w:rsidR="00421229" w:rsidRDefault="00000000">
            <w:pPr>
              <w:jc w:val="center"/>
            </w:pPr>
            <w:r>
              <w:rPr>
                <w:rFonts w:ascii="Times New Roman" w:eastAsia="黑体" w:hAnsi="Times New Roman"/>
                <w:b/>
                <w:color w:val="FFFFFF"/>
                <w:sz w:val="20"/>
              </w:rPr>
              <w:t>01-05</w:t>
            </w:r>
          </w:p>
        </w:tc>
        <w:tc>
          <w:tcPr>
            <w:tcW w:w="1233" w:type="dxa"/>
            <w:shd w:val="clear" w:color="auto" w:fill="4472C4"/>
          </w:tcPr>
          <w:p w14:paraId="476E2121" w14:textId="77777777" w:rsidR="00421229" w:rsidRDefault="00000000">
            <w:pPr>
              <w:jc w:val="center"/>
            </w:pPr>
            <w:r>
              <w:rPr>
                <w:rFonts w:ascii="Times New Roman" w:eastAsia="黑体" w:hAnsi="Times New Roman"/>
                <w:b/>
                <w:color w:val="FFFFFF"/>
                <w:sz w:val="20"/>
              </w:rPr>
              <w:t>06-10</w:t>
            </w:r>
          </w:p>
        </w:tc>
        <w:tc>
          <w:tcPr>
            <w:tcW w:w="1233" w:type="dxa"/>
            <w:shd w:val="clear" w:color="auto" w:fill="4472C4"/>
          </w:tcPr>
          <w:p w14:paraId="66F9D5CA" w14:textId="77777777" w:rsidR="00421229" w:rsidRDefault="00000000">
            <w:pPr>
              <w:jc w:val="center"/>
            </w:pPr>
            <w:r>
              <w:rPr>
                <w:rFonts w:ascii="Times New Roman" w:eastAsia="黑体" w:hAnsi="Times New Roman"/>
                <w:b/>
                <w:color w:val="FFFFFF"/>
                <w:sz w:val="20"/>
              </w:rPr>
              <w:t>11-15</w:t>
            </w:r>
          </w:p>
        </w:tc>
        <w:tc>
          <w:tcPr>
            <w:tcW w:w="1233" w:type="dxa"/>
            <w:shd w:val="clear" w:color="auto" w:fill="4472C4"/>
          </w:tcPr>
          <w:p w14:paraId="198B8851" w14:textId="77777777" w:rsidR="00421229" w:rsidRDefault="00000000">
            <w:pPr>
              <w:jc w:val="center"/>
            </w:pPr>
            <w:r>
              <w:rPr>
                <w:rFonts w:ascii="Times New Roman" w:eastAsia="黑体" w:hAnsi="Times New Roman"/>
                <w:b/>
                <w:color w:val="FFFFFF"/>
                <w:sz w:val="20"/>
              </w:rPr>
              <w:t>16-20</w:t>
            </w:r>
          </w:p>
        </w:tc>
        <w:tc>
          <w:tcPr>
            <w:tcW w:w="1233" w:type="dxa"/>
            <w:shd w:val="clear" w:color="auto" w:fill="4472C4"/>
          </w:tcPr>
          <w:p w14:paraId="18F94E6A" w14:textId="77777777" w:rsidR="00421229" w:rsidRDefault="00000000">
            <w:pPr>
              <w:jc w:val="center"/>
            </w:pPr>
            <w:r>
              <w:rPr>
                <w:rFonts w:ascii="Times New Roman" w:eastAsia="黑体" w:hAnsi="Times New Roman"/>
                <w:b/>
                <w:color w:val="FFFFFF"/>
                <w:sz w:val="20"/>
              </w:rPr>
              <w:t>22-25</w:t>
            </w:r>
          </w:p>
        </w:tc>
        <w:tc>
          <w:tcPr>
            <w:tcW w:w="1233" w:type="dxa"/>
            <w:shd w:val="clear" w:color="auto" w:fill="4472C4"/>
          </w:tcPr>
          <w:p w14:paraId="2F41FAD2" w14:textId="77777777" w:rsidR="00421229" w:rsidRDefault="00000000">
            <w:pPr>
              <w:jc w:val="center"/>
            </w:pPr>
            <w:r>
              <w:rPr>
                <w:rFonts w:ascii="Times New Roman" w:eastAsia="黑体" w:hAnsi="Times New Roman"/>
                <w:b/>
                <w:color w:val="FFFFFF"/>
                <w:sz w:val="20"/>
              </w:rPr>
              <w:t>26-30</w:t>
            </w:r>
          </w:p>
        </w:tc>
        <w:tc>
          <w:tcPr>
            <w:tcW w:w="1233" w:type="dxa"/>
            <w:shd w:val="clear" w:color="auto" w:fill="4472C4"/>
          </w:tcPr>
          <w:p w14:paraId="11401A9E" w14:textId="77777777" w:rsidR="00421229" w:rsidRDefault="00000000">
            <w:pPr>
              <w:jc w:val="center"/>
            </w:pPr>
            <w:r>
              <w:rPr>
                <w:rFonts w:ascii="Times New Roman" w:eastAsia="黑体" w:hAnsi="Times New Roman"/>
                <w:b/>
                <w:color w:val="FFFFFF"/>
                <w:sz w:val="20"/>
              </w:rPr>
              <w:t>31-35</w:t>
            </w:r>
          </w:p>
        </w:tc>
      </w:tr>
      <w:tr w:rsidR="00421229" w14:paraId="4193D410" w14:textId="77777777">
        <w:trPr>
          <w:jc w:val="center"/>
        </w:trPr>
        <w:tc>
          <w:tcPr>
            <w:tcW w:w="1233" w:type="dxa"/>
            <w:shd w:val="clear" w:color="auto" w:fill="5B9BD5"/>
          </w:tcPr>
          <w:p w14:paraId="208DBFAC" w14:textId="77777777" w:rsidR="00421229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FFFFFF"/>
                <w:sz w:val="20"/>
              </w:rPr>
              <w:t>C A B D A</w:t>
            </w:r>
          </w:p>
        </w:tc>
        <w:tc>
          <w:tcPr>
            <w:tcW w:w="1233" w:type="dxa"/>
            <w:shd w:val="clear" w:color="auto" w:fill="5B9BD5"/>
          </w:tcPr>
          <w:p w14:paraId="78FEEE7D" w14:textId="77777777" w:rsidR="00421229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FFFFFF"/>
                <w:sz w:val="20"/>
              </w:rPr>
              <w:t>D D B D C</w:t>
            </w:r>
          </w:p>
        </w:tc>
        <w:tc>
          <w:tcPr>
            <w:tcW w:w="1233" w:type="dxa"/>
            <w:shd w:val="clear" w:color="auto" w:fill="5B9BD5"/>
          </w:tcPr>
          <w:p w14:paraId="67103CC6" w14:textId="77777777" w:rsidR="00421229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FFFFFF"/>
                <w:sz w:val="20"/>
              </w:rPr>
              <w:t>D C A B D</w:t>
            </w:r>
          </w:p>
        </w:tc>
        <w:tc>
          <w:tcPr>
            <w:tcW w:w="1233" w:type="dxa"/>
            <w:shd w:val="clear" w:color="auto" w:fill="5B9BD5"/>
          </w:tcPr>
          <w:p w14:paraId="74F8726F" w14:textId="77777777" w:rsidR="00421229" w:rsidRDefault="00000000">
            <w:r>
              <w:t>C C B D C</w:t>
            </w:r>
          </w:p>
        </w:tc>
        <w:tc>
          <w:tcPr>
            <w:tcW w:w="1233" w:type="dxa"/>
            <w:shd w:val="clear" w:color="auto" w:fill="5B9BD5"/>
          </w:tcPr>
          <w:p w14:paraId="7A4B0BD9" w14:textId="77777777" w:rsidR="00421229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FFFFFF"/>
                <w:sz w:val="20"/>
              </w:rPr>
              <w:t>C B B B</w:t>
            </w:r>
          </w:p>
        </w:tc>
        <w:tc>
          <w:tcPr>
            <w:tcW w:w="1233" w:type="dxa"/>
            <w:shd w:val="clear" w:color="auto" w:fill="5B9BD5"/>
          </w:tcPr>
          <w:p w14:paraId="2C128A08" w14:textId="77777777" w:rsidR="00421229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FFFFFF"/>
                <w:sz w:val="20"/>
              </w:rPr>
              <w:t>A B D C B</w:t>
            </w:r>
          </w:p>
        </w:tc>
        <w:tc>
          <w:tcPr>
            <w:tcW w:w="1233" w:type="dxa"/>
            <w:shd w:val="clear" w:color="auto" w:fill="5B9BD5"/>
          </w:tcPr>
          <w:p w14:paraId="5E4614AB" w14:textId="77777777" w:rsidR="00421229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FFFFFF"/>
                <w:sz w:val="20"/>
              </w:rPr>
              <w:t>D A B B A</w:t>
            </w:r>
          </w:p>
        </w:tc>
      </w:tr>
    </w:tbl>
    <w:p w14:paraId="5F3B51E3" w14:textId="77777777" w:rsidR="00421229" w:rsidRDefault="00000000">
      <w:pPr>
        <w:spacing w:before="60" w:after="60"/>
      </w:pPr>
      <w:r>
        <w:rPr>
          <w:rFonts w:ascii="Times New Roman" w:eastAsia="宋体" w:hAnsi="Times New Roman"/>
          <w:b/>
          <w:sz w:val="24"/>
        </w:rPr>
        <w:t>逐题答案与解析</w:t>
      </w:r>
    </w:p>
    <w:p w14:paraId="01C156C6" w14:textId="77777777" w:rsidR="00421229" w:rsidRDefault="00000000">
      <w:pPr>
        <w:spacing w:before="60" w:after="120"/>
        <w:rPr>
          <w:lang w:eastAsia="zh-CN"/>
        </w:rPr>
      </w:pPr>
      <w:r>
        <w:rPr>
          <w:rFonts w:ascii="Times New Roman" w:eastAsia="宋体" w:hAnsi="Times New Roman"/>
          <w:b/>
          <w:color w:val="FF0000"/>
          <w:sz w:val="20"/>
          <w:lang w:eastAsia="zh-CN"/>
        </w:rPr>
        <w:t>（第</w:t>
      </w:r>
      <w:r>
        <w:rPr>
          <w:rFonts w:ascii="Times New Roman" w:eastAsia="宋体" w:hAnsi="Times New Roman"/>
          <w:b/>
          <w:color w:val="FF0000"/>
          <w:sz w:val="20"/>
          <w:lang w:eastAsia="zh-CN"/>
        </w:rPr>
        <w:t>21</w:t>
      </w:r>
      <w:r>
        <w:rPr>
          <w:rFonts w:ascii="Times New Roman" w:eastAsia="宋体" w:hAnsi="Times New Roman"/>
          <w:b/>
          <w:color w:val="FF0000"/>
          <w:sz w:val="20"/>
          <w:lang w:eastAsia="zh-CN"/>
        </w:rPr>
        <w:t>题因命题问题作废，不计分数）</w:t>
      </w:r>
    </w:p>
    <w:p w14:paraId="712A8D38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1.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解析：黄道穿过</w:t>
      </w:r>
      <w:r>
        <w:rPr>
          <w:rFonts w:ascii="Times New Roman" w:eastAsia="宋体" w:hAnsi="Times New Roman"/>
          <w:color w:val="808080"/>
          <w:sz w:val="20"/>
          <w:lang w:eastAsia="zh-CN"/>
        </w:rPr>
        <w:t>13</w:t>
      </w:r>
      <w:r>
        <w:rPr>
          <w:rFonts w:ascii="Times New Roman" w:eastAsia="宋体" w:hAnsi="Times New Roman"/>
          <w:color w:val="808080"/>
          <w:sz w:val="20"/>
          <w:lang w:eastAsia="zh-CN"/>
        </w:rPr>
        <w:t>个星座的天区（包括蛇夫座）。</w:t>
      </w:r>
    </w:p>
    <w:p w14:paraId="08788C65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2.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A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解析：水星西大距时，水星在太阳西侧，黎明前出现在东方天空，适合黎明观测。</w:t>
      </w:r>
    </w:p>
    <w:p w14:paraId="13AEAA3A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3.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解析：牛郎星即天鹰座</w:t>
      </w:r>
      <w:r>
        <w:rPr>
          <w:rFonts w:ascii="Times New Roman" w:eastAsia="宋体" w:hAnsi="Times New Roman"/>
          <w:color w:val="808080"/>
          <w:sz w:val="20"/>
        </w:rPr>
        <w:t>α</w:t>
      </w:r>
      <w:r>
        <w:rPr>
          <w:rFonts w:ascii="Times New Roman" w:eastAsia="宋体" w:hAnsi="Times New Roman"/>
          <w:color w:val="808080"/>
          <w:sz w:val="20"/>
          <w:lang w:eastAsia="zh-CN"/>
        </w:rPr>
        <w:t>星，位于天鹰座天区内。</w:t>
      </w:r>
    </w:p>
    <w:p w14:paraId="2EC53B01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4.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D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解析：北极星视星等约</w:t>
      </w:r>
      <w:r>
        <w:rPr>
          <w:rFonts w:ascii="Times New Roman" w:eastAsia="宋体" w:hAnsi="Times New Roman"/>
          <w:color w:val="808080"/>
          <w:sz w:val="20"/>
          <w:lang w:eastAsia="zh-CN"/>
        </w:rPr>
        <w:t>2.0</w:t>
      </w:r>
      <w:r>
        <w:rPr>
          <w:rFonts w:ascii="Times New Roman" w:eastAsia="宋体" w:hAnsi="Times New Roman"/>
          <w:color w:val="808080"/>
          <w:sz w:val="20"/>
          <w:lang w:eastAsia="zh-CN"/>
        </w:rPr>
        <w:t>等，比天狼星</w:t>
      </w:r>
      <w:r>
        <w:rPr>
          <w:rFonts w:ascii="Times New Roman" w:eastAsia="宋体" w:hAnsi="Times New Roman"/>
          <w:color w:val="808080"/>
          <w:sz w:val="20"/>
          <w:lang w:eastAsia="zh-CN"/>
        </w:rPr>
        <w:t>(-1.46</w:t>
      </w:r>
      <w:r>
        <w:rPr>
          <w:rFonts w:ascii="Times New Roman" w:eastAsia="宋体" w:hAnsi="Times New Roman"/>
          <w:color w:val="808080"/>
          <w:sz w:val="20"/>
          <w:lang w:eastAsia="zh-CN"/>
        </w:rPr>
        <w:t>等</w:t>
      </w:r>
      <w:r>
        <w:rPr>
          <w:rFonts w:ascii="Times New Roman" w:eastAsia="宋体" w:hAnsi="Times New Roman"/>
          <w:color w:val="808080"/>
          <w:sz w:val="20"/>
          <w:lang w:eastAsia="zh-CN"/>
        </w:rPr>
        <w:t>)</w:t>
      </w:r>
      <w:r>
        <w:rPr>
          <w:rFonts w:ascii="Times New Roman" w:eastAsia="宋体" w:hAnsi="Times New Roman"/>
          <w:color w:val="808080"/>
          <w:sz w:val="20"/>
          <w:lang w:eastAsia="zh-CN"/>
        </w:rPr>
        <w:t>、织女星</w:t>
      </w:r>
      <w:r>
        <w:rPr>
          <w:rFonts w:ascii="Times New Roman" w:eastAsia="宋体" w:hAnsi="Times New Roman"/>
          <w:color w:val="808080"/>
          <w:sz w:val="20"/>
          <w:lang w:eastAsia="zh-CN"/>
        </w:rPr>
        <w:t>(0.03</w:t>
      </w:r>
      <w:r>
        <w:rPr>
          <w:rFonts w:ascii="Times New Roman" w:eastAsia="宋体" w:hAnsi="Times New Roman"/>
          <w:color w:val="808080"/>
          <w:sz w:val="20"/>
          <w:lang w:eastAsia="zh-CN"/>
        </w:rPr>
        <w:t>等</w:t>
      </w:r>
      <w:r>
        <w:rPr>
          <w:rFonts w:ascii="Times New Roman" w:eastAsia="宋体" w:hAnsi="Times New Roman"/>
          <w:color w:val="808080"/>
          <w:sz w:val="20"/>
          <w:lang w:eastAsia="zh-CN"/>
        </w:rPr>
        <w:t>)</w:t>
      </w:r>
      <w:r>
        <w:rPr>
          <w:rFonts w:ascii="Times New Roman" w:eastAsia="宋体" w:hAnsi="Times New Roman"/>
          <w:color w:val="808080"/>
          <w:sz w:val="20"/>
          <w:lang w:eastAsia="zh-CN"/>
        </w:rPr>
        <w:t>、大角星</w:t>
      </w:r>
      <w:r>
        <w:rPr>
          <w:rFonts w:ascii="Times New Roman" w:eastAsia="宋体" w:hAnsi="Times New Roman"/>
          <w:color w:val="808080"/>
          <w:sz w:val="20"/>
          <w:lang w:eastAsia="zh-CN"/>
        </w:rPr>
        <w:t>(-0.04</w:t>
      </w:r>
      <w:r>
        <w:rPr>
          <w:rFonts w:ascii="Times New Roman" w:eastAsia="宋体" w:hAnsi="Times New Roman"/>
          <w:color w:val="808080"/>
          <w:sz w:val="20"/>
          <w:lang w:eastAsia="zh-CN"/>
        </w:rPr>
        <w:t>等</w:t>
      </w:r>
      <w:r>
        <w:rPr>
          <w:rFonts w:ascii="Times New Roman" w:eastAsia="宋体" w:hAnsi="Times New Roman"/>
          <w:color w:val="808080"/>
          <w:sz w:val="20"/>
          <w:lang w:eastAsia="zh-CN"/>
        </w:rPr>
        <w:t>)</w:t>
      </w:r>
      <w:r>
        <w:rPr>
          <w:rFonts w:ascii="Times New Roman" w:eastAsia="宋体" w:hAnsi="Times New Roman"/>
          <w:color w:val="808080"/>
          <w:sz w:val="20"/>
          <w:lang w:eastAsia="zh-CN"/>
        </w:rPr>
        <w:t>都暗。</w:t>
      </w:r>
    </w:p>
    <w:p w14:paraId="5F755739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5.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A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解析：清明节既是传统节日又是二十四节气之一，以节气命名。</w:t>
      </w:r>
    </w:p>
    <w:p w14:paraId="33A018F3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6.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D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解析：双子座流星雨辐射点赤经约</w:t>
      </w:r>
      <w:r>
        <w:rPr>
          <w:rFonts w:ascii="Times New Roman" w:eastAsia="宋体" w:hAnsi="Times New Roman"/>
          <w:color w:val="808080"/>
          <w:sz w:val="20"/>
          <w:lang w:eastAsia="zh-CN"/>
        </w:rPr>
        <w:t>112°</w:t>
      </w:r>
      <w:r>
        <w:rPr>
          <w:rFonts w:ascii="Times New Roman" w:eastAsia="宋体" w:hAnsi="Times New Roman"/>
          <w:color w:val="808080"/>
          <w:sz w:val="20"/>
          <w:lang w:eastAsia="zh-CN"/>
        </w:rPr>
        <w:t>，赤纬约</w:t>
      </w:r>
      <w:r>
        <w:rPr>
          <w:rFonts w:ascii="Times New Roman" w:eastAsia="宋体" w:hAnsi="Times New Roman"/>
          <w:color w:val="808080"/>
          <w:sz w:val="20"/>
          <w:lang w:eastAsia="zh-CN"/>
        </w:rPr>
        <w:t>+33°</w:t>
      </w:r>
      <w:r>
        <w:rPr>
          <w:rFonts w:ascii="Times New Roman" w:eastAsia="宋体" w:hAnsi="Times New Roman"/>
          <w:color w:val="808080"/>
          <w:sz w:val="20"/>
          <w:lang w:eastAsia="zh-CN"/>
        </w:rPr>
        <w:t>。</w:t>
      </w:r>
    </w:p>
    <w:p w14:paraId="1FE9E3B1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7.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D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</w:t>
      </w:r>
      <w:r>
        <w:rPr>
          <w:rFonts w:ascii="Times New Roman" w:eastAsia="宋体" w:hAnsi="Times New Roman"/>
          <w:color w:val="808080"/>
          <w:sz w:val="20"/>
          <w:lang w:eastAsia="zh-CN"/>
        </w:rPr>
        <w:t>2016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3</w:t>
      </w:r>
      <w:r>
        <w:rPr>
          <w:rFonts w:ascii="Times New Roman" w:eastAsia="宋体" w:hAnsi="Times New Roman"/>
          <w:color w:val="808080"/>
          <w:sz w:val="20"/>
          <w:lang w:eastAsia="zh-CN"/>
        </w:rPr>
        <w:t>月</w:t>
      </w:r>
      <w:r>
        <w:rPr>
          <w:rFonts w:ascii="Times New Roman" w:eastAsia="宋体" w:hAnsi="Times New Roman"/>
          <w:color w:val="808080"/>
          <w:sz w:val="20"/>
          <w:lang w:eastAsia="zh-CN"/>
        </w:rPr>
        <w:t>9</w:t>
      </w:r>
      <w:r>
        <w:rPr>
          <w:rFonts w:ascii="Times New Roman" w:eastAsia="宋体" w:hAnsi="Times New Roman"/>
          <w:color w:val="808080"/>
          <w:sz w:val="20"/>
          <w:lang w:eastAsia="zh-CN"/>
        </w:rPr>
        <w:t>日的日全食全食带经过印度尼西亚一带，我国大部分地区可见偏食，正是题目所说的</w:t>
      </w:r>
      <w:r>
        <w:rPr>
          <w:rFonts w:ascii="Times New Roman" w:eastAsia="宋体" w:hAnsi="Times New Roman"/>
          <w:color w:val="808080"/>
          <w:sz w:val="20"/>
          <w:lang w:eastAsia="zh-CN"/>
        </w:rPr>
        <w:t>“</w:t>
      </w:r>
      <w:r>
        <w:rPr>
          <w:rFonts w:ascii="Times New Roman" w:eastAsia="宋体" w:hAnsi="Times New Roman"/>
          <w:color w:val="808080"/>
          <w:sz w:val="20"/>
          <w:lang w:eastAsia="zh-CN"/>
        </w:rPr>
        <w:t>下次日全食</w:t>
      </w:r>
      <w:r>
        <w:rPr>
          <w:rFonts w:ascii="Times New Roman" w:eastAsia="宋体" w:hAnsi="Times New Roman"/>
          <w:color w:val="808080"/>
          <w:sz w:val="20"/>
          <w:lang w:eastAsia="zh-CN"/>
        </w:rPr>
        <w:t>”</w:t>
      </w:r>
      <w:r>
        <w:rPr>
          <w:rFonts w:ascii="Times New Roman" w:eastAsia="宋体" w:hAnsi="Times New Roman"/>
          <w:color w:val="808080"/>
          <w:sz w:val="20"/>
          <w:lang w:eastAsia="zh-CN"/>
        </w:rPr>
        <w:t>。</w:t>
      </w:r>
      <w:r>
        <w:rPr>
          <w:rFonts w:ascii="Times New Roman" w:eastAsia="宋体" w:hAnsi="Times New Roman"/>
          <w:color w:val="808080"/>
          <w:sz w:val="20"/>
          <w:lang w:eastAsia="zh-CN"/>
        </w:rPr>
        <w:t>A</w:t>
      </w:r>
      <w:r>
        <w:rPr>
          <w:rFonts w:ascii="Times New Roman" w:eastAsia="宋体" w:hAnsi="Times New Roman"/>
          <w:color w:val="808080"/>
          <w:sz w:val="20"/>
          <w:lang w:eastAsia="zh-CN"/>
        </w:rPr>
        <w:t>错在北极点其实能看到日全食（</w:t>
      </w:r>
      <w:r>
        <w:rPr>
          <w:rFonts w:ascii="Times New Roman" w:eastAsia="宋体" w:hAnsi="Times New Roman"/>
          <w:color w:val="808080"/>
          <w:sz w:val="20"/>
          <w:lang w:eastAsia="zh-CN"/>
        </w:rPr>
        <w:t>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3</w:t>
      </w:r>
      <w:r>
        <w:rPr>
          <w:rFonts w:ascii="Times New Roman" w:eastAsia="宋体" w:hAnsi="Times New Roman"/>
          <w:color w:val="808080"/>
          <w:sz w:val="20"/>
          <w:lang w:eastAsia="zh-CN"/>
        </w:rPr>
        <w:t>月</w:t>
      </w:r>
      <w:r>
        <w:rPr>
          <w:rFonts w:ascii="Times New Roman" w:eastAsia="宋体" w:hAnsi="Times New Roman"/>
          <w:color w:val="808080"/>
          <w:sz w:val="20"/>
          <w:lang w:eastAsia="zh-CN"/>
        </w:rPr>
        <w:t>20</w:t>
      </w:r>
      <w:r>
        <w:rPr>
          <w:rFonts w:ascii="Times New Roman" w:eastAsia="宋体" w:hAnsi="Times New Roman"/>
          <w:color w:val="808080"/>
          <w:sz w:val="20"/>
          <w:lang w:eastAsia="zh-CN"/>
        </w:rPr>
        <w:t>日的全食带终点就落在北极点），</w:t>
      </w:r>
      <w:r>
        <w:rPr>
          <w:rFonts w:ascii="Times New Roman" w:eastAsia="宋体" w:hAnsi="Times New Roman"/>
          <w:color w:val="808080"/>
          <w:sz w:val="2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>错在有的年份全球一次日全食都没有（如</w:t>
      </w:r>
      <w:r>
        <w:rPr>
          <w:rFonts w:ascii="Times New Roman" w:eastAsia="宋体" w:hAnsi="Times New Roman"/>
          <w:color w:val="808080"/>
          <w:sz w:val="20"/>
          <w:lang w:eastAsia="zh-CN"/>
        </w:rPr>
        <w:t>2014</w:t>
      </w:r>
      <w:r>
        <w:rPr>
          <w:rFonts w:ascii="Times New Roman" w:eastAsia="宋体" w:hAnsi="Times New Roman"/>
          <w:color w:val="808080"/>
          <w:sz w:val="20"/>
          <w:lang w:eastAsia="zh-CN"/>
        </w:rPr>
        <w:t>年只有日环食和日偏食），</w:t>
      </w:r>
      <w:r>
        <w:rPr>
          <w:rFonts w:ascii="Times New Roman" w:eastAsia="宋体" w:hAnsi="Times New Roman"/>
          <w:color w:val="808080"/>
          <w:sz w:val="2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>错在月影扫过地面时全食最长约</w:t>
      </w:r>
      <w:r>
        <w:rPr>
          <w:rFonts w:ascii="Times New Roman" w:eastAsia="宋体" w:hAnsi="Times New Roman"/>
          <w:color w:val="808080"/>
          <w:sz w:val="20"/>
          <w:lang w:eastAsia="zh-CN"/>
        </w:rPr>
        <w:t>7</w:t>
      </w:r>
      <w:r>
        <w:rPr>
          <w:rFonts w:ascii="Times New Roman" w:eastAsia="宋体" w:hAnsi="Times New Roman"/>
          <w:color w:val="808080"/>
          <w:sz w:val="20"/>
          <w:lang w:eastAsia="zh-CN"/>
        </w:rPr>
        <w:t>分半，达不到</w:t>
      </w:r>
      <w:r>
        <w:rPr>
          <w:rFonts w:ascii="Times New Roman" w:eastAsia="宋体" w:hAnsi="Times New Roman"/>
          <w:color w:val="808080"/>
          <w:sz w:val="20"/>
          <w:lang w:eastAsia="zh-CN"/>
        </w:rPr>
        <w:t>10</w:t>
      </w:r>
      <w:r>
        <w:rPr>
          <w:rFonts w:ascii="Times New Roman" w:eastAsia="宋体" w:hAnsi="Times New Roman"/>
          <w:color w:val="808080"/>
          <w:sz w:val="20"/>
          <w:lang w:eastAsia="zh-CN"/>
        </w:rPr>
        <w:t>分钟。</w:t>
      </w:r>
    </w:p>
    <w:p w14:paraId="6AD0C6BA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8.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解析：沙罗周期约</w:t>
      </w:r>
      <w:r>
        <w:rPr>
          <w:rFonts w:ascii="Times New Roman" w:eastAsia="宋体" w:hAnsi="Times New Roman"/>
          <w:color w:val="808080"/>
          <w:sz w:val="20"/>
          <w:lang w:eastAsia="zh-CN"/>
        </w:rPr>
        <w:t>18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11</w:t>
      </w:r>
      <w:r>
        <w:rPr>
          <w:rFonts w:ascii="Times New Roman" w:eastAsia="宋体" w:hAnsi="Times New Roman"/>
          <w:color w:val="808080"/>
          <w:sz w:val="20"/>
          <w:lang w:eastAsia="zh-CN"/>
        </w:rPr>
        <w:t>天</w:t>
      </w:r>
      <w:r>
        <w:rPr>
          <w:rFonts w:ascii="Times New Roman" w:eastAsia="宋体" w:hAnsi="Times New Roman"/>
          <w:color w:val="808080"/>
          <w:sz w:val="20"/>
          <w:lang w:eastAsia="zh-CN"/>
        </w:rPr>
        <w:t>8</w:t>
      </w:r>
      <w:r>
        <w:rPr>
          <w:rFonts w:ascii="Times New Roman" w:eastAsia="宋体" w:hAnsi="Times New Roman"/>
          <w:color w:val="808080"/>
          <w:sz w:val="20"/>
          <w:lang w:eastAsia="zh-CN"/>
        </w:rPr>
        <w:t>小时，</w:t>
      </w:r>
      <w:r>
        <w:rPr>
          <w:rFonts w:ascii="Times New Roman" w:eastAsia="宋体" w:hAnsi="Times New Roman"/>
          <w:color w:val="808080"/>
          <w:sz w:val="20"/>
          <w:lang w:eastAsia="zh-CN"/>
        </w:rPr>
        <w:t>1997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3</w:t>
      </w:r>
      <w:r>
        <w:rPr>
          <w:rFonts w:ascii="Times New Roman" w:eastAsia="宋体" w:hAnsi="Times New Roman"/>
          <w:color w:val="808080"/>
          <w:sz w:val="20"/>
          <w:lang w:eastAsia="zh-CN"/>
        </w:rPr>
        <w:t>月</w:t>
      </w:r>
      <w:r>
        <w:rPr>
          <w:rFonts w:ascii="Times New Roman" w:eastAsia="宋体" w:hAnsi="Times New Roman"/>
          <w:color w:val="808080"/>
          <w:sz w:val="20"/>
          <w:lang w:eastAsia="zh-CN"/>
        </w:rPr>
        <w:t>24</w:t>
      </w:r>
      <w:r>
        <w:rPr>
          <w:rFonts w:ascii="Times New Roman" w:eastAsia="宋体" w:hAnsi="Times New Roman"/>
          <w:color w:val="808080"/>
          <w:sz w:val="20"/>
          <w:lang w:eastAsia="zh-CN"/>
        </w:rPr>
        <w:t>日的月食与下次月食属于同一沙罗周期。</w:t>
      </w:r>
    </w:p>
    <w:p w14:paraId="6664CE12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9.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D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解析：盖亚望远镜（</w:t>
      </w:r>
      <w:r>
        <w:rPr>
          <w:rFonts w:ascii="Times New Roman" w:eastAsia="宋体" w:hAnsi="Times New Roman"/>
          <w:color w:val="808080"/>
          <w:sz w:val="20"/>
          <w:lang w:eastAsia="zh-CN"/>
        </w:rPr>
        <w:t>GAIA</w:t>
      </w:r>
      <w:r>
        <w:rPr>
          <w:rFonts w:ascii="Times New Roman" w:eastAsia="宋体" w:hAnsi="Times New Roman"/>
          <w:color w:val="808080"/>
          <w:sz w:val="20"/>
          <w:lang w:eastAsia="zh-CN"/>
        </w:rPr>
        <w:t>）是空间望远镜，不是地基望远镜。</w:t>
      </w:r>
    </w:p>
    <w:p w14:paraId="44427629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10.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</w:t>
      </w:r>
      <w:r>
        <w:rPr>
          <w:rFonts w:ascii="Times New Roman" w:eastAsia="宋体" w:hAnsi="Times New Roman"/>
          <w:color w:val="808080"/>
          <w:sz w:val="20"/>
          <w:lang w:eastAsia="zh-CN"/>
        </w:rPr>
        <w:t>M87</w:t>
      </w:r>
      <w:r>
        <w:rPr>
          <w:rFonts w:ascii="Times New Roman" w:eastAsia="宋体" w:hAnsi="Times New Roman"/>
          <w:color w:val="808080"/>
          <w:sz w:val="20"/>
          <w:lang w:eastAsia="zh-CN"/>
        </w:rPr>
        <w:t>位于室女座星系团中心，距离我们约</w:t>
      </w:r>
      <w:r>
        <w:rPr>
          <w:rFonts w:ascii="Times New Roman" w:eastAsia="宋体" w:hAnsi="Times New Roman"/>
          <w:color w:val="808080"/>
          <w:sz w:val="20"/>
          <w:lang w:eastAsia="zh-CN"/>
        </w:rPr>
        <w:t>5300</w:t>
      </w:r>
      <w:r>
        <w:rPr>
          <w:rFonts w:ascii="Times New Roman" w:eastAsia="宋体" w:hAnsi="Times New Roman"/>
          <w:color w:val="808080"/>
          <w:sz w:val="20"/>
          <w:lang w:eastAsia="zh-CN"/>
        </w:rPr>
        <w:t>万光年，是选项中距离最远的梅西叶天体。</w:t>
      </w:r>
    </w:p>
    <w:p w14:paraId="44BBD2C5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11.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D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</w:t>
      </w:r>
      <w:r>
        <w:rPr>
          <w:rFonts w:ascii="Times New Roman" w:eastAsia="宋体" w:hAnsi="Times New Roman"/>
          <w:color w:val="808080"/>
          <w:sz w:val="20"/>
          <w:lang w:eastAsia="zh-CN"/>
        </w:rPr>
        <w:t>2004 BL86</w:t>
      </w:r>
      <w:r>
        <w:rPr>
          <w:rFonts w:ascii="Times New Roman" w:eastAsia="宋体" w:hAnsi="Times New Roman"/>
          <w:color w:val="808080"/>
          <w:sz w:val="20"/>
          <w:lang w:eastAsia="zh-CN"/>
        </w:rPr>
        <w:t>于</w:t>
      </w:r>
      <w:r>
        <w:rPr>
          <w:rFonts w:ascii="Times New Roman" w:eastAsia="宋体" w:hAnsi="Times New Roman"/>
          <w:color w:val="808080"/>
          <w:sz w:val="20"/>
          <w:lang w:eastAsia="zh-CN"/>
        </w:rPr>
        <w:t>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1</w:t>
      </w:r>
      <w:r>
        <w:rPr>
          <w:rFonts w:ascii="Times New Roman" w:eastAsia="宋体" w:hAnsi="Times New Roman"/>
          <w:color w:val="808080"/>
          <w:sz w:val="20"/>
          <w:lang w:eastAsia="zh-CN"/>
        </w:rPr>
        <w:t>月</w:t>
      </w:r>
      <w:r>
        <w:rPr>
          <w:rFonts w:ascii="Times New Roman" w:eastAsia="宋体" w:hAnsi="Times New Roman"/>
          <w:color w:val="808080"/>
          <w:sz w:val="20"/>
          <w:lang w:eastAsia="zh-CN"/>
        </w:rPr>
        <w:t>26</w:t>
      </w:r>
      <w:r>
        <w:rPr>
          <w:rFonts w:ascii="Times New Roman" w:eastAsia="宋体" w:hAnsi="Times New Roman"/>
          <w:color w:val="808080"/>
          <w:sz w:val="20"/>
          <w:lang w:eastAsia="zh-CN"/>
        </w:rPr>
        <w:t>日以约</w:t>
      </w:r>
      <w:r>
        <w:rPr>
          <w:rFonts w:ascii="Times New Roman" w:eastAsia="宋体" w:hAnsi="Times New Roman"/>
          <w:color w:val="808080"/>
          <w:sz w:val="20"/>
          <w:lang w:eastAsia="zh-CN"/>
        </w:rPr>
        <w:t>120</w:t>
      </w:r>
      <w:r>
        <w:rPr>
          <w:rFonts w:ascii="Times New Roman" w:eastAsia="宋体" w:hAnsi="Times New Roman"/>
          <w:color w:val="808080"/>
          <w:sz w:val="20"/>
          <w:lang w:eastAsia="zh-CN"/>
        </w:rPr>
        <w:t>万千米的距离飞掠地球，雷达观测给出其直径约</w:t>
      </w:r>
      <w:r>
        <w:rPr>
          <w:rFonts w:ascii="Times New Roman" w:eastAsia="宋体" w:hAnsi="Times New Roman"/>
          <w:color w:val="808080"/>
          <w:sz w:val="20"/>
          <w:lang w:eastAsia="zh-CN"/>
        </w:rPr>
        <w:t>325</w:t>
      </w:r>
      <w:r>
        <w:rPr>
          <w:rFonts w:ascii="Times New Roman" w:eastAsia="宋体" w:hAnsi="Times New Roman"/>
          <w:color w:val="808080"/>
          <w:sz w:val="20"/>
          <w:lang w:eastAsia="zh-CN"/>
        </w:rPr>
        <w:t>米、卫星直径约</w:t>
      </w:r>
      <w:r>
        <w:rPr>
          <w:rFonts w:ascii="Times New Roman" w:eastAsia="宋体" w:hAnsi="Times New Roman"/>
          <w:color w:val="808080"/>
          <w:sz w:val="20"/>
          <w:lang w:eastAsia="zh-CN"/>
        </w:rPr>
        <w:t>70</w:t>
      </w:r>
      <w:r>
        <w:rPr>
          <w:rFonts w:ascii="Times New Roman" w:eastAsia="宋体" w:hAnsi="Times New Roman"/>
          <w:color w:val="808080"/>
          <w:sz w:val="20"/>
          <w:lang w:eastAsia="zh-CN"/>
        </w:rPr>
        <w:t>米。这么小的近地小行星竟带有卫星，此前极少被发现，故选</w:t>
      </w:r>
      <w:r>
        <w:rPr>
          <w:rFonts w:ascii="Times New Roman" w:eastAsia="宋体" w:hAnsi="Times New Roman"/>
          <w:color w:val="808080"/>
          <w:sz w:val="20"/>
          <w:lang w:eastAsia="zh-CN"/>
        </w:rPr>
        <w:t>D</w:t>
      </w:r>
      <w:r>
        <w:rPr>
          <w:rFonts w:ascii="Times New Roman" w:eastAsia="宋体" w:hAnsi="Times New Roman"/>
          <w:color w:val="808080"/>
          <w:sz w:val="20"/>
          <w:lang w:eastAsia="zh-CN"/>
        </w:rPr>
        <w:t>。</w:t>
      </w:r>
    </w:p>
    <w:p w14:paraId="74919B2B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12.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解析：火星冲日约每</w:t>
      </w:r>
      <w:r>
        <w:rPr>
          <w:rFonts w:ascii="Times New Roman" w:eastAsia="宋体" w:hAnsi="Times New Roman"/>
          <w:color w:val="808080"/>
          <w:sz w:val="20"/>
          <w:lang w:eastAsia="zh-CN"/>
        </w:rPr>
        <w:t>780</w:t>
      </w:r>
      <w:r>
        <w:rPr>
          <w:rFonts w:ascii="Times New Roman" w:eastAsia="宋体" w:hAnsi="Times New Roman"/>
          <w:color w:val="808080"/>
          <w:sz w:val="20"/>
          <w:lang w:eastAsia="zh-CN"/>
        </w:rPr>
        <w:t>天（</w:t>
      </w:r>
      <w:r>
        <w:rPr>
          <w:rFonts w:ascii="Times New Roman" w:eastAsia="宋体" w:hAnsi="Times New Roman"/>
          <w:color w:val="808080"/>
          <w:sz w:val="20"/>
          <w:lang w:eastAsia="zh-CN"/>
        </w:rPr>
        <w:t>2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2</w:t>
      </w:r>
      <w:r>
        <w:rPr>
          <w:rFonts w:ascii="Times New Roman" w:eastAsia="宋体" w:hAnsi="Times New Roman"/>
          <w:color w:val="808080"/>
          <w:sz w:val="20"/>
          <w:lang w:eastAsia="zh-CN"/>
        </w:rPr>
        <w:t>个月）发生一次：</w:t>
      </w:r>
      <w:r>
        <w:rPr>
          <w:rFonts w:ascii="Times New Roman" w:eastAsia="宋体" w:hAnsi="Times New Roman"/>
          <w:color w:val="808080"/>
          <w:sz w:val="20"/>
          <w:lang w:eastAsia="zh-CN"/>
        </w:rPr>
        <w:t>2003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8</w:t>
      </w:r>
      <w:r>
        <w:rPr>
          <w:rFonts w:ascii="Times New Roman" w:eastAsia="宋体" w:hAnsi="Times New Roman"/>
          <w:color w:val="808080"/>
          <w:sz w:val="20"/>
          <w:lang w:eastAsia="zh-CN"/>
        </w:rPr>
        <w:t>月、</w:t>
      </w:r>
      <w:r>
        <w:rPr>
          <w:rFonts w:ascii="Times New Roman" w:eastAsia="宋体" w:hAnsi="Times New Roman"/>
          <w:color w:val="808080"/>
          <w:sz w:val="20"/>
          <w:lang w:eastAsia="zh-CN"/>
        </w:rPr>
        <w:t>2005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11</w:t>
      </w:r>
      <w:r>
        <w:rPr>
          <w:rFonts w:ascii="Times New Roman" w:eastAsia="宋体" w:hAnsi="Times New Roman"/>
          <w:color w:val="808080"/>
          <w:sz w:val="20"/>
          <w:lang w:eastAsia="zh-CN"/>
        </w:rPr>
        <w:t>月、</w:t>
      </w:r>
      <w:r>
        <w:rPr>
          <w:rFonts w:ascii="Times New Roman" w:eastAsia="宋体" w:hAnsi="Times New Roman"/>
          <w:color w:val="808080"/>
          <w:sz w:val="20"/>
          <w:lang w:eastAsia="zh-CN"/>
        </w:rPr>
        <w:t>2007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12</w:t>
      </w:r>
      <w:r>
        <w:rPr>
          <w:rFonts w:ascii="Times New Roman" w:eastAsia="宋体" w:hAnsi="Times New Roman"/>
          <w:color w:val="808080"/>
          <w:sz w:val="20"/>
          <w:lang w:eastAsia="zh-CN"/>
        </w:rPr>
        <w:t>月、</w:t>
      </w:r>
      <w:r>
        <w:rPr>
          <w:rFonts w:ascii="Times New Roman" w:eastAsia="宋体" w:hAnsi="Times New Roman"/>
          <w:color w:val="808080"/>
          <w:sz w:val="20"/>
          <w:lang w:eastAsia="zh-CN"/>
        </w:rPr>
        <w:t>2010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1</w:t>
      </w:r>
      <w:r>
        <w:rPr>
          <w:rFonts w:ascii="Times New Roman" w:eastAsia="宋体" w:hAnsi="Times New Roman"/>
          <w:color w:val="808080"/>
          <w:sz w:val="20"/>
          <w:lang w:eastAsia="zh-CN"/>
        </w:rPr>
        <w:t>月、</w:t>
      </w:r>
      <w:r>
        <w:rPr>
          <w:rFonts w:ascii="Times New Roman" w:eastAsia="宋体" w:hAnsi="Times New Roman"/>
          <w:color w:val="808080"/>
          <w:sz w:val="20"/>
          <w:lang w:eastAsia="zh-CN"/>
        </w:rPr>
        <w:t>2012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3</w:t>
      </w:r>
      <w:r>
        <w:rPr>
          <w:rFonts w:ascii="Times New Roman" w:eastAsia="宋体" w:hAnsi="Times New Roman"/>
          <w:color w:val="808080"/>
          <w:sz w:val="20"/>
          <w:lang w:eastAsia="zh-CN"/>
        </w:rPr>
        <w:t>月、</w:t>
      </w:r>
      <w:r>
        <w:rPr>
          <w:rFonts w:ascii="Times New Roman" w:eastAsia="宋体" w:hAnsi="Times New Roman"/>
          <w:color w:val="808080"/>
          <w:sz w:val="20"/>
          <w:lang w:eastAsia="zh-CN"/>
        </w:rPr>
        <w:t>2014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4</w:t>
      </w:r>
      <w:r>
        <w:rPr>
          <w:rFonts w:ascii="Times New Roman" w:eastAsia="宋体" w:hAnsi="Times New Roman"/>
          <w:color w:val="808080"/>
          <w:sz w:val="20"/>
          <w:lang w:eastAsia="zh-CN"/>
        </w:rPr>
        <w:t>月、</w:t>
      </w:r>
      <w:r>
        <w:rPr>
          <w:rFonts w:ascii="Times New Roman" w:eastAsia="宋体" w:hAnsi="Times New Roman"/>
          <w:color w:val="808080"/>
          <w:sz w:val="20"/>
          <w:lang w:eastAsia="zh-CN"/>
        </w:rPr>
        <w:t>2016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5</w:t>
      </w:r>
      <w:r>
        <w:rPr>
          <w:rFonts w:ascii="Times New Roman" w:eastAsia="宋体" w:hAnsi="Times New Roman"/>
          <w:color w:val="808080"/>
          <w:sz w:val="20"/>
          <w:lang w:eastAsia="zh-CN"/>
        </w:rPr>
        <w:t>月、</w:t>
      </w:r>
      <w:r>
        <w:rPr>
          <w:rFonts w:ascii="Times New Roman" w:eastAsia="宋体" w:hAnsi="Times New Roman"/>
          <w:color w:val="808080"/>
          <w:sz w:val="20"/>
          <w:lang w:eastAsia="zh-CN"/>
        </w:rPr>
        <w:t>2018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7</w:t>
      </w:r>
      <w:r>
        <w:rPr>
          <w:rFonts w:ascii="Times New Roman" w:eastAsia="宋体" w:hAnsi="Times New Roman"/>
          <w:color w:val="808080"/>
          <w:sz w:val="20"/>
          <w:lang w:eastAsia="zh-CN"/>
        </w:rPr>
        <w:t>月，</w:t>
      </w:r>
      <w:r>
        <w:rPr>
          <w:rFonts w:ascii="Times New Roman" w:eastAsia="宋体" w:hAnsi="Times New Roman"/>
          <w:color w:val="808080"/>
          <w:sz w:val="20"/>
          <w:lang w:eastAsia="zh-CN"/>
        </w:rPr>
        <w:t>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年确实没有火星冲日，故选</w:t>
      </w:r>
      <w:r>
        <w:rPr>
          <w:rFonts w:ascii="Times New Roman" w:eastAsia="宋体" w:hAnsi="Times New Roman"/>
          <w:color w:val="808080"/>
          <w:sz w:val="2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>。</w:t>
      </w:r>
    </w:p>
    <w:p w14:paraId="10FAA507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13.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A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解析：菲莱登陆器于</w:t>
      </w:r>
      <w:r>
        <w:rPr>
          <w:rFonts w:ascii="Times New Roman" w:eastAsia="宋体" w:hAnsi="Times New Roman"/>
          <w:color w:val="808080"/>
          <w:sz w:val="20"/>
          <w:lang w:eastAsia="zh-CN"/>
        </w:rPr>
        <w:t>2014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11</w:t>
      </w:r>
      <w:r>
        <w:rPr>
          <w:rFonts w:ascii="Times New Roman" w:eastAsia="宋体" w:hAnsi="Times New Roman"/>
          <w:color w:val="808080"/>
          <w:sz w:val="20"/>
          <w:lang w:eastAsia="zh-CN"/>
        </w:rPr>
        <w:t>月与罗塞塔探测器分离并成功软着陆</w:t>
      </w:r>
      <w:r>
        <w:rPr>
          <w:rFonts w:ascii="Times New Roman" w:eastAsia="宋体" w:hAnsi="Times New Roman"/>
          <w:color w:val="808080"/>
          <w:sz w:val="20"/>
          <w:lang w:eastAsia="zh-CN"/>
        </w:rPr>
        <w:t>67P</w:t>
      </w:r>
      <w:r>
        <w:rPr>
          <w:rFonts w:ascii="Times New Roman" w:eastAsia="宋体" w:hAnsi="Times New Roman"/>
          <w:color w:val="808080"/>
          <w:sz w:val="20"/>
          <w:lang w:eastAsia="zh-CN"/>
        </w:rPr>
        <w:t>彗星表面。</w:t>
      </w:r>
    </w:p>
    <w:p w14:paraId="7A99C04D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14.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</w:t>
      </w:r>
      <w:r>
        <w:rPr>
          <w:rFonts w:ascii="Times New Roman" w:eastAsia="宋体" w:hAnsi="Times New Roman"/>
          <w:color w:val="808080"/>
          <w:sz w:val="20"/>
          <w:lang w:eastAsia="zh-CN"/>
        </w:rPr>
        <w:t>SN1054</w:t>
      </w:r>
      <w:r>
        <w:rPr>
          <w:rFonts w:ascii="Times New Roman" w:eastAsia="宋体" w:hAnsi="Times New Roman"/>
          <w:color w:val="808080"/>
          <w:sz w:val="20"/>
          <w:lang w:eastAsia="zh-CN"/>
        </w:rPr>
        <w:t>超新星爆发产生了蟹状星云（</w:t>
      </w:r>
      <w:r>
        <w:rPr>
          <w:rFonts w:ascii="Times New Roman" w:eastAsia="宋体" w:hAnsi="Times New Roman"/>
          <w:color w:val="808080"/>
          <w:sz w:val="20"/>
          <w:lang w:eastAsia="zh-CN"/>
        </w:rPr>
        <w:t>M1</w:t>
      </w:r>
      <w:r>
        <w:rPr>
          <w:rFonts w:ascii="Times New Roman" w:eastAsia="宋体" w:hAnsi="Times New Roman"/>
          <w:color w:val="808080"/>
          <w:sz w:val="20"/>
          <w:lang w:eastAsia="zh-CN"/>
        </w:rPr>
        <w:t>）。</w:t>
      </w:r>
    </w:p>
    <w:p w14:paraId="7773441A" w14:textId="77777777" w:rsidR="00421229" w:rsidRDefault="00000000">
      <w:pPr>
        <w:spacing w:before="60" w:after="60"/>
      </w:pPr>
      <w:r>
        <w:rPr>
          <w:rFonts w:ascii="Times New Roman" w:eastAsia="黑体" w:hAnsi="Times New Roman"/>
          <w:b/>
        </w:rPr>
        <w:t xml:space="preserve">15. </w:t>
      </w:r>
      <w:r>
        <w:rPr>
          <w:rFonts w:ascii="Times New Roman" w:eastAsia="宋体" w:hAnsi="Times New Roman"/>
          <w:b/>
          <w:color w:val="FF0000"/>
        </w:rPr>
        <w:t>答案：</w:t>
      </w:r>
      <w:r>
        <w:rPr>
          <w:rFonts w:ascii="Times New Roman" w:eastAsia="宋体" w:hAnsi="Times New Roman"/>
          <w:b/>
          <w:color w:val="FF0000"/>
        </w:rPr>
        <w:t>D</w:t>
      </w:r>
      <w:r>
        <w:rPr>
          <w:rFonts w:ascii="Times New Roman" w:eastAsia="宋体" w:hAnsi="Times New Roman"/>
          <w:color w:val="808080"/>
          <w:sz w:val="20"/>
        </w:rPr>
        <w:t xml:space="preserve">  </w:t>
      </w:r>
      <w:r>
        <w:rPr>
          <w:rFonts w:ascii="Times New Roman" w:eastAsia="宋体" w:hAnsi="Times New Roman"/>
          <w:color w:val="808080"/>
          <w:sz w:val="20"/>
        </w:rPr>
        <w:t>解析：智海（</w:t>
      </w:r>
      <w:r>
        <w:rPr>
          <w:rFonts w:ascii="Times New Roman" w:eastAsia="宋体" w:hAnsi="Times New Roman"/>
          <w:color w:val="808080"/>
          <w:sz w:val="20"/>
        </w:rPr>
        <w:t>Mare Nectaris</w:t>
      </w:r>
      <w:r>
        <w:rPr>
          <w:rFonts w:ascii="Times New Roman" w:eastAsia="宋体" w:hAnsi="Times New Roman"/>
          <w:color w:val="808080"/>
          <w:sz w:val="20"/>
        </w:rPr>
        <w:t>）位于月球背面。</w:t>
      </w:r>
    </w:p>
    <w:p w14:paraId="1C089CA6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16.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解析：开普勒空间望远镜专门用于搜寻太阳系外行星。</w:t>
      </w:r>
    </w:p>
    <w:p w14:paraId="116E41E2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17.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</w:t>
      </w:r>
      <w:r>
        <w:rPr>
          <w:rFonts w:ascii="Times New Roman" w:eastAsia="宋体" w:hAnsi="Times New Roman"/>
          <w:color w:val="808080"/>
          <w:sz w:val="20"/>
          <w:lang w:eastAsia="zh-CN"/>
        </w:rPr>
        <w:t>1h</w:t>
      </w:r>
      <w:r>
        <w:rPr>
          <w:rFonts w:ascii="Times New Roman" w:eastAsia="宋体" w:hAnsi="Times New Roman"/>
          <w:color w:val="808080"/>
          <w:sz w:val="20"/>
          <w:lang w:eastAsia="zh-CN"/>
        </w:rPr>
        <w:t>恒星时对应</w:t>
      </w:r>
      <w:r>
        <w:rPr>
          <w:rFonts w:ascii="Times New Roman" w:eastAsia="宋体" w:hAnsi="Times New Roman"/>
          <w:color w:val="808080"/>
          <w:sz w:val="20"/>
          <w:lang w:eastAsia="zh-CN"/>
        </w:rPr>
        <w:t>15°</w:t>
      </w:r>
      <w:r>
        <w:rPr>
          <w:rFonts w:ascii="Times New Roman" w:eastAsia="宋体" w:hAnsi="Times New Roman"/>
          <w:color w:val="808080"/>
          <w:sz w:val="20"/>
          <w:lang w:eastAsia="zh-CN"/>
        </w:rPr>
        <w:t>经度，</w:t>
      </w:r>
      <w:r>
        <w:rPr>
          <w:rFonts w:ascii="Times New Roman" w:eastAsia="宋体" w:hAnsi="Times New Roman"/>
          <w:color w:val="808080"/>
          <w:sz w:val="20"/>
          <w:lang w:eastAsia="zh-CN"/>
        </w:rPr>
        <w:t>2h45m = 2.75h × 15° = 41.25° = 41°15′</w:t>
      </w:r>
      <w:r>
        <w:rPr>
          <w:rFonts w:ascii="Times New Roman" w:eastAsia="宋体" w:hAnsi="Times New Roman"/>
          <w:color w:val="808080"/>
          <w:sz w:val="20"/>
          <w:lang w:eastAsia="zh-CN"/>
        </w:rPr>
        <w:t>。</w:t>
      </w:r>
    </w:p>
    <w:p w14:paraId="4DE229B5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lastRenderedPageBreak/>
        <w:t xml:space="preserve">18.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</w:t>
      </w:r>
      <w:r>
        <w:rPr>
          <w:rFonts w:ascii="Times New Roman" w:eastAsia="宋体" w:hAnsi="Times New Roman"/>
          <w:color w:val="808080"/>
          <w:sz w:val="20"/>
          <w:lang w:eastAsia="zh-CN"/>
        </w:rPr>
        <w:t>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2</w:t>
      </w:r>
      <w:r>
        <w:rPr>
          <w:rFonts w:ascii="Times New Roman" w:eastAsia="宋体" w:hAnsi="Times New Roman"/>
          <w:color w:val="808080"/>
          <w:sz w:val="20"/>
          <w:lang w:eastAsia="zh-CN"/>
        </w:rPr>
        <w:t>月</w:t>
      </w:r>
      <w:r>
        <w:rPr>
          <w:rFonts w:ascii="Times New Roman" w:eastAsia="宋体" w:hAnsi="Times New Roman"/>
          <w:color w:val="808080"/>
          <w:sz w:val="20"/>
          <w:lang w:eastAsia="zh-CN"/>
        </w:rPr>
        <w:t>6</w:t>
      </w:r>
      <w:r>
        <w:rPr>
          <w:rFonts w:ascii="Times New Roman" w:eastAsia="宋体" w:hAnsi="Times New Roman"/>
          <w:color w:val="808080"/>
          <w:sz w:val="20"/>
          <w:lang w:eastAsia="zh-CN"/>
        </w:rPr>
        <w:t>日木星冲日时位于狮子座，冲日前后正在逆行，整个</w:t>
      </w:r>
      <w:r>
        <w:rPr>
          <w:rFonts w:ascii="Times New Roman" w:eastAsia="宋体" w:hAnsi="Times New Roman"/>
          <w:color w:val="808080"/>
          <w:sz w:val="20"/>
          <w:lang w:eastAsia="zh-CN"/>
        </w:rPr>
        <w:t>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年春夏木星都在狮子座天区（黄经约</w:t>
      </w:r>
      <w:r>
        <w:rPr>
          <w:rFonts w:ascii="Times New Roman" w:eastAsia="宋体" w:hAnsi="Times New Roman"/>
          <w:color w:val="808080"/>
          <w:sz w:val="20"/>
          <w:lang w:eastAsia="zh-CN"/>
        </w:rPr>
        <w:t>135°</w:t>
      </w:r>
      <w:r>
        <w:rPr>
          <w:rFonts w:ascii="Times New Roman" w:eastAsia="宋体" w:hAnsi="Times New Roman"/>
          <w:color w:val="808080"/>
          <w:sz w:val="20"/>
          <w:lang w:eastAsia="zh-CN"/>
        </w:rPr>
        <w:t>～</w:t>
      </w:r>
      <w:r>
        <w:rPr>
          <w:rFonts w:ascii="Times New Roman" w:eastAsia="宋体" w:hAnsi="Times New Roman"/>
          <w:color w:val="808080"/>
          <w:sz w:val="20"/>
          <w:lang w:eastAsia="zh-CN"/>
        </w:rPr>
        <w:t>145°</w:t>
      </w:r>
      <w:r>
        <w:rPr>
          <w:rFonts w:ascii="Times New Roman" w:eastAsia="宋体" w:hAnsi="Times New Roman"/>
          <w:color w:val="808080"/>
          <w:sz w:val="20"/>
          <w:lang w:eastAsia="zh-CN"/>
        </w:rPr>
        <w:t>）；它经过巨蟹座是</w:t>
      </w:r>
      <w:r>
        <w:rPr>
          <w:rFonts w:ascii="Times New Roman" w:eastAsia="宋体" w:hAnsi="Times New Roman"/>
          <w:color w:val="808080"/>
          <w:sz w:val="20"/>
          <w:lang w:eastAsia="zh-CN"/>
        </w:rPr>
        <w:t>2014</w:t>
      </w:r>
      <w:r>
        <w:rPr>
          <w:rFonts w:ascii="Times New Roman" w:eastAsia="宋体" w:hAnsi="Times New Roman"/>
          <w:color w:val="808080"/>
          <w:sz w:val="20"/>
          <w:lang w:eastAsia="zh-CN"/>
        </w:rPr>
        <w:t>年上半年的事，故选</w:t>
      </w:r>
      <w:r>
        <w:rPr>
          <w:rFonts w:ascii="Times New Roman" w:eastAsia="宋体" w:hAnsi="Times New Roman"/>
          <w:color w:val="808080"/>
          <w:sz w:val="2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>。</w:t>
      </w:r>
    </w:p>
    <w:p w14:paraId="7866DDD7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19.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D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</w:t>
      </w:r>
      <w:r>
        <w:rPr>
          <w:rFonts w:ascii="Times New Roman" w:eastAsia="宋体" w:hAnsi="Times New Roman"/>
          <w:color w:val="808080"/>
          <w:sz w:val="20"/>
          <w:lang w:eastAsia="zh-CN"/>
        </w:rPr>
        <w:t>1</w:t>
      </w:r>
      <w:r>
        <w:rPr>
          <w:rFonts w:ascii="Times New Roman" w:eastAsia="宋体" w:hAnsi="Times New Roman"/>
          <w:color w:val="808080"/>
          <w:sz w:val="20"/>
          <w:lang w:eastAsia="zh-CN"/>
        </w:rPr>
        <w:t>个儒略世纪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= 36525</w:t>
      </w:r>
      <w:r>
        <w:rPr>
          <w:rFonts w:ascii="Times New Roman" w:eastAsia="宋体" w:hAnsi="Times New Roman"/>
          <w:color w:val="808080"/>
          <w:sz w:val="20"/>
          <w:lang w:eastAsia="zh-CN"/>
        </w:rPr>
        <w:t>天。</w:t>
      </w:r>
    </w:p>
    <w:p w14:paraId="1D598030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20.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解析：新视野号（</w:t>
      </w:r>
      <w:r>
        <w:rPr>
          <w:rFonts w:ascii="Times New Roman" w:eastAsia="宋体" w:hAnsi="Times New Roman"/>
          <w:color w:val="808080"/>
          <w:sz w:val="20"/>
          <w:lang w:eastAsia="zh-CN"/>
        </w:rPr>
        <w:t>New Horizons</w:t>
      </w:r>
      <w:r>
        <w:rPr>
          <w:rFonts w:ascii="Times New Roman" w:eastAsia="宋体" w:hAnsi="Times New Roman"/>
          <w:color w:val="808080"/>
          <w:sz w:val="20"/>
          <w:lang w:eastAsia="zh-CN"/>
        </w:rPr>
        <w:t>）经过</w:t>
      </w:r>
      <w:r>
        <w:rPr>
          <w:rFonts w:ascii="Times New Roman" w:eastAsia="宋体" w:hAnsi="Times New Roman"/>
          <w:color w:val="808080"/>
          <w:sz w:val="20"/>
          <w:lang w:eastAsia="zh-CN"/>
        </w:rPr>
        <w:t>9</w:t>
      </w:r>
      <w:r>
        <w:rPr>
          <w:rFonts w:ascii="Times New Roman" w:eastAsia="宋体" w:hAnsi="Times New Roman"/>
          <w:color w:val="808080"/>
          <w:sz w:val="20"/>
          <w:lang w:eastAsia="zh-CN"/>
        </w:rPr>
        <w:t>年多飞行于</w:t>
      </w:r>
      <w:r>
        <w:rPr>
          <w:rFonts w:ascii="Times New Roman" w:eastAsia="宋体" w:hAnsi="Times New Roman"/>
          <w:color w:val="808080"/>
          <w:sz w:val="20"/>
          <w:lang w:eastAsia="zh-CN"/>
        </w:rPr>
        <w:t>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年到达冥王星附近。</w:t>
      </w:r>
    </w:p>
    <w:p w14:paraId="0D976750" w14:textId="77777777" w:rsidR="00421229" w:rsidRDefault="00000000">
      <w:pPr>
        <w:spacing w:before="80" w:after="8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21. </w:t>
      </w:r>
      <w:r>
        <w:rPr>
          <w:rFonts w:ascii="Times New Roman" w:eastAsia="宋体" w:hAnsi="Times New Roman"/>
          <w:b/>
          <w:color w:val="FF0000"/>
          <w:lang w:eastAsia="zh-CN"/>
        </w:rPr>
        <w:t>【本题作废】</w:t>
      </w:r>
    </w:p>
    <w:p w14:paraId="0463328C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22.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解析：嫦娥五号是无人月面取样返回探测器，当年计划</w:t>
      </w:r>
      <w:r>
        <w:rPr>
          <w:rFonts w:ascii="Times New Roman" w:eastAsia="宋体" w:hAnsi="Times New Roman"/>
          <w:color w:val="808080"/>
          <w:sz w:val="20"/>
          <w:lang w:eastAsia="zh-CN"/>
        </w:rPr>
        <w:t>2017</w:t>
      </w:r>
      <w:r>
        <w:rPr>
          <w:rFonts w:ascii="Times New Roman" w:eastAsia="宋体" w:hAnsi="Times New Roman"/>
          <w:color w:val="808080"/>
          <w:sz w:val="20"/>
          <w:lang w:eastAsia="zh-CN"/>
        </w:rPr>
        <w:t>年前后发射，实际于</w:t>
      </w:r>
      <w:r>
        <w:rPr>
          <w:rFonts w:ascii="Times New Roman" w:eastAsia="宋体" w:hAnsi="Times New Roman"/>
          <w:color w:val="808080"/>
          <w:sz w:val="20"/>
          <w:lang w:eastAsia="zh-CN"/>
        </w:rPr>
        <w:t>2020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11</w:t>
      </w:r>
      <w:r>
        <w:rPr>
          <w:rFonts w:ascii="Times New Roman" w:eastAsia="宋体" w:hAnsi="Times New Roman"/>
          <w:color w:val="808080"/>
          <w:sz w:val="20"/>
          <w:lang w:eastAsia="zh-CN"/>
        </w:rPr>
        <w:t>月</w:t>
      </w:r>
      <w:r>
        <w:rPr>
          <w:rFonts w:ascii="Times New Roman" w:eastAsia="宋体" w:hAnsi="Times New Roman"/>
          <w:color w:val="808080"/>
          <w:sz w:val="20"/>
          <w:lang w:eastAsia="zh-CN"/>
        </w:rPr>
        <w:t>24</w:t>
      </w:r>
      <w:r>
        <w:rPr>
          <w:rFonts w:ascii="Times New Roman" w:eastAsia="宋体" w:hAnsi="Times New Roman"/>
          <w:color w:val="808080"/>
          <w:sz w:val="20"/>
          <w:lang w:eastAsia="zh-CN"/>
        </w:rPr>
        <w:t>日升空、</w:t>
      </w:r>
      <w:r>
        <w:rPr>
          <w:rFonts w:ascii="Times New Roman" w:eastAsia="宋体" w:hAnsi="Times New Roman"/>
          <w:color w:val="808080"/>
          <w:sz w:val="20"/>
          <w:lang w:eastAsia="zh-CN"/>
        </w:rPr>
        <w:t>12</w:t>
      </w:r>
      <w:r>
        <w:rPr>
          <w:rFonts w:ascii="Times New Roman" w:eastAsia="宋体" w:hAnsi="Times New Roman"/>
          <w:color w:val="808080"/>
          <w:sz w:val="20"/>
          <w:lang w:eastAsia="zh-CN"/>
        </w:rPr>
        <w:t>月带回</w:t>
      </w:r>
      <w:r>
        <w:rPr>
          <w:rFonts w:ascii="Times New Roman" w:eastAsia="宋体" w:hAnsi="Times New Roman"/>
          <w:color w:val="808080"/>
          <w:sz w:val="20"/>
          <w:lang w:eastAsia="zh-CN"/>
        </w:rPr>
        <w:t>1731</w:t>
      </w:r>
      <w:r>
        <w:rPr>
          <w:rFonts w:ascii="Times New Roman" w:eastAsia="宋体" w:hAnsi="Times New Roman"/>
          <w:color w:val="808080"/>
          <w:sz w:val="20"/>
          <w:lang w:eastAsia="zh-CN"/>
        </w:rPr>
        <w:t>克月壤；嫦娥三号、四号都是着陆巡视任务，不具备返回能力，故选</w:t>
      </w:r>
      <w:r>
        <w:rPr>
          <w:rFonts w:ascii="Times New Roman" w:eastAsia="宋体" w:hAnsi="Times New Roman"/>
          <w:color w:val="808080"/>
          <w:sz w:val="2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>。</w:t>
      </w:r>
    </w:p>
    <w:p w14:paraId="6C96C719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23.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解析：柯伊伯带共振带主要由与海王星有共振关系的天体组成。</w:t>
      </w:r>
    </w:p>
    <w:p w14:paraId="6F610AA8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24.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解析：闰秒加在</w:t>
      </w:r>
      <w:r>
        <w:rPr>
          <w:rFonts w:ascii="Times New Roman" w:eastAsia="宋体" w:hAnsi="Times New Roman"/>
          <w:color w:val="808080"/>
          <w:sz w:val="20"/>
          <w:lang w:eastAsia="zh-CN"/>
        </w:rPr>
        <w:t>UTC 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6</w:t>
      </w:r>
      <w:r>
        <w:rPr>
          <w:rFonts w:ascii="Times New Roman" w:eastAsia="宋体" w:hAnsi="Times New Roman"/>
          <w:color w:val="808080"/>
          <w:sz w:val="20"/>
          <w:lang w:eastAsia="zh-CN"/>
        </w:rPr>
        <w:t>月</w:t>
      </w:r>
      <w:r>
        <w:rPr>
          <w:rFonts w:ascii="Times New Roman" w:eastAsia="宋体" w:hAnsi="Times New Roman"/>
          <w:color w:val="808080"/>
          <w:sz w:val="20"/>
          <w:lang w:eastAsia="zh-CN"/>
        </w:rPr>
        <w:t>30</w:t>
      </w:r>
      <w:r>
        <w:rPr>
          <w:rFonts w:ascii="Times New Roman" w:eastAsia="宋体" w:hAnsi="Times New Roman"/>
          <w:color w:val="808080"/>
          <w:sz w:val="20"/>
          <w:lang w:eastAsia="zh-CN"/>
        </w:rPr>
        <w:t>日</w:t>
      </w:r>
      <w:r>
        <w:rPr>
          <w:rFonts w:ascii="Times New Roman" w:eastAsia="宋体" w:hAnsi="Times New Roman"/>
          <w:color w:val="808080"/>
          <w:sz w:val="20"/>
          <w:lang w:eastAsia="zh-CN"/>
        </w:rPr>
        <w:t>23</w:t>
      </w:r>
      <w:r>
        <w:rPr>
          <w:rFonts w:ascii="Times New Roman" w:eastAsia="宋体" w:hAnsi="Times New Roman"/>
          <w:color w:val="808080"/>
          <w:sz w:val="20"/>
          <w:lang w:eastAsia="zh-CN"/>
        </w:rPr>
        <w:t>时</w:t>
      </w:r>
      <w:r>
        <w:rPr>
          <w:rFonts w:ascii="Times New Roman" w:eastAsia="宋体" w:hAnsi="Times New Roman"/>
          <w:color w:val="808080"/>
          <w:sz w:val="20"/>
          <w:lang w:eastAsia="zh-CN"/>
        </w:rPr>
        <w:t>59</w:t>
      </w:r>
      <w:r>
        <w:rPr>
          <w:rFonts w:ascii="Times New Roman" w:eastAsia="宋体" w:hAnsi="Times New Roman"/>
          <w:color w:val="808080"/>
          <w:sz w:val="20"/>
          <w:lang w:eastAsia="zh-CN"/>
        </w:rPr>
        <w:t>分</w:t>
      </w:r>
      <w:r>
        <w:rPr>
          <w:rFonts w:ascii="Times New Roman" w:eastAsia="宋体" w:hAnsi="Times New Roman"/>
          <w:color w:val="808080"/>
          <w:sz w:val="20"/>
          <w:lang w:eastAsia="zh-CN"/>
        </w:rPr>
        <w:t>60</w:t>
      </w:r>
      <w:r>
        <w:rPr>
          <w:rFonts w:ascii="Times New Roman" w:eastAsia="宋体" w:hAnsi="Times New Roman"/>
          <w:color w:val="808080"/>
          <w:sz w:val="20"/>
          <w:lang w:eastAsia="zh-CN"/>
        </w:rPr>
        <w:t>秒，换算成北京时间正是</w:t>
      </w:r>
      <w:r>
        <w:rPr>
          <w:rFonts w:ascii="Times New Roman" w:eastAsia="宋体" w:hAnsi="Times New Roman"/>
          <w:color w:val="808080"/>
          <w:sz w:val="20"/>
          <w:lang w:eastAsia="zh-CN"/>
        </w:rPr>
        <w:t>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7</w:t>
      </w:r>
      <w:r>
        <w:rPr>
          <w:rFonts w:ascii="Times New Roman" w:eastAsia="宋体" w:hAnsi="Times New Roman"/>
          <w:color w:val="808080"/>
          <w:sz w:val="20"/>
          <w:lang w:eastAsia="zh-CN"/>
        </w:rPr>
        <w:t>月</w:t>
      </w:r>
      <w:r>
        <w:rPr>
          <w:rFonts w:ascii="Times New Roman" w:eastAsia="宋体" w:hAnsi="Times New Roman"/>
          <w:color w:val="808080"/>
          <w:sz w:val="20"/>
          <w:lang w:eastAsia="zh-CN"/>
        </w:rPr>
        <w:t>1</w:t>
      </w:r>
      <w:r>
        <w:rPr>
          <w:rFonts w:ascii="Times New Roman" w:eastAsia="宋体" w:hAnsi="Times New Roman"/>
          <w:color w:val="808080"/>
          <w:sz w:val="20"/>
          <w:lang w:eastAsia="zh-CN"/>
        </w:rPr>
        <w:t>日</w:t>
      </w:r>
      <w:r>
        <w:rPr>
          <w:rFonts w:ascii="Times New Roman" w:eastAsia="宋体" w:hAnsi="Times New Roman"/>
          <w:color w:val="808080"/>
          <w:sz w:val="20"/>
          <w:lang w:eastAsia="zh-CN"/>
        </w:rPr>
        <w:t>7</w:t>
      </w:r>
      <w:r>
        <w:rPr>
          <w:rFonts w:ascii="Times New Roman" w:eastAsia="宋体" w:hAnsi="Times New Roman"/>
          <w:color w:val="808080"/>
          <w:sz w:val="20"/>
          <w:lang w:eastAsia="zh-CN"/>
        </w:rPr>
        <w:t>时</w:t>
      </w:r>
      <w:r>
        <w:rPr>
          <w:rFonts w:ascii="Times New Roman" w:eastAsia="宋体" w:hAnsi="Times New Roman"/>
          <w:color w:val="808080"/>
          <w:sz w:val="20"/>
          <w:lang w:eastAsia="zh-CN"/>
        </w:rPr>
        <w:t>59</w:t>
      </w:r>
      <w:r>
        <w:rPr>
          <w:rFonts w:ascii="Times New Roman" w:eastAsia="宋体" w:hAnsi="Times New Roman"/>
          <w:color w:val="808080"/>
          <w:sz w:val="20"/>
          <w:lang w:eastAsia="zh-CN"/>
        </w:rPr>
        <w:t>分</w:t>
      </w:r>
      <w:r>
        <w:rPr>
          <w:rFonts w:ascii="Times New Roman" w:eastAsia="宋体" w:hAnsi="Times New Roman"/>
          <w:color w:val="808080"/>
          <w:sz w:val="20"/>
          <w:lang w:eastAsia="zh-CN"/>
        </w:rPr>
        <w:t>60</w:t>
      </w:r>
      <w:r>
        <w:rPr>
          <w:rFonts w:ascii="Times New Roman" w:eastAsia="宋体" w:hAnsi="Times New Roman"/>
          <w:color w:val="808080"/>
          <w:sz w:val="20"/>
          <w:lang w:eastAsia="zh-CN"/>
        </w:rPr>
        <w:t>秒，故选</w:t>
      </w:r>
      <w:r>
        <w:rPr>
          <w:rFonts w:ascii="Times New Roman" w:eastAsia="宋体" w:hAnsi="Times New Roman"/>
          <w:color w:val="808080"/>
          <w:sz w:val="2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>。</w:t>
      </w:r>
    </w:p>
    <w:p w14:paraId="78E2C38B" w14:textId="77777777" w:rsidR="00421229" w:rsidRDefault="00000000">
      <w:pPr>
        <w:spacing w:before="60" w:after="60"/>
      </w:pPr>
      <w:r>
        <w:rPr>
          <w:rFonts w:ascii="Times New Roman" w:eastAsia="黑体" w:hAnsi="Times New Roman"/>
          <w:b/>
        </w:rPr>
        <w:t xml:space="preserve">25. </w:t>
      </w:r>
      <w:r>
        <w:rPr>
          <w:rFonts w:ascii="Times New Roman" w:eastAsia="宋体" w:hAnsi="Times New Roman"/>
          <w:b/>
          <w:color w:val="FF0000"/>
        </w:rPr>
        <w:t>答案：</w:t>
      </w:r>
      <w:r>
        <w:rPr>
          <w:rFonts w:ascii="Times New Roman" w:eastAsia="宋体" w:hAnsi="Times New Roman"/>
          <w:b/>
          <w:color w:val="FF0000"/>
        </w:rPr>
        <w:t>B</w:t>
      </w:r>
      <w:r>
        <w:rPr>
          <w:rFonts w:ascii="Times New Roman" w:eastAsia="宋体" w:hAnsi="Times New Roman"/>
          <w:color w:val="808080"/>
          <w:sz w:val="20"/>
        </w:rPr>
        <w:t xml:space="preserve">  </w:t>
      </w:r>
      <w:r>
        <w:rPr>
          <w:rFonts w:ascii="Times New Roman" w:eastAsia="宋体" w:hAnsi="Times New Roman"/>
          <w:color w:val="808080"/>
          <w:sz w:val="20"/>
        </w:rPr>
        <w:t>解析：</w:t>
      </w:r>
      <w:r>
        <w:rPr>
          <w:rFonts w:ascii="Times New Roman" w:eastAsia="宋体" w:hAnsi="Times New Roman"/>
          <w:color w:val="808080"/>
          <w:sz w:val="20"/>
        </w:rPr>
        <w:t>30</w:t>
      </w:r>
      <w:r>
        <w:rPr>
          <w:rFonts w:ascii="Times New Roman" w:eastAsia="宋体" w:hAnsi="Times New Roman"/>
          <w:color w:val="808080"/>
          <w:sz w:val="20"/>
        </w:rPr>
        <w:t>米望远镜英文缩写为</w:t>
      </w:r>
      <w:r>
        <w:rPr>
          <w:rFonts w:ascii="Times New Roman" w:eastAsia="宋体" w:hAnsi="Times New Roman"/>
          <w:color w:val="808080"/>
          <w:sz w:val="20"/>
        </w:rPr>
        <w:t>TMT</w:t>
      </w:r>
      <w:r>
        <w:rPr>
          <w:rFonts w:ascii="Times New Roman" w:eastAsia="宋体" w:hAnsi="Times New Roman"/>
          <w:color w:val="808080"/>
          <w:sz w:val="20"/>
        </w:rPr>
        <w:t>（</w:t>
      </w:r>
      <w:r>
        <w:rPr>
          <w:rFonts w:ascii="Times New Roman" w:eastAsia="宋体" w:hAnsi="Times New Roman"/>
          <w:color w:val="808080"/>
          <w:sz w:val="20"/>
        </w:rPr>
        <w:t>Thirty Meter Telescope</w:t>
      </w:r>
      <w:r>
        <w:rPr>
          <w:rFonts w:ascii="Times New Roman" w:eastAsia="宋体" w:hAnsi="Times New Roman"/>
          <w:color w:val="808080"/>
          <w:sz w:val="20"/>
        </w:rPr>
        <w:t>）。</w:t>
      </w:r>
    </w:p>
    <w:p w14:paraId="2E7496B8" w14:textId="77777777" w:rsidR="00421229" w:rsidRDefault="00000000">
      <w:pPr>
        <w:spacing w:before="60" w:after="60"/>
      </w:pPr>
      <w:r>
        <w:rPr>
          <w:rFonts w:ascii="Times New Roman" w:eastAsia="黑体" w:hAnsi="Times New Roman"/>
          <w:b/>
        </w:rPr>
        <w:t xml:space="preserve">26. </w:t>
      </w:r>
      <w:r>
        <w:rPr>
          <w:rFonts w:ascii="Times New Roman" w:eastAsia="宋体" w:hAnsi="Times New Roman"/>
          <w:b/>
          <w:color w:val="FF0000"/>
        </w:rPr>
        <w:t>答案：</w:t>
      </w:r>
      <w:r>
        <w:rPr>
          <w:rFonts w:ascii="Times New Roman" w:eastAsia="宋体" w:hAnsi="Times New Roman"/>
          <w:b/>
          <w:color w:val="FF0000"/>
        </w:rPr>
        <w:t>A</w:t>
      </w:r>
      <w:r>
        <w:rPr>
          <w:rFonts w:ascii="Times New Roman" w:eastAsia="宋体" w:hAnsi="Times New Roman"/>
          <w:color w:val="808080"/>
          <w:sz w:val="20"/>
        </w:rPr>
        <w:t xml:space="preserve">  </w:t>
      </w:r>
      <w:r>
        <w:rPr>
          <w:rFonts w:ascii="Times New Roman" w:eastAsia="宋体" w:hAnsi="Times New Roman"/>
          <w:color w:val="808080"/>
          <w:sz w:val="20"/>
        </w:rPr>
        <w:t>解析：联合国教科文组织宣布</w:t>
      </w:r>
      <w:r>
        <w:rPr>
          <w:rFonts w:ascii="Times New Roman" w:eastAsia="宋体" w:hAnsi="Times New Roman"/>
          <w:color w:val="808080"/>
          <w:sz w:val="20"/>
        </w:rPr>
        <w:t>2015</w:t>
      </w:r>
      <w:r>
        <w:rPr>
          <w:rFonts w:ascii="Times New Roman" w:eastAsia="宋体" w:hAnsi="Times New Roman"/>
          <w:color w:val="808080"/>
          <w:sz w:val="20"/>
        </w:rPr>
        <w:t>年为国际光年（</w:t>
      </w:r>
      <w:r>
        <w:rPr>
          <w:rFonts w:ascii="Times New Roman" w:eastAsia="宋体" w:hAnsi="Times New Roman"/>
          <w:color w:val="808080"/>
          <w:sz w:val="20"/>
        </w:rPr>
        <w:t>International Year of Light</w:t>
      </w:r>
      <w:r>
        <w:rPr>
          <w:rFonts w:ascii="Times New Roman" w:eastAsia="宋体" w:hAnsi="Times New Roman"/>
          <w:color w:val="808080"/>
          <w:sz w:val="20"/>
        </w:rPr>
        <w:t>）。</w:t>
      </w:r>
    </w:p>
    <w:p w14:paraId="49C6E7FC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27.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解析：我国在冰穹</w:t>
      </w:r>
      <w:r>
        <w:rPr>
          <w:rFonts w:ascii="Times New Roman" w:eastAsia="宋体" w:hAnsi="Times New Roman"/>
          <w:color w:val="808080"/>
          <w:sz w:val="20"/>
          <w:lang w:eastAsia="zh-CN"/>
        </w:rPr>
        <w:t>A</w:t>
      </w:r>
      <w:r>
        <w:rPr>
          <w:rFonts w:ascii="Times New Roman" w:eastAsia="宋体" w:hAnsi="Times New Roman"/>
          <w:color w:val="808080"/>
          <w:sz w:val="20"/>
          <w:lang w:eastAsia="zh-CN"/>
        </w:rPr>
        <w:t>先后布放的是</w:t>
      </w:r>
      <w:r>
        <w:rPr>
          <w:rFonts w:ascii="Times New Roman" w:eastAsia="宋体" w:hAnsi="Times New Roman"/>
          <w:color w:val="808080"/>
          <w:sz w:val="20"/>
          <w:lang w:eastAsia="zh-CN"/>
        </w:rPr>
        <w:t>2008</w:t>
      </w:r>
      <w:r>
        <w:rPr>
          <w:rFonts w:ascii="Times New Roman" w:eastAsia="宋体" w:hAnsi="Times New Roman"/>
          <w:color w:val="808080"/>
          <w:sz w:val="20"/>
          <w:lang w:eastAsia="zh-CN"/>
        </w:rPr>
        <w:t>年的</w:t>
      </w:r>
      <w:r>
        <w:rPr>
          <w:rFonts w:ascii="Times New Roman" w:eastAsia="宋体" w:hAnsi="Times New Roman"/>
          <w:color w:val="808080"/>
          <w:sz w:val="20"/>
          <w:lang w:eastAsia="zh-CN"/>
        </w:rPr>
        <w:t>CSTAR</w:t>
      </w:r>
      <w:r>
        <w:rPr>
          <w:rFonts w:ascii="Times New Roman" w:eastAsia="宋体" w:hAnsi="Times New Roman"/>
          <w:color w:val="808080"/>
          <w:sz w:val="20"/>
          <w:lang w:eastAsia="zh-CN"/>
        </w:rPr>
        <w:t>和</w:t>
      </w:r>
      <w:r>
        <w:rPr>
          <w:rFonts w:ascii="Times New Roman" w:eastAsia="宋体" w:hAnsi="Times New Roman"/>
          <w:color w:val="808080"/>
          <w:sz w:val="20"/>
          <w:lang w:eastAsia="zh-CN"/>
        </w:rPr>
        <w:t>2012</w:t>
      </w:r>
      <w:r>
        <w:rPr>
          <w:rFonts w:ascii="Times New Roman" w:eastAsia="宋体" w:hAnsi="Times New Roman"/>
          <w:color w:val="808080"/>
          <w:sz w:val="20"/>
          <w:lang w:eastAsia="zh-CN"/>
        </w:rPr>
        <w:t>年的</w:t>
      </w:r>
      <w:r>
        <w:rPr>
          <w:rFonts w:ascii="Times New Roman" w:eastAsia="宋体" w:hAnsi="Times New Roman"/>
          <w:color w:val="808080"/>
          <w:sz w:val="20"/>
          <w:lang w:eastAsia="zh-CN"/>
        </w:rPr>
        <w:t>AST3-1</w:t>
      </w:r>
      <w:r>
        <w:rPr>
          <w:rFonts w:ascii="Times New Roman" w:eastAsia="宋体" w:hAnsi="Times New Roman"/>
          <w:color w:val="808080"/>
          <w:sz w:val="20"/>
          <w:lang w:eastAsia="zh-CN"/>
        </w:rPr>
        <w:t>，</w:t>
      </w:r>
      <w:r>
        <w:rPr>
          <w:rFonts w:ascii="Times New Roman" w:eastAsia="宋体" w:hAnsi="Times New Roman"/>
          <w:color w:val="808080"/>
          <w:sz w:val="20"/>
          <w:lang w:eastAsia="zh-CN"/>
        </w:rPr>
        <w:t>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2</w:t>
      </w:r>
      <w:r>
        <w:rPr>
          <w:rFonts w:ascii="Times New Roman" w:eastAsia="宋体" w:hAnsi="Times New Roman"/>
          <w:color w:val="808080"/>
          <w:sz w:val="20"/>
          <w:lang w:eastAsia="zh-CN"/>
        </w:rPr>
        <w:t>月在昆仑站安装的</w:t>
      </w:r>
      <w:r>
        <w:rPr>
          <w:rFonts w:ascii="Times New Roman" w:eastAsia="宋体" w:hAnsi="Times New Roman"/>
          <w:color w:val="808080"/>
          <w:sz w:val="20"/>
          <w:lang w:eastAsia="zh-CN"/>
        </w:rPr>
        <w:t>AST3-2</w:t>
      </w:r>
      <w:r>
        <w:rPr>
          <w:rFonts w:ascii="Times New Roman" w:eastAsia="宋体" w:hAnsi="Times New Roman"/>
          <w:color w:val="808080"/>
          <w:sz w:val="20"/>
          <w:lang w:eastAsia="zh-CN"/>
        </w:rPr>
        <w:t>是第三台而非第四台，故</w:t>
      </w:r>
      <w:r>
        <w:rPr>
          <w:rFonts w:ascii="Times New Roman" w:eastAsia="宋体" w:hAnsi="Times New Roman"/>
          <w:color w:val="808080"/>
          <w:sz w:val="2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>错误。</w:t>
      </w:r>
      <w:r>
        <w:rPr>
          <w:rFonts w:ascii="Times New Roman" w:eastAsia="宋体" w:hAnsi="Times New Roman"/>
          <w:color w:val="808080"/>
          <w:sz w:val="20"/>
          <w:lang w:eastAsia="zh-CN"/>
        </w:rPr>
        <w:t>A</w:t>
      </w:r>
      <w:r>
        <w:rPr>
          <w:rFonts w:ascii="Times New Roman" w:eastAsia="宋体" w:hAnsi="Times New Roman"/>
          <w:color w:val="808080"/>
          <w:sz w:val="20"/>
          <w:lang w:eastAsia="zh-CN"/>
        </w:rPr>
        <w:t>中</w:t>
      </w:r>
      <w:r>
        <w:rPr>
          <w:rFonts w:ascii="Times New Roman" w:eastAsia="宋体" w:hAnsi="Times New Roman"/>
          <w:color w:val="808080"/>
          <w:sz w:val="20"/>
          <w:lang w:eastAsia="zh-CN"/>
        </w:rPr>
        <w:t>FAST</w:t>
      </w:r>
      <w:r>
        <w:rPr>
          <w:rFonts w:ascii="Times New Roman" w:eastAsia="宋体" w:hAnsi="Times New Roman"/>
          <w:color w:val="808080"/>
          <w:sz w:val="20"/>
          <w:lang w:eastAsia="zh-CN"/>
        </w:rPr>
        <w:t>索网已于</w:t>
      </w:r>
      <w:r>
        <w:rPr>
          <w:rFonts w:ascii="Times New Roman" w:eastAsia="宋体" w:hAnsi="Times New Roman"/>
          <w:color w:val="808080"/>
          <w:sz w:val="20"/>
          <w:lang w:eastAsia="zh-CN"/>
        </w:rPr>
        <w:t>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年初完成制造与安装，</w:t>
      </w:r>
      <w:r>
        <w:rPr>
          <w:rFonts w:ascii="Times New Roman" w:eastAsia="宋体" w:hAnsi="Times New Roman"/>
          <w:color w:val="808080"/>
          <w:sz w:val="2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>中风暴洋（</w:t>
      </w:r>
      <w:r>
        <w:rPr>
          <w:rFonts w:ascii="Times New Roman" w:eastAsia="宋体" w:hAnsi="Times New Roman"/>
          <w:color w:val="808080"/>
          <w:sz w:val="20"/>
          <w:lang w:eastAsia="zh-CN"/>
        </w:rPr>
        <w:t>Oceanus Procellarum</w:t>
      </w:r>
      <w:r>
        <w:rPr>
          <w:rFonts w:ascii="Times New Roman" w:eastAsia="宋体" w:hAnsi="Times New Roman"/>
          <w:color w:val="808080"/>
          <w:sz w:val="20"/>
          <w:lang w:eastAsia="zh-CN"/>
        </w:rPr>
        <w:t>）边缘存在巨型古老裂谷系统，是</w:t>
      </w:r>
      <w:r>
        <w:rPr>
          <w:rFonts w:ascii="Times New Roman" w:eastAsia="宋体" w:hAnsi="Times New Roman"/>
          <w:color w:val="808080"/>
          <w:sz w:val="20"/>
          <w:lang w:eastAsia="zh-CN"/>
        </w:rPr>
        <w:t>2014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GRAIL</w:t>
      </w:r>
      <w:r>
        <w:rPr>
          <w:rFonts w:ascii="Times New Roman" w:eastAsia="宋体" w:hAnsi="Times New Roman"/>
          <w:color w:val="808080"/>
          <w:sz w:val="20"/>
          <w:lang w:eastAsia="zh-CN"/>
        </w:rPr>
        <w:t>重力场研究提出的认识，</w:t>
      </w:r>
      <w:r>
        <w:rPr>
          <w:rFonts w:ascii="Times New Roman" w:eastAsia="宋体" w:hAnsi="Times New Roman"/>
          <w:color w:val="808080"/>
          <w:sz w:val="20"/>
          <w:lang w:eastAsia="zh-CN"/>
        </w:rPr>
        <w:t>D</w:t>
      </w:r>
      <w:r>
        <w:rPr>
          <w:rFonts w:ascii="Times New Roman" w:eastAsia="宋体" w:hAnsi="Times New Roman"/>
          <w:color w:val="808080"/>
          <w:sz w:val="20"/>
          <w:lang w:eastAsia="zh-CN"/>
        </w:rPr>
        <w:t>中大红斑持续缩小也已被长期观测证实，三者均正确。</w:t>
      </w:r>
    </w:p>
    <w:p w14:paraId="6EBE91E6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28.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D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解析：猎户座腰带三星在地方时</w:t>
      </w:r>
      <w:r>
        <w:rPr>
          <w:rFonts w:ascii="Times New Roman" w:eastAsia="宋体" w:hAnsi="Times New Roman"/>
          <w:color w:val="808080"/>
          <w:sz w:val="20"/>
          <w:lang w:eastAsia="zh-CN"/>
        </w:rPr>
        <w:t>23</w:t>
      </w:r>
      <w:r>
        <w:rPr>
          <w:rFonts w:ascii="Times New Roman" w:eastAsia="宋体" w:hAnsi="Times New Roman"/>
          <w:color w:val="808080"/>
          <w:sz w:val="20"/>
          <w:lang w:eastAsia="zh-CN"/>
        </w:rPr>
        <w:t>时左右位于地平线附近，适合观测拍摄。</w:t>
      </w:r>
    </w:p>
    <w:p w14:paraId="1FF01F37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29.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C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</w:t>
      </w:r>
      <w:r>
        <w:rPr>
          <w:rFonts w:ascii="Times New Roman" w:eastAsia="宋体" w:hAnsi="Times New Roman"/>
          <w:color w:val="808080"/>
          <w:sz w:val="20"/>
          <w:lang w:eastAsia="zh-CN"/>
        </w:rPr>
        <w:t>C/2014Q2 Lovejoy</w:t>
      </w:r>
      <w:r>
        <w:rPr>
          <w:rFonts w:ascii="Times New Roman" w:eastAsia="宋体" w:hAnsi="Times New Roman"/>
          <w:color w:val="808080"/>
          <w:sz w:val="20"/>
          <w:lang w:eastAsia="zh-CN"/>
        </w:rPr>
        <w:t>彗星于</w:t>
      </w:r>
      <w:r>
        <w:rPr>
          <w:rFonts w:ascii="Times New Roman" w:eastAsia="宋体" w:hAnsi="Times New Roman"/>
          <w:color w:val="808080"/>
          <w:sz w:val="20"/>
          <w:lang w:eastAsia="zh-CN"/>
        </w:rPr>
        <w:t>2015</w:t>
      </w:r>
      <w:r>
        <w:rPr>
          <w:rFonts w:ascii="Times New Roman" w:eastAsia="宋体" w:hAnsi="Times New Roman"/>
          <w:color w:val="808080"/>
          <w:sz w:val="20"/>
          <w:lang w:eastAsia="zh-CN"/>
        </w:rPr>
        <w:t>年</w:t>
      </w:r>
      <w:r>
        <w:rPr>
          <w:rFonts w:ascii="Times New Roman" w:eastAsia="宋体" w:hAnsi="Times New Roman"/>
          <w:color w:val="808080"/>
          <w:sz w:val="20"/>
          <w:lang w:eastAsia="zh-CN"/>
        </w:rPr>
        <w:t>1</w:t>
      </w:r>
      <w:r>
        <w:rPr>
          <w:rFonts w:ascii="Times New Roman" w:eastAsia="宋体" w:hAnsi="Times New Roman"/>
          <w:color w:val="808080"/>
          <w:sz w:val="20"/>
          <w:lang w:eastAsia="zh-CN"/>
        </w:rPr>
        <w:t>月中旬达到肉眼可见亮度。</w:t>
      </w:r>
    </w:p>
    <w:p w14:paraId="59EA41CB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30.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解析：放大率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= </w:t>
      </w:r>
      <w:r>
        <w:rPr>
          <w:rFonts w:ascii="Times New Roman" w:eastAsia="宋体" w:hAnsi="Times New Roman"/>
          <w:color w:val="808080"/>
          <w:sz w:val="20"/>
          <w:lang w:eastAsia="zh-CN"/>
        </w:rPr>
        <w:t>望远镜焦距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/ </w:t>
      </w:r>
      <w:r>
        <w:rPr>
          <w:rFonts w:ascii="Times New Roman" w:eastAsia="宋体" w:hAnsi="Times New Roman"/>
          <w:color w:val="808080"/>
          <w:sz w:val="20"/>
          <w:lang w:eastAsia="zh-CN"/>
        </w:rPr>
        <w:t>目镜焦距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= 1950 / 40 ≈ 48.75 ≈ 50</w:t>
      </w:r>
      <w:r>
        <w:rPr>
          <w:rFonts w:ascii="Times New Roman" w:eastAsia="宋体" w:hAnsi="Times New Roman"/>
          <w:color w:val="808080"/>
          <w:sz w:val="20"/>
          <w:lang w:eastAsia="zh-CN"/>
        </w:rPr>
        <w:t>倍。</w:t>
      </w:r>
    </w:p>
    <w:p w14:paraId="0AEAE729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31.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D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解析：发射星云主要由氢（</w:t>
      </w:r>
      <w:r>
        <w:rPr>
          <w:rFonts w:ascii="Times New Roman" w:eastAsia="宋体" w:hAnsi="Times New Roman"/>
          <w:color w:val="808080"/>
          <w:sz w:val="20"/>
          <w:lang w:eastAsia="zh-CN"/>
        </w:rPr>
        <w:t>H</w:t>
      </w:r>
      <w:r>
        <w:rPr>
          <w:rFonts w:ascii="Times New Roman" w:eastAsia="宋体" w:hAnsi="Times New Roman"/>
          <w:color w:val="808080"/>
          <w:sz w:val="20"/>
          <w:lang w:eastAsia="zh-CN"/>
        </w:rPr>
        <w:t>）和氦（</w:t>
      </w:r>
      <w:r>
        <w:rPr>
          <w:rFonts w:ascii="Times New Roman" w:eastAsia="宋体" w:hAnsi="Times New Roman"/>
          <w:color w:val="808080"/>
          <w:sz w:val="20"/>
          <w:lang w:eastAsia="zh-CN"/>
        </w:rPr>
        <w:t>He</w:t>
      </w:r>
      <w:r>
        <w:rPr>
          <w:rFonts w:ascii="Times New Roman" w:eastAsia="宋体" w:hAnsi="Times New Roman"/>
          <w:color w:val="808080"/>
          <w:sz w:val="20"/>
          <w:lang w:eastAsia="zh-CN"/>
        </w:rPr>
        <w:t>）构成。</w:t>
      </w:r>
    </w:p>
    <w:p w14:paraId="70B2BE46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32.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A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解析：地球的黑洞史瓦西半径约为</w:t>
      </w:r>
      <w:r>
        <w:rPr>
          <w:rFonts w:ascii="Times New Roman" w:eastAsia="宋体" w:hAnsi="Times New Roman"/>
          <w:color w:val="808080"/>
          <w:sz w:val="20"/>
          <w:lang w:eastAsia="zh-CN"/>
        </w:rPr>
        <w:t>9</w:t>
      </w:r>
      <w:r>
        <w:rPr>
          <w:rFonts w:ascii="Times New Roman" w:eastAsia="宋体" w:hAnsi="Times New Roman"/>
          <w:color w:val="808080"/>
          <w:sz w:val="20"/>
          <w:lang w:eastAsia="zh-CN"/>
        </w:rPr>
        <w:t>毫米，约</w:t>
      </w:r>
      <w:r>
        <w:rPr>
          <w:rFonts w:ascii="Times New Roman" w:eastAsia="宋体" w:hAnsi="Times New Roman"/>
          <w:color w:val="808080"/>
          <w:sz w:val="20"/>
          <w:lang w:eastAsia="zh-CN"/>
        </w:rPr>
        <w:t>1</w:t>
      </w:r>
      <w:r>
        <w:rPr>
          <w:rFonts w:ascii="Times New Roman" w:eastAsia="宋体" w:hAnsi="Times New Roman"/>
          <w:color w:val="808080"/>
          <w:sz w:val="20"/>
          <w:lang w:eastAsia="zh-CN"/>
        </w:rPr>
        <w:t>厘米。</w:t>
      </w:r>
    </w:p>
    <w:p w14:paraId="143A6DFB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33.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解析：距离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= 1/</w:t>
      </w:r>
      <w:r>
        <w:rPr>
          <w:rFonts w:ascii="Times New Roman" w:eastAsia="宋体" w:hAnsi="Times New Roman"/>
          <w:color w:val="808080"/>
          <w:sz w:val="20"/>
          <w:lang w:eastAsia="zh-CN"/>
        </w:rPr>
        <w:t>视差（角秒）</w:t>
      </w:r>
      <w:r>
        <w:rPr>
          <w:rFonts w:ascii="Times New Roman" w:eastAsia="宋体" w:hAnsi="Times New Roman"/>
          <w:color w:val="808080"/>
          <w:sz w:val="20"/>
          <w:lang w:eastAsia="zh-CN"/>
        </w:rPr>
        <w:t>= 1/0.0772 ≈ 12.95</w:t>
      </w:r>
      <w:r>
        <w:rPr>
          <w:rFonts w:ascii="Times New Roman" w:eastAsia="宋体" w:hAnsi="Times New Roman"/>
          <w:color w:val="808080"/>
          <w:sz w:val="20"/>
          <w:lang w:eastAsia="zh-CN"/>
        </w:rPr>
        <w:t>秒差距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≈ 42</w:t>
      </w:r>
      <w:r>
        <w:rPr>
          <w:rFonts w:ascii="Times New Roman" w:eastAsia="宋体" w:hAnsi="Times New Roman"/>
          <w:color w:val="808080"/>
          <w:sz w:val="20"/>
          <w:lang w:eastAsia="zh-CN"/>
        </w:rPr>
        <w:t>光年。</w:t>
      </w:r>
    </w:p>
    <w:p w14:paraId="2099F50D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34.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B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解析：根据径向速度变化计算，约</w:t>
      </w:r>
      <w:r>
        <w:rPr>
          <w:rFonts w:ascii="Times New Roman" w:eastAsia="宋体" w:hAnsi="Times New Roman"/>
          <w:color w:val="808080"/>
          <w:sz w:val="20"/>
          <w:lang w:eastAsia="zh-CN"/>
        </w:rPr>
        <w:t>6</w:t>
      </w:r>
      <w:r>
        <w:rPr>
          <w:rFonts w:ascii="Times New Roman" w:eastAsia="宋体" w:hAnsi="Times New Roman"/>
          <w:color w:val="808080"/>
          <w:sz w:val="20"/>
          <w:lang w:eastAsia="zh-CN"/>
        </w:rPr>
        <w:t>万年后比邻星将变得肉眼可见。</w:t>
      </w:r>
    </w:p>
    <w:p w14:paraId="4D5AB669" w14:textId="77777777" w:rsidR="00421229" w:rsidRDefault="00000000">
      <w:pPr>
        <w:spacing w:before="60" w:after="60"/>
        <w:rPr>
          <w:lang w:eastAsia="zh-CN"/>
        </w:rPr>
      </w:pPr>
      <w:r>
        <w:rPr>
          <w:rFonts w:ascii="Times New Roman" w:eastAsia="黑体" w:hAnsi="Times New Roman"/>
          <w:b/>
          <w:lang w:eastAsia="zh-CN"/>
        </w:rPr>
        <w:t xml:space="preserve">35. </w:t>
      </w:r>
      <w:r>
        <w:rPr>
          <w:rFonts w:ascii="Times New Roman" w:eastAsia="宋体" w:hAnsi="Times New Roman"/>
          <w:b/>
          <w:color w:val="FF0000"/>
          <w:lang w:eastAsia="zh-CN"/>
        </w:rPr>
        <w:t>答案：</w:t>
      </w:r>
      <w:r>
        <w:rPr>
          <w:rFonts w:ascii="Times New Roman" w:eastAsia="宋体" w:hAnsi="Times New Roman"/>
          <w:b/>
          <w:color w:val="FF0000"/>
          <w:lang w:eastAsia="zh-CN"/>
        </w:rPr>
        <w:t>A</w:t>
      </w:r>
      <w:r>
        <w:rPr>
          <w:rFonts w:ascii="Times New Roman" w:eastAsia="宋体" w:hAnsi="Times New Roman"/>
          <w:color w:val="808080"/>
          <w:sz w:val="20"/>
          <w:lang w:eastAsia="zh-CN"/>
        </w:rPr>
        <w:t xml:space="preserve">  </w:t>
      </w:r>
      <w:r>
        <w:rPr>
          <w:rFonts w:ascii="Times New Roman" w:eastAsia="宋体" w:hAnsi="Times New Roman"/>
          <w:color w:val="808080"/>
          <w:sz w:val="20"/>
          <w:lang w:eastAsia="zh-CN"/>
        </w:rPr>
        <w:t>解析：</w:t>
      </w:r>
      <w:r>
        <w:rPr>
          <w:rFonts w:ascii="Times New Roman" w:eastAsia="宋体" w:hAnsi="Times New Roman"/>
          <w:color w:val="808080"/>
          <w:sz w:val="20"/>
          <w:lang w:eastAsia="zh-CN"/>
        </w:rPr>
        <w:t>M7</w:t>
      </w:r>
      <w:r>
        <w:rPr>
          <w:rFonts w:ascii="Times New Roman" w:eastAsia="宋体" w:hAnsi="Times New Roman"/>
          <w:color w:val="808080"/>
          <w:sz w:val="20"/>
          <w:lang w:eastAsia="zh-CN"/>
        </w:rPr>
        <w:t>（托勒密星团）位于天蝎座，早在公元</w:t>
      </w:r>
      <w:r>
        <w:rPr>
          <w:rFonts w:ascii="Times New Roman" w:eastAsia="宋体" w:hAnsi="Times New Roman"/>
          <w:color w:val="808080"/>
          <w:sz w:val="20"/>
          <w:lang w:eastAsia="zh-CN"/>
        </w:rPr>
        <w:t>130</w:t>
      </w:r>
      <w:r>
        <w:rPr>
          <w:rFonts w:ascii="Times New Roman" w:eastAsia="宋体" w:hAnsi="Times New Roman"/>
          <w:color w:val="808080"/>
          <w:sz w:val="20"/>
          <w:lang w:eastAsia="zh-CN"/>
        </w:rPr>
        <w:t>年即被托勒密观测记录。</w:t>
      </w:r>
    </w:p>
    <w:sectPr w:rsidR="00421229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659193">
    <w:abstractNumId w:val="8"/>
  </w:num>
  <w:num w:numId="2" w16cid:durableId="1435832343">
    <w:abstractNumId w:val="6"/>
  </w:num>
  <w:num w:numId="3" w16cid:durableId="506747030">
    <w:abstractNumId w:val="5"/>
  </w:num>
  <w:num w:numId="4" w16cid:durableId="225262925">
    <w:abstractNumId w:val="4"/>
  </w:num>
  <w:num w:numId="5" w16cid:durableId="663096079">
    <w:abstractNumId w:val="7"/>
  </w:num>
  <w:num w:numId="6" w16cid:durableId="1244950260">
    <w:abstractNumId w:val="3"/>
  </w:num>
  <w:num w:numId="7" w16cid:durableId="1410617351">
    <w:abstractNumId w:val="2"/>
  </w:num>
  <w:num w:numId="8" w16cid:durableId="1232352783">
    <w:abstractNumId w:val="1"/>
  </w:num>
  <w:num w:numId="9" w16cid:durableId="65695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15E1"/>
    <w:rsid w:val="00326F90"/>
    <w:rsid w:val="00421229"/>
    <w:rsid w:val="0079372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1EF0C1"/>
  <w14:defaultImageDpi w14:val="300"/>
  <w15:docId w15:val="{4DFBA1D8-5FD6-48DA-AAAE-6C7184C6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 f</cp:lastModifiedBy>
  <cp:revision>2</cp:revision>
  <dcterms:created xsi:type="dcterms:W3CDTF">2013-12-23T23:15:00Z</dcterms:created>
  <dcterms:modified xsi:type="dcterms:W3CDTF">2026-10-27T05:41:00Z</dcterms:modified>
  <cp:category/>
</cp:coreProperties>
</file>