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B85A1" w14:textId="70390138" w:rsidR="003D5445" w:rsidRDefault="00000000">
      <w:pPr>
        <w:jc w:val="center"/>
        <w:rPr>
          <w:rFonts w:hint="eastAsia"/>
        </w:rPr>
      </w:pPr>
      <w:r>
        <w:rPr>
          <w:rFonts w:ascii="黑体" w:eastAsia="黑体" w:hAnsi="黑体"/>
          <w:b/>
          <w:sz w:val="36"/>
        </w:rPr>
        <w:t>2014年CNAO天文奥赛预赛试题</w:t>
      </w:r>
    </w:p>
    <w:p w14:paraId="79324448" w14:textId="77777777" w:rsidR="003D5445" w:rsidRDefault="00000000">
      <w:pPr>
        <w:rPr>
          <w:rFonts w:hint="eastAsia"/>
        </w:rPr>
      </w:pPr>
      <w:r>
        <w:rPr>
          <w:rFonts w:ascii="黑体" w:eastAsia="黑体" w:hAnsi="黑体"/>
          <w:b/>
        </w:rPr>
        <w:t>注意事项</w:t>
      </w:r>
    </w:p>
    <w:p w14:paraId="18727359" w14:textId="77777777" w:rsidR="003D5445" w:rsidRDefault="00000000">
      <w:pPr>
        <w:spacing w:after="60"/>
        <w:rPr>
          <w:rFonts w:hint="eastAsia"/>
        </w:rPr>
      </w:pPr>
      <w:r>
        <w:t>1. 本试卷共35题，每题2分，共70分。</w:t>
      </w:r>
    </w:p>
    <w:p w14:paraId="79BFD41A" w14:textId="77777777" w:rsidR="003D5445" w:rsidRDefault="00000000">
      <w:pPr>
        <w:spacing w:after="60"/>
        <w:rPr>
          <w:rFonts w:hint="eastAsia"/>
        </w:rPr>
      </w:pPr>
      <w:r>
        <w:t>2. 请仔细阅读每题的四个选项，选出最符合题意的一项。</w:t>
      </w:r>
    </w:p>
    <w:p w14:paraId="4F38E12E" w14:textId="77777777" w:rsidR="003D5445" w:rsidRDefault="00000000">
      <w:pPr>
        <w:spacing w:after="60"/>
        <w:rPr>
          <w:rFonts w:hint="eastAsia"/>
        </w:rPr>
      </w:pPr>
      <w:r>
        <w:t>3. 请使用2B铅笔将答案填涂在答题卡上，如需修改，请用橡皮擦干净后再选涂其他选项。</w:t>
      </w:r>
    </w:p>
    <w:p w14:paraId="542385BD" w14:textId="77777777" w:rsidR="003D5445" w:rsidRDefault="00000000">
      <w:pPr>
        <w:spacing w:after="60"/>
        <w:rPr>
          <w:rFonts w:hint="eastAsia"/>
        </w:rPr>
      </w:pPr>
      <w:r>
        <w:t>4. 考试时间为120分钟。</w:t>
      </w:r>
    </w:p>
    <w:p w14:paraId="71CE904E" w14:textId="77777777" w:rsidR="003D5445" w:rsidRDefault="00000000">
      <w:pPr>
        <w:spacing w:after="60"/>
        <w:rPr>
          <w:rFonts w:hint="eastAsia"/>
        </w:rPr>
      </w:pPr>
      <w:r>
        <w:t>5. 请保持卷面整洁，不要折叠试卷。</w:t>
      </w:r>
    </w:p>
    <w:p w14:paraId="1C82E8B7" w14:textId="77777777" w:rsidR="003D5445" w:rsidRDefault="00000000">
      <w:pPr>
        <w:rPr>
          <w:rFonts w:hint="eastAsia"/>
        </w:rPr>
      </w:pPr>
      <w:r>
        <w:t>姓名：__________    年级：__________    班级：__________    得分：__________</w:t>
      </w:r>
    </w:p>
    <w:p w14:paraId="65266901" w14:textId="77777777" w:rsidR="003D5445" w:rsidRDefault="00000000">
      <w:pPr>
        <w:rPr>
          <w:rFonts w:hint="eastAsia"/>
        </w:rPr>
      </w:pPr>
      <w:r>
        <w:rPr>
          <w:rFonts w:ascii="黑体" w:eastAsia="黑体" w:hAnsi="黑体"/>
          <w:b/>
          <w:sz w:val="28"/>
        </w:rPr>
        <w:t>一、选择题</w:t>
      </w:r>
    </w:p>
    <w:p w14:paraId="0D9731DE" w14:textId="77777777" w:rsidR="003D5445" w:rsidRDefault="00000000">
      <w:pPr>
        <w:spacing w:before="120" w:after="40"/>
        <w:rPr>
          <w:rFonts w:hint="eastAsia"/>
        </w:rPr>
      </w:pPr>
      <w:r>
        <w:t>1. 太阳大气由内至外顺序为（）。</w:t>
      </w:r>
    </w:p>
    <w:p w14:paraId="7C60D7B4" w14:textId="77777777" w:rsidR="003D5445" w:rsidRDefault="00000000">
      <w:pPr>
        <w:spacing w:after="0"/>
        <w:ind w:left="567"/>
        <w:rPr>
          <w:rFonts w:hint="eastAsia"/>
        </w:rPr>
      </w:pPr>
      <w:r>
        <w:t xml:space="preserve">  (A)日冕层、色球层、光球层        (B)光球层、日冕层、色球层</w:t>
      </w:r>
    </w:p>
    <w:p w14:paraId="2A400E3A" w14:textId="77777777" w:rsidR="003D5445" w:rsidRDefault="00000000">
      <w:pPr>
        <w:spacing w:after="80"/>
        <w:ind w:left="567"/>
        <w:rPr>
          <w:rFonts w:hint="eastAsia"/>
        </w:rPr>
      </w:pPr>
      <w:r>
        <w:t xml:space="preserve">  (C)色球层、光球层、日冕层        (D)光球层、色球层、日冕层</w:t>
      </w:r>
    </w:p>
    <w:p w14:paraId="766E8808" w14:textId="77777777" w:rsidR="003D5445" w:rsidRDefault="00000000">
      <w:pPr>
        <w:spacing w:before="120" w:after="40"/>
        <w:rPr>
          <w:rFonts w:hint="eastAsia"/>
        </w:rPr>
      </w:pPr>
      <w:r>
        <w:t>2. 根据目前观测结果，宇宙的年龄大约是（）亿年。</w:t>
      </w:r>
    </w:p>
    <w:p w14:paraId="09658742" w14:textId="77777777" w:rsidR="003D5445" w:rsidRDefault="00000000">
      <w:pPr>
        <w:spacing w:after="0"/>
        <w:ind w:left="567"/>
        <w:rPr>
          <w:rFonts w:hint="eastAsia"/>
        </w:rPr>
      </w:pPr>
      <w:r>
        <w:t xml:space="preserve">  (A)200        (B)46</w:t>
      </w:r>
    </w:p>
    <w:p w14:paraId="17029545" w14:textId="77777777" w:rsidR="003D5445" w:rsidRDefault="00000000">
      <w:pPr>
        <w:spacing w:after="80"/>
        <w:ind w:left="567"/>
        <w:rPr>
          <w:rFonts w:hint="eastAsia"/>
        </w:rPr>
      </w:pPr>
      <w:r>
        <w:t xml:space="preserve">  (C)137        (D)186</w:t>
      </w:r>
    </w:p>
    <w:p w14:paraId="59252493" w14:textId="77777777" w:rsidR="003D5445" w:rsidRDefault="00000000">
      <w:pPr>
        <w:spacing w:before="120" w:after="40"/>
        <w:rPr>
          <w:rFonts w:hint="eastAsia"/>
        </w:rPr>
      </w:pPr>
      <w:r>
        <w:t>3. 梅西耶天体M82位于（）天区。</w:t>
      </w:r>
    </w:p>
    <w:p w14:paraId="00F8F133" w14:textId="77777777" w:rsidR="003D5445" w:rsidRDefault="00000000">
      <w:pPr>
        <w:spacing w:after="0"/>
        <w:ind w:left="567"/>
        <w:rPr>
          <w:rFonts w:hint="eastAsia"/>
        </w:rPr>
      </w:pPr>
      <w:r>
        <w:t xml:space="preserve">  (A)大熊座        (B)猎户座</w:t>
      </w:r>
    </w:p>
    <w:p w14:paraId="6949E42D" w14:textId="77777777" w:rsidR="003D5445" w:rsidRDefault="00000000">
      <w:pPr>
        <w:spacing w:after="80"/>
        <w:ind w:left="567"/>
        <w:rPr>
          <w:rFonts w:hint="eastAsia"/>
        </w:rPr>
      </w:pPr>
      <w:r>
        <w:t xml:space="preserve">  (C)天鹅座        (D)飞马座</w:t>
      </w:r>
    </w:p>
    <w:p w14:paraId="52C38A75" w14:textId="77777777" w:rsidR="003D5445" w:rsidRDefault="00000000">
      <w:pPr>
        <w:spacing w:before="120" w:after="40"/>
        <w:rPr>
          <w:rFonts w:hint="eastAsia"/>
        </w:rPr>
      </w:pPr>
      <w:r>
        <w:t>4. 今天的那个时段更适合观测金星？</w:t>
      </w:r>
    </w:p>
    <w:p w14:paraId="32A39654" w14:textId="77777777" w:rsidR="003D5445" w:rsidRDefault="00000000">
      <w:pPr>
        <w:spacing w:after="0"/>
        <w:ind w:left="567"/>
        <w:rPr>
          <w:rFonts w:hint="eastAsia"/>
        </w:rPr>
      </w:pPr>
      <w:r>
        <w:t xml:space="preserve">  (A)日落后3小时        (B)黎明时分</w:t>
      </w:r>
    </w:p>
    <w:p w14:paraId="48CAD69A" w14:textId="77777777" w:rsidR="003D5445" w:rsidRDefault="00000000">
      <w:pPr>
        <w:spacing w:after="80"/>
        <w:ind w:left="567"/>
        <w:rPr>
          <w:rFonts w:hint="eastAsia"/>
        </w:rPr>
      </w:pPr>
      <w:r>
        <w:t xml:space="preserve">  (C)黄昏时分        (D)午夜</w:t>
      </w:r>
    </w:p>
    <w:p w14:paraId="2897B3BA" w14:textId="77777777" w:rsidR="003D5445" w:rsidRDefault="00000000">
      <w:pPr>
        <w:spacing w:before="120" w:after="40"/>
        <w:rPr>
          <w:rFonts w:hint="eastAsia"/>
        </w:rPr>
      </w:pPr>
      <w:r>
        <w:t>5. 今晚北京地区能够看到的最亮恒星是（）。</w:t>
      </w:r>
    </w:p>
    <w:p w14:paraId="5ED6C1FB" w14:textId="77777777" w:rsidR="003D5445" w:rsidRDefault="00000000">
      <w:pPr>
        <w:spacing w:after="0"/>
        <w:ind w:left="567"/>
        <w:rPr>
          <w:rFonts w:hint="eastAsia"/>
        </w:rPr>
      </w:pPr>
      <w:r>
        <w:t xml:space="preserve">  (A)织女星        (B)五车二</w:t>
      </w:r>
    </w:p>
    <w:p w14:paraId="6FDCAB19" w14:textId="77777777" w:rsidR="003D5445" w:rsidRDefault="00000000">
      <w:pPr>
        <w:spacing w:after="80"/>
        <w:ind w:left="567"/>
        <w:rPr>
          <w:rFonts w:hint="eastAsia"/>
        </w:rPr>
      </w:pPr>
      <w:r>
        <w:t xml:space="preserve">  (C)北极星        (D)天狼星</w:t>
      </w:r>
    </w:p>
    <w:p w14:paraId="7F9CD404" w14:textId="77777777" w:rsidR="003D5445" w:rsidRDefault="00000000">
      <w:pPr>
        <w:spacing w:before="120" w:after="40"/>
        <w:rPr>
          <w:rFonts w:hint="eastAsia"/>
        </w:rPr>
      </w:pPr>
      <w:r>
        <w:t>6. 室女星系团中心附近的超巨椭圆星系是（）。</w:t>
      </w:r>
    </w:p>
    <w:p w14:paraId="3E7E9A0F" w14:textId="77777777" w:rsidR="003D5445" w:rsidRDefault="00000000">
      <w:pPr>
        <w:spacing w:after="0"/>
        <w:ind w:left="567"/>
        <w:rPr>
          <w:rFonts w:hint="eastAsia"/>
        </w:rPr>
      </w:pPr>
      <w:r>
        <w:t xml:space="preserve">  (A)M87        (B)M67</w:t>
      </w:r>
    </w:p>
    <w:p w14:paraId="19E90DFD" w14:textId="77777777" w:rsidR="003D5445" w:rsidRDefault="00000000">
      <w:pPr>
        <w:spacing w:after="80"/>
        <w:ind w:left="567"/>
        <w:rPr>
          <w:rFonts w:hint="eastAsia"/>
        </w:rPr>
      </w:pPr>
      <w:r>
        <w:t xml:space="preserve">  (C)M81        (D)M86</w:t>
      </w:r>
    </w:p>
    <w:p w14:paraId="1CCA62E7" w14:textId="77777777" w:rsidR="003D5445" w:rsidRDefault="00000000">
      <w:pPr>
        <w:spacing w:before="120" w:after="40"/>
        <w:rPr>
          <w:rFonts w:hint="eastAsia"/>
        </w:rPr>
      </w:pPr>
      <w:r>
        <w:lastRenderedPageBreak/>
        <w:t>7. 东汉天文学家张衡支持的宇宙学说是（）。</w:t>
      </w:r>
    </w:p>
    <w:p w14:paraId="1B40F00B" w14:textId="77777777" w:rsidR="003D5445" w:rsidRDefault="00000000">
      <w:pPr>
        <w:spacing w:after="0"/>
        <w:ind w:left="567"/>
        <w:rPr>
          <w:rFonts w:hint="eastAsia"/>
        </w:rPr>
      </w:pPr>
      <w:r>
        <w:t xml:space="preserve">  (A)日心说        (B)浑天说</w:t>
      </w:r>
    </w:p>
    <w:p w14:paraId="25458B59" w14:textId="77777777" w:rsidR="003D5445" w:rsidRDefault="00000000">
      <w:pPr>
        <w:spacing w:after="80"/>
        <w:ind w:left="567"/>
        <w:rPr>
          <w:rFonts w:hint="eastAsia"/>
        </w:rPr>
      </w:pPr>
      <w:r>
        <w:t xml:space="preserve">  (C)盖天说        (D)宣夜说</w:t>
      </w:r>
    </w:p>
    <w:p w14:paraId="77FF9565" w14:textId="77777777" w:rsidR="003D5445" w:rsidRDefault="00000000">
      <w:pPr>
        <w:spacing w:before="120" w:after="40"/>
        <w:rPr>
          <w:rFonts w:hint="eastAsia"/>
        </w:rPr>
      </w:pPr>
      <w:r>
        <w:t>8. 天文昏影终时，太阳的中心在地平线以下（）度。</w:t>
      </w:r>
    </w:p>
    <w:p w14:paraId="23132925" w14:textId="77777777" w:rsidR="003D5445" w:rsidRDefault="00000000">
      <w:pPr>
        <w:spacing w:after="0"/>
        <w:ind w:left="567"/>
        <w:rPr>
          <w:rFonts w:hint="eastAsia"/>
        </w:rPr>
      </w:pPr>
      <w:r>
        <w:t xml:space="preserve">  (A)25        (B)5</w:t>
      </w:r>
    </w:p>
    <w:p w14:paraId="311E482F" w14:textId="77777777" w:rsidR="003D5445" w:rsidRDefault="00000000">
      <w:pPr>
        <w:spacing w:after="80"/>
        <w:ind w:left="567"/>
        <w:rPr>
          <w:rFonts w:hint="eastAsia"/>
        </w:rPr>
      </w:pPr>
      <w:r>
        <w:t xml:space="preserve">  (C)12        (D)18</w:t>
      </w:r>
    </w:p>
    <w:p w14:paraId="71C40172" w14:textId="77777777" w:rsidR="003D5445" w:rsidRDefault="00000000">
      <w:pPr>
        <w:spacing w:before="120" w:after="40"/>
        <w:rPr>
          <w:rFonts w:hint="eastAsia"/>
        </w:rPr>
      </w:pPr>
      <w:r>
        <w:t>9. 以下流星雨中每年四月下旬出现极大的是（）。</w:t>
      </w:r>
    </w:p>
    <w:p w14:paraId="07787278" w14:textId="77777777" w:rsidR="003D5445" w:rsidRDefault="00000000">
      <w:pPr>
        <w:spacing w:after="0"/>
        <w:ind w:left="567"/>
        <w:rPr>
          <w:rFonts w:hint="eastAsia"/>
        </w:rPr>
      </w:pPr>
      <w:r>
        <w:t xml:space="preserve">  (A)天琴        (B)英仙</w:t>
      </w:r>
    </w:p>
    <w:p w14:paraId="32CC2968" w14:textId="77777777" w:rsidR="003D5445" w:rsidRDefault="00000000">
      <w:pPr>
        <w:spacing w:after="80"/>
        <w:ind w:left="567"/>
        <w:rPr>
          <w:rFonts w:hint="eastAsia"/>
        </w:rPr>
      </w:pPr>
      <w:r>
        <w:t xml:space="preserve">  (C)猎户        (D)宝瓶η</w:t>
      </w:r>
    </w:p>
    <w:p w14:paraId="5D5D3D04" w14:textId="77777777" w:rsidR="003D5445" w:rsidRDefault="00000000">
      <w:pPr>
        <w:spacing w:before="120" w:after="40"/>
        <w:rPr>
          <w:rFonts w:hint="eastAsia"/>
        </w:rPr>
      </w:pPr>
      <w:r>
        <w:t>10. 黄昏时分天宫一号从天顶过境的亮度大约是（）。</w:t>
      </w:r>
    </w:p>
    <w:p w14:paraId="5CFAB22B" w14:textId="77777777" w:rsidR="003D5445" w:rsidRDefault="00000000">
      <w:pPr>
        <w:spacing w:after="0"/>
        <w:ind w:left="567"/>
        <w:rPr>
          <w:rFonts w:hint="eastAsia"/>
        </w:rPr>
      </w:pPr>
      <w:r>
        <w:t xml:space="preserve">  (A)4等        (B)-8等</w:t>
      </w:r>
    </w:p>
    <w:p w14:paraId="18921528" w14:textId="77777777" w:rsidR="003D5445" w:rsidRDefault="00000000">
      <w:pPr>
        <w:spacing w:after="80"/>
        <w:ind w:left="567"/>
        <w:rPr>
          <w:rFonts w:hint="eastAsia"/>
        </w:rPr>
      </w:pPr>
      <w:r>
        <w:t xml:space="preserve">  (C)-4等        (D)0等</w:t>
      </w:r>
    </w:p>
    <w:p w14:paraId="37426AD6" w14:textId="77777777" w:rsidR="003D5445" w:rsidRDefault="00000000">
      <w:pPr>
        <w:spacing w:before="120" w:after="40"/>
        <w:rPr>
          <w:rFonts w:hint="eastAsia"/>
        </w:rPr>
      </w:pPr>
      <w:r>
        <w:t>11. 太阳系位于银河系的哪条旋臂上？（）</w:t>
      </w:r>
    </w:p>
    <w:p w14:paraId="0A095C47" w14:textId="77777777" w:rsidR="003D5445" w:rsidRDefault="00000000">
      <w:pPr>
        <w:spacing w:after="0"/>
        <w:ind w:left="567"/>
        <w:rPr>
          <w:rFonts w:hint="eastAsia"/>
        </w:rPr>
      </w:pPr>
      <w:r>
        <w:t xml:space="preserve">  (A)天鹅        (B)人马-船底</w:t>
      </w:r>
    </w:p>
    <w:p w14:paraId="2425BCAD" w14:textId="77777777" w:rsidR="003D5445" w:rsidRDefault="00000000">
      <w:pPr>
        <w:spacing w:after="80"/>
        <w:ind w:left="567"/>
        <w:rPr>
          <w:rFonts w:hint="eastAsia"/>
        </w:rPr>
      </w:pPr>
      <w:r>
        <w:t xml:space="preserve">  (C)猎户        (D)英仙</w:t>
      </w:r>
    </w:p>
    <w:p w14:paraId="56C40B1E" w14:textId="77777777" w:rsidR="003D5445" w:rsidRDefault="00000000">
      <w:pPr>
        <w:spacing w:before="120" w:after="40"/>
        <w:rPr>
          <w:rFonts w:hint="eastAsia"/>
        </w:rPr>
      </w:pPr>
      <w:r>
        <w:t>12. 2013年6月，我国发射了（）载人飞船。</w:t>
      </w:r>
    </w:p>
    <w:p w14:paraId="39EB68AC" w14:textId="77777777" w:rsidR="003D5445" w:rsidRDefault="00000000">
      <w:pPr>
        <w:spacing w:after="0"/>
        <w:ind w:left="567"/>
        <w:rPr>
          <w:rFonts w:hint="eastAsia"/>
        </w:rPr>
      </w:pPr>
      <w:r>
        <w:t xml:space="preserve">  (A)神舟10号        (B)神舟7号</w:t>
      </w:r>
    </w:p>
    <w:p w14:paraId="171B621B" w14:textId="77777777" w:rsidR="003D5445" w:rsidRDefault="00000000">
      <w:pPr>
        <w:spacing w:after="80"/>
        <w:ind w:left="567"/>
        <w:rPr>
          <w:rFonts w:hint="eastAsia"/>
        </w:rPr>
      </w:pPr>
      <w:r>
        <w:t xml:space="preserve">  (C)神舟8号        (D)神舟9号</w:t>
      </w:r>
    </w:p>
    <w:p w14:paraId="108F7490" w14:textId="77777777" w:rsidR="003D5445" w:rsidRDefault="00000000">
      <w:pPr>
        <w:spacing w:before="120" w:after="40"/>
        <w:rPr>
          <w:rFonts w:hint="eastAsia"/>
        </w:rPr>
      </w:pPr>
      <w:r>
        <w:t>13. 以下星系到银河系中心的实际距离最近的是（）。</w:t>
      </w:r>
    </w:p>
    <w:p w14:paraId="6A77681D" w14:textId="77777777" w:rsidR="003D5445" w:rsidRDefault="00000000">
      <w:pPr>
        <w:spacing w:after="0"/>
        <w:ind w:left="567"/>
        <w:rPr>
          <w:rFonts w:hint="eastAsia"/>
        </w:rPr>
      </w:pPr>
      <w:r>
        <w:t xml:space="preserve">  (A)人马座矮椭圆星系        (B)大麦哲伦星系</w:t>
      </w:r>
    </w:p>
    <w:p w14:paraId="01E21C65" w14:textId="77777777" w:rsidR="003D5445" w:rsidRDefault="00000000">
      <w:pPr>
        <w:spacing w:after="80"/>
        <w:ind w:left="567"/>
        <w:rPr>
          <w:rFonts w:hint="eastAsia"/>
        </w:rPr>
      </w:pPr>
      <w:r>
        <w:t xml:space="preserve">  (C)小麦哲伦星系        (D)大犬座矮星系</w:t>
      </w:r>
    </w:p>
    <w:p w14:paraId="5A680BD5" w14:textId="77777777" w:rsidR="003D5445" w:rsidRDefault="00000000">
      <w:pPr>
        <w:spacing w:before="120" w:after="40"/>
        <w:rPr>
          <w:rFonts w:hint="eastAsia"/>
        </w:rPr>
      </w:pPr>
      <w:r>
        <w:t>14. 以下金星相对于太阳视运动顺序正确的是（）。</w:t>
      </w:r>
    </w:p>
    <w:p w14:paraId="649ACC9C" w14:textId="77777777" w:rsidR="003D5445" w:rsidRDefault="00000000">
      <w:pPr>
        <w:spacing w:after="0"/>
        <w:ind w:left="567"/>
        <w:rPr>
          <w:rFonts w:hint="eastAsia"/>
        </w:rPr>
      </w:pPr>
      <w:r>
        <w:t xml:space="preserve">  (A)上合-东大距-下合-西大距        (B)合-西方照-冲-东方照</w:t>
      </w:r>
    </w:p>
    <w:p w14:paraId="21A87289" w14:textId="77777777" w:rsidR="003D5445" w:rsidRDefault="00000000">
      <w:pPr>
        <w:spacing w:after="80"/>
        <w:ind w:left="567"/>
        <w:rPr>
          <w:rFonts w:hint="eastAsia"/>
        </w:rPr>
      </w:pPr>
      <w:r>
        <w:t xml:space="preserve">  (C)上合-西大距-下合-东大距        (D)合-东方照-冲-西方照</w:t>
      </w:r>
    </w:p>
    <w:p w14:paraId="563EC0E5" w14:textId="77777777" w:rsidR="003D5445" w:rsidRDefault="00000000">
      <w:pPr>
        <w:spacing w:before="120" w:after="40"/>
        <w:rPr>
          <w:rFonts w:hint="eastAsia"/>
        </w:rPr>
      </w:pPr>
      <w:r>
        <w:t>15. 下列星座中位于北银极和北天极之间的是（）。</w:t>
      </w:r>
    </w:p>
    <w:p w14:paraId="407AE3D6" w14:textId="77777777" w:rsidR="003D5445" w:rsidRDefault="00000000">
      <w:pPr>
        <w:spacing w:after="0"/>
        <w:ind w:left="567"/>
        <w:rPr>
          <w:rFonts w:hint="eastAsia"/>
        </w:rPr>
      </w:pPr>
      <w:r>
        <w:t xml:space="preserve">  (A)鹿豹座        (B)猎犬座</w:t>
      </w:r>
    </w:p>
    <w:p w14:paraId="45836FFE" w14:textId="77777777" w:rsidR="003D5445" w:rsidRDefault="00000000">
      <w:pPr>
        <w:spacing w:after="80"/>
        <w:ind w:left="567"/>
        <w:rPr>
          <w:rFonts w:hint="eastAsia"/>
        </w:rPr>
      </w:pPr>
      <w:r>
        <w:t xml:space="preserve">  (C)天猫座        (D)狮子座</w:t>
      </w:r>
    </w:p>
    <w:p w14:paraId="5E6C48A6" w14:textId="77777777" w:rsidR="003D5445" w:rsidRDefault="00000000">
      <w:pPr>
        <w:spacing w:before="120" w:after="40"/>
        <w:rPr>
          <w:rFonts w:hint="eastAsia"/>
        </w:rPr>
      </w:pPr>
      <w:r>
        <w:t>16. 位于银河系中心的超大黑洞质量大约是太阳的（）倍。</w:t>
      </w:r>
    </w:p>
    <w:p w14:paraId="7B2BFF4A" w14:textId="77777777" w:rsidR="003D5445" w:rsidRDefault="00000000">
      <w:pPr>
        <w:spacing w:after="0"/>
        <w:ind w:left="567"/>
        <w:rPr>
          <w:rFonts w:hint="eastAsia"/>
        </w:rPr>
      </w:pPr>
      <w:r>
        <w:t xml:space="preserve">  (A)4亿        (B)400</w:t>
      </w:r>
    </w:p>
    <w:p w14:paraId="61EDA4CE" w14:textId="77777777" w:rsidR="003D5445" w:rsidRDefault="00000000">
      <w:pPr>
        <w:spacing w:after="80"/>
        <w:ind w:left="567"/>
        <w:rPr>
          <w:rFonts w:hint="eastAsia"/>
        </w:rPr>
      </w:pPr>
      <w:r>
        <w:t xml:space="preserve">  (C)4万        (D)400万</w:t>
      </w:r>
    </w:p>
    <w:p w14:paraId="74D85477" w14:textId="77777777" w:rsidR="003D5445" w:rsidRDefault="00000000">
      <w:pPr>
        <w:spacing w:before="120" w:after="40"/>
        <w:rPr>
          <w:rFonts w:hint="eastAsia"/>
        </w:rPr>
      </w:pPr>
      <w:r>
        <w:t>17. 火星自转轴倾角（）。</w:t>
      </w:r>
    </w:p>
    <w:p w14:paraId="2A2D4D12" w14:textId="77777777" w:rsidR="003D5445" w:rsidRDefault="00000000">
      <w:pPr>
        <w:spacing w:after="0"/>
        <w:ind w:left="567"/>
        <w:rPr>
          <w:rFonts w:hint="eastAsia"/>
        </w:rPr>
      </w:pPr>
      <w:r>
        <w:lastRenderedPageBreak/>
        <w:t xml:space="preserve">  (A)79°15′        (B)9°13′</w:t>
      </w:r>
    </w:p>
    <w:p w14:paraId="26F27E7D" w14:textId="77777777" w:rsidR="003D5445" w:rsidRDefault="00000000">
      <w:pPr>
        <w:spacing w:after="80"/>
        <w:ind w:left="567"/>
        <w:rPr>
          <w:rFonts w:hint="eastAsia"/>
        </w:rPr>
      </w:pPr>
      <w:r>
        <w:t xml:space="preserve">  (C)23°26′        (D)25°12′</w:t>
      </w:r>
    </w:p>
    <w:p w14:paraId="3FEB37CF" w14:textId="77777777" w:rsidR="003D5445" w:rsidRDefault="00000000">
      <w:pPr>
        <w:spacing w:before="120" w:after="40"/>
        <w:rPr>
          <w:rFonts w:hint="eastAsia"/>
        </w:rPr>
      </w:pPr>
      <w:r>
        <w:t>18. 双星之间存在物质交流或出现引力变形的双星叫做（）。</w:t>
      </w:r>
    </w:p>
    <w:p w14:paraId="3DC8D518" w14:textId="77777777" w:rsidR="003D5445" w:rsidRDefault="00000000">
      <w:pPr>
        <w:spacing w:after="0"/>
        <w:ind w:left="567"/>
        <w:rPr>
          <w:rFonts w:hint="eastAsia"/>
        </w:rPr>
      </w:pPr>
      <w:r>
        <w:t xml:space="preserve">  (A)目视双星        (B)密近双星</w:t>
      </w:r>
    </w:p>
    <w:p w14:paraId="5CA3CBD7" w14:textId="77777777" w:rsidR="003D5445" w:rsidRDefault="00000000">
      <w:pPr>
        <w:spacing w:after="80"/>
        <w:ind w:left="567"/>
        <w:rPr>
          <w:rFonts w:hint="eastAsia"/>
        </w:rPr>
      </w:pPr>
      <w:r>
        <w:t xml:space="preserve">  (C)分光双星        (D)食双星</w:t>
      </w:r>
    </w:p>
    <w:p w14:paraId="12CFD3F2" w14:textId="77777777" w:rsidR="003D5445" w:rsidRDefault="00000000">
      <w:pPr>
        <w:spacing w:before="120" w:after="40"/>
        <w:rPr>
          <w:rFonts w:hint="eastAsia"/>
        </w:rPr>
      </w:pPr>
      <w:r>
        <w:t>19. 二十八星宿中的角宿属于哪个星座？（）</w:t>
      </w:r>
    </w:p>
    <w:p w14:paraId="4A02A06A" w14:textId="77777777" w:rsidR="003D5445" w:rsidRDefault="00000000">
      <w:pPr>
        <w:spacing w:after="0"/>
        <w:ind w:left="567"/>
        <w:rPr>
          <w:rFonts w:hint="eastAsia"/>
        </w:rPr>
      </w:pPr>
      <w:r>
        <w:t xml:space="preserve">  (A)天蝎座        (B)天龙座</w:t>
      </w:r>
    </w:p>
    <w:p w14:paraId="61D0D082" w14:textId="77777777" w:rsidR="003D5445" w:rsidRDefault="00000000">
      <w:pPr>
        <w:spacing w:after="80"/>
        <w:ind w:left="567"/>
        <w:rPr>
          <w:rFonts w:hint="eastAsia"/>
        </w:rPr>
      </w:pPr>
      <w:r>
        <w:t xml:space="preserve">  (C)室女座        (D)宝瓶座</w:t>
      </w:r>
    </w:p>
    <w:p w14:paraId="22DBE871" w14:textId="77777777" w:rsidR="003D5445" w:rsidRDefault="00000000">
      <w:pPr>
        <w:spacing w:before="120" w:after="40"/>
        <w:rPr>
          <w:rFonts w:hint="eastAsia"/>
        </w:rPr>
      </w:pPr>
      <w:r>
        <w:t>20. 以下哪个设备不是玉兔号月球车所载的？（）</w:t>
      </w:r>
    </w:p>
    <w:p w14:paraId="6970E907" w14:textId="77777777" w:rsidR="003D5445" w:rsidRDefault="00000000">
      <w:pPr>
        <w:spacing w:after="0"/>
        <w:ind w:left="567"/>
        <w:rPr>
          <w:rFonts w:hint="eastAsia"/>
        </w:rPr>
      </w:pPr>
      <w:r>
        <w:t xml:space="preserve">  (A)粒子激发X射线谱仪        (B)全景相机</w:t>
      </w:r>
    </w:p>
    <w:p w14:paraId="2BA8914E" w14:textId="77777777" w:rsidR="003D5445" w:rsidRDefault="00000000">
      <w:pPr>
        <w:spacing w:after="80"/>
        <w:ind w:left="567"/>
        <w:rPr>
          <w:rFonts w:hint="eastAsia"/>
        </w:rPr>
      </w:pPr>
      <w:r>
        <w:t xml:space="preserve">  (C)极紫外相机        (D)红外成像光谱仪</w:t>
      </w:r>
    </w:p>
    <w:p w14:paraId="7CDB160E" w14:textId="77777777" w:rsidR="003D5445" w:rsidRDefault="00000000">
      <w:pPr>
        <w:spacing w:before="120" w:after="40"/>
        <w:rPr>
          <w:rFonts w:hint="eastAsia"/>
        </w:rPr>
      </w:pPr>
      <w:r>
        <w:t>21. （）卫星对微波背景辐射的观测结果为大爆炸理论提供了有力证据。</w:t>
      </w:r>
    </w:p>
    <w:p w14:paraId="7BEA042E" w14:textId="77777777" w:rsidR="003D5445" w:rsidRDefault="00000000">
      <w:pPr>
        <w:spacing w:after="0"/>
        <w:ind w:left="567"/>
        <w:rPr>
          <w:rFonts w:hint="eastAsia"/>
        </w:rPr>
      </w:pPr>
      <w:r>
        <w:t xml:space="preserve">  (A)CGRO        (B)WMAP</w:t>
      </w:r>
    </w:p>
    <w:p w14:paraId="5BAF4488" w14:textId="77777777" w:rsidR="003D5445" w:rsidRDefault="00000000">
      <w:pPr>
        <w:spacing w:after="80"/>
        <w:ind w:left="567"/>
        <w:rPr>
          <w:rFonts w:hint="eastAsia"/>
        </w:rPr>
      </w:pPr>
      <w:r>
        <w:t xml:space="preserve">  (C)Spitzer        (D)IRAS</w:t>
      </w:r>
    </w:p>
    <w:p w14:paraId="6DE4FDEE" w14:textId="77777777" w:rsidR="003D5445" w:rsidRDefault="00000000">
      <w:pPr>
        <w:spacing w:before="120" w:after="40"/>
        <w:rPr>
          <w:rFonts w:hint="eastAsia"/>
        </w:rPr>
      </w:pPr>
      <w:r>
        <w:t>22. 2013年8月，日本天文爱好者发现了新星海豚座2013，以下哪个不是新星附近天区的星座？</w:t>
      </w:r>
    </w:p>
    <w:p w14:paraId="04EE7C37" w14:textId="77777777" w:rsidR="003D5445" w:rsidRDefault="00000000">
      <w:pPr>
        <w:spacing w:after="0"/>
        <w:ind w:left="567"/>
        <w:rPr>
          <w:rFonts w:hint="eastAsia"/>
        </w:rPr>
      </w:pPr>
      <w:r>
        <w:t xml:space="preserve">  (A)狐狸座        (B)飞马座</w:t>
      </w:r>
    </w:p>
    <w:p w14:paraId="4C1FFB0F" w14:textId="77777777" w:rsidR="003D5445" w:rsidRDefault="00000000">
      <w:pPr>
        <w:spacing w:after="80"/>
        <w:ind w:left="567"/>
        <w:rPr>
          <w:rFonts w:hint="eastAsia"/>
        </w:rPr>
      </w:pPr>
      <w:r>
        <w:t xml:space="preserve">  (C)巨爵座        (D)天鹰座</w:t>
      </w:r>
    </w:p>
    <w:p w14:paraId="01EF4751" w14:textId="77777777" w:rsidR="003D5445" w:rsidRDefault="00000000">
      <w:pPr>
        <w:spacing w:before="120" w:after="40"/>
        <w:rPr>
          <w:rFonts w:hint="eastAsia"/>
        </w:rPr>
      </w:pPr>
      <w:r>
        <w:t>23. 以下2014年重要天象中我国观测条件最好的是（）</w:t>
      </w:r>
    </w:p>
    <w:p w14:paraId="538FB23C" w14:textId="77777777" w:rsidR="003D5445" w:rsidRDefault="00000000">
      <w:pPr>
        <w:spacing w:after="0"/>
        <w:ind w:left="567"/>
        <w:rPr>
          <w:rFonts w:hint="eastAsia"/>
        </w:rPr>
      </w:pPr>
      <w:r>
        <w:t xml:space="preserve">  (A)10月24日日偏食        (B)4月15日月全食</w:t>
      </w:r>
    </w:p>
    <w:p w14:paraId="4AB59066" w14:textId="77777777" w:rsidR="003D5445" w:rsidRDefault="00000000">
      <w:pPr>
        <w:spacing w:after="80"/>
        <w:ind w:left="567"/>
        <w:rPr>
          <w:rFonts w:hint="eastAsia"/>
        </w:rPr>
      </w:pPr>
      <w:r>
        <w:t xml:space="preserve">  (C)4月29日日环食        (D)10月8日月全食</w:t>
      </w:r>
    </w:p>
    <w:p w14:paraId="3271796A" w14:textId="77777777" w:rsidR="003D5445" w:rsidRDefault="00000000">
      <w:pPr>
        <w:spacing w:before="120" w:after="40"/>
        <w:rPr>
          <w:rFonts w:hint="eastAsia"/>
        </w:rPr>
      </w:pPr>
      <w:r>
        <w:t>24. 本次预赛开始时，一位同学在北京地区将校准好的手表时针指向了太阳在地面的投影方向，此时他表盘的几点方向指向最接近正北？</w:t>
      </w:r>
    </w:p>
    <w:p w14:paraId="464BA19D" w14:textId="77777777" w:rsidR="003D5445" w:rsidRDefault="00000000">
      <w:pPr>
        <w:spacing w:after="0"/>
        <w:ind w:left="567"/>
        <w:rPr>
          <w:rFonts w:hint="eastAsia"/>
        </w:rPr>
      </w:pPr>
      <w:r>
        <w:t xml:space="preserve">  (A)12        (B)3</w:t>
      </w:r>
    </w:p>
    <w:p w14:paraId="5E83D029" w14:textId="77777777" w:rsidR="003D5445" w:rsidRDefault="00000000">
      <w:pPr>
        <w:spacing w:after="80"/>
        <w:ind w:left="567"/>
        <w:rPr>
          <w:rFonts w:hint="eastAsia"/>
        </w:rPr>
      </w:pPr>
      <w:r>
        <w:t xml:space="preserve">  (C)6        (D)9</w:t>
      </w:r>
    </w:p>
    <w:p w14:paraId="01D5A3B8" w14:textId="77777777" w:rsidR="003D5445" w:rsidRDefault="00000000">
      <w:pPr>
        <w:spacing w:before="120" w:after="40"/>
        <w:rPr>
          <w:rFonts w:hint="eastAsia"/>
        </w:rPr>
      </w:pPr>
      <w:r>
        <w:t>25. 一个秒差距大约是（）个天文单位。</w:t>
      </w:r>
    </w:p>
    <w:p w14:paraId="7BF66FC1" w14:textId="77777777" w:rsidR="003D5445" w:rsidRDefault="00000000">
      <w:pPr>
        <w:spacing w:after="0"/>
        <w:ind w:left="567"/>
        <w:rPr>
          <w:rFonts w:hint="eastAsia"/>
        </w:rPr>
      </w:pPr>
      <w:r>
        <w:t xml:space="preserve">  (A)206264        (B)3</w:t>
      </w:r>
    </w:p>
    <w:p w14:paraId="382A3BDF" w14:textId="77777777" w:rsidR="003D5445" w:rsidRDefault="00000000">
      <w:pPr>
        <w:spacing w:after="80"/>
        <w:ind w:left="567"/>
        <w:rPr>
          <w:rFonts w:hint="eastAsia"/>
        </w:rPr>
      </w:pPr>
      <w:r>
        <w:t xml:space="preserve">  (C)10        (D)80624</w:t>
      </w:r>
    </w:p>
    <w:p w14:paraId="4747B50D" w14:textId="77777777" w:rsidR="003D5445" w:rsidRDefault="00000000">
      <w:pPr>
        <w:spacing w:before="120" w:after="40"/>
        <w:rPr>
          <w:rFonts w:hint="eastAsia"/>
        </w:rPr>
      </w:pPr>
      <w:r>
        <w:t>26. 下列哪个时间最接近C/2012S1（ISON）彗星的近日点时刻？</w:t>
      </w:r>
    </w:p>
    <w:p w14:paraId="24F981CD" w14:textId="77777777" w:rsidR="003D5445" w:rsidRDefault="00000000">
      <w:pPr>
        <w:spacing w:after="0"/>
        <w:ind w:left="567"/>
        <w:rPr>
          <w:rFonts w:hint="eastAsia"/>
        </w:rPr>
      </w:pPr>
      <w:r>
        <w:t xml:space="preserve">  (A)2013年11月29日        (B)2012年9月21日</w:t>
      </w:r>
    </w:p>
    <w:p w14:paraId="12F5534B" w14:textId="77777777" w:rsidR="003D5445" w:rsidRDefault="00000000">
      <w:pPr>
        <w:spacing w:after="80"/>
        <w:ind w:left="567"/>
        <w:rPr>
          <w:rFonts w:hint="eastAsia"/>
        </w:rPr>
      </w:pPr>
      <w:r>
        <w:t xml:space="preserve">  (C)2013年10月30日        (D)2013年11月15日</w:t>
      </w:r>
    </w:p>
    <w:p w14:paraId="6889121A" w14:textId="77777777" w:rsidR="003D5445" w:rsidRDefault="00000000">
      <w:pPr>
        <w:spacing w:before="120" w:after="40"/>
        <w:rPr>
          <w:rFonts w:hint="eastAsia"/>
        </w:rPr>
      </w:pPr>
      <w:r>
        <w:lastRenderedPageBreak/>
        <w:t>27. 梅西耶天体M42和M78之间的角距离大约是（）</w:t>
      </w:r>
    </w:p>
    <w:p w14:paraId="6D884F93" w14:textId="77777777" w:rsidR="003D5445" w:rsidRDefault="00000000">
      <w:pPr>
        <w:spacing w:after="0"/>
        <w:ind w:left="567"/>
        <w:rPr>
          <w:rFonts w:hint="eastAsia"/>
        </w:rPr>
      </w:pPr>
      <w:r>
        <w:t xml:space="preserve">  (A)57°        (B)1°</w:t>
      </w:r>
    </w:p>
    <w:p w14:paraId="2161BC55" w14:textId="77777777" w:rsidR="003D5445" w:rsidRDefault="00000000">
      <w:pPr>
        <w:spacing w:after="80"/>
        <w:ind w:left="567"/>
        <w:rPr>
          <w:rFonts w:hint="eastAsia"/>
        </w:rPr>
      </w:pPr>
      <w:r>
        <w:t xml:space="preserve">  (C)6°        (D)22°</w:t>
      </w:r>
    </w:p>
    <w:p w14:paraId="3D82BB28" w14:textId="77777777" w:rsidR="003D5445" w:rsidRDefault="00000000">
      <w:pPr>
        <w:spacing w:before="120" w:after="40"/>
        <w:rPr>
          <w:rFonts w:hint="eastAsia"/>
        </w:rPr>
      </w:pPr>
      <w:r>
        <w:t>28. 以下不同光谱型的恒星表面温度最高的是（）。</w:t>
      </w:r>
    </w:p>
    <w:p w14:paraId="5B52C2CC" w14:textId="77777777" w:rsidR="003D5445" w:rsidRDefault="00000000">
      <w:pPr>
        <w:spacing w:after="0"/>
        <w:ind w:left="567"/>
        <w:rPr>
          <w:rFonts w:hint="eastAsia"/>
        </w:rPr>
      </w:pPr>
      <w:r>
        <w:t xml:space="preserve">  (A)M型        (B)K型</w:t>
      </w:r>
    </w:p>
    <w:p w14:paraId="11080113" w14:textId="77777777" w:rsidR="003D5445" w:rsidRDefault="00000000">
      <w:pPr>
        <w:spacing w:after="80"/>
        <w:ind w:left="567"/>
        <w:rPr>
          <w:rFonts w:hint="eastAsia"/>
        </w:rPr>
      </w:pPr>
      <w:r>
        <w:t xml:space="preserve">  (C)G型        (D)F型</w:t>
      </w:r>
    </w:p>
    <w:p w14:paraId="7B1DFE21" w14:textId="77777777" w:rsidR="003D5445" w:rsidRDefault="00000000">
      <w:pPr>
        <w:spacing w:before="120" w:after="40"/>
        <w:rPr>
          <w:rFonts w:hint="eastAsia"/>
        </w:rPr>
      </w:pPr>
      <w:r>
        <w:t>29. 赫歇尔红外望远镜在2013年6月底光荣退役，以下与它有关的说法错误的是？</w:t>
      </w:r>
    </w:p>
    <w:p w14:paraId="48AB3C16" w14:textId="77777777" w:rsidR="003D5445" w:rsidRDefault="00000000">
      <w:pPr>
        <w:spacing w:after="0"/>
        <w:ind w:left="567"/>
        <w:rPr>
          <w:rFonts w:hint="eastAsia"/>
        </w:rPr>
      </w:pPr>
      <w:r>
        <w:t xml:space="preserve">  (A)它填补了红外和亚毫米波段空间观测的空白。        (B)它工作于第一拉格朗日点</w:t>
      </w:r>
    </w:p>
    <w:p w14:paraId="6C2CFAD2" w14:textId="77777777" w:rsidR="003D5445" w:rsidRDefault="00000000">
      <w:pPr>
        <w:spacing w:after="80"/>
        <w:ind w:left="567"/>
        <w:rPr>
          <w:rFonts w:hint="eastAsia"/>
        </w:rPr>
      </w:pPr>
      <w:r>
        <w:t xml:space="preserve">  (C)它在2300升液氦耗尽后退役的        (D)它是为了纪念英国天文学家威廉姆-赫歇尔而命名的。</w:t>
      </w:r>
    </w:p>
    <w:p w14:paraId="149F3A89" w14:textId="77777777" w:rsidR="003D5445" w:rsidRDefault="00000000">
      <w:pPr>
        <w:spacing w:before="120" w:after="40"/>
        <w:rPr>
          <w:rFonts w:hint="eastAsia"/>
        </w:rPr>
      </w:pPr>
      <w:r>
        <w:t>30. 关于太阳以下哪种说法是错误的？</w:t>
      </w:r>
    </w:p>
    <w:p w14:paraId="3B955124" w14:textId="77777777" w:rsidR="003D5445" w:rsidRDefault="00000000">
      <w:pPr>
        <w:spacing w:after="0"/>
        <w:ind w:left="567"/>
        <w:rPr>
          <w:rFonts w:hint="eastAsia"/>
        </w:rPr>
      </w:pPr>
      <w:r>
        <w:t xml:space="preserve">  (A)国内首架日冕仪于2013年10月落户于云南丽江高美古观测站。        (B)太阳表面著名的五分钟震荡主要是由于光球层下方湍动的对流叠加而成。</w:t>
      </w:r>
    </w:p>
    <w:p w14:paraId="6A56B4D5" w14:textId="77777777" w:rsidR="003D5445" w:rsidRDefault="00000000">
      <w:pPr>
        <w:spacing w:after="80"/>
        <w:ind w:left="567"/>
        <w:rPr>
          <w:rFonts w:hint="eastAsia"/>
        </w:rPr>
      </w:pPr>
      <w:r>
        <w:t xml:space="preserve">  (C)氦元素是通过对太阳的光谱分析首先被发现的。        (D)太阳磁场大约每五年反转其方向，并形成太阳磁场活动中的太阳周期。</w:t>
      </w:r>
    </w:p>
    <w:p w14:paraId="1B6438A8" w14:textId="77777777" w:rsidR="003D5445" w:rsidRDefault="00000000">
      <w:pPr>
        <w:spacing w:before="120" w:after="40"/>
        <w:rPr>
          <w:rFonts w:hint="eastAsia"/>
        </w:rPr>
      </w:pPr>
      <w:r>
        <w:t>31. 中微子有（）种基本类型。</w:t>
      </w:r>
    </w:p>
    <w:p w14:paraId="6EDE405F" w14:textId="77777777" w:rsidR="003D5445" w:rsidRDefault="00000000">
      <w:pPr>
        <w:spacing w:after="0"/>
        <w:ind w:left="567"/>
        <w:rPr>
          <w:rFonts w:hint="eastAsia"/>
        </w:rPr>
      </w:pPr>
      <w:r>
        <w:t xml:space="preserve">  (A)12        (B)2</w:t>
      </w:r>
    </w:p>
    <w:p w14:paraId="5F587751" w14:textId="77777777" w:rsidR="003D5445" w:rsidRDefault="00000000">
      <w:pPr>
        <w:spacing w:after="80"/>
        <w:ind w:left="567"/>
        <w:rPr>
          <w:rFonts w:hint="eastAsia"/>
        </w:rPr>
      </w:pPr>
      <w:r>
        <w:t xml:space="preserve">  (C)3        (D)6</w:t>
      </w:r>
    </w:p>
    <w:p w14:paraId="5FE65389" w14:textId="77777777" w:rsidR="003D5445" w:rsidRDefault="00000000">
      <w:pPr>
        <w:spacing w:before="120" w:after="40"/>
        <w:rPr>
          <w:rFonts w:hint="eastAsia"/>
        </w:rPr>
      </w:pPr>
      <w:r>
        <w:t>32. 一个退行速度13966.8km/s的星系距离我们大约（）Mpc</w:t>
      </w:r>
    </w:p>
    <w:p w14:paraId="221FAB4D" w14:textId="77777777" w:rsidR="003D5445" w:rsidRDefault="00000000">
      <w:pPr>
        <w:spacing w:after="0"/>
        <w:ind w:left="567"/>
        <w:rPr>
          <w:rFonts w:hint="eastAsia"/>
        </w:rPr>
      </w:pPr>
      <w:r>
        <w:t xml:space="preserve">  (A)3300        (B)70</w:t>
      </w:r>
    </w:p>
    <w:p w14:paraId="33FB7E78" w14:textId="77777777" w:rsidR="003D5445" w:rsidRDefault="00000000">
      <w:pPr>
        <w:spacing w:after="80"/>
        <w:ind w:left="567"/>
        <w:rPr>
          <w:rFonts w:hint="eastAsia"/>
        </w:rPr>
      </w:pPr>
      <w:r>
        <w:t xml:space="preserve">  (C)100        (D)200</w:t>
      </w:r>
    </w:p>
    <w:p w14:paraId="522F7EBC" w14:textId="77777777" w:rsidR="003D5445" w:rsidRDefault="00000000">
      <w:pPr>
        <w:spacing w:before="120" w:after="40"/>
        <w:rPr>
          <w:rFonts w:hint="eastAsia"/>
        </w:rPr>
      </w:pPr>
      <w:r>
        <w:t>33. 春分点在天赤道上移动1°大约需要多少年（）。</w:t>
      </w:r>
    </w:p>
    <w:p w14:paraId="031DD488" w14:textId="77777777" w:rsidR="003D5445" w:rsidRDefault="00000000">
      <w:pPr>
        <w:spacing w:after="0"/>
        <w:ind w:left="567"/>
        <w:rPr>
          <w:rFonts w:hint="eastAsia"/>
        </w:rPr>
      </w:pPr>
      <w:r>
        <w:t xml:space="preserve">  (A)190        (B)30</w:t>
      </w:r>
    </w:p>
    <w:p w14:paraId="2A6F1DE7" w14:textId="77777777" w:rsidR="003D5445" w:rsidRDefault="00000000">
      <w:pPr>
        <w:spacing w:after="80"/>
        <w:ind w:left="567"/>
        <w:rPr>
          <w:rFonts w:hint="eastAsia"/>
        </w:rPr>
      </w:pPr>
      <w:r>
        <w:t xml:space="preserve">  (C)70        (D)110</w:t>
      </w:r>
    </w:p>
    <w:p w14:paraId="03DAFF1D" w14:textId="77777777" w:rsidR="003D5445" w:rsidRDefault="00000000">
      <w:pPr>
        <w:spacing w:before="120" w:after="40"/>
        <w:rPr>
          <w:rFonts w:hint="eastAsia"/>
        </w:rPr>
      </w:pPr>
      <w:r>
        <w:t>34. 关于木星的四颗伽利略卫星说法错误的是？</w:t>
      </w:r>
    </w:p>
    <w:p w14:paraId="0379BE00" w14:textId="77777777" w:rsidR="003D5445" w:rsidRDefault="00000000">
      <w:pPr>
        <w:spacing w:after="0"/>
        <w:ind w:left="567"/>
        <w:rPr>
          <w:rFonts w:hint="eastAsia"/>
        </w:rPr>
      </w:pPr>
      <w:r>
        <w:t xml:space="preserve">  (A)木卫四Callisto是伽利略卫星中唯一的一颗非同步自转卫星。        (B)木卫一Io表面的火山活动非常剧烈。</w:t>
      </w:r>
    </w:p>
    <w:p w14:paraId="707ABDE5" w14:textId="77777777" w:rsidR="003D5445" w:rsidRDefault="00000000">
      <w:pPr>
        <w:spacing w:after="80"/>
        <w:ind w:left="567"/>
        <w:rPr>
          <w:rFonts w:hint="eastAsia"/>
        </w:rPr>
      </w:pPr>
      <w:r>
        <w:t xml:space="preserve">  (C)木卫二Europa冰冻的外壳下很可能存在着液态海洋。        (D)木卫三Ganymede是太阳系中体积最大的卫星。</w:t>
      </w:r>
    </w:p>
    <w:p w14:paraId="2FD3E75D" w14:textId="77777777" w:rsidR="003D5445" w:rsidRDefault="00000000">
      <w:pPr>
        <w:spacing w:before="120" w:after="40"/>
        <w:rPr>
          <w:rFonts w:hint="eastAsia"/>
        </w:rPr>
      </w:pPr>
      <w:r>
        <w:t>35. 两颗星的角距离是3.44′，我们用焦比f/10，口径20cm的望远镜来拍摄它们，那么在焦平面上它们分开的距离是多少毫米？</w:t>
      </w:r>
    </w:p>
    <w:p w14:paraId="6F5FA749" w14:textId="77777777" w:rsidR="003D5445" w:rsidRDefault="00000000">
      <w:pPr>
        <w:spacing w:after="0"/>
        <w:ind w:left="567"/>
        <w:rPr>
          <w:rFonts w:hint="eastAsia"/>
        </w:rPr>
      </w:pPr>
      <w:r>
        <w:lastRenderedPageBreak/>
        <w:t xml:space="preserve">  (A)12        (B)0.5</w:t>
      </w:r>
    </w:p>
    <w:p w14:paraId="43A186D1" w14:textId="77777777" w:rsidR="003D5445" w:rsidRDefault="00000000">
      <w:pPr>
        <w:spacing w:after="80"/>
        <w:ind w:left="567"/>
        <w:rPr>
          <w:rFonts w:hint="eastAsia"/>
        </w:rPr>
      </w:pPr>
      <w:r>
        <w:t xml:space="preserve">  (C)2        (D)6</w:t>
      </w:r>
    </w:p>
    <w:p w14:paraId="26BDDDF6" w14:textId="77777777" w:rsidR="003D5445" w:rsidRDefault="00000000">
      <w:pPr>
        <w:rPr>
          <w:rFonts w:hint="eastAsia"/>
        </w:rPr>
      </w:pPr>
      <w:r>
        <w:br w:type="page"/>
      </w:r>
    </w:p>
    <w:p w14:paraId="5CF8FEA2" w14:textId="77777777" w:rsidR="003D5445" w:rsidRDefault="00000000">
      <w:pPr>
        <w:jc w:val="center"/>
        <w:rPr>
          <w:rFonts w:hint="eastAsia"/>
        </w:rPr>
      </w:pPr>
      <w:r>
        <w:rPr>
          <w:rFonts w:ascii="黑体" w:eastAsia="黑体" w:hAnsi="黑体"/>
          <w:b/>
          <w:sz w:val="36"/>
        </w:rPr>
        <w:t>2014年CNAO天文奥赛预赛试题 答案解析</w:t>
      </w:r>
    </w:p>
    <w:p w14:paraId="574D65A4" w14:textId="77777777" w:rsidR="003D5445" w:rsidRDefault="00000000">
      <w:pPr>
        <w:rPr>
          <w:rFonts w:hint="eastAsia"/>
        </w:rPr>
      </w:pPr>
      <w:r>
        <w:rPr>
          <w:rFonts w:ascii="黑体" w:eastAsia="黑体" w:hAnsi="黑体"/>
          <w:b/>
          <w:sz w:val="28"/>
        </w:rPr>
        <w:t>答案速查</w:t>
      </w:r>
    </w:p>
    <w:p w14:paraId="4F4127C8" w14:textId="77777777" w:rsidR="003D5445" w:rsidRDefault="00000000">
      <w:pPr>
        <w:spacing w:after="80"/>
        <w:rPr>
          <w:rFonts w:hint="eastAsia"/>
        </w:rPr>
      </w:pPr>
      <w:r>
        <w:rPr>
          <w:b/>
          <w:color w:val="FF0000"/>
        </w:rPr>
        <w:t>1-5：DCABD</w:t>
      </w:r>
    </w:p>
    <w:p w14:paraId="11A01061" w14:textId="77777777" w:rsidR="003D5445" w:rsidRDefault="00000000">
      <w:pPr>
        <w:spacing w:after="80"/>
        <w:rPr>
          <w:rFonts w:hint="eastAsia"/>
        </w:rPr>
      </w:pPr>
      <w:r>
        <w:rPr>
          <w:b/>
          <w:color w:val="FF0000"/>
        </w:rPr>
        <w:t>6-10：ABDAD</w:t>
      </w:r>
    </w:p>
    <w:p w14:paraId="44A12238" w14:textId="77777777" w:rsidR="003D5445" w:rsidRDefault="00000000">
      <w:pPr>
        <w:spacing w:after="80"/>
        <w:rPr>
          <w:rFonts w:hint="eastAsia"/>
        </w:rPr>
      </w:pPr>
      <w:r>
        <w:rPr>
          <w:b/>
          <w:color w:val="FF0000"/>
        </w:rPr>
        <w:t>11-15：CADAB</w:t>
      </w:r>
    </w:p>
    <w:p w14:paraId="74AA9508" w14:textId="77777777" w:rsidR="003D5445" w:rsidRDefault="00000000">
      <w:pPr>
        <w:spacing w:after="80"/>
        <w:rPr>
          <w:rFonts w:hint="eastAsia"/>
        </w:rPr>
      </w:pPr>
      <w:r>
        <w:rPr>
          <w:b/>
          <w:color w:val="FF0000"/>
        </w:rPr>
        <w:t>16-20：DDBCC</w:t>
      </w:r>
    </w:p>
    <w:p w14:paraId="4F245A2D" w14:textId="77777777" w:rsidR="003D5445" w:rsidRDefault="00000000">
      <w:pPr>
        <w:spacing w:after="80"/>
        <w:rPr>
          <w:rFonts w:hint="eastAsia"/>
        </w:rPr>
      </w:pPr>
      <w:r>
        <w:rPr>
          <w:b/>
          <w:color w:val="FF0000"/>
        </w:rPr>
        <w:t>21-25：BCDCA</w:t>
      </w:r>
    </w:p>
    <w:p w14:paraId="40A45D5E" w14:textId="77777777" w:rsidR="003D5445" w:rsidRDefault="00000000">
      <w:pPr>
        <w:spacing w:after="80"/>
        <w:rPr>
          <w:rFonts w:hint="eastAsia"/>
        </w:rPr>
      </w:pPr>
      <w:r>
        <w:rPr>
          <w:b/>
          <w:color w:val="FF0000"/>
        </w:rPr>
        <w:t>26-30：ACDBD</w:t>
      </w:r>
    </w:p>
    <w:p w14:paraId="7C9EC400" w14:textId="77777777" w:rsidR="003D5445" w:rsidRDefault="00000000">
      <w:pPr>
        <w:spacing w:after="80"/>
        <w:rPr>
          <w:rFonts w:hint="eastAsia"/>
        </w:rPr>
      </w:pPr>
      <w:r>
        <w:rPr>
          <w:b/>
          <w:color w:val="FF0000"/>
        </w:rPr>
        <w:t>31-35：CDCAC</w:t>
      </w:r>
    </w:p>
    <w:p w14:paraId="71D22092" w14:textId="77777777" w:rsidR="003D5445" w:rsidRDefault="00000000">
      <w:pPr>
        <w:rPr>
          <w:rFonts w:hint="eastAsia"/>
        </w:rPr>
      </w:pPr>
      <w:r>
        <w:rPr>
          <w:rFonts w:ascii="黑体" w:eastAsia="黑体" w:hAnsi="黑体"/>
          <w:b/>
          <w:sz w:val="28"/>
        </w:rPr>
        <w:t>逐题解析</w:t>
      </w:r>
    </w:p>
    <w:p w14:paraId="25386286" w14:textId="77777777" w:rsidR="003D5445" w:rsidRDefault="00000000">
      <w:pPr>
        <w:spacing w:after="80"/>
        <w:rPr>
          <w:rFonts w:hint="eastAsia"/>
        </w:rPr>
      </w:pPr>
      <w:r>
        <w:rPr>
          <w:b/>
          <w:color w:val="FF0000"/>
        </w:rPr>
        <w:t>1. 答案：D</w:t>
      </w:r>
      <w:r>
        <w:rPr>
          <w:color w:val="808080"/>
          <w:sz w:val="21"/>
        </w:rPr>
        <w:t xml:space="preserve">  太阳大气由内至外为光球层→色球层→日冕层，选D。</w:t>
      </w:r>
    </w:p>
    <w:p w14:paraId="7F286E4A" w14:textId="77777777" w:rsidR="003D5445" w:rsidRDefault="00000000">
      <w:pPr>
        <w:spacing w:after="80"/>
        <w:rPr>
          <w:rFonts w:hint="eastAsia"/>
        </w:rPr>
      </w:pPr>
      <w:r>
        <w:rPr>
          <w:b/>
          <w:color w:val="FF0000"/>
        </w:rPr>
        <w:t>2. 答案：C</w:t>
      </w:r>
      <w:r>
        <w:rPr>
          <w:color w:val="808080"/>
          <w:sz w:val="21"/>
        </w:rPr>
        <w:t xml:space="preserve">  目前观测宇宙年龄约为137亿年，选C。</w:t>
      </w:r>
    </w:p>
    <w:p w14:paraId="4D1C1540" w14:textId="77777777" w:rsidR="003D5445" w:rsidRDefault="00000000">
      <w:pPr>
        <w:spacing w:after="80"/>
        <w:rPr>
          <w:rFonts w:hint="eastAsia"/>
        </w:rPr>
      </w:pPr>
      <w:r>
        <w:rPr>
          <w:b/>
          <w:color w:val="FF0000"/>
        </w:rPr>
        <w:t>3. 答案：A</w:t>
      </w:r>
      <w:r>
        <w:rPr>
          <w:color w:val="808080"/>
          <w:sz w:val="21"/>
        </w:rPr>
        <w:t xml:space="preserve">  M82（雪茄星系）位于大熊座，选A。</w:t>
      </w:r>
    </w:p>
    <w:p w14:paraId="49682891" w14:textId="77777777" w:rsidR="003D5445" w:rsidRDefault="00000000">
      <w:pPr>
        <w:spacing w:after="80"/>
        <w:rPr>
          <w:rFonts w:hint="eastAsia"/>
        </w:rPr>
      </w:pPr>
      <w:r>
        <w:rPr>
          <w:b/>
          <w:color w:val="FF0000"/>
        </w:rPr>
        <w:t>4. 答案：B</w:t>
      </w:r>
      <w:r>
        <w:rPr>
          <w:color w:val="808080"/>
          <w:sz w:val="21"/>
        </w:rPr>
        <w:t xml:space="preserve">  金星作为晨星在黎明时分可见，选B。</w:t>
      </w:r>
    </w:p>
    <w:p w14:paraId="3BE9273B" w14:textId="77777777" w:rsidR="003D5445" w:rsidRDefault="00000000">
      <w:pPr>
        <w:spacing w:after="80"/>
        <w:rPr>
          <w:rFonts w:hint="eastAsia"/>
        </w:rPr>
      </w:pPr>
      <w:r>
        <w:rPr>
          <w:b/>
          <w:color w:val="FF0000"/>
        </w:rPr>
        <w:t>5. 答案：D</w:t>
      </w:r>
      <w:r>
        <w:rPr>
          <w:color w:val="808080"/>
          <w:sz w:val="21"/>
        </w:rPr>
        <w:t xml:space="preserve">  天狼星是夜空最亮恒星，选D。</w:t>
      </w:r>
    </w:p>
    <w:p w14:paraId="7A92D321" w14:textId="77777777" w:rsidR="003D5445" w:rsidRDefault="00000000">
      <w:pPr>
        <w:spacing w:after="80"/>
        <w:rPr>
          <w:rFonts w:hint="eastAsia"/>
        </w:rPr>
      </w:pPr>
      <w:r>
        <w:rPr>
          <w:b/>
          <w:color w:val="FF0000"/>
        </w:rPr>
        <w:t>6. 答案：A</w:t>
      </w:r>
      <w:r>
        <w:rPr>
          <w:color w:val="808080"/>
          <w:sz w:val="21"/>
        </w:rPr>
        <w:t xml:space="preserve">  室女星系团中心的超巨椭圆星系是M87，选A。</w:t>
      </w:r>
    </w:p>
    <w:p w14:paraId="6DBA8AE0" w14:textId="77777777" w:rsidR="003D5445" w:rsidRDefault="00000000">
      <w:pPr>
        <w:spacing w:after="80"/>
        <w:rPr>
          <w:rFonts w:hint="eastAsia"/>
        </w:rPr>
      </w:pPr>
      <w:r>
        <w:rPr>
          <w:b/>
          <w:color w:val="FF0000"/>
        </w:rPr>
        <w:t>7. 答案：B</w:t>
      </w:r>
      <w:r>
        <w:rPr>
          <w:color w:val="808080"/>
          <w:sz w:val="21"/>
        </w:rPr>
        <w:t xml:space="preserve">  张衡支持浑天说，选B。</w:t>
      </w:r>
    </w:p>
    <w:p w14:paraId="286EB72D" w14:textId="77777777" w:rsidR="003D5445" w:rsidRDefault="00000000">
      <w:pPr>
        <w:spacing w:after="80"/>
        <w:rPr>
          <w:rFonts w:hint="eastAsia"/>
        </w:rPr>
      </w:pPr>
      <w:r>
        <w:rPr>
          <w:b/>
          <w:color w:val="FF0000"/>
        </w:rPr>
        <w:t>8. 答案：D</w:t>
      </w:r>
      <w:r>
        <w:rPr>
          <w:color w:val="808080"/>
          <w:sz w:val="21"/>
        </w:rPr>
        <w:t xml:space="preserve">  天文昏影终时太阳中心在地平线下18°，选D。</w:t>
      </w:r>
    </w:p>
    <w:p w14:paraId="3A76004E" w14:textId="77777777" w:rsidR="003D5445" w:rsidRDefault="00000000">
      <w:pPr>
        <w:spacing w:after="80"/>
        <w:rPr>
          <w:rFonts w:hint="eastAsia"/>
        </w:rPr>
      </w:pPr>
      <w:r>
        <w:rPr>
          <w:b/>
          <w:color w:val="FF0000"/>
        </w:rPr>
        <w:t>9. 答案：A</w:t>
      </w:r>
      <w:r>
        <w:rPr>
          <w:color w:val="808080"/>
          <w:sz w:val="21"/>
        </w:rPr>
        <w:t xml:space="preserve">  天琴座流星雨每年4月22日前后迎来极大，母体是C/1861 G1（撒切尔）彗星，是本月的固定天象；英仙座流星雨极大在8月中旬，猎户座流星雨在10月下旬，宝瓶η流星雨则要等到5月上旬，选A。</w:t>
      </w:r>
    </w:p>
    <w:p w14:paraId="5BF68AB3" w14:textId="77777777" w:rsidR="003D5445" w:rsidRDefault="00000000">
      <w:pPr>
        <w:spacing w:after="80"/>
        <w:rPr>
          <w:rFonts w:hint="eastAsia"/>
        </w:rPr>
      </w:pPr>
      <w:r>
        <w:rPr>
          <w:b/>
          <w:color w:val="FF0000"/>
        </w:rPr>
        <w:t>10. 答案：D</w:t>
      </w:r>
      <w:r>
        <w:rPr>
          <w:color w:val="808080"/>
          <w:sz w:val="21"/>
        </w:rPr>
        <w:t xml:space="preserve">  天宫一号质量约8.5吨、本体仅10米级，黄昏天顶过境时最亮约0等上下；-4等是国际空间站这类百米级大型航天器的峰值亮度，-8等更是远超任何人造天体的亮度，4等则明显偏暗，选D。</w:t>
      </w:r>
    </w:p>
    <w:p w14:paraId="1C33D11E" w14:textId="77777777" w:rsidR="003D5445" w:rsidRDefault="00000000">
      <w:pPr>
        <w:spacing w:after="80"/>
        <w:rPr>
          <w:rFonts w:hint="eastAsia"/>
        </w:rPr>
      </w:pPr>
      <w:r>
        <w:rPr>
          <w:b/>
          <w:color w:val="FF0000"/>
        </w:rPr>
        <w:t>11. 答案：C</w:t>
      </w:r>
      <w:r>
        <w:rPr>
          <w:color w:val="808080"/>
          <w:sz w:val="21"/>
        </w:rPr>
        <w:t xml:space="preserve">  太阳系位于猎户旋臂上，选C。</w:t>
      </w:r>
    </w:p>
    <w:p w14:paraId="0AEA2872" w14:textId="77777777" w:rsidR="003D5445" w:rsidRDefault="00000000">
      <w:pPr>
        <w:spacing w:after="80"/>
        <w:rPr>
          <w:rFonts w:hint="eastAsia"/>
        </w:rPr>
      </w:pPr>
      <w:r>
        <w:rPr>
          <w:b/>
          <w:color w:val="FF0000"/>
        </w:rPr>
        <w:t>12. 答案：A</w:t>
      </w:r>
      <w:r>
        <w:rPr>
          <w:color w:val="808080"/>
          <w:sz w:val="21"/>
        </w:rPr>
        <w:t xml:space="preserve">  2013年6月发射神舟10号，选A。</w:t>
      </w:r>
    </w:p>
    <w:p w14:paraId="541E47E6" w14:textId="77777777" w:rsidR="003D5445" w:rsidRDefault="00000000">
      <w:pPr>
        <w:spacing w:after="80"/>
        <w:rPr>
          <w:rFonts w:hint="eastAsia"/>
        </w:rPr>
      </w:pPr>
      <w:r>
        <w:rPr>
          <w:b/>
          <w:color w:val="FF0000"/>
        </w:rPr>
        <w:t>13. 答案：D</w:t>
      </w:r>
      <w:r>
        <w:rPr>
          <w:color w:val="808080"/>
          <w:sz w:val="21"/>
        </w:rPr>
        <w:t xml:space="preserve">  人马座矮椭圆星系中心距银心约5万光年，大犬座矮星系距银心仅约2.5万光年，是已知离银河系中心最近的星系；大、小麦哲伦星系分别在约16万和20万光年之外，选D。</w:t>
      </w:r>
    </w:p>
    <w:p w14:paraId="28B91C05" w14:textId="77777777" w:rsidR="003D5445" w:rsidRDefault="00000000">
      <w:pPr>
        <w:spacing w:after="80"/>
        <w:rPr>
          <w:rFonts w:hint="eastAsia"/>
        </w:rPr>
      </w:pPr>
      <w:r>
        <w:rPr>
          <w:b/>
          <w:color w:val="FF0000"/>
        </w:rPr>
        <w:t>14. 答案：A</w:t>
      </w:r>
      <w:r>
        <w:rPr>
          <w:color w:val="808080"/>
          <w:sz w:val="21"/>
        </w:rPr>
        <w:t xml:space="preserve">  金星视运动顺序为上合→东大距→下合→西大距，选A。</w:t>
      </w:r>
    </w:p>
    <w:p w14:paraId="6074C102" w14:textId="77777777" w:rsidR="003D5445" w:rsidRDefault="00000000">
      <w:pPr>
        <w:spacing w:after="80"/>
        <w:rPr>
          <w:rFonts w:hint="eastAsia"/>
        </w:rPr>
      </w:pPr>
      <w:r>
        <w:rPr>
          <w:b/>
          <w:color w:val="FF0000"/>
        </w:rPr>
        <w:lastRenderedPageBreak/>
        <w:t>15. 答案：B</w:t>
      </w:r>
      <w:r>
        <w:rPr>
          <w:color w:val="808080"/>
          <w:sz w:val="21"/>
        </w:rPr>
        <w:t xml:space="preserve">  北银极位于后发座内，赤纬约+27°。由此向正北走，依次穿过猎犬座、大熊座、小熊座，因此真正夹在北银极与北天极之间的是猎犬座；狮子座在黄道附近，天猫座与鹿豹座都偏向该连线的西侧，选B。</w:t>
      </w:r>
    </w:p>
    <w:p w14:paraId="7A1D57B8" w14:textId="77777777" w:rsidR="003D5445" w:rsidRDefault="00000000">
      <w:pPr>
        <w:spacing w:after="80"/>
        <w:rPr>
          <w:rFonts w:hint="eastAsia"/>
        </w:rPr>
      </w:pPr>
      <w:r>
        <w:rPr>
          <w:b/>
          <w:color w:val="FF0000"/>
        </w:rPr>
        <w:t>16. 答案：D</w:t>
      </w:r>
      <w:r>
        <w:rPr>
          <w:color w:val="808080"/>
          <w:sz w:val="21"/>
        </w:rPr>
        <w:t xml:space="preserve">  银河系中心超大黑洞质量约400万倍太阳质量，选D。</w:t>
      </w:r>
    </w:p>
    <w:p w14:paraId="52BB208F" w14:textId="77777777" w:rsidR="003D5445" w:rsidRDefault="00000000">
      <w:pPr>
        <w:spacing w:after="80"/>
        <w:rPr>
          <w:rFonts w:hint="eastAsia"/>
        </w:rPr>
      </w:pPr>
      <w:r>
        <w:rPr>
          <w:b/>
          <w:color w:val="FF0000"/>
        </w:rPr>
        <w:t>17. 答案：D</w:t>
      </w:r>
      <w:r>
        <w:rPr>
          <w:color w:val="808080"/>
          <w:sz w:val="21"/>
        </w:rPr>
        <w:t xml:space="preserve">  火星自转轴倾角约25°12′，选D。</w:t>
      </w:r>
    </w:p>
    <w:p w14:paraId="6FDCEB62" w14:textId="77777777" w:rsidR="003D5445" w:rsidRDefault="00000000">
      <w:pPr>
        <w:spacing w:after="80"/>
        <w:rPr>
          <w:rFonts w:hint="eastAsia"/>
        </w:rPr>
      </w:pPr>
      <w:r>
        <w:rPr>
          <w:b/>
          <w:color w:val="FF0000"/>
        </w:rPr>
        <w:t>18. 答案：B</w:t>
      </w:r>
      <w:r>
        <w:rPr>
          <w:color w:val="808080"/>
          <w:sz w:val="21"/>
        </w:rPr>
        <w:t xml:space="preserve">  存在物质交流或引力变形的双星称为密近双星，选B。</w:t>
      </w:r>
    </w:p>
    <w:p w14:paraId="093EFBDA" w14:textId="77777777" w:rsidR="003D5445" w:rsidRDefault="00000000">
      <w:pPr>
        <w:spacing w:after="80"/>
        <w:rPr>
          <w:rFonts w:hint="eastAsia"/>
        </w:rPr>
      </w:pPr>
      <w:r>
        <w:rPr>
          <w:b/>
          <w:color w:val="FF0000"/>
        </w:rPr>
        <w:t>19. 答案：C</w:t>
      </w:r>
      <w:r>
        <w:rPr>
          <w:color w:val="808080"/>
          <w:sz w:val="21"/>
        </w:rPr>
        <w:t xml:space="preserve">  角宿属于室女座，选C。</w:t>
      </w:r>
    </w:p>
    <w:p w14:paraId="50508760" w14:textId="77777777" w:rsidR="003D5445" w:rsidRDefault="00000000">
      <w:pPr>
        <w:spacing w:after="80"/>
        <w:rPr>
          <w:rFonts w:hint="eastAsia"/>
        </w:rPr>
      </w:pPr>
      <w:r>
        <w:rPr>
          <w:b/>
          <w:color w:val="FF0000"/>
        </w:rPr>
        <w:t>20. 答案：C</w:t>
      </w:r>
      <w:r>
        <w:rPr>
          <w:color w:val="808080"/>
          <w:sz w:val="21"/>
        </w:rPr>
        <w:t xml:space="preserve">  玉兔号月球车上装有全景相机、测月雷达、红外成像光谱仪和粒子激发X射线谱仪；极紫外相机安装在着陆器上，用于从月球观测地球等离子体层，并非月球车所载，故选C。</w:t>
      </w:r>
    </w:p>
    <w:p w14:paraId="3C665C05" w14:textId="77777777" w:rsidR="003D5445" w:rsidRDefault="00000000">
      <w:pPr>
        <w:spacing w:after="80"/>
        <w:rPr>
          <w:rFonts w:hint="eastAsia"/>
        </w:rPr>
      </w:pPr>
      <w:r>
        <w:rPr>
          <w:b/>
          <w:color w:val="FF0000"/>
        </w:rPr>
        <w:t>21. 答案：B</w:t>
      </w:r>
      <w:r>
        <w:rPr>
          <w:color w:val="808080"/>
          <w:sz w:val="21"/>
        </w:rPr>
        <w:t xml:space="preserve">  WMAP（威尔金森微波各向异性探测器）在2001—2010年对微波背景辐射的温度涨落做了高精度全天测量，其角功率谱与理论预言高度吻合，为大爆炸和ΛCDM模型提供了关键证据；CGRO是γ射线天文台，Spitzer、IRAS均为红外望远镜，选B。</w:t>
      </w:r>
    </w:p>
    <w:p w14:paraId="3DE5061B" w14:textId="77777777" w:rsidR="003D5445" w:rsidRDefault="00000000">
      <w:pPr>
        <w:spacing w:after="80"/>
        <w:rPr>
          <w:rFonts w:hint="eastAsia"/>
        </w:rPr>
      </w:pPr>
      <w:r>
        <w:rPr>
          <w:b/>
          <w:color w:val="FF0000"/>
        </w:rPr>
        <w:t>22. 答案：C</w:t>
      </w:r>
      <w:r>
        <w:rPr>
          <w:color w:val="808080"/>
          <w:sz w:val="21"/>
        </w:rPr>
        <w:t xml:space="preserve">  海豚座位于夏季星空，四周与狐狸座、飞马座、天鹰座、小马座、天箭座相邻。巨爵座在春季星空的狮子座与室女座之间，与海豚座相隔很远，不是新星附近天区的星座，选C。</w:t>
      </w:r>
    </w:p>
    <w:p w14:paraId="16280EEE" w14:textId="77777777" w:rsidR="003D5445" w:rsidRDefault="00000000">
      <w:pPr>
        <w:spacing w:after="80"/>
        <w:rPr>
          <w:rFonts w:hint="eastAsia"/>
        </w:rPr>
      </w:pPr>
      <w:r>
        <w:rPr>
          <w:b/>
          <w:color w:val="FF0000"/>
        </w:rPr>
        <w:t>23. 答案：D</w:t>
      </w:r>
      <w:r>
        <w:rPr>
          <w:color w:val="808080"/>
          <w:sz w:val="21"/>
        </w:rPr>
        <w:t xml:space="preserve">  2014年10月8日月全食我国观测条件最好，选D。</w:t>
      </w:r>
    </w:p>
    <w:p w14:paraId="19D18120" w14:textId="77777777" w:rsidR="003D5445" w:rsidRDefault="00000000">
      <w:pPr>
        <w:spacing w:after="80"/>
        <w:rPr>
          <w:rFonts w:hint="eastAsia"/>
        </w:rPr>
      </w:pPr>
      <w:r>
        <w:rPr>
          <w:b/>
          <w:color w:val="FF0000"/>
        </w:rPr>
        <w:t>24. 答案：C</w:t>
      </w:r>
      <w:r>
        <w:rPr>
          <w:color w:val="808080"/>
          <w:sz w:val="21"/>
        </w:rPr>
        <w:t xml:space="preserve">  预赛在3月22日上午开始，此时太阳位于东南方、方位角约120°。把表盘放平、时针指向太阳后，正北方向落在表盘5点前后，四个选项中6点最接近，选C。</w:t>
      </w:r>
    </w:p>
    <w:p w14:paraId="1553791A" w14:textId="77777777" w:rsidR="003D5445" w:rsidRDefault="00000000">
      <w:pPr>
        <w:spacing w:after="80"/>
        <w:rPr>
          <w:rFonts w:hint="eastAsia"/>
        </w:rPr>
      </w:pPr>
      <w:r>
        <w:rPr>
          <w:b/>
          <w:color w:val="FF0000"/>
        </w:rPr>
        <w:t>25. 答案：A</w:t>
      </w:r>
      <w:r>
        <w:rPr>
          <w:color w:val="808080"/>
          <w:sz w:val="21"/>
        </w:rPr>
        <w:t xml:space="preserve">  1秒差距约206264天文单位，选A。</w:t>
      </w:r>
    </w:p>
    <w:p w14:paraId="3E599112" w14:textId="77777777" w:rsidR="003D5445" w:rsidRDefault="00000000">
      <w:pPr>
        <w:spacing w:after="80"/>
        <w:rPr>
          <w:rFonts w:hint="eastAsia"/>
        </w:rPr>
      </w:pPr>
      <w:r>
        <w:rPr>
          <w:b/>
          <w:color w:val="FF0000"/>
        </w:rPr>
        <w:t>26. 答案：A</w:t>
      </w:r>
      <w:r>
        <w:rPr>
          <w:color w:val="808080"/>
          <w:sz w:val="21"/>
        </w:rPr>
        <w:t xml:space="preserve">  ISON彗星近日点时刻约2013年11月29日，选A。</w:t>
      </w:r>
    </w:p>
    <w:p w14:paraId="0D1F22FA" w14:textId="77777777" w:rsidR="003D5445" w:rsidRDefault="00000000">
      <w:pPr>
        <w:spacing w:after="80"/>
        <w:rPr>
          <w:rFonts w:hint="eastAsia"/>
        </w:rPr>
      </w:pPr>
      <w:r>
        <w:rPr>
          <w:b/>
          <w:color w:val="FF0000"/>
        </w:rPr>
        <w:t>27. 答案：C</w:t>
      </w:r>
      <w:r>
        <w:rPr>
          <w:color w:val="808080"/>
          <w:sz w:val="21"/>
        </w:rPr>
        <w:t xml:space="preserve">  M42和M78之间角距离约6°，选C。</w:t>
      </w:r>
    </w:p>
    <w:p w14:paraId="7E8D9693" w14:textId="77777777" w:rsidR="003D5445" w:rsidRDefault="00000000">
      <w:pPr>
        <w:spacing w:after="80"/>
        <w:rPr>
          <w:rFonts w:hint="eastAsia"/>
        </w:rPr>
      </w:pPr>
      <w:r>
        <w:rPr>
          <w:b/>
          <w:color w:val="FF0000"/>
        </w:rPr>
        <w:t>28. 答案：D</w:t>
      </w:r>
      <w:r>
        <w:rPr>
          <w:color w:val="808080"/>
          <w:sz w:val="21"/>
        </w:rPr>
        <w:t xml:space="preserve">  F型恒星表面温度最高，选D。</w:t>
      </w:r>
    </w:p>
    <w:p w14:paraId="18D689BA" w14:textId="77777777" w:rsidR="003D5445" w:rsidRDefault="00000000">
      <w:pPr>
        <w:spacing w:after="80"/>
        <w:rPr>
          <w:rFonts w:hint="eastAsia"/>
        </w:rPr>
      </w:pPr>
      <w:r>
        <w:rPr>
          <w:b/>
          <w:color w:val="FF0000"/>
        </w:rPr>
        <w:t>29. 答案：B</w:t>
      </w:r>
      <w:r>
        <w:rPr>
          <w:color w:val="808080"/>
          <w:sz w:val="21"/>
        </w:rPr>
        <w:t xml:space="preserve">  赫歇尔红外望远镜工作在日地第二拉格朗日点（L2），而不是第一拉格朗日点（L1）；它口径3.5米，在2300升液氦耗尽、探测器升温后于2013年4月结束观测、6月正式退役，故选B。</w:t>
      </w:r>
    </w:p>
    <w:p w14:paraId="796E7604" w14:textId="77777777" w:rsidR="003D5445" w:rsidRDefault="00000000">
      <w:pPr>
        <w:spacing w:after="80"/>
        <w:rPr>
          <w:rFonts w:hint="eastAsia"/>
        </w:rPr>
      </w:pPr>
      <w:r>
        <w:rPr>
          <w:b/>
          <w:color w:val="FF0000"/>
        </w:rPr>
        <w:t>30. 答案：D</w:t>
      </w:r>
      <w:r>
        <w:rPr>
          <w:color w:val="808080"/>
          <w:sz w:val="21"/>
        </w:rPr>
        <w:t xml:space="preserve">  太阳磁场约每11年（而非5年）反转一次方向，选D。</w:t>
      </w:r>
    </w:p>
    <w:p w14:paraId="1DB2624E" w14:textId="77777777" w:rsidR="003D5445" w:rsidRDefault="00000000">
      <w:pPr>
        <w:spacing w:after="80"/>
        <w:rPr>
          <w:rFonts w:hint="eastAsia"/>
        </w:rPr>
      </w:pPr>
      <w:r>
        <w:rPr>
          <w:b/>
          <w:color w:val="FF0000"/>
        </w:rPr>
        <w:t>31. 答案：C</w:t>
      </w:r>
      <w:r>
        <w:rPr>
          <w:color w:val="808080"/>
          <w:sz w:val="21"/>
        </w:rPr>
        <w:t xml:space="preserve">  中微子有3种基本类型（电子中微子、μ子中微子、τ子中微子），选C。</w:t>
      </w:r>
    </w:p>
    <w:p w14:paraId="5F71FEB6" w14:textId="77777777" w:rsidR="003D5445" w:rsidRDefault="00000000">
      <w:pPr>
        <w:spacing w:after="80"/>
        <w:rPr>
          <w:rFonts w:hint="eastAsia"/>
        </w:rPr>
      </w:pPr>
      <w:r>
        <w:rPr>
          <w:b/>
          <w:color w:val="FF0000"/>
        </w:rPr>
        <w:t>32. 答案：D</w:t>
      </w:r>
      <w:r>
        <w:rPr>
          <w:color w:val="808080"/>
          <w:sz w:val="21"/>
        </w:rPr>
        <w:t xml:space="preserve">  由哈勃定律v=H0d，d约13966.8/70约200Mpc，选D。</w:t>
      </w:r>
    </w:p>
    <w:p w14:paraId="334564AF" w14:textId="77777777" w:rsidR="003D5445" w:rsidRDefault="00000000">
      <w:pPr>
        <w:spacing w:after="80"/>
        <w:rPr>
          <w:rFonts w:hint="eastAsia"/>
        </w:rPr>
      </w:pPr>
      <w:r>
        <w:rPr>
          <w:b/>
          <w:color w:val="FF0000"/>
        </w:rPr>
        <w:t>33. 答案：C</w:t>
      </w:r>
      <w:r>
        <w:rPr>
          <w:color w:val="808080"/>
          <w:sz w:val="21"/>
        </w:rPr>
        <w:t xml:space="preserve">  春分点移动1度约需70年（岁差周期约25800年），选C。</w:t>
      </w:r>
    </w:p>
    <w:p w14:paraId="08345BE1" w14:textId="77777777" w:rsidR="003D5445" w:rsidRDefault="00000000">
      <w:pPr>
        <w:spacing w:after="80"/>
        <w:rPr>
          <w:rFonts w:hint="eastAsia"/>
        </w:rPr>
      </w:pPr>
      <w:r>
        <w:rPr>
          <w:b/>
          <w:color w:val="FF0000"/>
        </w:rPr>
        <w:t>34. 答案：A</w:t>
      </w:r>
      <w:r>
        <w:rPr>
          <w:color w:val="808080"/>
          <w:sz w:val="21"/>
        </w:rPr>
        <w:t xml:space="preserve">  四颗伽利略卫星都已被木星潮汐锁定，自转周期与公转周期相同，不存在“唯一非同步自转”的一颗，故A错误；木卫一火山活动剧烈、木卫二冰壳下可能有液态海洋、木卫三直径5250km为太阳系最大卫星，B、C、D均正确，选A。</w:t>
      </w:r>
    </w:p>
    <w:p w14:paraId="5BB57318" w14:textId="77777777" w:rsidR="003D5445" w:rsidRDefault="00000000">
      <w:pPr>
        <w:spacing w:after="80"/>
        <w:rPr>
          <w:rFonts w:hint="eastAsia"/>
        </w:rPr>
      </w:pPr>
      <w:r>
        <w:rPr>
          <w:b/>
          <w:color w:val="FF0000"/>
        </w:rPr>
        <w:lastRenderedPageBreak/>
        <w:t>35. 答案：C</w:t>
      </w:r>
      <w:r>
        <w:rPr>
          <w:color w:val="808080"/>
          <w:sz w:val="21"/>
        </w:rPr>
        <w:t xml:space="preserve">  角距离3.44分=206.4秒，焦距f=10×200mm=2000mm，距离约2mm，选C。</w:t>
      </w:r>
    </w:p>
    <w:sectPr w:rsidR="003D5445"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24617092">
    <w:abstractNumId w:val="8"/>
  </w:num>
  <w:num w:numId="2" w16cid:durableId="172229053">
    <w:abstractNumId w:val="6"/>
  </w:num>
  <w:num w:numId="3" w16cid:durableId="2050716099">
    <w:abstractNumId w:val="5"/>
  </w:num>
  <w:num w:numId="4" w16cid:durableId="1313557039">
    <w:abstractNumId w:val="4"/>
  </w:num>
  <w:num w:numId="5" w16cid:durableId="585192364">
    <w:abstractNumId w:val="7"/>
  </w:num>
  <w:num w:numId="6" w16cid:durableId="797183416">
    <w:abstractNumId w:val="3"/>
  </w:num>
  <w:num w:numId="7" w16cid:durableId="1356346869">
    <w:abstractNumId w:val="2"/>
  </w:num>
  <w:num w:numId="8" w16cid:durableId="1182351831">
    <w:abstractNumId w:val="1"/>
  </w:num>
  <w:num w:numId="9" w16cid:durableId="1398284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96435"/>
    <w:rsid w:val="003D5445"/>
    <w:rsid w:val="00AA1D8D"/>
    <w:rsid w:val="00B47730"/>
    <w:rsid w:val="00CB0664"/>
    <w:rsid w:val="00F175A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36D368"/>
  <w14:defaultImageDpi w14:val="300"/>
  <w15:docId w15:val="{7B2E64C5-4A73-4208-871D-0720EF70F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宋体" w:eastAsia="宋体" w:hAnsi="宋体"/>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2026-10-27T05:37:00Z</dcterms:modified>
  <cp:category/>
</cp:coreProperties>
</file>