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C9FD4" w14:textId="08307168" w:rsidR="0049606F" w:rsidRDefault="00000000">
      <w:pPr>
        <w:spacing w:before="240" w:after="240" w:line="440" w:lineRule="exact"/>
        <w:jc w:val="center"/>
      </w:pPr>
      <w:r>
        <w:rPr>
          <w:rFonts w:ascii="黑体" w:eastAsia="黑体" w:hAnsi="黑体"/>
          <w:b/>
          <w:sz w:val="36"/>
        </w:rPr>
        <w:t>2011年CNAO天文奥赛预赛试题</w:t>
      </w:r>
    </w:p>
    <w:p w14:paraId="085C587E" w14:textId="77777777" w:rsidR="0049606F" w:rsidRDefault="00000000">
      <w:pPr>
        <w:spacing w:before="120" w:after="80" w:line="440" w:lineRule="exact"/>
      </w:pPr>
      <w:r>
        <w:rPr>
          <w:rFonts w:ascii="黑体" w:eastAsia="黑体" w:hAnsi="黑体"/>
          <w:b/>
          <w:sz w:val="24"/>
        </w:rPr>
        <w:t>注意事项：</w:t>
      </w:r>
    </w:p>
    <w:p w14:paraId="59BB9065" w14:textId="77777777" w:rsidR="0049606F" w:rsidRDefault="00000000">
      <w:pPr>
        <w:spacing w:after="40" w:line="440" w:lineRule="exact"/>
      </w:pPr>
      <w:r>
        <w:rPr>
          <w:rFonts w:ascii="宋体" w:eastAsia="宋体" w:hAnsi="宋体"/>
        </w:rPr>
        <w:t>1. 本试卷共35道单项选择题，每题2分，共70分。</w:t>
      </w:r>
    </w:p>
    <w:p w14:paraId="0B9F5C7E" w14:textId="77777777" w:rsidR="0049606F" w:rsidRDefault="00000000">
      <w:pPr>
        <w:spacing w:after="40" w:line="440" w:lineRule="exact"/>
      </w:pPr>
      <w:r>
        <w:rPr>
          <w:rFonts w:ascii="宋体" w:eastAsia="宋体" w:hAnsi="宋体"/>
        </w:rPr>
        <w:t>2. 请将答案填写在答题纸上，写在试卷上无效。</w:t>
      </w:r>
    </w:p>
    <w:p w14:paraId="7BAC1387" w14:textId="77777777" w:rsidR="0049606F" w:rsidRDefault="00000000">
      <w:pPr>
        <w:spacing w:after="40" w:line="440" w:lineRule="exact"/>
      </w:pPr>
      <w:r>
        <w:rPr>
          <w:rFonts w:ascii="宋体" w:eastAsia="宋体" w:hAnsi="宋体"/>
        </w:rPr>
        <w:t>3. 第3题存在争议，不计成绩。</w:t>
      </w:r>
    </w:p>
    <w:p w14:paraId="1376265F" w14:textId="77777777" w:rsidR="0049606F" w:rsidRDefault="00000000">
      <w:pPr>
        <w:spacing w:after="40" w:line="440" w:lineRule="exact"/>
      </w:pPr>
      <w:r>
        <w:rPr>
          <w:rFonts w:ascii="宋体" w:eastAsia="宋体" w:hAnsi="宋体"/>
        </w:rPr>
        <w:t>4. 考试时间为60分钟。</w:t>
      </w:r>
    </w:p>
    <w:p w14:paraId="36AAB599" w14:textId="77777777" w:rsidR="0049606F" w:rsidRDefault="00000000">
      <w:pPr>
        <w:spacing w:after="40" w:line="440" w:lineRule="exact"/>
      </w:pPr>
      <w:r>
        <w:rPr>
          <w:rFonts w:ascii="宋体" w:eastAsia="宋体" w:hAnsi="宋体"/>
        </w:rPr>
        <w:t>5. 本试卷由济南天文学会提供。</w:t>
      </w:r>
    </w:p>
    <w:p w14:paraId="4E057311" w14:textId="77777777" w:rsidR="0049606F" w:rsidRDefault="00000000">
      <w:pPr>
        <w:spacing w:before="120" w:after="240"/>
      </w:pPr>
      <w:r>
        <w:rPr>
          <w:rFonts w:ascii="宋体" w:eastAsia="宋体" w:hAnsi="宋体"/>
        </w:rPr>
        <w:t xml:space="preserve">姓名：__________    年级：__________    班级：__________    得分：__________    </w:t>
      </w:r>
    </w:p>
    <w:p w14:paraId="421C2DC4" w14:textId="77777777" w:rsidR="0049606F" w:rsidRDefault="00000000">
      <w:pPr>
        <w:spacing w:before="240" w:after="160" w:line="440" w:lineRule="exact"/>
      </w:pPr>
      <w:r>
        <w:rPr>
          <w:rFonts w:ascii="黑体" w:eastAsia="黑体" w:hAnsi="黑体"/>
          <w:b/>
          <w:sz w:val="28"/>
        </w:rPr>
        <w:t>一、单项选择题（共35题，每题2分，共70分）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252"/>
        <w:gridCol w:w="4252"/>
      </w:tblGrid>
      <w:tr w:rsidR="0049606F" w14:paraId="0CC0DBF8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E1482D5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1. 梅西叶天体M42位于（ ）座。</w:t>
            </w:r>
          </w:p>
          <w:p w14:paraId="03EBFBED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(A)金牛        (B)猎户</w:t>
            </w:r>
          </w:p>
          <w:p w14:paraId="0F2C5EB6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(C)大熊        (D)仙女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43A14A8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2. 太阳黑子数的变化周期大约是（ ）。</w:t>
            </w:r>
          </w:p>
          <w:p w14:paraId="33372EC6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(A)25天        (B)360天</w:t>
            </w:r>
          </w:p>
          <w:p w14:paraId="670A2F2E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(C)11年        (D)60年</w:t>
            </w:r>
          </w:p>
        </w:tc>
      </w:tr>
      <w:tr w:rsidR="0049606F" w14:paraId="036EC54A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DC36DEB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3. 水星大距时离太阳的角距离大约是（ ）度。（本题存在争议，不计成绩）</w:t>
            </w:r>
          </w:p>
          <w:p w14:paraId="2D5CAC62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(A)10        (B)20</w:t>
            </w:r>
          </w:p>
          <w:p w14:paraId="574E078A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(C)30        (D)40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7840E19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4. 4月12日是世界上第一艘载人航天器遨游太空（ ）周年纪念日。</w:t>
            </w:r>
          </w:p>
          <w:p w14:paraId="501DD489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(A)20        (B)35</w:t>
            </w:r>
          </w:p>
          <w:p w14:paraId="236F647D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(C)50        (D)76</w:t>
            </w:r>
          </w:p>
        </w:tc>
      </w:tr>
      <w:tr w:rsidR="0049606F" w14:paraId="7E9FD490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B934BFF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5. 以下流星雨中极大日期出现在每年10月份的是（ ）流星雨。</w:t>
            </w:r>
          </w:p>
          <w:p w14:paraId="6CD7649A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(A)天龙座        (B)牧夫座</w:t>
            </w:r>
          </w:p>
          <w:p w14:paraId="1E3B6886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(C)宝瓶座η        (D)象限仪座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825AAD4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6. 2010年在中国举办的国际天文比赛是（ ）。</w:t>
            </w:r>
          </w:p>
          <w:p w14:paraId="0817722B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(A)CNAO        (B)APAO</w:t>
            </w:r>
          </w:p>
          <w:p w14:paraId="0683855C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(C)IAO        (D)IOAA</w:t>
            </w:r>
          </w:p>
        </w:tc>
      </w:tr>
      <w:tr w:rsidR="0049606F" w14:paraId="376F6C69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4AA96B7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7. 2011年在中国境内可以观测到的日食和月食总数为（ ）次。</w:t>
            </w:r>
          </w:p>
          <w:p w14:paraId="2F64D4CE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(A)2        (B)3</w:t>
            </w:r>
          </w:p>
          <w:p w14:paraId="4A44B302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(C)4        (D)6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8943B34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8. 不久前刚刚执行完最后一次任务返回地球的航天飞机的名字是（ ）。</w:t>
            </w:r>
          </w:p>
          <w:p w14:paraId="79B00DCF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(A)发现号        (B)挑战者号</w:t>
            </w:r>
          </w:p>
          <w:p w14:paraId="720EA8D2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(C)哥伦比亚号        (D)亚特兰蒂斯号</w:t>
            </w:r>
          </w:p>
        </w:tc>
      </w:tr>
      <w:tr w:rsidR="0049606F" w14:paraId="226B3261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89ED62E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9. 几个月前，天文学家宣布在M100星系里观测到了一颗年龄约为（ ）岁的黑洞。</w:t>
            </w:r>
          </w:p>
          <w:p w14:paraId="108B7AFB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(A)1        (B)30</w:t>
            </w:r>
          </w:p>
          <w:p w14:paraId="51F9A19C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lastRenderedPageBreak/>
              <w:t>(C)3千        (D)5千万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0B9C0E0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lastRenderedPageBreak/>
              <w:t>10. 目前在南极冰层下建造的“冰立方”属于（ ）探测装置。</w:t>
            </w:r>
          </w:p>
          <w:p w14:paraId="21293E19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(A)γ射线        (B)X射线</w:t>
            </w:r>
          </w:p>
          <w:p w14:paraId="46400E23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(C)中微子        (D)引力波</w:t>
            </w:r>
          </w:p>
        </w:tc>
      </w:tr>
      <w:tr w:rsidR="0049606F" w14:paraId="2ACAFE3A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57868AB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11. 下一次金星凌日将发生在（ ）年。</w:t>
            </w:r>
          </w:p>
          <w:p w14:paraId="775408C9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(A)2012        (B)2035</w:t>
            </w:r>
          </w:p>
          <w:p w14:paraId="6DE20EB6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(C)2036        (D)2117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45B5A86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12. 我们最不可能在以下哪个星座中观测到月球？（ ）</w:t>
            </w:r>
          </w:p>
          <w:p w14:paraId="0FAC8AA5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(A)蛇夫座        (B)后发座</w:t>
            </w:r>
          </w:p>
          <w:p w14:paraId="694F85C0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(C)天秤座        (D)猎户座</w:t>
            </w:r>
          </w:p>
        </w:tc>
      </w:tr>
      <w:tr w:rsidR="0049606F" w14:paraId="42C2BC8F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887CAFD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13. 2011年内肯定观测不到回归的周期彗星的编号是（ ）。</w:t>
            </w:r>
          </w:p>
          <w:p w14:paraId="1C833689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(A)1P        (B)9P</w:t>
            </w:r>
          </w:p>
          <w:p w14:paraId="70CFEB73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(C)130P        (D)P/2006U1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3889821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14. 2009年和2010年全年没有太阳黑子的天数分别是260天和51天。2011年到今天为止没有太阳黑子的实际天数是（ ）。</w:t>
            </w:r>
          </w:p>
          <w:p w14:paraId="5A4125D8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(A)1天        (B)5天</w:t>
            </w:r>
          </w:p>
          <w:p w14:paraId="1055B30D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(C)10天        (D)15天以上</w:t>
            </w:r>
          </w:p>
        </w:tc>
      </w:tr>
      <w:tr w:rsidR="0049606F" w14:paraId="5FBD9662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3C894B0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15. 在地球上观测，以下哪个天象最不可能发生？（ ）</w:t>
            </w:r>
          </w:p>
          <w:p w14:paraId="00FCFC82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(A)水星凌日        (B)金星凌日</w:t>
            </w:r>
          </w:p>
          <w:p w14:paraId="046FAF2B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(C)火星凌日        (D)国际空间站凌日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B9FB0FB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16. 天鹅座距离我们有多远？（ ）</w:t>
            </w:r>
          </w:p>
          <w:p w14:paraId="48556089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(A)约230光年        (B)约1100光年</w:t>
            </w:r>
          </w:p>
          <w:p w14:paraId="0E655013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(C)约16万光年        (D)另外三个答案都不对</w:t>
            </w:r>
          </w:p>
        </w:tc>
      </w:tr>
      <w:tr w:rsidR="0049606F" w14:paraId="7C59E683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73F1143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17. 家住北京的小明某天晚上21点看到猎户三星在正南方，一个月后也是晚上21点，他看到的猎户三星最可能在哪个方向？（ ）</w:t>
            </w:r>
          </w:p>
          <w:p w14:paraId="1985DAC9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(A)正东        (B)东南</w:t>
            </w:r>
          </w:p>
          <w:p w14:paraId="3F270146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(C)西南        (D)正西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668B35E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18. 下列星座位于大熊座和小熊座天区之间的是（ ）。</w:t>
            </w:r>
          </w:p>
          <w:p w14:paraId="09B60E4B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(A)天龙座        (B)仙王座</w:t>
            </w:r>
          </w:p>
          <w:p w14:paraId="284F115D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(C)御夫座        (D)猎户座</w:t>
            </w:r>
          </w:p>
        </w:tc>
      </w:tr>
      <w:tr w:rsidR="0049606F" w14:paraId="7EA8D0F7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FED259B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19. 以下关于月全食错误的说法是（ ）。</w:t>
            </w:r>
          </w:p>
          <w:p w14:paraId="67C86214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(A)月全食食分不可能小于1        (B)月全食全食阶段的持续时间可以短于一小时</w:t>
            </w:r>
          </w:p>
          <w:p w14:paraId="0D679101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(C)月全食前后可以没有月偏食阶段        (D)北极也可能观测到月全食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93290E1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20. “坐地日行八万里”指的是在（ ）。</w:t>
            </w:r>
          </w:p>
          <w:p w14:paraId="03ECE674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(A)赤道上        (B)南、北回归线上</w:t>
            </w:r>
          </w:p>
          <w:p w14:paraId="32519408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(C)南、北纬40度地区        (D)南、北极上</w:t>
            </w:r>
          </w:p>
        </w:tc>
      </w:tr>
      <w:tr w:rsidR="0049606F" w14:paraId="764987BF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D65A0AC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21. 今年3月20日月亮过近地点并且是满月。这种月亮在农历满月那天过近地点的现象平均大约每（ ）发生一次。</w:t>
            </w:r>
          </w:p>
          <w:p w14:paraId="2ED1B396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(A)两三个月        (B)两三年</w:t>
            </w:r>
          </w:p>
          <w:p w14:paraId="3DE357CF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(C)二三十年        (D)二三百年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5AC83A1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22. 行星合月指的是（ ）。</w:t>
            </w:r>
          </w:p>
          <w:p w14:paraId="564292C0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(A)行星和月球在黄道上的投影相重合        (B)行星和月球在天球上的角距离最近</w:t>
            </w:r>
          </w:p>
          <w:p w14:paraId="5304B2BB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(C)行星和月亮的实际距离最近        (D)行星和月球的赤经相等</w:t>
            </w:r>
          </w:p>
        </w:tc>
      </w:tr>
      <w:tr w:rsidR="0049606F" w14:paraId="3CDC7200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DE9A617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lastRenderedPageBreak/>
              <w:t>23. 去年是人类探索地外文明（ ）周年。</w:t>
            </w:r>
          </w:p>
          <w:p w14:paraId="0795BC5E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(A)20        (B)30</w:t>
            </w:r>
          </w:p>
          <w:p w14:paraId="166806F1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(C)50        (D)80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2FDF0625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24. 未来几年将要启用的下一代空间望远镜的名称是（ ）空间望远镜。</w:t>
            </w:r>
          </w:p>
          <w:p w14:paraId="19FB94EE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(A)哈勃        (B)斯皮策</w:t>
            </w:r>
          </w:p>
          <w:p w14:paraId="638D3FFB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(C)开普勒        (D)詹姆斯韦布</w:t>
            </w:r>
          </w:p>
        </w:tc>
      </w:tr>
      <w:tr w:rsidR="0049606F" w14:paraId="2E50B8DD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700E4077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25. 世界上最大的变星观测组织是（ ）。</w:t>
            </w:r>
          </w:p>
          <w:p w14:paraId="6DCC0698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(A)AAVSO        (B)MIRA</w:t>
            </w:r>
          </w:p>
          <w:p w14:paraId="4725EEAD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(C)UGSS        (D)VSP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5424DA0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26. 开展深空天体摄影所需要的最合适的装置是（ ）的跟踪设备。</w:t>
            </w:r>
          </w:p>
          <w:p w14:paraId="2BA8A062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(A)地平式        (B)赤道式</w:t>
            </w:r>
          </w:p>
          <w:p w14:paraId="7F1D9E59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(C)黄道式        (D)银道式</w:t>
            </w:r>
          </w:p>
        </w:tc>
      </w:tr>
      <w:tr w:rsidR="0049606F" w14:paraId="5E6752B8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9D0CBED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27. 天琴座流星雨极大时辐射点所在的星座是（ ）。</w:t>
            </w:r>
          </w:p>
          <w:p w14:paraId="0A2C348B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(A)金牛座        (B)天鹅座</w:t>
            </w:r>
          </w:p>
          <w:p w14:paraId="5CE86C1F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(C)天鹰座        (D)武仙座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B88C0DE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28. 今年媒体上发布的以下天文相关信息中最靠谱的是（ ）。</w:t>
            </w:r>
          </w:p>
          <w:p w14:paraId="285BFC29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(A)2011年2月14日凌晨将出现两个月亮        (B)参宿四今年爆炸或现“两个太阳”</w:t>
            </w:r>
          </w:p>
          <w:p w14:paraId="6BE57FDE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(C)一周之内三颗小行星与地球“擦肩而过”        (D)月球引力“摇歪”地球轴心，出现第13个黄道星座蛇夫座</w:t>
            </w:r>
          </w:p>
        </w:tc>
      </w:tr>
      <w:tr w:rsidR="0049606F" w14:paraId="24483C21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3CDD4C6A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29. 中国没有在2011年计划发射的项目是（ ）。</w:t>
            </w:r>
          </w:p>
          <w:p w14:paraId="10C943BF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(A)天宫一号        (B)萤火一号</w:t>
            </w:r>
          </w:p>
          <w:p w14:paraId="1438A392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(C)嫦娥三号        (D)神舟八号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BE7DFD2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30. 现在与月球角距离最近的行星是（ ）。</w:t>
            </w:r>
          </w:p>
          <w:p w14:paraId="69825593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(A)水星        (B)金星</w:t>
            </w:r>
          </w:p>
          <w:p w14:paraId="4819E3E2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(C)火星        (D)土星</w:t>
            </w:r>
          </w:p>
        </w:tc>
      </w:tr>
      <w:tr w:rsidR="0049606F" w14:paraId="3B2376E4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02378E77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31. 今年一月和三月每个月都分别出现过的天象不包括（ ）。</w:t>
            </w:r>
          </w:p>
          <w:p w14:paraId="286121DB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(A)一次水星大距        (B)一次金星大距</w:t>
            </w:r>
          </w:p>
          <w:p w14:paraId="315C91FF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(C)两次金星合月        (D)至少一次海王星合月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759C066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32. 考试地点所在地每个月会有一天没有月出（月亮从地平线升起）。这一天发生在农历的（ ）前后。</w:t>
            </w:r>
          </w:p>
          <w:p w14:paraId="5936DDF2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(A)初一        (B)上弦</w:t>
            </w:r>
          </w:p>
          <w:p w14:paraId="28ED8567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(C)十五        (D)下弦</w:t>
            </w:r>
          </w:p>
        </w:tc>
      </w:tr>
      <w:tr w:rsidR="0049606F" w14:paraId="6CD5C901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5A94E4B0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33. 欧洲空间局的普朗克探测器工作的波段是（ ）。</w:t>
            </w:r>
          </w:p>
          <w:p w14:paraId="1D16284E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(A)可见光        (B)X射线</w:t>
            </w:r>
          </w:p>
          <w:p w14:paraId="7614EF2E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(C)红外        (D)微波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1C28B66B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34. 在刚刚过去的2010年里，没有发生日食或者月食的日期是（ ）。</w:t>
            </w:r>
          </w:p>
          <w:p w14:paraId="60EAE057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(A)1月1日        (B)1月15日</w:t>
            </w:r>
          </w:p>
          <w:p w14:paraId="2DAD4FA9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(C)7月12日        (D)11月22日</w:t>
            </w:r>
          </w:p>
        </w:tc>
      </w:tr>
      <w:tr w:rsidR="0049606F" w14:paraId="28FB978E" w14:textId="77777777">
        <w:trPr>
          <w:jc w:val="center"/>
        </w:trPr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608D178F" w14:textId="77777777" w:rsidR="0049606F" w:rsidRDefault="00000000">
            <w:pPr>
              <w:spacing w:before="120" w:after="40" w:line="360" w:lineRule="exact"/>
            </w:pPr>
            <w:r>
              <w:rPr>
                <w:rFonts w:ascii="宋体" w:eastAsia="宋体" w:hAnsi="宋体"/>
              </w:rPr>
              <w:t>35. 下述流星群中在2010年观测条件不太好的是（ ）流星雨。</w:t>
            </w:r>
          </w:p>
          <w:p w14:paraId="1FCDADE1" w14:textId="77777777" w:rsidR="0049606F" w:rsidRDefault="00000000">
            <w:pPr>
              <w:spacing w:before="20" w:after="20" w:line="320" w:lineRule="exact"/>
            </w:pPr>
            <w:r>
              <w:rPr>
                <w:rFonts w:ascii="宋体" w:eastAsia="宋体" w:hAnsi="宋体"/>
                <w:sz w:val="21"/>
              </w:rPr>
              <w:t>(A)天琴座        (B)双子座</w:t>
            </w:r>
          </w:p>
          <w:p w14:paraId="30945DEA" w14:textId="77777777" w:rsidR="0049606F" w:rsidRDefault="00000000">
            <w:pPr>
              <w:spacing w:before="20" w:after="80" w:line="320" w:lineRule="exact"/>
            </w:pPr>
            <w:r>
              <w:rPr>
                <w:rFonts w:ascii="宋体" w:eastAsia="宋体" w:hAnsi="宋体"/>
                <w:sz w:val="21"/>
              </w:rPr>
              <w:t>(C)英仙座        (D)猎户座</w:t>
            </w:r>
          </w:p>
        </w:tc>
        <w:tc>
          <w:tcPr>
            <w:tcW w:w="4252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14:paraId="46E3B74B" w14:textId="77777777" w:rsidR="0049606F" w:rsidRDefault="0049606F"/>
        </w:tc>
      </w:tr>
    </w:tbl>
    <w:p w14:paraId="56F1FE39" w14:textId="77777777" w:rsidR="0049606F" w:rsidRDefault="00000000">
      <w:r>
        <w:br w:type="page"/>
      </w:r>
    </w:p>
    <w:p w14:paraId="1CB2B02B" w14:textId="77777777" w:rsidR="0049606F" w:rsidRDefault="00000000">
      <w:pPr>
        <w:spacing w:before="240" w:after="240" w:line="440" w:lineRule="exact"/>
        <w:jc w:val="center"/>
      </w:pPr>
      <w:r>
        <w:rPr>
          <w:rFonts w:ascii="黑体" w:eastAsia="黑体" w:hAnsi="黑体"/>
          <w:b/>
          <w:sz w:val="36"/>
        </w:rPr>
        <w:t>2011年CNAO天文奥赛预赛试题 答案解析</w:t>
      </w:r>
    </w:p>
    <w:p w14:paraId="0E1D24D6" w14:textId="77777777" w:rsidR="0049606F" w:rsidRDefault="00000000">
      <w:pPr>
        <w:spacing w:before="160" w:after="120" w:line="440" w:lineRule="exact"/>
      </w:pPr>
      <w:r>
        <w:rPr>
          <w:rFonts w:ascii="黑体" w:eastAsia="黑体" w:hAnsi="黑体"/>
          <w:b/>
          <w:sz w:val="28"/>
        </w:rPr>
        <w:t>答案速查表</w:t>
      </w:r>
    </w:p>
    <w:p w14:paraId="0F1AD699" w14:textId="77777777" w:rsidR="0049606F" w:rsidRDefault="00000000">
      <w:pPr>
        <w:spacing w:before="40" w:after="40" w:line="440" w:lineRule="exact"/>
      </w:pPr>
      <w:r>
        <w:rPr>
          <w:rFonts w:ascii="宋体" w:eastAsia="宋体" w:hAnsi="宋体"/>
          <w:color w:val="CC0000"/>
          <w:sz w:val="24"/>
        </w:rPr>
        <w:t>1-5：  B  C  不计  C  A</w:t>
      </w:r>
    </w:p>
    <w:p w14:paraId="13A76F8C" w14:textId="77777777" w:rsidR="0049606F" w:rsidRDefault="00000000">
      <w:pPr>
        <w:spacing w:before="40" w:after="40" w:line="440" w:lineRule="exact"/>
      </w:pPr>
      <w:r>
        <w:rPr>
          <w:rFonts w:ascii="宋体" w:eastAsia="宋体" w:hAnsi="宋体"/>
          <w:color w:val="CC0000"/>
          <w:sz w:val="24"/>
        </w:rPr>
        <w:t>6-10：  D  C  A  B  C</w:t>
      </w:r>
    </w:p>
    <w:p w14:paraId="196EF7AC" w14:textId="77777777" w:rsidR="0049606F" w:rsidRDefault="00000000">
      <w:pPr>
        <w:spacing w:before="40" w:after="40" w:line="440" w:lineRule="exact"/>
      </w:pPr>
      <w:r>
        <w:rPr>
          <w:rFonts w:ascii="宋体" w:eastAsia="宋体" w:hAnsi="宋体"/>
          <w:color w:val="CC0000"/>
          <w:sz w:val="24"/>
        </w:rPr>
        <w:t>11-15： A  B  A  A  C</w:t>
      </w:r>
    </w:p>
    <w:p w14:paraId="51204299" w14:textId="77777777" w:rsidR="0049606F" w:rsidRDefault="00000000">
      <w:pPr>
        <w:spacing w:before="40" w:after="40" w:line="440" w:lineRule="exact"/>
      </w:pPr>
      <w:r>
        <w:rPr>
          <w:rFonts w:ascii="宋体" w:eastAsia="宋体" w:hAnsi="宋体"/>
          <w:color w:val="CC0000"/>
          <w:sz w:val="24"/>
        </w:rPr>
        <w:t>16-20： D  C  A  C  A</w:t>
      </w:r>
    </w:p>
    <w:p w14:paraId="5DA7BB80" w14:textId="77777777" w:rsidR="0049606F" w:rsidRDefault="00000000">
      <w:pPr>
        <w:spacing w:before="40" w:after="40" w:line="440" w:lineRule="exact"/>
      </w:pPr>
      <w:r>
        <w:rPr>
          <w:rFonts w:ascii="宋体" w:eastAsia="宋体" w:hAnsi="宋体"/>
          <w:color w:val="CC0000"/>
          <w:sz w:val="24"/>
        </w:rPr>
        <w:t>21-25：  B  A  C  D  A</w:t>
      </w:r>
    </w:p>
    <w:p w14:paraId="06D10820" w14:textId="77777777" w:rsidR="0049606F" w:rsidRDefault="00000000">
      <w:pPr>
        <w:spacing w:before="40" w:after="40" w:line="440" w:lineRule="exact"/>
      </w:pPr>
      <w:r>
        <w:rPr>
          <w:rFonts w:ascii="宋体" w:eastAsia="宋体" w:hAnsi="宋体"/>
          <w:color w:val="CC0000"/>
          <w:sz w:val="24"/>
        </w:rPr>
        <w:t>26-30： B  D  C  C  D</w:t>
      </w:r>
    </w:p>
    <w:p w14:paraId="1C317950" w14:textId="77777777" w:rsidR="0049606F" w:rsidRDefault="00000000">
      <w:pPr>
        <w:spacing w:before="40" w:after="40" w:line="440" w:lineRule="exact"/>
      </w:pPr>
      <w:r>
        <w:rPr>
          <w:rFonts w:ascii="宋体" w:eastAsia="宋体" w:hAnsi="宋体"/>
          <w:color w:val="CC0000"/>
          <w:sz w:val="24"/>
        </w:rPr>
        <w:t>31-35： B  D  D  D  D</w:t>
      </w:r>
    </w:p>
    <w:p w14:paraId="3107A2B1" w14:textId="77777777" w:rsidR="0049606F" w:rsidRDefault="00000000">
      <w:pPr>
        <w:spacing w:before="240" w:after="120" w:line="440" w:lineRule="exact"/>
      </w:pPr>
      <w:r>
        <w:rPr>
          <w:rFonts w:ascii="黑体" w:eastAsia="黑体" w:hAnsi="黑体"/>
          <w:b/>
          <w:sz w:val="28"/>
        </w:rPr>
        <w:t>逐题答案与解析</w:t>
      </w:r>
    </w:p>
    <w:p w14:paraId="0CF935B9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1. </w:t>
      </w:r>
      <w:r>
        <w:rPr>
          <w:rFonts w:ascii="宋体" w:eastAsia="宋体" w:hAnsi="宋体"/>
          <w:b/>
          <w:color w:val="CC0000"/>
        </w:rPr>
        <w:t xml:space="preserve">B  </w:t>
      </w:r>
      <w:r>
        <w:rPr>
          <w:rFonts w:ascii="宋体" w:eastAsia="宋体" w:hAnsi="宋体"/>
          <w:color w:val="808080"/>
        </w:rPr>
        <w:t>M42（猎户座大星云）位于猎户座。</w:t>
      </w:r>
    </w:p>
    <w:p w14:paraId="4F8EB061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2. </w:t>
      </w:r>
      <w:r>
        <w:rPr>
          <w:rFonts w:ascii="宋体" w:eastAsia="宋体" w:hAnsi="宋体"/>
          <w:b/>
          <w:color w:val="CC0000"/>
        </w:rPr>
        <w:t xml:space="preserve">C  </w:t>
      </w:r>
      <w:r>
        <w:rPr>
          <w:rFonts w:ascii="宋体" w:eastAsia="宋体" w:hAnsi="宋体"/>
          <w:color w:val="808080"/>
        </w:rPr>
        <w:t>太阳黑子数的变化周期约为11年。</w:t>
      </w:r>
    </w:p>
    <w:p w14:paraId="30115F97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3. </w:t>
      </w:r>
      <w:r>
        <w:rPr>
          <w:rFonts w:ascii="宋体" w:eastAsia="宋体" w:hAnsi="宋体"/>
          <w:b/>
          <w:color w:val="CC0000"/>
        </w:rPr>
        <w:t>【不计】</w:t>
      </w:r>
      <w:r>
        <w:rPr>
          <w:rFonts w:ascii="宋体" w:eastAsia="宋体" w:hAnsi="宋体"/>
          <w:color w:val="808080"/>
        </w:rPr>
        <w:t>本题存在争议，不计成绩。</w:t>
      </w:r>
    </w:p>
    <w:p w14:paraId="258D0258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4. </w:t>
      </w:r>
      <w:r>
        <w:rPr>
          <w:rFonts w:ascii="宋体" w:eastAsia="宋体" w:hAnsi="宋体"/>
          <w:b/>
          <w:color w:val="CC0000"/>
        </w:rPr>
        <w:t>答案：C</w:t>
      </w:r>
      <w:r>
        <w:rPr>
          <w:rFonts w:ascii="宋体" w:eastAsia="宋体" w:hAnsi="宋体"/>
          <w:color w:val="808080"/>
        </w:rPr>
        <w:t xml:space="preserve">  1961年4月12日加加林乘东方一号飞船首次进入太空，2011年正好是50周年。</w:t>
      </w:r>
    </w:p>
    <w:p w14:paraId="2D9F9F52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5. </w:t>
      </w:r>
      <w:r>
        <w:rPr>
          <w:rFonts w:ascii="宋体" w:eastAsia="宋体" w:hAnsi="宋体"/>
          <w:b/>
          <w:color w:val="CC0000"/>
        </w:rPr>
        <w:t xml:space="preserve">A  </w:t>
      </w:r>
      <w:r>
        <w:rPr>
          <w:rFonts w:ascii="宋体" w:eastAsia="宋体" w:hAnsi="宋体"/>
          <w:color w:val="808080"/>
        </w:rPr>
        <w:t>天龙座流星雨极大期在10月上旬。</w:t>
      </w:r>
    </w:p>
    <w:p w14:paraId="5FAFCCDA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6. </w:t>
      </w:r>
      <w:r>
        <w:rPr>
          <w:rFonts w:ascii="宋体" w:eastAsia="宋体" w:hAnsi="宋体"/>
          <w:b/>
          <w:color w:val="CC0000"/>
        </w:rPr>
        <w:t xml:space="preserve">D  </w:t>
      </w:r>
      <w:r>
        <w:rPr>
          <w:rFonts w:ascii="宋体" w:eastAsia="宋体" w:hAnsi="宋体"/>
          <w:color w:val="808080"/>
        </w:rPr>
        <w:t>2010年在中国举办的是IOAA（国际天文奥林匹克）。</w:t>
      </w:r>
    </w:p>
    <w:p w14:paraId="7652ACA5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7. </w:t>
      </w:r>
      <w:r>
        <w:rPr>
          <w:rFonts w:ascii="宋体" w:eastAsia="宋体" w:hAnsi="宋体"/>
          <w:b/>
          <w:color w:val="CC0000"/>
        </w:rPr>
        <w:t xml:space="preserve">C  </w:t>
      </w:r>
      <w:r>
        <w:rPr>
          <w:rFonts w:ascii="宋体" w:eastAsia="宋体" w:hAnsi="宋体"/>
          <w:color w:val="808080"/>
        </w:rPr>
        <w:t>2011年中国境内可见2次日食和2次月食，共4次。</w:t>
      </w:r>
    </w:p>
    <w:p w14:paraId="5CB633E5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8. </w:t>
      </w:r>
      <w:r>
        <w:rPr>
          <w:rFonts w:ascii="宋体" w:eastAsia="宋体" w:hAnsi="宋体"/>
          <w:b/>
          <w:color w:val="CC0000"/>
        </w:rPr>
        <w:t>A  预赛（2011年3月19日）前三周，发现号航天飞机完成了STS-133任务（2011年2月24日发射、3月9日返回），这也是它第39次、最后一次飞行；挑战者号1986年失事、哥伦比亚号2003年失事，均早已退役；亚特兰蒂斯号要到2011年7月才执行整个航天飞机计划的收官任务。故选A。</w:t>
      </w:r>
      <w:r>
        <w:rPr>
          <w:rFonts w:ascii="宋体" w:eastAsia="宋体" w:hAnsi="宋体"/>
          <w:color w:val="808080"/>
        </w:rPr>
      </w:r>
    </w:p>
    <w:p w14:paraId="54F1BF11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9. </w:t>
      </w:r>
      <w:r>
        <w:rPr>
          <w:rFonts w:ascii="宋体" w:eastAsia="宋体" w:hAnsi="宋体"/>
          <w:b/>
          <w:color w:val="CC0000"/>
        </w:rPr>
        <w:t xml:space="preserve">B  </w:t>
      </w:r>
      <w:r>
        <w:rPr>
          <w:rFonts w:ascii="宋体" w:eastAsia="宋体" w:hAnsi="宋体"/>
          <w:color w:val="808080"/>
        </w:rPr>
        <w:t>天文学家宣布在M100中观测到一颗约30岁的黑洞。</w:t>
      </w:r>
    </w:p>
    <w:p w14:paraId="593BD813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10. </w:t>
      </w:r>
      <w:r>
        <w:rPr>
          <w:rFonts w:ascii="宋体" w:eastAsia="宋体" w:hAnsi="宋体"/>
          <w:b/>
          <w:color w:val="CC0000"/>
        </w:rPr>
        <w:t xml:space="preserve">C  </w:t>
      </w:r>
      <w:r>
        <w:rPr>
          <w:rFonts w:ascii="宋体" w:eastAsia="宋体" w:hAnsi="宋体"/>
          <w:color w:val="808080"/>
        </w:rPr>
        <w:t>“冰立方”是中微子探测装置。</w:t>
      </w:r>
    </w:p>
    <w:p w14:paraId="67DD3621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11. </w:t>
      </w:r>
      <w:r>
        <w:rPr>
          <w:rFonts w:ascii="宋体" w:eastAsia="宋体" w:hAnsi="宋体"/>
          <w:b/>
          <w:color w:val="CC0000"/>
        </w:rPr>
        <w:t xml:space="preserve">A  </w:t>
      </w:r>
      <w:r>
        <w:rPr>
          <w:rFonts w:ascii="宋体" w:eastAsia="宋体" w:hAnsi="宋体"/>
          <w:color w:val="808080"/>
        </w:rPr>
        <w:t>下一次金星凌日发生在2012年6月6日。</w:t>
      </w:r>
    </w:p>
    <w:p w14:paraId="2C72790A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12. </w:t>
      </w:r>
      <w:r>
        <w:rPr>
          <w:rFonts w:ascii="宋体" w:eastAsia="宋体" w:hAnsi="宋体"/>
          <w:b/>
          <w:color w:val="CC0000"/>
        </w:rPr>
        <w:t>答案：B</w:t>
      </w:r>
      <w:r>
        <w:rPr>
          <w:rFonts w:ascii="宋体" w:eastAsia="宋体" w:hAnsi="宋体"/>
          <w:color w:val="808080"/>
        </w:rPr>
        <w:t xml:space="preserve">  黄道在天琴—后发一带（赤经11~13时）的赤纬只有0°上下，加月白道倾角±5°月亮最多到赤纬+10°左右，而后发座天区在赤纬+12°以上，月亮永远进不去；蛇夫座、天秤座都压在黄道上，猎户座北缘赤纬约+22°处月亮也能掠过。故选B。</w:t>
      </w:r>
    </w:p>
    <w:p w14:paraId="3E9A416F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13. </w:t>
      </w:r>
      <w:r>
        <w:rPr>
          <w:rFonts w:ascii="宋体" w:eastAsia="宋体" w:hAnsi="宋体"/>
          <w:b/>
          <w:color w:val="CC0000"/>
        </w:rPr>
        <w:t xml:space="preserve">A  </w:t>
      </w:r>
      <w:r>
        <w:rPr>
          <w:rFonts w:ascii="宋体" w:eastAsia="宋体" w:hAnsi="宋体"/>
          <w:color w:val="808080"/>
        </w:rPr>
        <w:t>1P是哈雷彗星，周期约76年，2011年不在近日点附近。</w:t>
      </w:r>
    </w:p>
    <w:p w14:paraId="3ECD2022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lastRenderedPageBreak/>
        <w:t xml:space="preserve">14. </w:t>
      </w:r>
      <w:r>
        <w:rPr>
          <w:rFonts w:ascii="宋体" w:eastAsia="宋体" w:hAnsi="宋体"/>
          <w:b/>
          <w:color w:val="CC0000"/>
        </w:rPr>
        <w:t>答案：A</w:t>
      </w:r>
      <w:r>
        <w:rPr>
          <w:rFonts w:ascii="宋体" w:eastAsia="宋体" w:hAnsi="宋体"/>
          <w:color w:val="808080"/>
        </w:rPr>
        <w:t xml:space="preserve">  2009年全年无黑子260天、2010年51天，2011年太阳活动明显回升，全年无黑子日只有2天，到3月预赛时仅1天左右。</w:t>
      </w:r>
    </w:p>
    <w:p w14:paraId="5E5685E7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15. </w:t>
      </w:r>
      <w:r>
        <w:rPr>
          <w:rFonts w:ascii="宋体" w:eastAsia="宋体" w:hAnsi="宋体"/>
          <w:b/>
          <w:color w:val="CC0000"/>
        </w:rPr>
        <w:t xml:space="preserve">C  </w:t>
      </w:r>
      <w:r>
        <w:rPr>
          <w:rFonts w:ascii="宋体" w:eastAsia="宋体" w:hAnsi="宋体"/>
          <w:color w:val="808080"/>
        </w:rPr>
        <w:t>火星轨道在地球外侧，不可能从地球和太阳之间经过，无法发生火星凌日。</w:t>
      </w:r>
    </w:p>
    <w:p w14:paraId="385BC8AF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16. </w:t>
      </w:r>
      <w:r>
        <w:rPr>
          <w:rFonts w:ascii="宋体" w:eastAsia="宋体" w:hAnsi="宋体"/>
          <w:b/>
          <w:color w:val="CC0000"/>
        </w:rPr>
        <w:t xml:space="preserve">D  </w:t>
      </w:r>
      <w:r>
        <w:rPr>
          <w:rFonts w:ascii="宋体" w:eastAsia="宋体" w:hAnsi="宋体"/>
          <w:color w:val="808080"/>
        </w:rPr>
        <w:t>天鹅座各天体距离差异很大，三个具体数值均不准确。</w:t>
      </w:r>
    </w:p>
    <w:p w14:paraId="342EAC47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17. </w:t>
      </w:r>
      <w:r>
        <w:rPr>
          <w:rFonts w:ascii="宋体" w:eastAsia="宋体" w:hAnsi="宋体"/>
          <w:b/>
          <w:color w:val="CC0000"/>
        </w:rPr>
        <w:t xml:space="preserve">C  </w:t>
      </w:r>
      <w:r>
        <w:rPr>
          <w:rFonts w:ascii="宋体" w:eastAsia="宋体" w:hAnsi="宋体"/>
          <w:color w:val="808080"/>
        </w:rPr>
        <w:t>恒星每日提前约4分钟升起，一个月后约提前2小时，21点看到猎户三星应在西南方向。</w:t>
      </w:r>
    </w:p>
    <w:p w14:paraId="7D93FD4D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18. </w:t>
      </w:r>
      <w:r>
        <w:rPr>
          <w:rFonts w:ascii="宋体" w:eastAsia="宋体" w:hAnsi="宋体"/>
          <w:b/>
          <w:color w:val="CC0000"/>
        </w:rPr>
        <w:t>答案：A</w:t>
      </w:r>
      <w:r>
        <w:rPr>
          <w:rFonts w:ascii="宋体" w:eastAsia="宋体" w:hAnsi="宋体"/>
          <w:color w:val="808080"/>
        </w:rPr>
        <w:t xml:space="preserve">  大熊座与小熊座之间隔着天龙座——天龙座“S”形的身体正好盘绕在两者之间；御夫座、猎户座都远离这一天区。</w:t>
      </w:r>
    </w:p>
    <w:p w14:paraId="31696730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19. </w:t>
      </w:r>
      <w:r>
        <w:rPr>
          <w:rFonts w:ascii="宋体" w:eastAsia="宋体" w:hAnsi="宋体"/>
          <w:b/>
          <w:color w:val="CC0000"/>
        </w:rPr>
        <w:t xml:space="preserve">C  </w:t>
      </w:r>
      <w:r>
        <w:rPr>
          <w:rFonts w:ascii="宋体" w:eastAsia="宋体" w:hAnsi="宋体"/>
          <w:color w:val="808080"/>
        </w:rPr>
        <w:t>月全食前后必然有月偏食阶段，不可能没有。</w:t>
      </w:r>
    </w:p>
    <w:p w14:paraId="33A86BCA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20. </w:t>
      </w:r>
      <w:r>
        <w:rPr>
          <w:rFonts w:ascii="宋体" w:eastAsia="宋体" w:hAnsi="宋体"/>
          <w:b/>
          <w:color w:val="CC0000"/>
        </w:rPr>
        <w:t xml:space="preserve">A  </w:t>
      </w:r>
      <w:r>
        <w:rPr>
          <w:rFonts w:ascii="宋体" w:eastAsia="宋体" w:hAnsi="宋体"/>
          <w:color w:val="808080"/>
        </w:rPr>
        <w:t>赤道周长约4万公里≈八万里，“坐地日行”指赤道。</w:t>
      </w:r>
    </w:p>
    <w:p w14:paraId="5F3BE592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21. </w:t>
      </w:r>
      <w:r>
        <w:rPr>
          <w:rFonts w:ascii="宋体" w:eastAsia="宋体" w:hAnsi="宋体"/>
          <w:b/>
          <w:color w:val="CC0000"/>
        </w:rPr>
        <w:t>答案：B</w:t>
      </w:r>
      <w:r>
        <w:rPr>
          <w:rFonts w:ascii="宋体" w:eastAsia="宋体" w:hAnsi="宋体"/>
          <w:color w:val="808080"/>
        </w:rPr>
        <w:t xml:space="preserve">  朔望月（29.53天）与近点月（27.55天）的会合周期约411天，即“满月遇近地点”平均一年多才出现一次，若要求精确到同一天完全吻合，往往要两三年才遇上一次。</w:t>
      </w:r>
    </w:p>
    <w:p w14:paraId="17E2ECEE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22. </w:t>
      </w:r>
      <w:r>
        <w:rPr>
          <w:rFonts w:ascii="宋体" w:eastAsia="宋体" w:hAnsi="宋体"/>
          <w:b/>
          <w:color w:val="CC0000"/>
        </w:rPr>
        <w:t xml:space="preserve">A  </w:t>
      </w:r>
      <w:r>
        <w:rPr>
          <w:rFonts w:ascii="宋体" w:eastAsia="宋体" w:hAnsi="宋体"/>
          <w:color w:val="808080"/>
        </w:rPr>
        <w:t>行星合月指行星和月球在黄道上的投影相重合。</w:t>
      </w:r>
    </w:p>
    <w:p w14:paraId="77A82699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23. </w:t>
      </w:r>
      <w:r>
        <w:rPr>
          <w:rFonts w:ascii="宋体" w:eastAsia="宋体" w:hAnsi="宋体"/>
          <w:b/>
          <w:color w:val="CC0000"/>
        </w:rPr>
        <w:t>答案：C</w:t>
      </w:r>
      <w:r>
        <w:rPr>
          <w:rFonts w:ascii="宋体" w:eastAsia="宋体" w:hAnsi="宋体"/>
          <w:color w:val="808080"/>
        </w:rPr>
        <w:t xml:space="preserve">  1960年德雷克用绿岸射电望远镜实施“奥兹玛计划”，人类开始系统地搜寻地外文明，到2010年正好50周年。</w:t>
      </w:r>
    </w:p>
    <w:p w14:paraId="08DDA802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24. </w:t>
      </w:r>
      <w:r>
        <w:rPr>
          <w:rFonts w:ascii="宋体" w:eastAsia="宋体" w:hAnsi="宋体"/>
          <w:b/>
          <w:color w:val="CC0000"/>
        </w:rPr>
        <w:t xml:space="preserve">D  </w:t>
      </w:r>
      <w:r>
        <w:rPr>
          <w:rFonts w:ascii="宋体" w:eastAsia="宋体" w:hAnsi="宋体"/>
          <w:color w:val="808080"/>
        </w:rPr>
        <w:t>詹姆斯·韦布空间望远镜（JWST）是下一代空间望远镜。</w:t>
      </w:r>
    </w:p>
    <w:p w14:paraId="3A8301E9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25. </w:t>
      </w:r>
      <w:r>
        <w:rPr>
          <w:rFonts w:ascii="宋体" w:eastAsia="宋体" w:hAnsi="宋体"/>
          <w:b/>
          <w:color w:val="CC0000"/>
        </w:rPr>
        <w:t xml:space="preserve">A  </w:t>
      </w:r>
      <w:r>
        <w:rPr>
          <w:rFonts w:ascii="宋体" w:eastAsia="宋体" w:hAnsi="宋体"/>
          <w:color w:val="808080"/>
        </w:rPr>
        <w:t>AAVSO（美国变星观测者协会）是世界上最大的变星观测组织。</w:t>
      </w:r>
    </w:p>
    <w:p w14:paraId="4EED0F6D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26. </w:t>
      </w:r>
      <w:r>
        <w:rPr>
          <w:rFonts w:ascii="宋体" w:eastAsia="宋体" w:hAnsi="宋体"/>
          <w:b/>
          <w:color w:val="CC0000"/>
        </w:rPr>
        <w:t xml:space="preserve">B  </w:t>
      </w:r>
      <w:r>
        <w:rPr>
          <w:rFonts w:ascii="宋体" w:eastAsia="宋体" w:hAnsi="宋体"/>
          <w:color w:val="808080"/>
        </w:rPr>
        <w:t>深空天体摄影需要赤道式跟踪设备以抵消地球自转。</w:t>
      </w:r>
    </w:p>
    <w:p w14:paraId="7775A2E2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27. </w:t>
      </w:r>
      <w:r>
        <w:rPr>
          <w:rFonts w:ascii="宋体" w:eastAsia="宋体" w:hAnsi="宋体"/>
          <w:b/>
          <w:color w:val="CC0000"/>
        </w:rPr>
        <w:t>答案：D</w:t>
      </w:r>
      <w:r>
        <w:rPr>
          <w:rFonts w:ascii="宋体" w:eastAsia="宋体" w:hAnsi="宋体"/>
          <w:color w:val="808080"/>
        </w:rPr>
        <w:t xml:space="preserve">  天琴座流星雨的辐射点在赤经18h、赤纬+34°附近，已落在天琴座与武仙座的交界处，靠近武仙座一侧（选项中也没有天琴座）。</w:t>
      </w:r>
    </w:p>
    <w:p w14:paraId="76F6B395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28. </w:t>
      </w:r>
      <w:r>
        <w:rPr>
          <w:rFonts w:ascii="宋体" w:eastAsia="宋体" w:hAnsi="宋体"/>
          <w:b/>
          <w:color w:val="CC0000"/>
        </w:rPr>
        <w:t xml:space="preserve">C  </w:t>
      </w:r>
      <w:r>
        <w:rPr>
          <w:rFonts w:ascii="宋体" w:eastAsia="宋体" w:hAnsi="宋体"/>
          <w:color w:val="808080"/>
        </w:rPr>
        <w:t>小行星与地球“擦肩而过”是常见的天文事件，较为靠谱。</w:t>
      </w:r>
    </w:p>
    <w:p w14:paraId="71544227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29. </w:t>
      </w:r>
      <w:r>
        <w:rPr>
          <w:rFonts w:ascii="宋体" w:eastAsia="宋体" w:hAnsi="宋体"/>
          <w:b/>
          <w:color w:val="CC0000"/>
        </w:rPr>
        <w:t xml:space="preserve">C  </w:t>
      </w:r>
      <w:r>
        <w:rPr>
          <w:rFonts w:ascii="宋体" w:eastAsia="宋体" w:hAnsi="宋体"/>
          <w:color w:val="808080"/>
        </w:rPr>
        <w:t>嫦娥三号计划于2013年发射，不在2011年计划中。</w:t>
      </w:r>
    </w:p>
    <w:p w14:paraId="487AC914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30. </w:t>
      </w:r>
      <w:r>
        <w:rPr>
          <w:rFonts w:ascii="宋体" w:eastAsia="宋体" w:hAnsi="宋体"/>
          <w:b/>
          <w:color w:val="CC0000"/>
        </w:rPr>
        <w:t xml:space="preserve">D  </w:t>
      </w:r>
      <w:r>
        <w:rPr>
          <w:rFonts w:ascii="宋体" w:eastAsia="宋体" w:hAnsi="宋体"/>
          <w:color w:val="808080"/>
        </w:rPr>
        <w:t>土星是与月球角距离最近的行星。</w:t>
      </w:r>
    </w:p>
    <w:p w14:paraId="2980E84C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31. </w:t>
      </w:r>
      <w:r>
        <w:rPr>
          <w:rFonts w:ascii="宋体" w:eastAsia="宋体" w:hAnsi="宋体"/>
          <w:b/>
          <w:color w:val="CC0000"/>
        </w:rPr>
        <w:t>答案：B</w:t>
      </w:r>
      <w:r>
        <w:rPr>
          <w:rFonts w:ascii="宋体" w:eastAsia="宋体" w:hAnsi="宋体"/>
          <w:color w:val="808080"/>
        </w:rPr>
        <w:t xml:space="preserve">  2011年1月和3月都出现过水星大距，金星合月每月都会有两次左右，海王星合月也至少有一次；但金星大距在这两个月并没有都出现（金星2011年1月8日东大距、8月才西大距）。</w:t>
      </w:r>
    </w:p>
    <w:p w14:paraId="515C71E4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lastRenderedPageBreak/>
        <w:t xml:space="preserve">32. </w:t>
      </w:r>
      <w:r>
        <w:rPr>
          <w:rFonts w:ascii="宋体" w:eastAsia="宋体" w:hAnsi="宋体"/>
          <w:b/>
          <w:color w:val="CC0000"/>
        </w:rPr>
        <w:t>答案：D</w:t>
      </w:r>
      <w:r>
        <w:rPr>
          <w:rFonts w:ascii="宋体" w:eastAsia="宋体" w:hAnsi="宋体"/>
          <w:color w:val="808080"/>
        </w:rPr>
        <w:t xml:space="preserve">  月出每天推迟约50分钟，当月出时刻从深夜23点多跨到次日凌晨0点多时，这个整天便没有月出；月出恰在半夜的月相正是下弦月（下弦月午夜升起、正午落下），故“无月出之日”发生在下弦前后。故选D。</w:t>
      </w:r>
    </w:p>
    <w:p w14:paraId="628A2034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33. </w:t>
      </w:r>
      <w:r>
        <w:rPr>
          <w:rFonts w:ascii="宋体" w:eastAsia="宋体" w:hAnsi="宋体"/>
          <w:b/>
          <w:color w:val="CC0000"/>
        </w:rPr>
        <w:t xml:space="preserve">D  </w:t>
      </w:r>
      <w:r>
        <w:rPr>
          <w:rFonts w:ascii="宋体" w:eastAsia="宋体" w:hAnsi="宋体"/>
          <w:color w:val="808080"/>
        </w:rPr>
        <w:t>普朗克探测器工作在微波波段，观测宇宙微波背景辐射。</w:t>
      </w:r>
    </w:p>
    <w:p w14:paraId="680245B4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34. </w:t>
      </w:r>
      <w:r>
        <w:rPr>
          <w:rFonts w:ascii="宋体" w:eastAsia="宋体" w:hAnsi="宋体"/>
          <w:b/>
          <w:color w:val="CC0000"/>
        </w:rPr>
        <w:t>答案：D</w:t>
      </w:r>
      <w:r>
        <w:rPr>
          <w:rFonts w:ascii="宋体" w:eastAsia="宋体" w:hAnsi="宋体"/>
          <w:color w:val="808080"/>
        </w:rPr>
        <w:t xml:space="preserve">  2010年的日月食分别发生在1月1日（月偏食）、1月15日（日环食）、6月26日（月偏食）、7月11日（日全食）、12月21日（月全食），11月22日没有任何日月食。</w:t>
      </w:r>
    </w:p>
    <w:p w14:paraId="3A38E9ED" w14:textId="77777777" w:rsidR="0049606F" w:rsidRDefault="00000000">
      <w:pPr>
        <w:spacing w:before="40" w:after="80" w:line="400" w:lineRule="exact"/>
      </w:pPr>
      <w:r>
        <w:rPr>
          <w:rFonts w:ascii="宋体" w:eastAsia="宋体" w:hAnsi="宋体"/>
        </w:rPr>
        <w:t xml:space="preserve">35. </w:t>
      </w:r>
      <w:r>
        <w:rPr>
          <w:rFonts w:ascii="宋体" w:eastAsia="宋体" w:hAnsi="宋体"/>
          <w:b/>
          <w:color w:val="CC0000"/>
        </w:rPr>
        <w:t xml:space="preserve">D  </w:t>
      </w:r>
      <w:r>
        <w:rPr>
          <w:rFonts w:ascii="宋体" w:eastAsia="宋体" w:hAnsi="宋体"/>
          <w:color w:val="808080"/>
        </w:rPr>
        <w:t>猎户座流星雨在2010年观测条件不太好。</w:t>
      </w:r>
    </w:p>
    <w:sectPr w:rsidR="0049606F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93483669">
    <w:abstractNumId w:val="8"/>
  </w:num>
  <w:num w:numId="2" w16cid:durableId="1106920911">
    <w:abstractNumId w:val="6"/>
  </w:num>
  <w:num w:numId="3" w16cid:durableId="1740668008">
    <w:abstractNumId w:val="5"/>
  </w:num>
  <w:num w:numId="4" w16cid:durableId="1202286038">
    <w:abstractNumId w:val="4"/>
  </w:num>
  <w:num w:numId="5" w16cid:durableId="249126885">
    <w:abstractNumId w:val="7"/>
  </w:num>
  <w:num w:numId="6" w16cid:durableId="290330222">
    <w:abstractNumId w:val="3"/>
  </w:num>
  <w:num w:numId="7" w16cid:durableId="111050322">
    <w:abstractNumId w:val="2"/>
  </w:num>
  <w:num w:numId="8" w16cid:durableId="453788615">
    <w:abstractNumId w:val="1"/>
  </w:num>
  <w:num w:numId="9" w16cid:durableId="6992799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9606F"/>
    <w:rsid w:val="00601B80"/>
    <w:rsid w:val="00AA1D8D"/>
    <w:rsid w:val="00AF2816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E0982A"/>
  <w14:defaultImageDpi w14:val="300"/>
  <w15:docId w15:val="{A711D328-B653-41E5-A553-C04F004BE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页眉 字符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页脚 字符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标题 1 字符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标题 2 字符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标题 3 字符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标题 字符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标题 字符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正文文本 字符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正文文本 2 字符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正文文本 3 字符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宏文本 字符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 字符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标题 4 字符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标题 5 字符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标题 6 字符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标题 7 字符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标题 8 字符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标题 9 字符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明显引用 字符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1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2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3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4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5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6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7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8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4715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zh f</cp:lastModifiedBy>
  <cp:revision>2</cp:revision>
  <dcterms:created xsi:type="dcterms:W3CDTF">2013-12-23T23:15:00Z</dcterms:created>
  <dcterms:modified xsi:type="dcterms:W3CDTF">2026-10-27T05:36:00Z</dcterms:modified>
  <cp:category/>
</cp:coreProperties>
</file>