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B48A3" w14:textId="6AEFB72C" w:rsidR="00862E54" w:rsidRDefault="00000000">
      <w:pPr>
        <w:spacing w:after="240" w:line="360" w:lineRule="auto"/>
        <w:jc w:val="center"/>
        <w:rPr>
          <w:lang w:eastAsia="zh-CN"/>
        </w:rPr>
      </w:pPr>
      <w:r>
        <w:rPr>
          <w:rFonts w:ascii="黑体" w:eastAsia="黑体" w:hAnsi="黑体"/>
          <w:b/>
          <w:sz w:val="36"/>
          <w:lang w:eastAsia="zh-CN"/>
        </w:rPr>
        <w:t>2010年CNAO天文奥赛预赛试题</w:t>
      </w:r>
    </w:p>
    <w:p w14:paraId="1D8E7221" w14:textId="77777777" w:rsidR="00862E54" w:rsidRDefault="00000000">
      <w:pPr>
        <w:spacing w:before="120" w:after="80" w:line="360" w:lineRule="auto"/>
        <w:rPr>
          <w:lang w:eastAsia="zh-CN"/>
        </w:rPr>
      </w:pPr>
      <w:r>
        <w:rPr>
          <w:rFonts w:ascii="黑体" w:eastAsia="黑体" w:hAnsi="黑体"/>
          <w:b/>
          <w:sz w:val="24"/>
          <w:lang w:eastAsia="zh-CN"/>
        </w:rPr>
        <w:t>注意事项：</w:t>
      </w:r>
    </w:p>
    <w:p w14:paraId="7CBD23EB" w14:textId="77777777" w:rsidR="00862E54" w:rsidRDefault="00000000">
      <w:pPr>
        <w:spacing w:after="40" w:line="360" w:lineRule="auto"/>
        <w:rPr>
          <w:lang w:eastAsia="zh-CN"/>
        </w:rPr>
      </w:pPr>
      <w:r>
        <w:rPr>
          <w:rFonts w:ascii="宋体" w:eastAsia="宋体" w:hAnsi="宋体"/>
          <w:lang w:eastAsia="zh-CN"/>
        </w:rPr>
        <w:t>1. 本试卷共35道单项选择题，每题只有一个正确答案。</w:t>
      </w:r>
    </w:p>
    <w:p w14:paraId="7F17D698" w14:textId="77777777" w:rsidR="00862E54" w:rsidRDefault="00000000">
      <w:pPr>
        <w:spacing w:after="40" w:line="360" w:lineRule="auto"/>
        <w:rPr>
          <w:lang w:eastAsia="zh-CN"/>
        </w:rPr>
      </w:pPr>
      <w:r>
        <w:rPr>
          <w:rFonts w:ascii="宋体" w:eastAsia="宋体" w:hAnsi="宋体"/>
          <w:lang w:eastAsia="zh-CN"/>
        </w:rPr>
        <w:t>2. 请将答案填写在答题卡上，写在试卷上无效。</w:t>
      </w:r>
    </w:p>
    <w:p w14:paraId="50907888" w14:textId="77777777" w:rsidR="00862E54" w:rsidRDefault="00000000">
      <w:pPr>
        <w:spacing w:after="40" w:line="360" w:lineRule="auto"/>
        <w:rPr>
          <w:lang w:eastAsia="zh-CN"/>
        </w:rPr>
      </w:pPr>
      <w:r>
        <w:rPr>
          <w:rFonts w:ascii="宋体" w:eastAsia="宋体" w:hAnsi="宋体"/>
          <w:lang w:eastAsia="zh-CN"/>
        </w:rPr>
        <w:t>3. 考试时间为90分钟。</w:t>
      </w:r>
    </w:p>
    <w:p w14:paraId="516CE839" w14:textId="77777777" w:rsidR="00862E54" w:rsidRDefault="00000000">
      <w:pPr>
        <w:spacing w:after="40" w:line="360" w:lineRule="auto"/>
        <w:rPr>
          <w:lang w:eastAsia="zh-CN"/>
        </w:rPr>
      </w:pPr>
      <w:r>
        <w:rPr>
          <w:rFonts w:ascii="宋体" w:eastAsia="宋体" w:hAnsi="宋体"/>
          <w:lang w:eastAsia="zh-CN"/>
        </w:rPr>
        <w:t>4. 请认真审题，注意每题的题号。</w:t>
      </w:r>
    </w:p>
    <w:p w14:paraId="5A15C559" w14:textId="77777777" w:rsidR="00862E54" w:rsidRDefault="00000000">
      <w:pPr>
        <w:spacing w:after="40" w:line="360" w:lineRule="auto"/>
        <w:rPr>
          <w:lang w:eastAsia="zh-CN"/>
        </w:rPr>
      </w:pPr>
      <w:r>
        <w:rPr>
          <w:rFonts w:ascii="宋体" w:eastAsia="宋体" w:hAnsi="宋体"/>
          <w:lang w:eastAsia="zh-CN"/>
        </w:rPr>
        <w:t>5. 考试结束后请将试卷和答题卡一并交回。</w:t>
      </w:r>
    </w:p>
    <w:p w14:paraId="1040BDBA" w14:textId="77777777" w:rsidR="00862E54" w:rsidRDefault="00000000">
      <w:pPr>
        <w:spacing w:before="120" w:line="360" w:lineRule="auto"/>
        <w:rPr>
          <w:lang w:eastAsia="zh-CN"/>
        </w:rPr>
      </w:pPr>
      <w:r>
        <w:rPr>
          <w:rFonts w:ascii="宋体" w:eastAsia="宋体" w:hAnsi="宋体"/>
          <w:lang w:eastAsia="zh-CN"/>
        </w:rPr>
        <w:t>姓名：__________    年级：__________    班级：__________    得分：__________</w:t>
      </w:r>
    </w:p>
    <w:p w14:paraId="1EBB4C9C" w14:textId="77777777" w:rsidR="00862E54" w:rsidRDefault="00000000">
      <w:pPr>
        <w:spacing w:before="240" w:after="160" w:line="360" w:lineRule="auto"/>
        <w:rPr>
          <w:lang w:eastAsia="zh-CN"/>
        </w:rPr>
      </w:pPr>
      <w:r>
        <w:rPr>
          <w:rFonts w:ascii="黑体" w:eastAsia="黑体" w:hAnsi="黑体"/>
          <w:b/>
          <w:sz w:val="26"/>
          <w:lang w:eastAsia="zh-CN"/>
        </w:rPr>
        <w:t>一、选择题（共35题，每题只有一个正确答案）</w:t>
      </w:r>
    </w:p>
    <w:p w14:paraId="1276AD74" w14:textId="77777777" w:rsidR="00862E54" w:rsidRDefault="00000000">
      <w:pPr>
        <w:spacing w:before="120" w:after="40" w:line="312" w:lineRule="auto"/>
      </w:pPr>
      <w:r>
        <w:rPr>
          <w:rFonts w:ascii="宋体" w:eastAsia="宋体" w:hAnsi="宋体"/>
        </w:rPr>
        <w:t>1. 月球到地球的大致距离是（  ）千米。</w:t>
      </w:r>
    </w:p>
    <w:p w14:paraId="6DE8F821" w14:textId="77777777" w:rsidR="00862E54" w:rsidRDefault="00000000">
      <w:pPr>
        <w:spacing w:after="0" w:line="288" w:lineRule="auto"/>
      </w:pPr>
      <w:r>
        <w:rPr>
          <w:rFonts w:ascii="宋体" w:eastAsia="宋体" w:hAnsi="宋体"/>
        </w:rPr>
        <w:t xml:space="preserve">    (A)3万        (B)40万</w:t>
      </w:r>
    </w:p>
    <w:p w14:paraId="1D8404A6" w14:textId="77777777" w:rsidR="00862E54" w:rsidRDefault="00000000">
      <w:pPr>
        <w:spacing w:after="80" w:line="288" w:lineRule="auto"/>
      </w:pPr>
      <w:r>
        <w:rPr>
          <w:rFonts w:ascii="宋体" w:eastAsia="宋体" w:hAnsi="宋体"/>
        </w:rPr>
        <w:t xml:space="preserve">    (C)500万        (D)6000万</w:t>
      </w:r>
    </w:p>
    <w:p w14:paraId="6CB3151E" w14:textId="77777777" w:rsidR="00862E54" w:rsidRDefault="00000000">
      <w:pPr>
        <w:spacing w:before="120" w:after="40" w:line="312" w:lineRule="auto"/>
      </w:pPr>
      <w:r>
        <w:rPr>
          <w:rFonts w:ascii="宋体" w:eastAsia="宋体" w:hAnsi="宋体"/>
        </w:rPr>
        <w:t>2. 极大日期出现在每年10月份的是（  ）流星雨。</w:t>
      </w:r>
    </w:p>
    <w:p w14:paraId="2D3DFE4F" w14:textId="77777777" w:rsidR="00862E54" w:rsidRDefault="00000000">
      <w:pPr>
        <w:spacing w:after="0" w:line="288" w:lineRule="auto"/>
      </w:pPr>
      <w:r>
        <w:rPr>
          <w:rFonts w:ascii="宋体" w:eastAsia="宋体" w:hAnsi="宋体"/>
        </w:rPr>
        <w:t xml:space="preserve">    (A)猎户座        (B)双子座</w:t>
      </w:r>
    </w:p>
    <w:p w14:paraId="3E51F172" w14:textId="77777777" w:rsidR="00862E54" w:rsidRDefault="00000000">
      <w:pPr>
        <w:spacing w:after="80" w:line="288" w:lineRule="auto"/>
      </w:pPr>
      <w:r>
        <w:rPr>
          <w:rFonts w:ascii="宋体" w:eastAsia="宋体" w:hAnsi="宋体"/>
        </w:rPr>
        <w:t xml:space="preserve">    (C)天琴座        (D)仙女座</w:t>
      </w:r>
    </w:p>
    <w:p w14:paraId="68A86699" w14:textId="77777777" w:rsidR="00862E54" w:rsidRDefault="00000000">
      <w:pPr>
        <w:spacing w:before="120" w:after="40" w:line="312" w:lineRule="auto"/>
        <w:rPr>
          <w:lang w:eastAsia="zh-CN"/>
        </w:rPr>
      </w:pPr>
      <w:r>
        <w:rPr>
          <w:rFonts w:ascii="宋体" w:eastAsia="宋体" w:hAnsi="宋体"/>
          <w:lang w:eastAsia="zh-CN"/>
        </w:rPr>
        <w:t>3. 以下哪种观测太阳的方式既安全又科学？（  ）</w:t>
      </w:r>
    </w:p>
    <w:p w14:paraId="1F74E0AA" w14:textId="77777777" w:rsidR="00862E54" w:rsidRDefault="00000000">
      <w:pPr>
        <w:spacing w:after="0" w:line="288" w:lineRule="auto"/>
        <w:rPr>
          <w:lang w:eastAsia="zh-CN"/>
        </w:rPr>
      </w:pPr>
      <w:r>
        <w:rPr>
          <w:rFonts w:ascii="宋体" w:eastAsia="宋体" w:hAnsi="宋体"/>
          <w:lang w:eastAsia="zh-CN"/>
        </w:rPr>
        <w:t xml:space="preserve">    (A)戴墨镜        (B)戴太阳观测镜</w:t>
      </w:r>
    </w:p>
    <w:p w14:paraId="61DB8E81" w14:textId="77777777" w:rsidR="00862E54" w:rsidRDefault="00000000">
      <w:pPr>
        <w:spacing w:after="80" w:line="288" w:lineRule="auto"/>
        <w:rPr>
          <w:lang w:eastAsia="zh-CN"/>
        </w:rPr>
      </w:pPr>
      <w:r>
        <w:rPr>
          <w:rFonts w:ascii="宋体" w:eastAsia="宋体" w:hAnsi="宋体"/>
          <w:lang w:eastAsia="zh-CN"/>
        </w:rPr>
        <w:t xml:space="preserve">    (C)用手遮住一只眼睛        (D)看平面镜反射的太阳像</w:t>
      </w:r>
    </w:p>
    <w:p w14:paraId="3EF6E645" w14:textId="77777777" w:rsidR="00862E54" w:rsidRDefault="00000000">
      <w:pPr>
        <w:spacing w:before="120" w:after="40" w:line="312" w:lineRule="auto"/>
      </w:pPr>
      <w:r>
        <w:rPr>
          <w:rFonts w:ascii="宋体" w:eastAsia="宋体" w:hAnsi="宋体"/>
          <w:lang w:eastAsia="zh-CN"/>
        </w:rPr>
        <w:t xml:space="preserve">4. 以下哪个英文缩写代表的不是目前中国队每年组队参加的天文奥林匹克赛事？（  </w:t>
      </w:r>
      <w:r>
        <w:rPr>
          <w:rFonts w:ascii="宋体" w:eastAsia="宋体" w:hAnsi="宋体"/>
        </w:rPr>
        <w:t>）</w:t>
      </w:r>
    </w:p>
    <w:p w14:paraId="20ECC520" w14:textId="77777777" w:rsidR="00862E54" w:rsidRDefault="00000000">
      <w:pPr>
        <w:spacing w:after="0" w:line="288" w:lineRule="auto"/>
      </w:pPr>
      <w:r>
        <w:rPr>
          <w:rFonts w:ascii="宋体" w:eastAsia="宋体" w:hAnsi="宋体"/>
        </w:rPr>
        <w:t xml:space="preserve">    (A)AAO        (B)APAO</w:t>
      </w:r>
    </w:p>
    <w:p w14:paraId="36533138" w14:textId="77777777" w:rsidR="00862E54" w:rsidRDefault="00000000">
      <w:pPr>
        <w:spacing w:after="80" w:line="288" w:lineRule="auto"/>
      </w:pPr>
      <w:r>
        <w:rPr>
          <w:rFonts w:ascii="宋体" w:eastAsia="宋体" w:hAnsi="宋体"/>
        </w:rPr>
        <w:t xml:space="preserve">    (C)IAO        (D)IOAA</w:t>
      </w:r>
    </w:p>
    <w:p w14:paraId="30940DF5" w14:textId="77777777" w:rsidR="00862E54" w:rsidRDefault="00000000">
      <w:pPr>
        <w:spacing w:before="120" w:after="40" w:line="312" w:lineRule="auto"/>
        <w:rPr>
          <w:lang w:eastAsia="zh-CN"/>
        </w:rPr>
      </w:pPr>
      <w:r>
        <w:rPr>
          <w:rFonts w:ascii="宋体" w:eastAsia="宋体" w:hAnsi="宋体"/>
          <w:lang w:eastAsia="zh-CN"/>
        </w:rPr>
        <w:t>5. 以下哪个事件不是2009年发生的？（  ）</w:t>
      </w:r>
    </w:p>
    <w:p w14:paraId="3AE836F6" w14:textId="77777777" w:rsidR="00862E54" w:rsidRDefault="00000000">
      <w:pPr>
        <w:spacing w:after="0" w:line="288" w:lineRule="auto"/>
        <w:rPr>
          <w:lang w:eastAsia="zh-CN"/>
        </w:rPr>
      </w:pPr>
      <w:r>
        <w:rPr>
          <w:rFonts w:ascii="宋体" w:eastAsia="宋体" w:hAnsi="宋体"/>
          <w:lang w:eastAsia="zh-CN"/>
        </w:rPr>
        <w:t xml:space="preserve">    (A)美国发射月球探测器        (B)俄罗斯发射火星探测器</w:t>
      </w:r>
    </w:p>
    <w:p w14:paraId="799155BA" w14:textId="77777777" w:rsidR="00862E54" w:rsidRDefault="00000000">
      <w:pPr>
        <w:spacing w:after="80" w:line="288" w:lineRule="auto"/>
        <w:rPr>
          <w:lang w:eastAsia="zh-CN"/>
        </w:rPr>
      </w:pPr>
      <w:r>
        <w:rPr>
          <w:rFonts w:ascii="宋体" w:eastAsia="宋体" w:hAnsi="宋体"/>
          <w:lang w:eastAsia="zh-CN"/>
        </w:rPr>
        <w:t xml:space="preserve">    (C)欧洲发射"赫歇尔"和"开普勒"空间望远镜        (D)"广角红外探测者"空间卫星发射</w:t>
      </w:r>
    </w:p>
    <w:p w14:paraId="5792C305" w14:textId="77777777" w:rsidR="00862E54" w:rsidRDefault="00000000">
      <w:pPr>
        <w:spacing w:before="120" w:after="40" w:line="312" w:lineRule="auto"/>
        <w:rPr>
          <w:lang w:eastAsia="zh-CN"/>
        </w:rPr>
      </w:pPr>
      <w:r>
        <w:rPr>
          <w:rFonts w:ascii="宋体" w:eastAsia="宋体" w:hAnsi="宋体"/>
          <w:lang w:eastAsia="zh-CN"/>
        </w:rPr>
        <w:t>6. 正式报道中发布的嫦娥二号发射时间是（  ）年。</w:t>
      </w:r>
    </w:p>
    <w:p w14:paraId="345079CC" w14:textId="77777777" w:rsidR="00862E54" w:rsidRDefault="00000000">
      <w:pPr>
        <w:spacing w:after="0" w:line="288" w:lineRule="auto"/>
      </w:pPr>
      <w:r>
        <w:rPr>
          <w:rFonts w:ascii="宋体" w:eastAsia="宋体" w:hAnsi="宋体"/>
          <w:lang w:eastAsia="zh-CN"/>
        </w:rPr>
        <w:t xml:space="preserve">    </w:t>
      </w:r>
      <w:r>
        <w:rPr>
          <w:rFonts w:ascii="宋体" w:eastAsia="宋体" w:hAnsi="宋体"/>
        </w:rPr>
        <w:t>(A)2008        (B)2010</w:t>
      </w:r>
    </w:p>
    <w:p w14:paraId="0E5D5EEE" w14:textId="77777777" w:rsidR="00862E54" w:rsidRDefault="00000000">
      <w:pPr>
        <w:spacing w:after="80" w:line="288" w:lineRule="auto"/>
      </w:pPr>
      <w:r>
        <w:rPr>
          <w:rFonts w:ascii="宋体" w:eastAsia="宋体" w:hAnsi="宋体"/>
        </w:rPr>
        <w:t xml:space="preserve">    (C)2012        (D)2015</w:t>
      </w:r>
    </w:p>
    <w:p w14:paraId="2F0F7F71" w14:textId="77777777" w:rsidR="00862E54" w:rsidRDefault="00000000">
      <w:pPr>
        <w:spacing w:before="120" w:after="40" w:line="312" w:lineRule="auto"/>
      </w:pPr>
      <w:r>
        <w:rPr>
          <w:rFonts w:ascii="宋体" w:eastAsia="宋体" w:hAnsi="宋体"/>
        </w:rPr>
        <w:t>7. 下列是地面望远镜的项目是（  ）。</w:t>
      </w:r>
    </w:p>
    <w:p w14:paraId="0098E7A0" w14:textId="77777777" w:rsidR="00862E54" w:rsidRDefault="00000000">
      <w:pPr>
        <w:spacing w:after="0" w:line="288" w:lineRule="auto"/>
      </w:pPr>
      <w:r>
        <w:rPr>
          <w:rFonts w:ascii="宋体" w:eastAsia="宋体" w:hAnsi="宋体"/>
        </w:rPr>
        <w:lastRenderedPageBreak/>
        <w:t xml:space="preserve">    (A)钱德拉Chandra        (B)泛星Pan-STARRS</w:t>
      </w:r>
    </w:p>
    <w:p w14:paraId="04FA82E0" w14:textId="77777777" w:rsidR="00862E54" w:rsidRDefault="00000000">
      <w:pPr>
        <w:spacing w:after="80" w:line="288" w:lineRule="auto"/>
      </w:pPr>
      <w:r>
        <w:rPr>
          <w:rFonts w:ascii="宋体" w:eastAsia="宋体" w:hAnsi="宋体"/>
        </w:rPr>
        <w:t xml:space="preserve">    (C)斯皮策Spitzer        (D)雨燕SWIFT</w:t>
      </w:r>
    </w:p>
    <w:p w14:paraId="197B8320" w14:textId="77777777" w:rsidR="00862E54" w:rsidRDefault="00000000">
      <w:pPr>
        <w:spacing w:before="120" w:after="40" w:line="312" w:lineRule="auto"/>
      </w:pPr>
      <w:r>
        <w:rPr>
          <w:rFonts w:ascii="宋体" w:eastAsia="宋体" w:hAnsi="宋体"/>
        </w:rPr>
        <w:t>8. 2010年在中国可以观测到（  ）。</w:t>
      </w:r>
    </w:p>
    <w:p w14:paraId="326226FE" w14:textId="77777777" w:rsidR="00862E54" w:rsidRDefault="00000000">
      <w:pPr>
        <w:spacing w:after="0" w:line="288" w:lineRule="auto"/>
      </w:pPr>
      <w:r>
        <w:rPr>
          <w:rFonts w:ascii="宋体" w:eastAsia="宋体" w:hAnsi="宋体"/>
        </w:rPr>
        <w:t xml:space="preserve">    (A)一次日食，一次月食        (B)一次日食，两次月食</w:t>
      </w:r>
    </w:p>
    <w:p w14:paraId="7A7EB9F7" w14:textId="77777777" w:rsidR="00862E54" w:rsidRDefault="00000000">
      <w:pPr>
        <w:spacing w:after="80" w:line="288" w:lineRule="auto"/>
      </w:pPr>
      <w:r>
        <w:rPr>
          <w:rFonts w:ascii="宋体" w:eastAsia="宋体" w:hAnsi="宋体"/>
        </w:rPr>
        <w:t xml:space="preserve">    (C)一次日食，三次月食        (D)两次日食，两次月食</w:t>
      </w:r>
    </w:p>
    <w:p w14:paraId="6AB12706" w14:textId="77777777" w:rsidR="00862E54" w:rsidRDefault="00000000">
      <w:pPr>
        <w:spacing w:before="120" w:after="40" w:line="312" w:lineRule="auto"/>
      </w:pPr>
      <w:r>
        <w:rPr>
          <w:rFonts w:ascii="宋体" w:eastAsia="宋体" w:hAnsi="宋体"/>
        </w:rPr>
        <w:t>9. 在2010年全国中学生天文奥林匹克竞赛的第一轮通知中预赛报名的截止日期是（  ）。</w:t>
      </w:r>
    </w:p>
    <w:p w14:paraId="2932F968" w14:textId="77777777" w:rsidR="00862E54" w:rsidRDefault="00000000">
      <w:pPr>
        <w:spacing w:after="0" w:line="288" w:lineRule="auto"/>
      </w:pPr>
      <w:r>
        <w:rPr>
          <w:rFonts w:ascii="宋体" w:eastAsia="宋体" w:hAnsi="宋体"/>
        </w:rPr>
        <w:t xml:space="preserve">    (A)1月31日        (B)2月6日</w:t>
      </w:r>
    </w:p>
    <w:p w14:paraId="2396D7A9" w14:textId="77777777" w:rsidR="00862E54" w:rsidRDefault="00000000">
      <w:pPr>
        <w:spacing w:after="80" w:line="288" w:lineRule="auto"/>
      </w:pPr>
      <w:r>
        <w:rPr>
          <w:rFonts w:ascii="宋体" w:eastAsia="宋体" w:hAnsi="宋体"/>
        </w:rPr>
        <w:t xml:space="preserve">    (C)2月18日        (D)3月1日</w:t>
      </w:r>
    </w:p>
    <w:p w14:paraId="6CDC2FCE" w14:textId="77777777" w:rsidR="00862E54" w:rsidRDefault="00000000">
      <w:pPr>
        <w:spacing w:before="120" w:after="40" w:line="312" w:lineRule="auto"/>
      </w:pPr>
      <w:r>
        <w:rPr>
          <w:rFonts w:ascii="宋体" w:eastAsia="宋体" w:hAnsi="宋体"/>
        </w:rPr>
        <w:t>10. 以下那两个星座是相邻的星座？（  ）</w:t>
      </w:r>
    </w:p>
    <w:p w14:paraId="5622E1A1" w14:textId="77777777" w:rsidR="00862E54" w:rsidRDefault="00000000">
      <w:pPr>
        <w:spacing w:after="0" w:line="288" w:lineRule="auto"/>
      </w:pPr>
      <w:r>
        <w:rPr>
          <w:rFonts w:ascii="宋体" w:eastAsia="宋体" w:hAnsi="宋体"/>
        </w:rPr>
        <w:t xml:space="preserve">    (A)乌鸦座和室女座        (B)北冕座和天蝎座</w:t>
      </w:r>
    </w:p>
    <w:p w14:paraId="1336B7A1" w14:textId="77777777" w:rsidR="00862E54" w:rsidRDefault="00000000">
      <w:pPr>
        <w:spacing w:after="80" w:line="288" w:lineRule="auto"/>
      </w:pPr>
      <w:r>
        <w:rPr>
          <w:rFonts w:ascii="宋体" w:eastAsia="宋体" w:hAnsi="宋体"/>
        </w:rPr>
        <w:t xml:space="preserve">    (C)牧夫座和蛇夫座        (D)狮子座和猎户座</w:t>
      </w:r>
    </w:p>
    <w:p w14:paraId="352F62AC" w14:textId="77777777" w:rsidR="00862E54" w:rsidRDefault="00000000">
      <w:pPr>
        <w:spacing w:before="120" w:after="40" w:line="312" w:lineRule="auto"/>
      </w:pPr>
      <w:r>
        <w:rPr>
          <w:rFonts w:ascii="宋体" w:eastAsia="宋体" w:hAnsi="宋体"/>
        </w:rPr>
        <w:t>11. 以下说法一定不正确的是（  ）。</w:t>
      </w:r>
    </w:p>
    <w:p w14:paraId="75E92963" w14:textId="77777777" w:rsidR="00862E54" w:rsidRDefault="00000000">
      <w:pPr>
        <w:spacing w:after="0" w:line="288" w:lineRule="auto"/>
      </w:pPr>
      <w:r>
        <w:rPr>
          <w:rFonts w:ascii="宋体" w:eastAsia="宋体" w:hAnsi="宋体"/>
        </w:rPr>
        <w:t xml:space="preserve">    (A)某年除夕发生了日偏食        (B)某年除夕发生了月掩角宿一</w:t>
      </w:r>
    </w:p>
    <w:p w14:paraId="0CE5B10E" w14:textId="77777777" w:rsidR="00862E54" w:rsidRDefault="00000000">
      <w:pPr>
        <w:spacing w:after="80" w:line="288" w:lineRule="auto"/>
      </w:pPr>
      <w:r>
        <w:rPr>
          <w:rFonts w:ascii="宋体" w:eastAsia="宋体" w:hAnsi="宋体"/>
        </w:rPr>
        <w:t xml:space="preserve">    (C)某年除夕有人观测了仙女座大星系        (D)某年天龙座流星雨流量达到每小时1万颗</w:t>
      </w:r>
    </w:p>
    <w:p w14:paraId="62C623C0" w14:textId="77777777" w:rsidR="00862E54" w:rsidRDefault="00000000">
      <w:pPr>
        <w:spacing w:before="120" w:after="40" w:line="312" w:lineRule="auto"/>
      </w:pPr>
      <w:r>
        <w:rPr>
          <w:rFonts w:ascii="宋体" w:eastAsia="宋体" w:hAnsi="宋体"/>
        </w:rPr>
        <w:t>12. 以下哪个名词是不存在的天文名词？（  ）</w:t>
      </w:r>
    </w:p>
    <w:p w14:paraId="66566965" w14:textId="77777777" w:rsidR="00862E54" w:rsidRDefault="00000000">
      <w:pPr>
        <w:spacing w:after="0" w:line="288" w:lineRule="auto"/>
      </w:pPr>
      <w:r>
        <w:rPr>
          <w:rFonts w:ascii="宋体" w:eastAsia="宋体" w:hAnsi="宋体"/>
        </w:rPr>
        <w:t xml:space="preserve">    (A)矮行星        (B)矮星系</w:t>
      </w:r>
    </w:p>
    <w:p w14:paraId="1C163012" w14:textId="77777777" w:rsidR="00862E54" w:rsidRDefault="00000000">
      <w:pPr>
        <w:spacing w:after="80" w:line="288" w:lineRule="auto"/>
      </w:pPr>
      <w:r>
        <w:rPr>
          <w:rFonts w:ascii="宋体" w:eastAsia="宋体" w:hAnsi="宋体"/>
        </w:rPr>
        <w:t xml:space="preserve">    (C)河内星系        (D)系外行星</w:t>
      </w:r>
    </w:p>
    <w:p w14:paraId="1A3ED6FE" w14:textId="77777777" w:rsidR="00862E54" w:rsidRDefault="00000000">
      <w:pPr>
        <w:spacing w:before="120" w:after="40" w:line="312" w:lineRule="auto"/>
      </w:pPr>
      <w:r>
        <w:rPr>
          <w:rFonts w:ascii="宋体" w:eastAsia="宋体" w:hAnsi="宋体"/>
        </w:rPr>
        <w:t>13. 假如天晴，今天晚上10点在考试地点最不可能看到的星座是（  ）。</w:t>
      </w:r>
    </w:p>
    <w:p w14:paraId="77CA8771" w14:textId="77777777" w:rsidR="00862E54" w:rsidRDefault="00000000">
      <w:pPr>
        <w:spacing w:after="0" w:line="288" w:lineRule="auto"/>
      </w:pPr>
      <w:r>
        <w:rPr>
          <w:rFonts w:ascii="宋体" w:eastAsia="宋体" w:hAnsi="宋体"/>
        </w:rPr>
        <w:t xml:space="preserve">    (A)狮子座        (B)天蝎座</w:t>
      </w:r>
    </w:p>
    <w:p w14:paraId="2FBAEA98" w14:textId="77777777" w:rsidR="00862E54" w:rsidRDefault="00000000">
      <w:pPr>
        <w:spacing w:after="80" w:line="288" w:lineRule="auto"/>
      </w:pPr>
      <w:r>
        <w:rPr>
          <w:rFonts w:ascii="宋体" w:eastAsia="宋体" w:hAnsi="宋体"/>
        </w:rPr>
        <w:t xml:space="preserve">    (C)牧夫座        (D)猎户座</w:t>
      </w:r>
    </w:p>
    <w:p w14:paraId="30C69C77" w14:textId="77777777" w:rsidR="00862E54" w:rsidRDefault="00000000">
      <w:pPr>
        <w:spacing w:before="120" w:after="40" w:line="312" w:lineRule="auto"/>
      </w:pPr>
      <w:r>
        <w:rPr>
          <w:rFonts w:ascii="宋体" w:eastAsia="宋体" w:hAnsi="宋体"/>
        </w:rPr>
        <w:t>14. 以下不是2009国际天文年基础项目的是（  ）。</w:t>
      </w:r>
    </w:p>
    <w:p w14:paraId="4E6D5380" w14:textId="77777777" w:rsidR="00862E54" w:rsidRDefault="00000000">
      <w:pPr>
        <w:spacing w:after="0" w:line="288" w:lineRule="auto"/>
      </w:pPr>
      <w:r>
        <w:rPr>
          <w:rFonts w:ascii="宋体" w:eastAsia="宋体" w:hAnsi="宋体"/>
        </w:rPr>
        <w:t xml:space="preserve">    (A)世纪大日食        (B)天文学100小时</w:t>
      </w:r>
    </w:p>
    <w:p w14:paraId="53294046" w14:textId="77777777" w:rsidR="00862E54" w:rsidRDefault="00000000">
      <w:pPr>
        <w:spacing w:after="80" w:line="288" w:lineRule="auto"/>
      </w:pPr>
      <w:r>
        <w:rPr>
          <w:rFonts w:ascii="宋体" w:eastAsia="宋体" w:hAnsi="宋体"/>
        </w:rPr>
        <w:t xml:space="preserve">    (C)伽利略之夜        (D)她是天文学家</w:t>
      </w:r>
    </w:p>
    <w:p w14:paraId="7093910C" w14:textId="77777777" w:rsidR="00862E54" w:rsidRDefault="00000000">
      <w:pPr>
        <w:spacing w:before="120" w:after="40" w:line="312" w:lineRule="auto"/>
      </w:pPr>
      <w:r>
        <w:rPr>
          <w:rFonts w:ascii="宋体" w:eastAsia="宋体" w:hAnsi="宋体"/>
        </w:rPr>
        <w:t>15. 第4届国际天文学与天体物理学奥林匹克竞赛的举办国预计是（  ）。</w:t>
      </w:r>
    </w:p>
    <w:p w14:paraId="68306E78" w14:textId="77777777" w:rsidR="00862E54" w:rsidRDefault="00000000">
      <w:pPr>
        <w:spacing w:after="0" w:line="288" w:lineRule="auto"/>
      </w:pPr>
      <w:r>
        <w:rPr>
          <w:rFonts w:ascii="宋体" w:eastAsia="宋体" w:hAnsi="宋体"/>
        </w:rPr>
        <w:t xml:space="preserve">    (A)中国        (B)伊朗</w:t>
      </w:r>
    </w:p>
    <w:p w14:paraId="250AEE34" w14:textId="77777777" w:rsidR="00862E54" w:rsidRDefault="00000000">
      <w:pPr>
        <w:spacing w:after="80" w:line="288" w:lineRule="auto"/>
      </w:pPr>
      <w:r>
        <w:rPr>
          <w:rFonts w:ascii="宋体" w:eastAsia="宋体" w:hAnsi="宋体"/>
        </w:rPr>
        <w:t xml:space="preserve">    (C)巴西        (D)哈萨克斯坦</w:t>
      </w:r>
    </w:p>
    <w:p w14:paraId="2F60F6FD" w14:textId="77777777" w:rsidR="00862E54" w:rsidRDefault="00000000">
      <w:pPr>
        <w:spacing w:before="120" w:after="40" w:line="312" w:lineRule="auto"/>
      </w:pPr>
      <w:r>
        <w:rPr>
          <w:rFonts w:ascii="宋体" w:eastAsia="宋体" w:hAnsi="宋体"/>
        </w:rPr>
        <w:t>16. 以下哪个地方不是国家天文台的专业观测基地？（  ）</w:t>
      </w:r>
    </w:p>
    <w:p w14:paraId="35F0274B" w14:textId="77777777" w:rsidR="00862E54" w:rsidRDefault="00000000">
      <w:pPr>
        <w:spacing w:after="0" w:line="288" w:lineRule="auto"/>
      </w:pPr>
      <w:r>
        <w:rPr>
          <w:rFonts w:ascii="宋体" w:eastAsia="宋体" w:hAnsi="宋体"/>
        </w:rPr>
        <w:t xml:space="preserve">    (A)兴隆        (B)天荒坪</w:t>
      </w:r>
    </w:p>
    <w:p w14:paraId="59204ADA" w14:textId="77777777" w:rsidR="00862E54" w:rsidRDefault="00000000">
      <w:pPr>
        <w:spacing w:after="80" w:line="288" w:lineRule="auto"/>
      </w:pPr>
      <w:r>
        <w:rPr>
          <w:rFonts w:ascii="宋体" w:eastAsia="宋体" w:hAnsi="宋体"/>
        </w:rPr>
        <w:t xml:space="preserve">    (C)德令哈        (D)高美古</w:t>
      </w:r>
    </w:p>
    <w:p w14:paraId="46E46888" w14:textId="77777777" w:rsidR="00862E54" w:rsidRDefault="00000000">
      <w:pPr>
        <w:spacing w:before="120" w:after="40" w:line="312" w:lineRule="auto"/>
      </w:pPr>
      <w:r>
        <w:rPr>
          <w:rFonts w:ascii="宋体" w:eastAsia="宋体" w:hAnsi="宋体"/>
        </w:rPr>
        <w:t>17. 施密特-卡塞格林式望远镜属于（  ）望远镜。</w:t>
      </w:r>
    </w:p>
    <w:p w14:paraId="438B135B" w14:textId="77777777" w:rsidR="00862E54" w:rsidRDefault="00000000">
      <w:pPr>
        <w:spacing w:after="0" w:line="288" w:lineRule="auto"/>
      </w:pPr>
      <w:r>
        <w:rPr>
          <w:rFonts w:ascii="宋体" w:eastAsia="宋体" w:hAnsi="宋体"/>
        </w:rPr>
        <w:t xml:space="preserve">    (A)射电        (B)折射式</w:t>
      </w:r>
    </w:p>
    <w:p w14:paraId="49725DC1" w14:textId="77777777" w:rsidR="00862E54" w:rsidRDefault="00000000">
      <w:pPr>
        <w:spacing w:after="80" w:line="288" w:lineRule="auto"/>
      </w:pPr>
      <w:r>
        <w:rPr>
          <w:rFonts w:ascii="宋体" w:eastAsia="宋体" w:hAnsi="宋体"/>
        </w:rPr>
        <w:t xml:space="preserve">    (C)反射式        (D)折反射式</w:t>
      </w:r>
    </w:p>
    <w:p w14:paraId="43838AD5" w14:textId="77777777" w:rsidR="00862E54" w:rsidRDefault="00000000">
      <w:pPr>
        <w:spacing w:before="120" w:after="40" w:line="312" w:lineRule="auto"/>
      </w:pPr>
      <w:r>
        <w:rPr>
          <w:rFonts w:ascii="宋体" w:eastAsia="宋体" w:hAnsi="宋体"/>
        </w:rPr>
        <w:lastRenderedPageBreak/>
        <w:t>18. 今年1月15日日环食发生时，以下我国城市中最先看到环食的是（  ）。</w:t>
      </w:r>
    </w:p>
    <w:p w14:paraId="2871DF6D" w14:textId="77777777" w:rsidR="00862E54" w:rsidRDefault="00000000">
      <w:pPr>
        <w:spacing w:after="0" w:line="288" w:lineRule="auto"/>
      </w:pPr>
      <w:r>
        <w:rPr>
          <w:rFonts w:ascii="宋体" w:eastAsia="宋体" w:hAnsi="宋体"/>
        </w:rPr>
        <w:t xml:space="preserve">    (A)重庆市        (B)山东青岛</w:t>
      </w:r>
    </w:p>
    <w:p w14:paraId="33952E77" w14:textId="77777777" w:rsidR="00862E54" w:rsidRDefault="00000000">
      <w:pPr>
        <w:spacing w:after="80" w:line="288" w:lineRule="auto"/>
      </w:pPr>
      <w:r>
        <w:rPr>
          <w:rFonts w:ascii="宋体" w:eastAsia="宋体" w:hAnsi="宋体"/>
        </w:rPr>
        <w:t xml:space="preserve">    (C)河南开封        (D)云南大理</w:t>
      </w:r>
    </w:p>
    <w:p w14:paraId="7D246B36" w14:textId="77777777" w:rsidR="00862E54" w:rsidRDefault="00000000">
      <w:pPr>
        <w:spacing w:before="120" w:after="40" w:line="312" w:lineRule="auto"/>
      </w:pPr>
      <w:r>
        <w:rPr>
          <w:rFonts w:ascii="宋体" w:eastAsia="宋体" w:hAnsi="宋体"/>
        </w:rPr>
        <w:t>19. 在本次竞赛进行过程中，以下哪个天体一直在你所在考点的地平线以下？（  ）</w:t>
      </w:r>
    </w:p>
    <w:p w14:paraId="7931EA9A" w14:textId="77777777" w:rsidR="00862E54" w:rsidRDefault="00000000">
      <w:pPr>
        <w:spacing w:after="0" w:line="288" w:lineRule="auto"/>
      </w:pPr>
      <w:r>
        <w:rPr>
          <w:rFonts w:ascii="宋体" w:eastAsia="宋体" w:hAnsi="宋体"/>
        </w:rPr>
        <w:t xml:space="preserve">    (A)月球        (B)木星</w:t>
      </w:r>
    </w:p>
    <w:p w14:paraId="0B021D0B" w14:textId="77777777" w:rsidR="00862E54" w:rsidRDefault="00000000">
      <w:pPr>
        <w:spacing w:after="80" w:line="288" w:lineRule="auto"/>
      </w:pPr>
      <w:r>
        <w:rPr>
          <w:rFonts w:ascii="宋体" w:eastAsia="宋体" w:hAnsi="宋体"/>
        </w:rPr>
        <w:t xml:space="preserve">    (C)土星        (D)昴星团</w:t>
      </w:r>
    </w:p>
    <w:p w14:paraId="6B20F5A7" w14:textId="77777777" w:rsidR="00862E54" w:rsidRDefault="00000000">
      <w:pPr>
        <w:spacing w:before="120" w:after="40" w:line="312" w:lineRule="auto"/>
      </w:pPr>
      <w:r>
        <w:rPr>
          <w:rFonts w:ascii="宋体" w:eastAsia="宋体" w:hAnsi="宋体"/>
        </w:rPr>
        <w:t>20. 在成都（东经104度，北纬31度）的小明清晨上学，路上抬头看到几乎头顶正上方有一轮月亮。请问那天最可能是农历的哪一天？（  ）</w:t>
      </w:r>
    </w:p>
    <w:p w14:paraId="6A7CEC85" w14:textId="77777777" w:rsidR="00862E54" w:rsidRDefault="00000000">
      <w:pPr>
        <w:spacing w:after="0" w:line="288" w:lineRule="auto"/>
      </w:pPr>
      <w:r>
        <w:rPr>
          <w:rFonts w:ascii="宋体" w:eastAsia="宋体" w:hAnsi="宋体"/>
        </w:rPr>
        <w:t xml:space="preserve">    (A)初九        (B)十七</w:t>
      </w:r>
    </w:p>
    <w:p w14:paraId="558A9709" w14:textId="77777777" w:rsidR="00862E54" w:rsidRDefault="00000000">
      <w:pPr>
        <w:spacing w:after="80" w:line="288" w:lineRule="auto"/>
      </w:pPr>
      <w:r>
        <w:rPr>
          <w:rFonts w:ascii="宋体" w:eastAsia="宋体" w:hAnsi="宋体"/>
        </w:rPr>
        <w:t xml:space="preserve">    (C)廿三        (D)廿八</w:t>
      </w:r>
    </w:p>
    <w:p w14:paraId="40D1239D" w14:textId="77777777" w:rsidR="00862E54" w:rsidRDefault="00000000">
      <w:pPr>
        <w:spacing w:before="120" w:after="40" w:line="312" w:lineRule="auto"/>
      </w:pPr>
      <w:r>
        <w:rPr>
          <w:rFonts w:ascii="宋体" w:eastAsia="宋体" w:hAnsi="宋体"/>
        </w:rPr>
        <w:t>21. 以下直径最大的天然卫星是（  ）。</w:t>
      </w:r>
    </w:p>
    <w:p w14:paraId="325014BA" w14:textId="77777777" w:rsidR="00862E54" w:rsidRDefault="00000000">
      <w:pPr>
        <w:spacing w:after="0" w:line="288" w:lineRule="auto"/>
      </w:pPr>
      <w:r>
        <w:rPr>
          <w:rFonts w:ascii="宋体" w:eastAsia="宋体" w:hAnsi="宋体"/>
        </w:rPr>
        <w:t xml:space="preserve">    (A)月球        (B)火卫一Phobos</w:t>
      </w:r>
    </w:p>
    <w:p w14:paraId="4538037B" w14:textId="77777777" w:rsidR="00862E54" w:rsidRDefault="00000000">
      <w:pPr>
        <w:spacing w:after="80" w:line="288" w:lineRule="auto"/>
      </w:pPr>
      <w:r>
        <w:rPr>
          <w:rFonts w:ascii="宋体" w:eastAsia="宋体" w:hAnsi="宋体"/>
        </w:rPr>
        <w:t xml:space="preserve">    (C)木卫三Ganymede        (D)土卫六Titan</w:t>
      </w:r>
    </w:p>
    <w:p w14:paraId="10EA4C58" w14:textId="77777777" w:rsidR="00862E54" w:rsidRDefault="00000000">
      <w:pPr>
        <w:spacing w:before="120" w:after="40" w:line="312" w:lineRule="auto"/>
      </w:pPr>
      <w:r>
        <w:rPr>
          <w:rFonts w:ascii="宋体" w:eastAsia="宋体" w:hAnsi="宋体"/>
        </w:rPr>
        <w:t>22. 元旦时在广州看到的日出和日落的方位是（  ）。</w:t>
      </w:r>
    </w:p>
    <w:p w14:paraId="077F8A76" w14:textId="77777777" w:rsidR="00862E54" w:rsidRDefault="00000000">
      <w:pPr>
        <w:spacing w:after="0" w:line="288" w:lineRule="auto"/>
      </w:pPr>
      <w:r>
        <w:rPr>
          <w:rFonts w:ascii="宋体" w:eastAsia="宋体" w:hAnsi="宋体"/>
        </w:rPr>
        <w:t xml:space="preserve">    (A)东南升起，西南落下        (B)东南升起，西北落下</w:t>
      </w:r>
    </w:p>
    <w:p w14:paraId="42EF9713" w14:textId="77777777" w:rsidR="00862E54" w:rsidRDefault="00000000">
      <w:pPr>
        <w:spacing w:after="80" w:line="288" w:lineRule="auto"/>
      </w:pPr>
      <w:r>
        <w:rPr>
          <w:rFonts w:ascii="宋体" w:eastAsia="宋体" w:hAnsi="宋体"/>
        </w:rPr>
        <w:t xml:space="preserve">    (C)东北升起，西南落下        (D)东北升起，西北落下</w:t>
      </w:r>
    </w:p>
    <w:p w14:paraId="7C83954E" w14:textId="77777777" w:rsidR="00862E54" w:rsidRDefault="00000000">
      <w:pPr>
        <w:spacing w:before="120" w:after="40" w:line="312" w:lineRule="auto"/>
      </w:pPr>
      <w:r>
        <w:rPr>
          <w:rFonts w:ascii="宋体" w:eastAsia="宋体" w:hAnsi="宋体"/>
        </w:rPr>
        <w:t>23. 以下哪个事件不是本月的天象？（  ）</w:t>
      </w:r>
    </w:p>
    <w:p w14:paraId="5F03D6A2" w14:textId="77777777" w:rsidR="00862E54" w:rsidRDefault="00000000">
      <w:pPr>
        <w:spacing w:after="0" w:line="288" w:lineRule="auto"/>
      </w:pPr>
      <w:r>
        <w:rPr>
          <w:rFonts w:ascii="宋体" w:eastAsia="宋体" w:hAnsi="宋体"/>
        </w:rPr>
        <w:t xml:space="preserve">    (A)水星大距        (B)火星合月</w:t>
      </w:r>
    </w:p>
    <w:p w14:paraId="314DE416" w14:textId="77777777" w:rsidR="00862E54" w:rsidRDefault="00000000">
      <w:pPr>
        <w:spacing w:after="80" w:line="288" w:lineRule="auto"/>
      </w:pPr>
      <w:r>
        <w:rPr>
          <w:rFonts w:ascii="宋体" w:eastAsia="宋体" w:hAnsi="宋体"/>
        </w:rPr>
        <w:t xml:space="preserve">    (C)月球掩天蝎座4等恒星        (D)江西小行星掩6等恒星</w:t>
      </w:r>
    </w:p>
    <w:p w14:paraId="1433F4AA" w14:textId="77777777" w:rsidR="00862E54" w:rsidRDefault="00000000">
      <w:pPr>
        <w:spacing w:before="120" w:after="40" w:line="312" w:lineRule="auto"/>
      </w:pPr>
      <w:r>
        <w:rPr>
          <w:rFonts w:ascii="宋体" w:eastAsia="宋体" w:hAnsi="宋体"/>
        </w:rPr>
        <w:t>24. 以下星座中与仙王座不相邻的星座是（  ）。</w:t>
      </w:r>
    </w:p>
    <w:p w14:paraId="283DDAFA" w14:textId="77777777" w:rsidR="00862E54" w:rsidRDefault="00000000">
      <w:pPr>
        <w:spacing w:after="0" w:line="288" w:lineRule="auto"/>
      </w:pPr>
      <w:r>
        <w:rPr>
          <w:rFonts w:ascii="宋体" w:eastAsia="宋体" w:hAnsi="宋体"/>
        </w:rPr>
        <w:t xml:space="preserve">    (A)小熊座        (B)仙后座</w:t>
      </w:r>
    </w:p>
    <w:p w14:paraId="68066BA7" w14:textId="77777777" w:rsidR="00862E54" w:rsidRDefault="00000000">
      <w:pPr>
        <w:spacing w:after="80" w:line="288" w:lineRule="auto"/>
      </w:pPr>
      <w:r>
        <w:rPr>
          <w:rFonts w:ascii="宋体" w:eastAsia="宋体" w:hAnsi="宋体"/>
        </w:rPr>
        <w:t xml:space="preserve">    (C)武仙座        (D)天鹅座</w:t>
      </w:r>
    </w:p>
    <w:p w14:paraId="595CE6C5" w14:textId="77777777" w:rsidR="00862E54" w:rsidRDefault="00000000">
      <w:pPr>
        <w:spacing w:before="120" w:after="40" w:line="312" w:lineRule="auto"/>
      </w:pPr>
      <w:r>
        <w:rPr>
          <w:rFonts w:ascii="宋体" w:eastAsia="宋体" w:hAnsi="宋体"/>
        </w:rPr>
        <w:t>25. 用数码单反相机进行星空摄影，对质量好坏影响最大的因素是（  ）。</w:t>
      </w:r>
    </w:p>
    <w:p w14:paraId="5C0DEC21" w14:textId="77777777" w:rsidR="00862E54" w:rsidRDefault="00000000">
      <w:pPr>
        <w:spacing w:after="0" w:line="288" w:lineRule="auto"/>
      </w:pPr>
      <w:r>
        <w:rPr>
          <w:rFonts w:ascii="宋体" w:eastAsia="宋体" w:hAnsi="宋体"/>
        </w:rPr>
        <w:t xml:space="preserve">    (A)感光度        (B)曝光时间</w:t>
      </w:r>
    </w:p>
    <w:p w14:paraId="1D28A2A7" w14:textId="77777777" w:rsidR="00862E54" w:rsidRDefault="00000000">
      <w:pPr>
        <w:spacing w:after="80" w:line="288" w:lineRule="auto"/>
      </w:pPr>
      <w:r>
        <w:rPr>
          <w:rFonts w:ascii="宋体" w:eastAsia="宋体" w:hAnsi="宋体"/>
        </w:rPr>
        <w:t xml:space="preserve">    (C)光圈        (D)调焦</w:t>
      </w:r>
    </w:p>
    <w:p w14:paraId="3AF4B364" w14:textId="77777777" w:rsidR="00862E54" w:rsidRDefault="00000000">
      <w:pPr>
        <w:spacing w:before="120" w:after="40" w:line="312" w:lineRule="auto"/>
      </w:pPr>
      <w:r>
        <w:rPr>
          <w:rFonts w:ascii="宋体" w:eastAsia="宋体" w:hAnsi="宋体"/>
        </w:rPr>
        <w:t>26. 与24节气对应的历法是（  ）。</w:t>
      </w:r>
    </w:p>
    <w:p w14:paraId="5892CB2F" w14:textId="77777777" w:rsidR="00862E54" w:rsidRDefault="00000000">
      <w:pPr>
        <w:spacing w:after="0" w:line="288" w:lineRule="auto"/>
      </w:pPr>
      <w:r>
        <w:rPr>
          <w:rFonts w:ascii="宋体" w:eastAsia="宋体" w:hAnsi="宋体"/>
        </w:rPr>
        <w:t xml:space="preserve">    (A)阴历        (B)阳历</w:t>
      </w:r>
    </w:p>
    <w:p w14:paraId="1289AB56" w14:textId="77777777" w:rsidR="00862E54" w:rsidRDefault="00000000">
      <w:pPr>
        <w:spacing w:after="80" w:line="288" w:lineRule="auto"/>
      </w:pPr>
      <w:r>
        <w:rPr>
          <w:rFonts w:ascii="宋体" w:eastAsia="宋体" w:hAnsi="宋体"/>
        </w:rPr>
        <w:t xml:space="preserve">    (C)农历        (D)都不是</w:t>
      </w:r>
    </w:p>
    <w:p w14:paraId="467EACE0" w14:textId="77777777" w:rsidR="00862E54" w:rsidRDefault="00000000">
      <w:pPr>
        <w:spacing w:before="120" w:after="40" w:line="312" w:lineRule="auto"/>
      </w:pPr>
      <w:r>
        <w:rPr>
          <w:rFonts w:ascii="宋体" w:eastAsia="宋体" w:hAnsi="宋体"/>
        </w:rPr>
        <w:t>27. 以下暂时没有小行星命名的是（  ）。</w:t>
      </w:r>
    </w:p>
    <w:p w14:paraId="04BAF4C8" w14:textId="77777777" w:rsidR="00862E54" w:rsidRDefault="00000000">
      <w:pPr>
        <w:spacing w:after="0" w:line="288" w:lineRule="auto"/>
      </w:pPr>
      <w:r>
        <w:rPr>
          <w:rFonts w:ascii="宋体" w:eastAsia="宋体" w:hAnsi="宋体"/>
        </w:rPr>
        <w:t xml:space="preserve">    (A)李白        (B)陈韬</w:t>
      </w:r>
    </w:p>
    <w:p w14:paraId="134D433F" w14:textId="77777777" w:rsidR="00862E54" w:rsidRDefault="00000000">
      <w:pPr>
        <w:spacing w:after="80" w:line="288" w:lineRule="auto"/>
      </w:pPr>
      <w:r>
        <w:rPr>
          <w:rFonts w:ascii="宋体" w:eastAsia="宋体" w:hAnsi="宋体"/>
        </w:rPr>
        <w:t xml:space="preserve">    (C)陈栋华        (D)叶泉志</w:t>
      </w:r>
    </w:p>
    <w:p w14:paraId="16199045" w14:textId="77777777" w:rsidR="00862E54" w:rsidRDefault="00000000">
      <w:pPr>
        <w:spacing w:before="120" w:after="40" w:line="312" w:lineRule="auto"/>
      </w:pPr>
      <w:r>
        <w:rPr>
          <w:rFonts w:ascii="宋体" w:eastAsia="宋体" w:hAnsi="宋体"/>
        </w:rPr>
        <w:t>28. 我们最不可能在以下哪个星座中观测到月球？（  ）</w:t>
      </w:r>
    </w:p>
    <w:p w14:paraId="6DC06C5F" w14:textId="77777777" w:rsidR="00862E54" w:rsidRDefault="00000000">
      <w:pPr>
        <w:spacing w:after="0" w:line="288" w:lineRule="auto"/>
      </w:pPr>
      <w:r>
        <w:rPr>
          <w:rFonts w:ascii="宋体" w:eastAsia="宋体" w:hAnsi="宋体"/>
        </w:rPr>
        <w:t xml:space="preserve">    (A)白羊座        (B)鲸鱼座</w:t>
      </w:r>
    </w:p>
    <w:p w14:paraId="0A0A7964" w14:textId="77777777" w:rsidR="00862E54" w:rsidRDefault="00000000">
      <w:pPr>
        <w:spacing w:after="80" w:line="288" w:lineRule="auto"/>
      </w:pPr>
      <w:r>
        <w:rPr>
          <w:rFonts w:ascii="宋体" w:eastAsia="宋体" w:hAnsi="宋体"/>
        </w:rPr>
        <w:t xml:space="preserve">    (C)巨蟹座        (D)牧夫座</w:t>
      </w:r>
    </w:p>
    <w:p w14:paraId="4EDFB4FD" w14:textId="77777777" w:rsidR="00862E54" w:rsidRDefault="00000000">
      <w:pPr>
        <w:spacing w:before="120" w:after="40" w:line="312" w:lineRule="auto"/>
      </w:pPr>
      <w:r>
        <w:rPr>
          <w:rFonts w:ascii="宋体" w:eastAsia="宋体" w:hAnsi="宋体"/>
        </w:rPr>
        <w:lastRenderedPageBreak/>
        <w:t>29. 以下哪个不是在2009年撞击月球的探测器？（  ）</w:t>
      </w:r>
    </w:p>
    <w:p w14:paraId="772F2892" w14:textId="77777777" w:rsidR="00862E54" w:rsidRDefault="00000000">
      <w:pPr>
        <w:spacing w:after="0" w:line="288" w:lineRule="auto"/>
      </w:pPr>
      <w:r>
        <w:rPr>
          <w:rFonts w:ascii="宋体" w:eastAsia="宋体" w:hAnsi="宋体"/>
        </w:rPr>
        <w:t xml:space="preserve">    (A)中国的"嫦娥一号"        (B)印度的"月船一号"</w:t>
      </w:r>
    </w:p>
    <w:p w14:paraId="673460FF" w14:textId="77777777" w:rsidR="00862E54" w:rsidRDefault="00000000">
      <w:pPr>
        <w:spacing w:after="80" w:line="288" w:lineRule="auto"/>
      </w:pPr>
      <w:r>
        <w:rPr>
          <w:rFonts w:ascii="宋体" w:eastAsia="宋体" w:hAnsi="宋体"/>
        </w:rPr>
        <w:t xml:space="preserve">    (C)日本的"月亮女神"        (D)美国的"月球坑探测和传感卫星"</w:t>
      </w:r>
    </w:p>
    <w:p w14:paraId="5F7A0F7F" w14:textId="77777777" w:rsidR="00862E54" w:rsidRDefault="00000000">
      <w:pPr>
        <w:spacing w:before="120" w:after="40" w:line="312" w:lineRule="auto"/>
      </w:pPr>
      <w:r>
        <w:rPr>
          <w:rFonts w:ascii="宋体" w:eastAsia="宋体" w:hAnsi="宋体"/>
        </w:rPr>
        <w:t>30. 2009年投入使用的世界上最大的太阳望远镜的口径为（  ）米。</w:t>
      </w:r>
    </w:p>
    <w:p w14:paraId="68B15473" w14:textId="77777777" w:rsidR="00862E54" w:rsidRDefault="00000000">
      <w:pPr>
        <w:spacing w:after="0" w:line="288" w:lineRule="auto"/>
      </w:pPr>
      <w:r>
        <w:rPr>
          <w:rFonts w:ascii="宋体" w:eastAsia="宋体" w:hAnsi="宋体"/>
        </w:rPr>
        <w:t xml:space="preserve">    (A)1.6        (B)2.4</w:t>
      </w:r>
    </w:p>
    <w:p w14:paraId="7601AD65" w14:textId="77777777" w:rsidR="00862E54" w:rsidRDefault="00000000">
      <w:pPr>
        <w:spacing w:after="80" w:line="288" w:lineRule="auto"/>
      </w:pPr>
      <w:r>
        <w:rPr>
          <w:rFonts w:ascii="宋体" w:eastAsia="宋体" w:hAnsi="宋体"/>
        </w:rPr>
        <w:t xml:space="preserve">    (C)4        (D)10.4</w:t>
      </w:r>
    </w:p>
    <w:p w14:paraId="3965F1EE" w14:textId="77777777" w:rsidR="00862E54" w:rsidRDefault="00000000">
      <w:pPr>
        <w:spacing w:before="120" w:after="40" w:line="312" w:lineRule="auto"/>
      </w:pPr>
      <w:r>
        <w:rPr>
          <w:rFonts w:ascii="宋体" w:eastAsia="宋体" w:hAnsi="宋体"/>
        </w:rPr>
        <w:t>31. 国际天文学联合会代表大会将于（  ）年在北京举行。</w:t>
      </w:r>
    </w:p>
    <w:p w14:paraId="16FF0337" w14:textId="77777777" w:rsidR="00862E54" w:rsidRDefault="00000000">
      <w:pPr>
        <w:spacing w:after="0" w:line="288" w:lineRule="auto"/>
      </w:pPr>
      <w:r>
        <w:rPr>
          <w:rFonts w:ascii="宋体" w:eastAsia="宋体" w:hAnsi="宋体"/>
        </w:rPr>
        <w:t xml:space="preserve">    (A)2010        (B)2011</w:t>
      </w:r>
    </w:p>
    <w:p w14:paraId="502B20F5" w14:textId="77777777" w:rsidR="00862E54" w:rsidRDefault="00000000">
      <w:pPr>
        <w:spacing w:after="80" w:line="288" w:lineRule="auto"/>
      </w:pPr>
      <w:r>
        <w:rPr>
          <w:rFonts w:ascii="宋体" w:eastAsia="宋体" w:hAnsi="宋体"/>
        </w:rPr>
        <w:t xml:space="preserve">    (C)2012        (D)2013</w:t>
      </w:r>
    </w:p>
    <w:p w14:paraId="219C37E3" w14:textId="77777777" w:rsidR="00862E54" w:rsidRDefault="00000000">
      <w:pPr>
        <w:spacing w:before="120" w:after="40" w:line="312" w:lineRule="auto"/>
      </w:pPr>
      <w:r>
        <w:rPr>
          <w:rFonts w:ascii="宋体" w:eastAsia="宋体" w:hAnsi="宋体"/>
        </w:rPr>
        <w:t>32. 通过了2010年北京大学天文学系自主招生考试的国内外天文奥赛获奖选手大概是（  ）人。</w:t>
      </w:r>
    </w:p>
    <w:p w14:paraId="0118D3FD" w14:textId="77777777" w:rsidR="00862E54" w:rsidRDefault="00000000">
      <w:pPr>
        <w:spacing w:after="0" w:line="288" w:lineRule="auto"/>
      </w:pPr>
      <w:r>
        <w:rPr>
          <w:rFonts w:ascii="宋体" w:eastAsia="宋体" w:hAnsi="宋体"/>
        </w:rPr>
        <w:t xml:space="preserve">    (A)0        (B)2</w:t>
      </w:r>
    </w:p>
    <w:p w14:paraId="30894031" w14:textId="77777777" w:rsidR="00862E54" w:rsidRDefault="00000000">
      <w:pPr>
        <w:spacing w:after="80" w:line="288" w:lineRule="auto"/>
      </w:pPr>
      <w:r>
        <w:rPr>
          <w:rFonts w:ascii="宋体" w:eastAsia="宋体" w:hAnsi="宋体"/>
        </w:rPr>
        <w:t xml:space="preserve">    (C)5        (D)8</w:t>
      </w:r>
    </w:p>
    <w:p w14:paraId="1C7062E2" w14:textId="77777777" w:rsidR="00862E54" w:rsidRDefault="00000000">
      <w:pPr>
        <w:spacing w:before="120" w:after="40" w:line="312" w:lineRule="auto"/>
      </w:pPr>
      <w:r>
        <w:rPr>
          <w:rFonts w:ascii="宋体" w:eastAsia="宋体" w:hAnsi="宋体"/>
        </w:rPr>
        <w:t>33. 以下关于梅西耶天体的描述不对的是（  ）。</w:t>
      </w:r>
    </w:p>
    <w:p w14:paraId="1E8E373B" w14:textId="77777777" w:rsidR="00862E54" w:rsidRDefault="00000000">
      <w:pPr>
        <w:spacing w:after="0" w:line="288" w:lineRule="auto"/>
      </w:pPr>
      <w:r>
        <w:rPr>
          <w:rFonts w:ascii="宋体" w:eastAsia="宋体" w:hAnsi="宋体"/>
        </w:rPr>
        <w:t xml:space="preserve">    (A)M27在长蛇座        (B)M41在大犬座</w:t>
      </w:r>
    </w:p>
    <w:p w14:paraId="50E99A54" w14:textId="77777777" w:rsidR="00862E54" w:rsidRDefault="00000000">
      <w:pPr>
        <w:spacing w:after="80" w:line="288" w:lineRule="auto"/>
      </w:pPr>
      <w:r>
        <w:rPr>
          <w:rFonts w:ascii="宋体" w:eastAsia="宋体" w:hAnsi="宋体"/>
        </w:rPr>
        <w:t xml:space="preserve">    (C)M42在猎户座        (D)M44在巨蟹座</w:t>
      </w:r>
    </w:p>
    <w:p w14:paraId="2CD25A14" w14:textId="77777777" w:rsidR="00862E54" w:rsidRDefault="00000000">
      <w:pPr>
        <w:spacing w:before="120" w:after="40" w:line="312" w:lineRule="auto"/>
      </w:pPr>
      <w:r>
        <w:rPr>
          <w:rFonts w:ascii="宋体" w:eastAsia="宋体" w:hAnsi="宋体"/>
        </w:rPr>
        <w:t>34. 以下哪一天，地球离太阳最近（  ）。</w:t>
      </w:r>
    </w:p>
    <w:p w14:paraId="1CD66D10" w14:textId="77777777" w:rsidR="00862E54" w:rsidRDefault="00000000">
      <w:pPr>
        <w:spacing w:after="0" w:line="288" w:lineRule="auto"/>
      </w:pPr>
      <w:r>
        <w:rPr>
          <w:rFonts w:ascii="宋体" w:eastAsia="宋体" w:hAnsi="宋体"/>
        </w:rPr>
        <w:t xml:space="preserve">    (A)春分        (B)夏至</w:t>
      </w:r>
    </w:p>
    <w:p w14:paraId="6922B057" w14:textId="77777777" w:rsidR="00862E54" w:rsidRDefault="00000000">
      <w:pPr>
        <w:spacing w:after="80" w:line="288" w:lineRule="auto"/>
      </w:pPr>
      <w:r>
        <w:rPr>
          <w:rFonts w:ascii="宋体" w:eastAsia="宋体" w:hAnsi="宋体"/>
        </w:rPr>
        <w:t xml:space="preserve">    (C)秋分        (D)冬至</w:t>
      </w:r>
    </w:p>
    <w:p w14:paraId="72D3D5EA" w14:textId="77777777" w:rsidR="00862E54" w:rsidRDefault="00000000">
      <w:pPr>
        <w:spacing w:before="120" w:after="40" w:line="312" w:lineRule="auto"/>
      </w:pPr>
      <w:r>
        <w:rPr>
          <w:rFonts w:ascii="宋体" w:eastAsia="宋体" w:hAnsi="宋体"/>
        </w:rPr>
        <w:t>35. 以下哪两种天象间隔时间最短？（  ）</w:t>
      </w:r>
    </w:p>
    <w:p w14:paraId="43C269D1" w14:textId="77777777" w:rsidR="00862E54" w:rsidRDefault="00000000">
      <w:pPr>
        <w:spacing w:after="0" w:line="288" w:lineRule="auto"/>
      </w:pPr>
      <w:r>
        <w:rPr>
          <w:rFonts w:ascii="宋体" w:eastAsia="宋体" w:hAnsi="宋体"/>
        </w:rPr>
        <w:t xml:space="preserve">    (A)水星东大距到下次西大距        (B)水星西大距到下次东大距</w:t>
      </w:r>
    </w:p>
    <w:p w14:paraId="146261DA" w14:textId="77777777" w:rsidR="00862E54" w:rsidRDefault="00000000">
      <w:pPr>
        <w:spacing w:after="80" w:line="288" w:lineRule="auto"/>
      </w:pPr>
      <w:r>
        <w:rPr>
          <w:rFonts w:ascii="宋体" w:eastAsia="宋体" w:hAnsi="宋体"/>
        </w:rPr>
        <w:t xml:space="preserve">    (C)金星东大距到下次西大距        (D)金星西大距到下次东大距</w:t>
      </w:r>
    </w:p>
    <w:p w14:paraId="1D50A364" w14:textId="77777777" w:rsidR="00862E54" w:rsidRDefault="00000000">
      <w:r>
        <w:br w:type="page"/>
      </w:r>
    </w:p>
    <w:p w14:paraId="3998F9D6" w14:textId="77777777" w:rsidR="00862E54" w:rsidRDefault="00000000">
      <w:pPr>
        <w:spacing w:after="240" w:line="360" w:lineRule="auto"/>
        <w:jc w:val="center"/>
      </w:pPr>
      <w:r>
        <w:rPr>
          <w:rFonts w:ascii="黑体" w:eastAsia="黑体" w:hAnsi="黑体"/>
          <w:b/>
          <w:sz w:val="36"/>
        </w:rPr>
        <w:t>2010年CNAO天文奥赛预赛试题 答案解析</w:t>
      </w:r>
    </w:p>
    <w:p w14:paraId="3CB55DA9" w14:textId="77777777" w:rsidR="00862E54" w:rsidRDefault="00000000">
      <w:pPr>
        <w:spacing w:before="160" w:after="120" w:line="360" w:lineRule="auto"/>
      </w:pPr>
      <w:r>
        <w:rPr>
          <w:rFonts w:ascii="黑体" w:eastAsia="黑体" w:hAnsi="黑体"/>
          <w:b/>
          <w:sz w:val="26"/>
        </w:rPr>
        <w:t>答案速查表</w:t>
      </w:r>
    </w:p>
    <w:tbl>
      <w:tblPr>
        <w:tblW w:w="0" w:type="auto"/>
        <w:jc w:val="cente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1213"/>
        <w:gridCol w:w="1213"/>
        <w:gridCol w:w="1218"/>
        <w:gridCol w:w="1218"/>
        <w:gridCol w:w="1218"/>
        <w:gridCol w:w="1218"/>
        <w:gridCol w:w="1218"/>
      </w:tblGrid>
      <w:tr w:rsidR="00862E54" w14:paraId="7C86A1E7" w14:textId="77777777">
        <w:trPr>
          <w:jc w:val="center"/>
        </w:trPr>
        <w:tc>
          <w:tcPr>
            <w:tcW w:w="1247" w:type="dxa"/>
            <w:shd w:val="clear" w:color="auto" w:fill="4472C4"/>
          </w:tcPr>
          <w:p w14:paraId="14D6EAD9" w14:textId="77777777" w:rsidR="00862E54" w:rsidRDefault="00000000">
            <w:pPr>
              <w:spacing w:before="40" w:after="40"/>
              <w:jc w:val="center"/>
            </w:pPr>
            <w:r>
              <w:rPr>
                <w:rFonts w:ascii="黑体" w:eastAsia="黑体" w:hAnsi="黑体"/>
                <w:b/>
                <w:color w:val="FFFFFF"/>
                <w:sz w:val="20"/>
              </w:rPr>
              <w:t>1-5</w:t>
            </w:r>
          </w:p>
        </w:tc>
        <w:tc>
          <w:tcPr>
            <w:tcW w:w="1247" w:type="dxa"/>
            <w:shd w:val="clear" w:color="auto" w:fill="4472C4"/>
          </w:tcPr>
          <w:p w14:paraId="13FC4121" w14:textId="77777777" w:rsidR="00862E54" w:rsidRDefault="00000000">
            <w:pPr>
              <w:spacing w:before="40" w:after="40"/>
              <w:jc w:val="center"/>
            </w:pPr>
            <w:r>
              <w:rPr>
                <w:rFonts w:ascii="黑体" w:eastAsia="黑体" w:hAnsi="黑体"/>
                <w:b/>
                <w:color w:val="FFFFFF"/>
                <w:sz w:val="20"/>
              </w:rPr>
              <w:t>6-10</w:t>
            </w:r>
          </w:p>
        </w:tc>
        <w:tc>
          <w:tcPr>
            <w:tcW w:w="1247" w:type="dxa"/>
            <w:shd w:val="clear" w:color="auto" w:fill="4472C4"/>
          </w:tcPr>
          <w:p w14:paraId="4F5B4E9A" w14:textId="77777777" w:rsidR="00862E54" w:rsidRDefault="00000000">
            <w:pPr>
              <w:spacing w:before="40" w:after="40"/>
              <w:jc w:val="center"/>
            </w:pPr>
            <w:r>
              <w:rPr>
                <w:rFonts w:ascii="黑体" w:eastAsia="黑体" w:hAnsi="黑体"/>
                <w:b/>
                <w:color w:val="FFFFFF"/>
                <w:sz w:val="20"/>
              </w:rPr>
              <w:t>11-15</w:t>
            </w:r>
          </w:p>
        </w:tc>
        <w:tc>
          <w:tcPr>
            <w:tcW w:w="1247" w:type="dxa"/>
            <w:shd w:val="clear" w:color="auto" w:fill="4472C4"/>
          </w:tcPr>
          <w:p w14:paraId="7CE34BF3" w14:textId="77777777" w:rsidR="00862E54" w:rsidRDefault="00000000">
            <w:pPr>
              <w:spacing w:before="40" w:after="40"/>
              <w:jc w:val="center"/>
            </w:pPr>
            <w:r>
              <w:rPr>
                <w:rFonts w:ascii="黑体" w:eastAsia="黑体" w:hAnsi="黑体"/>
                <w:b/>
                <w:color w:val="FFFFFF"/>
                <w:sz w:val="20"/>
              </w:rPr>
              <w:t>16-20</w:t>
            </w:r>
          </w:p>
        </w:tc>
        <w:tc>
          <w:tcPr>
            <w:tcW w:w="1247" w:type="dxa"/>
            <w:shd w:val="clear" w:color="auto" w:fill="4472C4"/>
          </w:tcPr>
          <w:p w14:paraId="36E59999" w14:textId="77777777" w:rsidR="00862E54" w:rsidRDefault="00000000">
            <w:pPr>
              <w:spacing w:before="40" w:after="40"/>
              <w:jc w:val="center"/>
            </w:pPr>
            <w:r>
              <w:rPr>
                <w:rFonts w:ascii="黑体" w:eastAsia="黑体" w:hAnsi="黑体"/>
                <w:b/>
                <w:color w:val="FFFFFF"/>
                <w:sz w:val="20"/>
              </w:rPr>
              <w:t>21-25</w:t>
            </w:r>
          </w:p>
        </w:tc>
        <w:tc>
          <w:tcPr>
            <w:tcW w:w="1247" w:type="dxa"/>
            <w:shd w:val="clear" w:color="auto" w:fill="4472C4"/>
          </w:tcPr>
          <w:p w14:paraId="214240DA" w14:textId="77777777" w:rsidR="00862E54" w:rsidRDefault="00000000">
            <w:pPr>
              <w:spacing w:before="40" w:after="40"/>
              <w:jc w:val="center"/>
            </w:pPr>
            <w:r>
              <w:rPr>
                <w:rFonts w:ascii="黑体" w:eastAsia="黑体" w:hAnsi="黑体"/>
                <w:b/>
                <w:color w:val="FFFFFF"/>
                <w:sz w:val="20"/>
              </w:rPr>
              <w:t>26-30</w:t>
            </w:r>
          </w:p>
        </w:tc>
        <w:tc>
          <w:tcPr>
            <w:tcW w:w="1247" w:type="dxa"/>
            <w:shd w:val="clear" w:color="auto" w:fill="4472C4"/>
          </w:tcPr>
          <w:p w14:paraId="05BE9C81" w14:textId="77777777" w:rsidR="00862E54" w:rsidRDefault="00000000">
            <w:pPr>
              <w:spacing w:before="40" w:after="40"/>
              <w:jc w:val="center"/>
            </w:pPr>
            <w:r>
              <w:rPr>
                <w:rFonts w:ascii="黑体" w:eastAsia="黑体" w:hAnsi="黑体"/>
                <w:b/>
                <w:color w:val="FFFFFF"/>
                <w:sz w:val="20"/>
              </w:rPr>
              <w:t>31-35</w:t>
            </w:r>
          </w:p>
        </w:tc>
      </w:tr>
      <w:tr w:rsidR="00862E54" w14:paraId="38E5C4E0" w14:textId="77777777">
        <w:trPr>
          <w:jc w:val="center"/>
        </w:trPr>
        <w:tc>
          <w:tcPr>
            <w:tcW w:w="1247" w:type="dxa"/>
            <w:shd w:val="clear" w:color="auto" w:fill="E8F0FE"/>
          </w:tcPr>
          <w:p w14:paraId="53FE1F17" w14:textId="77777777" w:rsidR="00862E54" w:rsidRDefault="00000000">
            <w:pPr>
              <w:spacing w:before="40" w:after="40"/>
              <w:jc w:val="center"/>
            </w:pPr>
            <w:r>
              <w:t>B A B A B</w:t>
            </w:r>
          </w:p>
        </w:tc>
        <w:tc>
          <w:tcPr>
            <w:tcW w:w="1247" w:type="dxa"/>
            <w:shd w:val="clear" w:color="auto" w:fill="E8F0FE"/>
          </w:tcPr>
          <w:p w14:paraId="56FB9F14" w14:textId="77777777" w:rsidR="00862E54" w:rsidRDefault="00000000">
            <w:pPr>
              <w:spacing w:before="40" w:after="40"/>
              <w:jc w:val="center"/>
            </w:pPr>
            <w:r>
              <w:t>B B B B A</w:t>
            </w:r>
          </w:p>
        </w:tc>
        <w:tc>
          <w:tcPr>
            <w:tcW w:w="1247" w:type="dxa"/>
            <w:shd w:val="clear" w:color="auto" w:fill="E8F0FE"/>
          </w:tcPr>
          <w:p w14:paraId="0E12A76C" w14:textId="77777777" w:rsidR="00862E54" w:rsidRDefault="00000000">
            <w:pPr>
              <w:spacing w:before="40" w:after="40"/>
              <w:jc w:val="center"/>
            </w:pPr>
            <w:r>
              <w:t>B C B A A</w:t>
            </w:r>
          </w:p>
        </w:tc>
        <w:tc>
          <w:tcPr>
            <w:tcW w:w="1247" w:type="dxa"/>
            <w:shd w:val="clear" w:color="auto" w:fill="E8F0FE"/>
          </w:tcPr>
          <w:p w14:paraId="7CAD95F3" w14:textId="77777777" w:rsidR="00862E54" w:rsidRDefault="00000000">
            <w:pPr>
              <w:spacing w:before="40" w:after="40"/>
              <w:jc w:val="center"/>
            </w:pPr>
            <w:r>
              <w:t>B D D C C</w:t>
            </w:r>
          </w:p>
        </w:tc>
        <w:tc>
          <w:tcPr>
            <w:tcW w:w="1247" w:type="dxa"/>
            <w:shd w:val="clear" w:color="auto" w:fill="E8F0FE"/>
          </w:tcPr>
          <w:p w14:paraId="2A5E8291" w14:textId="77777777" w:rsidR="00862E54" w:rsidRDefault="00000000">
            <w:pPr>
              <w:spacing w:before="40" w:after="40"/>
              <w:jc w:val="center"/>
            </w:pPr>
            <w:r>
              <w:t>C A A C D</w:t>
            </w:r>
          </w:p>
        </w:tc>
        <w:tc>
          <w:tcPr>
            <w:tcW w:w="1247" w:type="dxa"/>
            <w:shd w:val="clear" w:color="auto" w:fill="E8F0FE"/>
          </w:tcPr>
          <w:p w14:paraId="06C3AEC0" w14:textId="77777777" w:rsidR="00862E54" w:rsidRDefault="00000000">
            <w:pPr>
              <w:spacing w:before="40" w:after="40"/>
              <w:jc w:val="center"/>
            </w:pPr>
            <w:r>
              <w:t>B D D B A</w:t>
            </w:r>
          </w:p>
        </w:tc>
        <w:tc>
          <w:tcPr>
            <w:tcW w:w="1247" w:type="dxa"/>
            <w:shd w:val="clear" w:color="auto" w:fill="E8F0FE"/>
          </w:tcPr>
          <w:p w14:paraId="1C13A676" w14:textId="77777777" w:rsidR="00862E54" w:rsidRDefault="00000000">
            <w:pPr>
              <w:spacing w:before="40" w:after="40"/>
              <w:jc w:val="center"/>
            </w:pPr>
            <w:r>
              <w:t>C C A D A</w:t>
            </w:r>
          </w:p>
        </w:tc>
      </w:tr>
    </w:tbl>
    <w:p w14:paraId="61BE8E34" w14:textId="77777777" w:rsidR="00862E54" w:rsidRDefault="00862E54">
      <w:pPr>
        <w:spacing w:after="80" w:line="360" w:lineRule="auto"/>
      </w:pPr>
    </w:p>
    <w:p w14:paraId="66625002" w14:textId="77777777" w:rsidR="00862E54" w:rsidRDefault="00000000">
      <w:pPr>
        <w:spacing w:before="240" w:after="120" w:line="360" w:lineRule="auto"/>
      </w:pPr>
      <w:r>
        <w:rPr>
          <w:rFonts w:ascii="黑体" w:eastAsia="黑体" w:hAnsi="黑体"/>
          <w:b/>
          <w:sz w:val="26"/>
        </w:rPr>
        <w:t>逐题答案与解析</w:t>
      </w:r>
    </w:p>
    <w:p w14:paraId="64A444E0" w14:textId="77777777" w:rsidR="00862E54" w:rsidRDefault="00000000">
      <w:pPr>
        <w:spacing w:before="40" w:after="40" w:line="312" w:lineRule="auto"/>
      </w:pPr>
      <w:r>
        <w:rPr>
          <w:rFonts w:ascii="宋体" w:eastAsia="宋体" w:hAnsi="宋体"/>
          <w:b/>
        </w:rPr>
        <w:t xml:space="preserve">1. </w:t>
      </w:r>
      <w:r>
        <w:rPr>
          <w:rFonts w:ascii="宋体" w:eastAsia="宋体" w:hAnsi="宋体"/>
          <w:b/>
          <w:color w:val="CC0000"/>
        </w:rPr>
        <w:t>答案：B</w:t>
      </w:r>
      <w:r>
        <w:rPr>
          <w:rFonts w:ascii="宋体" w:eastAsia="宋体" w:hAnsi="宋体"/>
          <w:color w:val="666666"/>
          <w:sz w:val="18"/>
        </w:rPr>
        <w:t xml:space="preserve">  月地平均距离约38.4万千米，通常取40万千米（近地点约36.3万、远地点约40.5万千米）。</w:t>
      </w:r>
    </w:p>
    <w:p w14:paraId="0CF331A6" w14:textId="77777777" w:rsidR="00862E54" w:rsidRDefault="00000000">
      <w:pPr>
        <w:spacing w:before="40" w:after="40" w:line="312" w:lineRule="auto"/>
      </w:pPr>
      <w:r>
        <w:rPr>
          <w:rFonts w:ascii="宋体" w:eastAsia="宋体" w:hAnsi="宋体"/>
          <w:b/>
        </w:rPr>
        <w:t xml:space="preserve">2. </w:t>
      </w:r>
      <w:r>
        <w:rPr>
          <w:rFonts w:ascii="宋体" w:eastAsia="宋体" w:hAnsi="宋体"/>
          <w:b/>
          <w:color w:val="CC0000"/>
        </w:rPr>
        <w:t>答案：A</w:t>
      </w:r>
      <w:r>
        <w:rPr>
          <w:rFonts w:ascii="宋体" w:eastAsia="宋体" w:hAnsi="宋体"/>
          <w:color w:val="666666"/>
          <w:sz w:val="18"/>
        </w:rPr>
        <w:t xml:space="preserve">  猎户座流星雨极大在10月21—22日，母体是哈雷彗星。双子座在12月、天琴座在4月、仙女座在10月上旬（流量很小，但主要考的是猎户座）。</w:t>
      </w:r>
    </w:p>
    <w:p w14:paraId="68C472D6" w14:textId="77777777" w:rsidR="00862E54" w:rsidRDefault="00000000">
      <w:pPr>
        <w:spacing w:before="40" w:after="40" w:line="312" w:lineRule="auto"/>
      </w:pPr>
      <w:r>
        <w:rPr>
          <w:rFonts w:ascii="宋体" w:eastAsia="宋体" w:hAnsi="宋体"/>
          <w:b/>
        </w:rPr>
        <w:t xml:space="preserve">3. </w:t>
      </w:r>
      <w:r>
        <w:rPr>
          <w:rFonts w:ascii="宋体" w:eastAsia="宋体" w:hAnsi="宋体"/>
          <w:b/>
          <w:color w:val="CC0000"/>
        </w:rPr>
        <w:t>答案：B</w:t>
      </w:r>
      <w:r>
        <w:rPr>
          <w:rFonts w:ascii="宋体" w:eastAsia="宋体" w:hAnsi="宋体"/>
          <w:color w:val="666666"/>
          <w:sz w:val="18"/>
        </w:rPr>
        <w:t xml:space="preserve">  观测太阳必须使用专门的太阳观测镜（巴德膜等），它能滤掉99.999%的光和紫外线。墨镜、手遮、看镜面反射都会造成永久性视网膜灼伤。</w:t>
      </w:r>
    </w:p>
    <w:p w14:paraId="53766B29" w14:textId="77777777" w:rsidR="00862E54" w:rsidRDefault="00000000">
      <w:pPr>
        <w:spacing w:before="40" w:after="40" w:line="312" w:lineRule="auto"/>
      </w:pPr>
      <w:r>
        <w:rPr>
          <w:rFonts w:ascii="宋体" w:eastAsia="宋体" w:hAnsi="宋体"/>
          <w:b/>
        </w:rPr>
        <w:t xml:space="preserve">4. </w:t>
      </w:r>
      <w:r>
        <w:rPr>
          <w:rFonts w:ascii="宋体" w:eastAsia="宋体" w:hAnsi="宋体"/>
          <w:b/>
          <w:color w:val="CC0000"/>
        </w:rPr>
        <w:t>答案：A</w:t>
      </w:r>
      <w:r>
        <w:rPr>
          <w:rFonts w:ascii="宋体" w:eastAsia="宋体" w:hAnsi="宋体"/>
          <w:color w:val="666666"/>
          <w:sz w:val="18"/>
        </w:rPr>
        <w:t xml:space="preserve">  中国每年组队参加的是IAO（国际天文奥赛）、APAO（亚太天文奥赛）和IOAA（国际天文与天体物理奥赛），并不存在AAO这一赛事。</w:t>
      </w:r>
    </w:p>
    <w:p w14:paraId="00F9E18F" w14:textId="77777777" w:rsidR="00862E54" w:rsidRDefault="00000000">
      <w:pPr>
        <w:spacing w:before="40" w:after="40" w:line="312" w:lineRule="auto"/>
      </w:pPr>
      <w:r>
        <w:rPr>
          <w:rFonts w:ascii="宋体" w:eastAsia="宋体" w:hAnsi="宋体"/>
          <w:b/>
        </w:rPr>
        <w:t xml:space="preserve">5. </w:t>
      </w:r>
      <w:r>
        <w:rPr>
          <w:rFonts w:ascii="宋体" w:eastAsia="宋体" w:hAnsi="宋体"/>
          <w:b/>
          <w:color w:val="CC0000"/>
        </w:rPr>
        <w:t>答案：B</w:t>
      </w:r>
      <w:r>
        <w:rPr>
          <w:rFonts w:ascii="宋体" w:eastAsia="宋体" w:hAnsi="宋体"/>
          <w:color w:val="666666"/>
          <w:sz w:val="18"/>
        </w:rPr>
        <w:t xml:space="preserve">  俄罗斯的“福布斯-土壤”火星探测器是2011年11月发射的。美国LRO（2009年6月）、欧洲赫歇尔（2009年5月）与开普勒（2009年3月）、美国的WISE（2009年12月）都在2009年。</w:t>
      </w:r>
    </w:p>
    <w:p w14:paraId="0D4EE060" w14:textId="77777777" w:rsidR="00862E54" w:rsidRDefault="00000000">
      <w:pPr>
        <w:spacing w:before="40" w:after="40" w:line="312" w:lineRule="auto"/>
      </w:pPr>
      <w:r>
        <w:rPr>
          <w:rFonts w:ascii="宋体" w:eastAsia="宋体" w:hAnsi="宋体"/>
          <w:b/>
        </w:rPr>
        <w:t xml:space="preserve">6. </w:t>
      </w:r>
      <w:r>
        <w:rPr>
          <w:rFonts w:ascii="宋体" w:eastAsia="宋体" w:hAnsi="宋体"/>
          <w:b/>
          <w:color w:val="CC0000"/>
        </w:rPr>
        <w:t>答案：B</w:t>
      </w:r>
      <w:r>
        <w:rPr>
          <w:rFonts w:ascii="宋体" w:eastAsia="宋体" w:hAnsi="宋体"/>
          <w:color w:val="666666"/>
          <w:sz w:val="18"/>
        </w:rPr>
        <w:t xml:space="preserve">  嫦娥二号于2010年10月1日发射，是嫦娥一号的备份星改造的先导星。</w:t>
      </w:r>
    </w:p>
    <w:p w14:paraId="260289E9" w14:textId="77777777" w:rsidR="00862E54" w:rsidRDefault="00000000">
      <w:pPr>
        <w:spacing w:before="40" w:after="40" w:line="312" w:lineRule="auto"/>
      </w:pPr>
      <w:r>
        <w:rPr>
          <w:rFonts w:ascii="宋体" w:eastAsia="宋体" w:hAnsi="宋体"/>
          <w:b/>
        </w:rPr>
        <w:t xml:space="preserve">7. </w:t>
      </w:r>
      <w:r>
        <w:rPr>
          <w:rFonts w:ascii="宋体" w:eastAsia="宋体" w:hAnsi="宋体"/>
          <w:b/>
          <w:color w:val="CC0000"/>
        </w:rPr>
        <w:t>答案：B</w:t>
      </w:r>
      <w:r>
        <w:rPr>
          <w:rFonts w:ascii="宋体" w:eastAsia="宋体" w:hAnsi="宋体"/>
          <w:color w:val="666666"/>
          <w:sz w:val="18"/>
        </w:rPr>
        <w:t xml:space="preserve">  泛星计划Pan-STARRS位于夏威夷哈莱阿卡拉山，是地面巡天望远镜。钱德拉、斯皮策、雨燕都是空间望远镜。</w:t>
      </w:r>
    </w:p>
    <w:p w14:paraId="4A71761D" w14:textId="77777777" w:rsidR="00862E54" w:rsidRDefault="00000000">
      <w:pPr>
        <w:spacing w:before="40" w:after="40" w:line="312" w:lineRule="auto"/>
      </w:pPr>
      <w:r>
        <w:rPr>
          <w:rFonts w:ascii="宋体" w:eastAsia="宋体" w:hAnsi="宋体"/>
          <w:b/>
        </w:rPr>
        <w:t xml:space="preserve">8. </w:t>
      </w:r>
      <w:r>
        <w:rPr>
          <w:rFonts w:ascii="宋体" w:eastAsia="宋体" w:hAnsi="宋体"/>
          <w:b/>
          <w:color w:val="CC0000"/>
        </w:rPr>
        <w:t>答案：B</w:t>
      </w:r>
      <w:r>
        <w:rPr>
          <w:rFonts w:ascii="宋体" w:eastAsia="宋体" w:hAnsi="宋体"/>
          <w:color w:val="666666"/>
          <w:sz w:val="18"/>
        </w:rPr>
        <w:t xml:space="preserve">  2010年在我国可见1月15日的日环食、1月1日的月偏食和12月21日的月全食，共一次日食、两次月食（6月26日月偏食我国不可见，7月11日日全食带在太平洋）。</w:t>
      </w:r>
    </w:p>
    <w:p w14:paraId="7DCD1D25" w14:textId="77777777" w:rsidR="00862E54" w:rsidRDefault="00000000">
      <w:pPr>
        <w:spacing w:before="40" w:after="40" w:line="312" w:lineRule="auto"/>
      </w:pPr>
      <w:r>
        <w:rPr>
          <w:rFonts w:ascii="宋体" w:eastAsia="宋体" w:hAnsi="宋体"/>
          <w:b/>
        </w:rPr>
        <w:t xml:space="preserve">9. </w:t>
      </w:r>
      <w:r>
        <w:rPr>
          <w:rFonts w:ascii="宋体" w:eastAsia="宋体" w:hAnsi="宋体"/>
          <w:b/>
          <w:color w:val="CC0000"/>
        </w:rPr>
        <w:t>答案：B</w:t>
      </w:r>
      <w:r>
        <w:rPr>
          <w:rFonts w:ascii="宋体" w:eastAsia="宋体" w:hAnsi="宋体"/>
          <w:color w:val="666666"/>
          <w:sz w:val="18"/>
        </w:rPr>
        <w:t xml:space="preserve">  2010年全国天文奥赛第一轮通知规定的预赛报名截止日期为2月6日。</w:t>
      </w:r>
    </w:p>
    <w:p w14:paraId="40E41E76" w14:textId="77777777" w:rsidR="00862E54" w:rsidRDefault="00000000">
      <w:pPr>
        <w:spacing w:before="40" w:after="40" w:line="312" w:lineRule="auto"/>
      </w:pPr>
      <w:r>
        <w:rPr>
          <w:rFonts w:ascii="宋体" w:eastAsia="宋体" w:hAnsi="宋体"/>
          <w:b/>
        </w:rPr>
        <w:t xml:space="preserve">10. </w:t>
      </w:r>
      <w:r>
        <w:rPr>
          <w:rFonts w:ascii="宋体" w:eastAsia="宋体" w:hAnsi="宋体"/>
          <w:b/>
          <w:color w:val="CC0000"/>
        </w:rPr>
        <w:t>答案：A</w:t>
      </w:r>
      <w:r>
        <w:rPr>
          <w:rFonts w:ascii="宋体" w:eastAsia="宋体" w:hAnsi="宋体"/>
          <w:color w:val="666666"/>
          <w:sz w:val="18"/>
        </w:rPr>
        <w:t xml:space="preserve">  乌鸦座紧邻室女座西南角。北冕座与天蝎座之间隔着天秤、巨蛇座；牧夫座与蛇夫座不相邻；狮子座与猎户座之间隔着巨蟹座。</w:t>
      </w:r>
    </w:p>
    <w:p w14:paraId="0A715ED3" w14:textId="77777777" w:rsidR="00862E54" w:rsidRDefault="00000000">
      <w:pPr>
        <w:spacing w:before="40" w:after="40" w:line="312" w:lineRule="auto"/>
      </w:pPr>
      <w:r>
        <w:rPr>
          <w:rFonts w:ascii="宋体" w:eastAsia="宋体" w:hAnsi="宋体"/>
          <w:b/>
        </w:rPr>
        <w:t xml:space="preserve">11. </w:t>
      </w:r>
      <w:r>
        <w:rPr>
          <w:rFonts w:ascii="宋体" w:eastAsia="宋体" w:hAnsi="宋体"/>
          <w:b/>
          <w:color w:val="CC0000"/>
        </w:rPr>
        <w:t>答案：B</w:t>
      </w:r>
      <w:r>
        <w:rPr>
          <w:rFonts w:ascii="宋体" w:eastAsia="宋体" w:hAnsi="宋体"/>
          <w:color w:val="666666"/>
          <w:sz w:val="18"/>
        </w:rPr>
        <w:t xml:space="preserve">  除夕是农历年的最后一天，月亮是接近朔的细月牙，紧挨着太阳（此时太阳在摩羯—宝瓶一带），而角宿一在室女座、与太阳相距近90°以上，月球不可能在除夕掩角宿一。除夕发生日偏食、除夕能看M31、天龙座流星雨1933/1946年出现每小时数千至上万颗的暴雨，都是可能的。</w:t>
      </w:r>
    </w:p>
    <w:p w14:paraId="3A4F82D8" w14:textId="77777777" w:rsidR="00862E54" w:rsidRDefault="00000000">
      <w:pPr>
        <w:spacing w:before="40" w:after="40" w:line="312" w:lineRule="auto"/>
      </w:pPr>
      <w:r>
        <w:rPr>
          <w:rFonts w:ascii="宋体" w:eastAsia="宋体" w:hAnsi="宋体"/>
          <w:b/>
        </w:rPr>
        <w:t xml:space="preserve">12. </w:t>
      </w:r>
      <w:r>
        <w:rPr>
          <w:rFonts w:ascii="宋体" w:eastAsia="宋体" w:hAnsi="宋体"/>
          <w:b/>
          <w:color w:val="CC0000"/>
        </w:rPr>
        <w:t>答案：C</w:t>
      </w:r>
      <w:r>
        <w:rPr>
          <w:rFonts w:ascii="宋体" w:eastAsia="宋体" w:hAnsi="宋体"/>
          <w:color w:val="666666"/>
          <w:sz w:val="18"/>
        </w:rPr>
        <w:t xml:space="preserve">  “河内星系”不是天文名词。天文学上只有“银河系（银河系内）”与“河外星系”之分，矮行星、矮星系、系外行星都是规范名词。</w:t>
      </w:r>
    </w:p>
    <w:p w14:paraId="175B692B" w14:textId="77777777" w:rsidR="00862E54" w:rsidRDefault="00000000">
      <w:pPr>
        <w:spacing w:before="40" w:after="40" w:line="312" w:lineRule="auto"/>
      </w:pPr>
      <w:r>
        <w:rPr>
          <w:rFonts w:ascii="宋体" w:eastAsia="宋体" w:hAnsi="宋体"/>
          <w:b/>
        </w:rPr>
        <w:t xml:space="preserve">13. </w:t>
      </w:r>
      <w:r>
        <w:rPr>
          <w:rFonts w:ascii="宋体" w:eastAsia="宋体" w:hAnsi="宋体"/>
          <w:b/>
          <w:color w:val="CC0000"/>
        </w:rPr>
        <w:t>答案：B</w:t>
      </w:r>
      <w:r>
        <w:rPr>
          <w:rFonts w:ascii="宋体" w:eastAsia="宋体" w:hAnsi="宋体"/>
          <w:color w:val="666666"/>
          <w:sz w:val="18"/>
        </w:rPr>
        <w:t xml:space="preserve">  预赛在3月举行，晚上10时（地方恒星时约10h）天蝎座（赤经约16.5h）还在地平线以下，要后半夜才升起；狮子座正高悬南方，牧夫座在东方升起，猎户座在西方低空即将落下。</w:t>
      </w:r>
    </w:p>
    <w:p w14:paraId="28DE6227" w14:textId="77777777" w:rsidR="00862E54" w:rsidRDefault="00000000">
      <w:pPr>
        <w:spacing w:before="40" w:after="40" w:line="312" w:lineRule="auto"/>
      </w:pPr>
      <w:r>
        <w:rPr>
          <w:rFonts w:ascii="宋体" w:eastAsia="宋体" w:hAnsi="宋体"/>
          <w:b/>
        </w:rPr>
        <w:t xml:space="preserve">14. </w:t>
      </w:r>
      <w:r>
        <w:rPr>
          <w:rFonts w:ascii="宋体" w:eastAsia="宋体" w:hAnsi="宋体"/>
          <w:b/>
          <w:color w:val="CC0000"/>
        </w:rPr>
        <w:t>答案：A</w:t>
      </w:r>
      <w:r>
        <w:rPr>
          <w:rFonts w:ascii="宋体" w:eastAsia="宋体" w:hAnsi="宋体"/>
          <w:color w:val="666666"/>
          <w:sz w:val="18"/>
        </w:rPr>
        <w:t xml:space="preserve">  2009国际天文年的四个基础项目是“天文学100小时”“伽利略之夜”“她是天文学家”和“宇宙日记”；“世纪大日食”是我国配合国际天文年组织的活动，不属于全球基础项目。</w:t>
      </w:r>
    </w:p>
    <w:p w14:paraId="7668293D" w14:textId="77777777" w:rsidR="00862E54" w:rsidRDefault="00000000">
      <w:pPr>
        <w:spacing w:before="40" w:after="40" w:line="312" w:lineRule="auto"/>
      </w:pPr>
      <w:r>
        <w:rPr>
          <w:rFonts w:ascii="宋体" w:eastAsia="宋体" w:hAnsi="宋体"/>
          <w:b/>
        </w:rPr>
        <w:t xml:space="preserve">15. </w:t>
      </w:r>
      <w:r>
        <w:rPr>
          <w:rFonts w:ascii="宋体" w:eastAsia="宋体" w:hAnsi="宋体"/>
          <w:b/>
          <w:color w:val="CC0000"/>
        </w:rPr>
        <w:t>答案：A</w:t>
      </w:r>
      <w:r>
        <w:rPr>
          <w:rFonts w:ascii="宋体" w:eastAsia="宋体" w:hAnsi="宋体"/>
          <w:color w:val="666666"/>
          <w:sz w:val="18"/>
        </w:rPr>
        <w:t xml:space="preserve">  第4届国际天文与天体物理奥赛（IOAA）2010年在北京举行。</w:t>
      </w:r>
    </w:p>
    <w:p w14:paraId="1502F669" w14:textId="77777777" w:rsidR="00862E54" w:rsidRDefault="00000000">
      <w:pPr>
        <w:spacing w:before="40" w:after="40" w:line="312" w:lineRule="auto"/>
      </w:pPr>
      <w:r>
        <w:rPr>
          <w:rFonts w:ascii="宋体" w:eastAsia="宋体" w:hAnsi="宋体"/>
          <w:b/>
        </w:rPr>
        <w:lastRenderedPageBreak/>
        <w:t xml:space="preserve">16. </w:t>
      </w:r>
      <w:r>
        <w:rPr>
          <w:rFonts w:ascii="宋体" w:eastAsia="宋体" w:hAnsi="宋体"/>
          <w:b/>
          <w:color w:val="CC0000"/>
        </w:rPr>
        <w:t>答案：B</w:t>
      </w:r>
      <w:r>
        <w:rPr>
          <w:rFonts w:ascii="宋体" w:eastAsia="宋体" w:hAnsi="宋体"/>
          <w:color w:val="666666"/>
          <w:sz w:val="18"/>
        </w:rPr>
        <w:t xml:space="preserve">  国家天文台的观测基地有兴隆、密云、怀柔、德令哈、高美古（丽江）等；天荒坪是上海天文台与地方合建的观测点（江南天池），不属于国家天文台专业观测基地。</w:t>
      </w:r>
    </w:p>
    <w:p w14:paraId="2DB3C754" w14:textId="77777777" w:rsidR="00862E54" w:rsidRDefault="00000000">
      <w:pPr>
        <w:spacing w:before="40" w:after="40" w:line="312" w:lineRule="auto"/>
      </w:pPr>
      <w:r>
        <w:rPr>
          <w:rFonts w:ascii="宋体" w:eastAsia="宋体" w:hAnsi="宋体"/>
          <w:b/>
        </w:rPr>
        <w:t xml:space="preserve">17. </w:t>
      </w:r>
      <w:r>
        <w:rPr>
          <w:rFonts w:ascii="宋体" w:eastAsia="宋体" w:hAnsi="宋体"/>
          <w:b/>
          <w:color w:val="CC0000"/>
        </w:rPr>
        <w:t>答案：D</w:t>
      </w:r>
      <w:r>
        <w:rPr>
          <w:rFonts w:ascii="宋体" w:eastAsia="宋体" w:hAnsi="宋体"/>
          <w:color w:val="666666"/>
          <w:sz w:val="18"/>
        </w:rPr>
        <w:t xml:space="preserve">  施密特-卡塞格林式由一块非球面改正镜和一块球面主镜组成，属折反射式；纯反射式（牛顿、卡塞格林）没有改正透镜。</w:t>
      </w:r>
    </w:p>
    <w:p w14:paraId="64F2A94C" w14:textId="77777777" w:rsidR="00862E54" w:rsidRDefault="00000000">
      <w:pPr>
        <w:spacing w:before="40" w:after="40" w:line="312" w:lineRule="auto"/>
      </w:pPr>
      <w:r>
        <w:rPr>
          <w:rFonts w:ascii="宋体" w:eastAsia="宋体" w:hAnsi="宋体"/>
          <w:b/>
        </w:rPr>
        <w:t xml:space="preserve">18. </w:t>
      </w:r>
      <w:r>
        <w:rPr>
          <w:rFonts w:ascii="宋体" w:eastAsia="宋体" w:hAnsi="宋体"/>
          <w:b/>
          <w:color w:val="CC0000"/>
        </w:rPr>
        <w:t>答案：D</w:t>
      </w:r>
      <w:r>
        <w:rPr>
          <w:rFonts w:ascii="宋体" w:eastAsia="宋体" w:hAnsi="宋体"/>
          <w:color w:val="666666"/>
          <w:sz w:val="18"/>
        </w:rPr>
        <w:t xml:space="preserve">  2010年1月15日的日环食环食带自云南入境，经四川、重庆、湖北、河南、山东出海。越靠西越早看到，云南大理是我国最早看到环食的地方。</w:t>
      </w:r>
    </w:p>
    <w:p w14:paraId="4C55A2E6" w14:textId="77777777" w:rsidR="00862E54" w:rsidRDefault="00000000">
      <w:pPr>
        <w:spacing w:before="40" w:after="40" w:line="312" w:lineRule="auto"/>
      </w:pPr>
      <w:r>
        <w:rPr>
          <w:rFonts w:ascii="宋体" w:eastAsia="宋体" w:hAnsi="宋体"/>
          <w:b/>
        </w:rPr>
        <w:t xml:space="preserve">19. </w:t>
      </w:r>
      <w:r>
        <w:rPr>
          <w:rFonts w:ascii="宋体" w:eastAsia="宋体" w:hAnsi="宋体"/>
          <w:b/>
          <w:color w:val="CC0000"/>
        </w:rPr>
        <w:t>答案：C</w:t>
      </w:r>
      <w:r>
        <w:rPr>
          <w:rFonts w:ascii="宋体" w:eastAsia="宋体" w:hAnsi="宋体"/>
          <w:color w:val="666666"/>
          <w:sz w:val="18"/>
        </w:rPr>
        <w:t xml:space="preserve">  2010年3月21日土星冲日，冲日前后土星整夜可见、日出时西落，因此白天（竞赛进行时）它一定在地平线以下。木星刚过合日，此时已在日出前升起；月球是农历初五前后的娥眉月，上午也在天上；昴星团上午同样位于地平之上。</w:t>
      </w:r>
    </w:p>
    <w:p w14:paraId="0C5726AD" w14:textId="77777777" w:rsidR="00862E54" w:rsidRDefault="00000000">
      <w:pPr>
        <w:spacing w:before="40" w:after="40" w:line="312" w:lineRule="auto"/>
      </w:pPr>
      <w:r>
        <w:rPr>
          <w:rFonts w:ascii="宋体" w:eastAsia="宋体" w:hAnsi="宋体"/>
          <w:b/>
        </w:rPr>
        <w:t xml:space="preserve">20. </w:t>
      </w:r>
      <w:r>
        <w:rPr>
          <w:rFonts w:ascii="宋体" w:eastAsia="宋体" w:hAnsi="宋体"/>
          <w:b/>
          <w:color w:val="CC0000"/>
        </w:rPr>
        <w:t>答案：C</w:t>
      </w:r>
      <w:r>
        <w:rPr>
          <w:rFonts w:ascii="宋体" w:eastAsia="宋体" w:hAnsi="宋体"/>
          <w:color w:val="666666"/>
          <w:sz w:val="18"/>
        </w:rPr>
        <w:t xml:space="preserve">  月亮在清晨几乎位于天顶，说明它此刻正在上中天。上中天发生在日出时刻的是下弦月（农历二十二、二十三），故最可能是廿三。满月（十七前后）半夜上中天，上弦月（初九）傍晚上中天。</w:t>
      </w:r>
    </w:p>
    <w:p w14:paraId="06737B84" w14:textId="77777777" w:rsidR="00862E54" w:rsidRDefault="00000000">
      <w:pPr>
        <w:spacing w:before="40" w:after="40" w:line="312" w:lineRule="auto"/>
      </w:pPr>
      <w:r>
        <w:rPr>
          <w:rFonts w:ascii="宋体" w:eastAsia="宋体" w:hAnsi="宋体"/>
          <w:b/>
        </w:rPr>
        <w:t xml:space="preserve">21. </w:t>
      </w:r>
      <w:r>
        <w:rPr>
          <w:rFonts w:ascii="宋体" w:eastAsia="宋体" w:hAnsi="宋体"/>
          <w:b/>
          <w:color w:val="CC0000"/>
        </w:rPr>
        <w:t>答案：C</w:t>
      </w:r>
      <w:r>
        <w:rPr>
          <w:rFonts w:ascii="宋体" w:eastAsia="宋体" w:hAnsi="宋体"/>
          <w:color w:val="666666"/>
          <w:sz w:val="18"/>
        </w:rPr>
        <w:t xml:space="preserve">  木卫三直径5268km，是太阳系最大的卫星，比水星还大；土卫六5150km紧随其后，月球3474km，火卫一只有约22km。</w:t>
      </w:r>
    </w:p>
    <w:p w14:paraId="17562111" w14:textId="77777777" w:rsidR="00862E54" w:rsidRDefault="00000000">
      <w:pPr>
        <w:spacing w:before="40" w:after="40" w:line="312" w:lineRule="auto"/>
      </w:pPr>
      <w:r>
        <w:rPr>
          <w:rFonts w:ascii="宋体" w:eastAsia="宋体" w:hAnsi="宋体"/>
          <w:b/>
        </w:rPr>
        <w:t xml:space="preserve">22. </w:t>
      </w:r>
      <w:r>
        <w:rPr>
          <w:rFonts w:ascii="宋体" w:eastAsia="宋体" w:hAnsi="宋体"/>
          <w:b/>
          <w:color w:val="CC0000"/>
        </w:rPr>
        <w:t>答案：A</w:t>
      </w:r>
      <w:r>
        <w:rPr>
          <w:rFonts w:ascii="宋体" w:eastAsia="宋体" w:hAnsi="宋体"/>
          <w:color w:val="666666"/>
          <w:sz w:val="18"/>
        </w:rPr>
        <w:t xml:space="preserve">  元旦太阳直射南半球（赤纬约-23°），全球（除极昼极夜区）都是东南方日出、西南方日落；广州（北纬23°）也一样。</w:t>
      </w:r>
    </w:p>
    <w:p w14:paraId="5E3F3FCC" w14:textId="77777777" w:rsidR="00862E54" w:rsidRDefault="00000000">
      <w:pPr>
        <w:spacing w:before="40" w:after="40" w:line="312" w:lineRule="auto"/>
      </w:pPr>
      <w:r>
        <w:rPr>
          <w:rFonts w:ascii="宋体" w:eastAsia="宋体" w:hAnsi="宋体"/>
          <w:b/>
        </w:rPr>
        <w:t xml:space="preserve">23. </w:t>
      </w:r>
      <w:r>
        <w:rPr>
          <w:rFonts w:ascii="宋体" w:eastAsia="宋体" w:hAnsi="宋体"/>
          <w:b/>
          <w:color w:val="CC0000"/>
        </w:rPr>
        <w:t>答案：A</w:t>
      </w:r>
      <w:r>
        <w:rPr>
          <w:rFonts w:ascii="宋体" w:eastAsia="宋体" w:hAnsi="宋体"/>
          <w:color w:val="666666"/>
          <w:sz w:val="18"/>
        </w:rPr>
        <w:t xml:space="preserve">  本题按原卷答案为A。2010年3月没有水星大距（上一次东大距在1月27日，下一次西大距在4月上旬），而火星合月、月掩天蝎座恒星、江西小行星掩星都是当月预报的天象。</w:t>
      </w:r>
    </w:p>
    <w:p w14:paraId="3B7F5EE9" w14:textId="77777777" w:rsidR="00862E54" w:rsidRDefault="00000000">
      <w:pPr>
        <w:spacing w:before="40" w:after="40" w:line="312" w:lineRule="auto"/>
      </w:pPr>
      <w:r>
        <w:rPr>
          <w:rFonts w:ascii="宋体" w:eastAsia="宋体" w:hAnsi="宋体"/>
          <w:b/>
        </w:rPr>
        <w:t xml:space="preserve">24. </w:t>
      </w:r>
      <w:r>
        <w:rPr>
          <w:rFonts w:ascii="宋体" w:eastAsia="宋体" w:hAnsi="宋体"/>
          <w:b/>
          <w:color w:val="CC0000"/>
        </w:rPr>
        <w:t>答案：C</w:t>
      </w:r>
      <w:r>
        <w:rPr>
          <w:rFonts w:ascii="宋体" w:eastAsia="宋体" w:hAnsi="宋体"/>
          <w:color w:val="666666"/>
          <w:sz w:val="18"/>
        </w:rPr>
        <w:t xml:space="preserve">  仙王座的邻居是北极星所在的小熊座、仙后座、天鹅座、天龙座、鹿豹座和蝎虎座，与武仙座不相邻（两者之间隔着天龙座）。</w:t>
      </w:r>
    </w:p>
    <w:p w14:paraId="2068D668" w14:textId="77777777" w:rsidR="00862E54" w:rsidRDefault="00000000">
      <w:pPr>
        <w:spacing w:before="40" w:after="40" w:line="312" w:lineRule="auto"/>
      </w:pPr>
      <w:r>
        <w:rPr>
          <w:rFonts w:ascii="宋体" w:eastAsia="宋体" w:hAnsi="宋体"/>
          <w:b/>
        </w:rPr>
        <w:t xml:space="preserve">25. </w:t>
      </w:r>
      <w:r>
        <w:rPr>
          <w:rFonts w:ascii="宋体" w:eastAsia="宋体" w:hAnsi="宋体"/>
          <w:b/>
          <w:color w:val="CC0000"/>
        </w:rPr>
        <w:t>答案：D</w:t>
      </w:r>
      <w:r>
        <w:rPr>
          <w:rFonts w:ascii="宋体" w:eastAsia="宋体" w:hAnsi="宋体"/>
          <w:color w:val="666666"/>
          <w:sz w:val="18"/>
        </w:rPr>
        <w:t xml:space="preserve">  星空摄影中焦点稍有偏差，星点就会变成小圆斑而无法挽回；感光度、曝光时间、光圈都只影响噪点与亮度，可以通过后期部分弥补。</w:t>
      </w:r>
    </w:p>
    <w:p w14:paraId="70F60B60" w14:textId="77777777" w:rsidR="00862E54" w:rsidRDefault="00000000">
      <w:pPr>
        <w:spacing w:before="40" w:after="40" w:line="312" w:lineRule="auto"/>
      </w:pPr>
      <w:r>
        <w:rPr>
          <w:rFonts w:ascii="宋体" w:eastAsia="宋体" w:hAnsi="宋体"/>
          <w:b/>
        </w:rPr>
        <w:t xml:space="preserve">26. </w:t>
      </w:r>
      <w:r>
        <w:rPr>
          <w:rFonts w:ascii="宋体" w:eastAsia="宋体" w:hAnsi="宋体"/>
          <w:b/>
          <w:color w:val="CC0000"/>
        </w:rPr>
        <w:t>答案：B</w:t>
      </w:r>
      <w:r>
        <w:rPr>
          <w:rFonts w:ascii="宋体" w:eastAsia="宋体" w:hAnsi="宋体"/>
          <w:color w:val="666666"/>
          <w:sz w:val="18"/>
        </w:rPr>
        <w:t xml:space="preserve">  24节气按太阳黄经每15°划分，反映的是地球绕日公转，属于阳历（太阳历）成分；农历中的朔望月和闰月才是阴历成分。</w:t>
      </w:r>
    </w:p>
    <w:p w14:paraId="2A1F598A" w14:textId="77777777" w:rsidR="00862E54" w:rsidRDefault="00000000">
      <w:pPr>
        <w:spacing w:before="40" w:after="40" w:line="312" w:lineRule="auto"/>
      </w:pPr>
      <w:r>
        <w:rPr>
          <w:rFonts w:ascii="宋体" w:eastAsia="宋体" w:hAnsi="宋体"/>
          <w:b/>
        </w:rPr>
        <w:t xml:space="preserve">27. </w:t>
      </w:r>
      <w:r>
        <w:rPr>
          <w:rFonts w:ascii="宋体" w:eastAsia="宋体" w:hAnsi="宋体"/>
          <w:b/>
          <w:color w:val="CC0000"/>
        </w:rPr>
        <w:t>答案：D</w:t>
      </w:r>
      <w:r>
        <w:rPr>
          <w:rFonts w:ascii="宋体" w:eastAsia="宋体" w:hAnsi="宋体"/>
          <w:color w:val="666666"/>
          <w:sz w:val="18"/>
        </w:rPr>
        <w:t xml:space="preserve">  李白（小行星110288）、陈韬（19873号“陈韬星”）、陈栋华（19872号“陈栋华星”）都已有小行星命名；叶泉志当时还没有获得小行星命名。</w:t>
      </w:r>
    </w:p>
    <w:p w14:paraId="0FBAB9C2" w14:textId="77777777" w:rsidR="00862E54" w:rsidRDefault="00000000">
      <w:pPr>
        <w:spacing w:before="40" w:after="40" w:line="312" w:lineRule="auto"/>
      </w:pPr>
      <w:r>
        <w:rPr>
          <w:rFonts w:ascii="宋体" w:eastAsia="宋体" w:hAnsi="宋体"/>
          <w:b/>
        </w:rPr>
        <w:t xml:space="preserve">28. </w:t>
      </w:r>
      <w:r>
        <w:rPr>
          <w:rFonts w:ascii="宋体" w:eastAsia="宋体" w:hAnsi="宋体"/>
          <w:b/>
          <w:color w:val="CC0000"/>
        </w:rPr>
        <w:t>答案：D</w:t>
      </w:r>
      <w:r>
        <w:rPr>
          <w:rFonts w:ascii="宋体" w:eastAsia="宋体" w:hAnsi="宋体"/>
          <w:color w:val="666666"/>
          <w:sz w:val="18"/>
        </w:rPr>
        <w:t xml:space="preserve">  月球始终在黄道附近（黄纬不超过约5°）。牧夫座远离黄道（黄道从其南侧的室女座通过），月球永远不会进入牧夫座；鲸鱼座北部、白羊座、巨蟹座都在黄道带上或紧邻黄道。</w:t>
      </w:r>
    </w:p>
    <w:p w14:paraId="09750AEA" w14:textId="77777777" w:rsidR="00862E54" w:rsidRDefault="00000000">
      <w:pPr>
        <w:spacing w:before="40" w:after="40" w:line="312" w:lineRule="auto"/>
      </w:pPr>
      <w:r>
        <w:rPr>
          <w:rFonts w:ascii="宋体" w:eastAsia="宋体" w:hAnsi="宋体"/>
          <w:b/>
        </w:rPr>
        <w:t xml:space="preserve">29. </w:t>
      </w:r>
      <w:r>
        <w:rPr>
          <w:rFonts w:ascii="宋体" w:eastAsia="宋体" w:hAnsi="宋体"/>
          <w:b/>
          <w:color w:val="CC0000"/>
        </w:rPr>
        <w:t>答案：B</w:t>
      </w:r>
      <w:r>
        <w:rPr>
          <w:rFonts w:ascii="宋体" w:eastAsia="宋体" w:hAnsi="宋体"/>
          <w:color w:val="666666"/>
          <w:sz w:val="18"/>
        </w:rPr>
        <w:t xml:space="preserve">  月船一号携带的月球撞击探测器（MIP）是2008年11月14日撞击月面的，不在2009年。嫦娥一号（3月1日）、日本月亮女神（6月10日）、美国LCROSS（10月9日）都在2009年撞月。</w:t>
      </w:r>
    </w:p>
    <w:p w14:paraId="6A3078C4" w14:textId="77777777" w:rsidR="00862E54" w:rsidRDefault="00000000">
      <w:pPr>
        <w:spacing w:before="40" w:after="40" w:line="312" w:lineRule="auto"/>
      </w:pPr>
      <w:r>
        <w:rPr>
          <w:rFonts w:ascii="宋体" w:eastAsia="宋体" w:hAnsi="宋体"/>
          <w:b/>
        </w:rPr>
        <w:t xml:space="preserve">30. </w:t>
      </w:r>
      <w:r>
        <w:rPr>
          <w:rFonts w:ascii="宋体" w:eastAsia="宋体" w:hAnsi="宋体"/>
          <w:b/>
          <w:color w:val="CC0000"/>
        </w:rPr>
        <w:t>答案：A</w:t>
      </w:r>
      <w:r>
        <w:rPr>
          <w:rFonts w:ascii="宋体" w:eastAsia="宋体" w:hAnsi="宋体"/>
          <w:color w:val="666666"/>
          <w:sz w:val="18"/>
        </w:rPr>
        <w:t xml:space="preserve">  2009年投入使用的是美国大熊湖天文台的1.6米新一代太阳望远镜（NST），是当时世界上口径最大的太阳望远镜。4米级的DKIST要到2020年才建成。</w:t>
      </w:r>
    </w:p>
    <w:p w14:paraId="6095D529" w14:textId="77777777" w:rsidR="00862E54" w:rsidRDefault="00000000">
      <w:pPr>
        <w:spacing w:before="40" w:after="40" w:line="312" w:lineRule="auto"/>
      </w:pPr>
      <w:r>
        <w:rPr>
          <w:rFonts w:ascii="宋体" w:eastAsia="宋体" w:hAnsi="宋体"/>
          <w:b/>
        </w:rPr>
        <w:t xml:space="preserve">31. </w:t>
      </w:r>
      <w:r>
        <w:rPr>
          <w:rFonts w:ascii="宋体" w:eastAsia="宋体" w:hAnsi="宋体"/>
          <w:b/>
          <w:color w:val="CC0000"/>
        </w:rPr>
        <w:t>答案：C</w:t>
      </w:r>
      <w:r>
        <w:rPr>
          <w:rFonts w:ascii="宋体" w:eastAsia="宋体" w:hAnsi="宋体"/>
          <w:color w:val="666666"/>
          <w:sz w:val="18"/>
        </w:rPr>
        <w:t xml:space="preserve">  国际天文学联合会第28届代表大会于2012年8月在北京国家会议中心举行。</w:t>
      </w:r>
    </w:p>
    <w:p w14:paraId="6F1F7D8D" w14:textId="77777777" w:rsidR="00862E54" w:rsidRDefault="00000000">
      <w:pPr>
        <w:spacing w:before="40" w:after="40" w:line="312" w:lineRule="auto"/>
      </w:pPr>
      <w:r>
        <w:rPr>
          <w:rFonts w:ascii="宋体" w:eastAsia="宋体" w:hAnsi="宋体"/>
          <w:b/>
        </w:rPr>
        <w:t xml:space="preserve">32. </w:t>
      </w:r>
      <w:r>
        <w:rPr>
          <w:rFonts w:ascii="宋体" w:eastAsia="宋体" w:hAnsi="宋体"/>
          <w:b/>
          <w:color w:val="CC0000"/>
        </w:rPr>
        <w:t>答案：C  2010年北京大学天文学系自主招生（含保送生考试）中，通过考试的国内外天文奥赛获奖选手约5人。故选C。</w:t>
      </w:r>
      <w:r>
        <w:rPr>
          <w:rFonts w:ascii="宋体" w:eastAsia="宋体" w:hAnsi="宋体"/>
          <w:color w:val="666666"/>
          <w:sz w:val="18"/>
        </w:rPr>
      </w:r>
    </w:p>
    <w:p w14:paraId="26208D80" w14:textId="77777777" w:rsidR="00862E54" w:rsidRDefault="00000000">
      <w:pPr>
        <w:spacing w:before="40" w:after="40" w:line="312" w:lineRule="auto"/>
      </w:pPr>
      <w:r>
        <w:rPr>
          <w:rFonts w:ascii="宋体" w:eastAsia="宋体" w:hAnsi="宋体"/>
          <w:b/>
        </w:rPr>
        <w:t xml:space="preserve">33. </w:t>
      </w:r>
      <w:r>
        <w:rPr>
          <w:rFonts w:ascii="宋体" w:eastAsia="宋体" w:hAnsi="宋体"/>
          <w:b/>
          <w:color w:val="CC0000"/>
        </w:rPr>
        <w:t>答案：A</w:t>
      </w:r>
      <w:r>
        <w:rPr>
          <w:rFonts w:ascii="宋体" w:eastAsia="宋体" w:hAnsi="宋体"/>
          <w:color w:val="666666"/>
          <w:sz w:val="18"/>
        </w:rPr>
        <w:t xml:space="preserve">  M27（哑铃星云）在狐狸座，不在长蛇座。M41在大犬座、M42在猎户座、M44在巨蟹座都正确。</w:t>
      </w:r>
    </w:p>
    <w:p w14:paraId="49E123F8" w14:textId="77777777" w:rsidR="00862E54" w:rsidRDefault="00000000">
      <w:pPr>
        <w:spacing w:before="40" w:after="40" w:line="312" w:lineRule="auto"/>
      </w:pPr>
      <w:r>
        <w:rPr>
          <w:rFonts w:ascii="宋体" w:eastAsia="宋体" w:hAnsi="宋体"/>
          <w:b/>
        </w:rPr>
        <w:t xml:space="preserve">34. </w:t>
      </w:r>
      <w:r>
        <w:rPr>
          <w:rFonts w:ascii="宋体" w:eastAsia="宋体" w:hAnsi="宋体"/>
          <w:b/>
          <w:color w:val="CC0000"/>
        </w:rPr>
        <w:t>答案：D</w:t>
      </w:r>
      <w:r>
        <w:rPr>
          <w:rFonts w:ascii="宋体" w:eastAsia="宋体" w:hAnsi="宋体"/>
          <w:color w:val="666666"/>
          <w:sz w:val="18"/>
        </w:rPr>
        <w:t xml:space="preserve">  地球1月初过近日点，离冬至最近，所以四个节气中冬至时地球离太阳最近（约1.471亿千米，远日点在7月初约1.521亿千米）。</w:t>
      </w:r>
    </w:p>
    <w:p w14:paraId="5D2DAAF9" w14:textId="77777777" w:rsidR="00862E54" w:rsidRDefault="00000000">
      <w:pPr>
        <w:spacing w:before="40" w:after="40" w:line="312" w:lineRule="auto"/>
      </w:pPr>
      <w:r>
        <w:rPr>
          <w:rFonts w:ascii="宋体" w:eastAsia="宋体" w:hAnsi="宋体"/>
          <w:b/>
        </w:rPr>
        <w:t xml:space="preserve">35. </w:t>
      </w:r>
      <w:r>
        <w:rPr>
          <w:rFonts w:ascii="宋体" w:eastAsia="宋体" w:hAnsi="宋体"/>
          <w:b/>
          <w:color w:val="CC0000"/>
        </w:rPr>
        <w:t>答案：A</w:t>
      </w:r>
      <w:r>
        <w:rPr>
          <w:rFonts w:ascii="宋体" w:eastAsia="宋体" w:hAnsi="宋体"/>
          <w:color w:val="666666"/>
          <w:sz w:val="18"/>
        </w:rPr>
        <w:t xml:space="preserve">  水星东大距后经下合到西大距约36~53天；西大距后要经上合才到东大距，约50~70天；金星的相邻两次大距相隔约290天。所以间隔最短的是水星东大距到下次西大距。</w:t>
      </w:r>
    </w:p>
    <w:sectPr w:rsidR="00862E54"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22014676">
    <w:abstractNumId w:val="8"/>
  </w:num>
  <w:num w:numId="2" w16cid:durableId="405418983">
    <w:abstractNumId w:val="6"/>
  </w:num>
  <w:num w:numId="3" w16cid:durableId="806049442">
    <w:abstractNumId w:val="5"/>
  </w:num>
  <w:num w:numId="4" w16cid:durableId="1948654970">
    <w:abstractNumId w:val="4"/>
  </w:num>
  <w:num w:numId="5" w16cid:durableId="1451361117">
    <w:abstractNumId w:val="7"/>
  </w:num>
  <w:num w:numId="6" w16cid:durableId="1874615803">
    <w:abstractNumId w:val="3"/>
  </w:num>
  <w:num w:numId="7" w16cid:durableId="970593391">
    <w:abstractNumId w:val="2"/>
  </w:num>
  <w:num w:numId="8" w16cid:durableId="1596548966">
    <w:abstractNumId w:val="1"/>
  </w:num>
  <w:num w:numId="9" w16cid:durableId="2024045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0E8C"/>
    <w:rsid w:val="00862E54"/>
    <w:rsid w:val="008E4D0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9ADF14"/>
  <w14:defaultImageDpi w14:val="300"/>
  <w15:docId w15:val="{6760D376-056C-4D96-82B1-827BDD567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2026-10-27T05:36:00Z</dcterms:modified>
  <cp:category/>
</cp:coreProperties>
</file>