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0548F" w14:textId="31D5DDA0" w:rsidR="009A32DD" w:rsidRDefault="00000000">
      <w:pPr>
        <w:spacing w:after="120"/>
        <w:jc w:val="center"/>
        <w:rPr>
          <w:lang w:eastAsia="zh-CN"/>
        </w:rPr>
      </w:pPr>
      <w:r>
        <w:rPr>
          <w:rFonts w:eastAsia="黑体"/>
          <w:b/>
          <w:sz w:val="36"/>
          <w:lang w:eastAsia="zh-CN"/>
        </w:rPr>
        <w:t>2009</w:t>
      </w:r>
      <w:r>
        <w:rPr>
          <w:rFonts w:eastAsia="黑体"/>
          <w:b/>
          <w:sz w:val="36"/>
          <w:lang w:eastAsia="zh-CN"/>
        </w:rPr>
        <w:t>年</w:t>
      </w:r>
      <w:r>
        <w:rPr>
          <w:rFonts w:eastAsia="黑体"/>
          <w:b/>
          <w:sz w:val="36"/>
          <w:lang w:eastAsia="zh-CN"/>
        </w:rPr>
        <w:t>CNAO</w:t>
      </w:r>
      <w:r>
        <w:rPr>
          <w:rFonts w:eastAsia="黑体"/>
          <w:b/>
          <w:sz w:val="36"/>
          <w:lang w:eastAsia="zh-CN"/>
        </w:rPr>
        <w:t>天文奥赛预赛试题</w:t>
      </w:r>
    </w:p>
    <w:p w14:paraId="2168DF32" w14:textId="77777777" w:rsidR="009A32DD" w:rsidRDefault="00000000">
      <w:pPr>
        <w:spacing w:after="40"/>
        <w:rPr>
          <w:lang w:eastAsia="zh-CN"/>
        </w:rPr>
      </w:pPr>
      <w:r>
        <w:rPr>
          <w:rFonts w:eastAsia="黑体"/>
          <w:b/>
          <w:lang w:eastAsia="zh-CN"/>
        </w:rPr>
        <w:t>注意事项：</w:t>
      </w:r>
    </w:p>
    <w:p w14:paraId="4F47548F" w14:textId="77777777" w:rsidR="009A32DD" w:rsidRDefault="00000000">
      <w:pPr>
        <w:spacing w:after="40"/>
        <w:rPr>
          <w:lang w:eastAsia="zh-CN"/>
        </w:rPr>
      </w:pPr>
      <w:r>
        <w:rPr>
          <w:rFonts w:eastAsia="宋体"/>
          <w:sz w:val="21"/>
          <w:lang w:eastAsia="zh-CN"/>
        </w:rPr>
        <w:t xml:space="preserve">1. </w:t>
      </w:r>
      <w:r>
        <w:rPr>
          <w:rFonts w:eastAsia="宋体"/>
          <w:sz w:val="21"/>
          <w:lang w:eastAsia="zh-CN"/>
        </w:rPr>
        <w:t>答题前请将自己的姓名、年级、班级填写清楚。</w:t>
      </w:r>
    </w:p>
    <w:p w14:paraId="7E83D227" w14:textId="77777777" w:rsidR="009A32DD" w:rsidRDefault="00000000">
      <w:pPr>
        <w:spacing w:after="40"/>
        <w:rPr>
          <w:lang w:eastAsia="zh-CN"/>
        </w:rPr>
      </w:pPr>
      <w:r>
        <w:rPr>
          <w:rFonts w:eastAsia="宋体"/>
          <w:sz w:val="21"/>
          <w:lang w:eastAsia="zh-CN"/>
        </w:rPr>
        <w:t xml:space="preserve">2. </w:t>
      </w:r>
      <w:r>
        <w:rPr>
          <w:rFonts w:eastAsia="宋体"/>
          <w:sz w:val="21"/>
          <w:lang w:eastAsia="zh-CN"/>
        </w:rPr>
        <w:t>本试卷共</w:t>
      </w:r>
      <w:r>
        <w:rPr>
          <w:rFonts w:eastAsia="宋体"/>
          <w:sz w:val="21"/>
          <w:lang w:eastAsia="zh-CN"/>
        </w:rPr>
        <w:t>35</w:t>
      </w:r>
      <w:r>
        <w:rPr>
          <w:rFonts w:eastAsia="宋体"/>
          <w:sz w:val="21"/>
          <w:lang w:eastAsia="zh-CN"/>
        </w:rPr>
        <w:t>道单项选择题，每题只有一个正确答案。</w:t>
      </w:r>
    </w:p>
    <w:p w14:paraId="22222B10" w14:textId="77777777" w:rsidR="009A32DD" w:rsidRDefault="00000000">
      <w:pPr>
        <w:spacing w:after="40"/>
        <w:rPr>
          <w:lang w:eastAsia="zh-CN"/>
        </w:rPr>
      </w:pPr>
      <w:r>
        <w:rPr>
          <w:rFonts w:eastAsia="宋体"/>
          <w:sz w:val="21"/>
          <w:lang w:eastAsia="zh-CN"/>
        </w:rPr>
        <w:t xml:space="preserve">3. </w:t>
      </w:r>
      <w:r>
        <w:rPr>
          <w:rFonts w:eastAsia="宋体"/>
          <w:sz w:val="21"/>
          <w:lang w:eastAsia="zh-CN"/>
        </w:rPr>
        <w:t>请将正确答案的字母代号用</w:t>
      </w:r>
      <w:r>
        <w:rPr>
          <w:rFonts w:eastAsia="宋体"/>
          <w:sz w:val="21"/>
          <w:lang w:eastAsia="zh-CN"/>
        </w:rPr>
        <w:t>2B</w:t>
      </w:r>
      <w:r>
        <w:rPr>
          <w:rFonts w:eastAsia="宋体"/>
          <w:sz w:val="21"/>
          <w:lang w:eastAsia="zh-CN"/>
        </w:rPr>
        <w:t>铅笔填涂在答题卡上。</w:t>
      </w:r>
    </w:p>
    <w:p w14:paraId="13DAD942" w14:textId="77777777" w:rsidR="009A32DD" w:rsidRDefault="00000000">
      <w:pPr>
        <w:spacing w:after="40"/>
        <w:rPr>
          <w:lang w:eastAsia="zh-CN"/>
        </w:rPr>
      </w:pPr>
      <w:r>
        <w:rPr>
          <w:rFonts w:eastAsia="宋体"/>
          <w:sz w:val="21"/>
          <w:lang w:eastAsia="zh-CN"/>
        </w:rPr>
        <w:t xml:space="preserve">4. </w:t>
      </w:r>
      <w:r>
        <w:rPr>
          <w:rFonts w:eastAsia="宋体"/>
          <w:sz w:val="21"/>
          <w:lang w:eastAsia="zh-CN"/>
        </w:rPr>
        <w:t>在试卷上作答无效。</w:t>
      </w:r>
    </w:p>
    <w:p w14:paraId="4DCD87A7" w14:textId="77777777" w:rsidR="009A32DD" w:rsidRDefault="00000000">
      <w:pPr>
        <w:spacing w:after="40"/>
        <w:rPr>
          <w:lang w:eastAsia="zh-CN"/>
        </w:rPr>
      </w:pPr>
      <w:r>
        <w:rPr>
          <w:rFonts w:eastAsia="宋体"/>
          <w:sz w:val="21"/>
          <w:lang w:eastAsia="zh-CN"/>
        </w:rPr>
        <w:t xml:space="preserve">5. </w:t>
      </w:r>
      <w:r>
        <w:rPr>
          <w:rFonts w:eastAsia="宋体"/>
          <w:sz w:val="21"/>
          <w:lang w:eastAsia="zh-CN"/>
        </w:rPr>
        <w:t>考试时间为</w:t>
      </w:r>
      <w:r>
        <w:rPr>
          <w:rFonts w:eastAsia="宋体"/>
          <w:sz w:val="21"/>
          <w:lang w:eastAsia="zh-CN"/>
        </w:rPr>
        <w:t>120</w:t>
      </w:r>
      <w:r>
        <w:rPr>
          <w:rFonts w:eastAsia="宋体"/>
          <w:sz w:val="21"/>
          <w:lang w:eastAsia="zh-CN"/>
        </w:rPr>
        <w:t>分钟，满分</w:t>
      </w:r>
      <w:r>
        <w:rPr>
          <w:rFonts w:eastAsia="宋体"/>
          <w:sz w:val="21"/>
          <w:lang w:eastAsia="zh-CN"/>
        </w:rPr>
        <w:t>150</w:t>
      </w:r>
      <w:r>
        <w:rPr>
          <w:rFonts w:eastAsia="宋体"/>
          <w:sz w:val="21"/>
          <w:lang w:eastAsia="zh-CN"/>
        </w:rPr>
        <w:t>分。</w:t>
      </w:r>
    </w:p>
    <w:p w14:paraId="60D9E0DE" w14:textId="77777777" w:rsidR="009A32DD" w:rsidRDefault="00000000">
      <w:pPr>
        <w:spacing w:before="160" w:after="160"/>
        <w:rPr>
          <w:lang w:eastAsia="zh-CN"/>
        </w:rPr>
      </w:pPr>
      <w:r>
        <w:rPr>
          <w:rFonts w:eastAsia="宋体"/>
          <w:sz w:val="22"/>
          <w:lang w:eastAsia="zh-CN"/>
        </w:rPr>
        <w:t>姓名：</w:t>
      </w:r>
      <w:r>
        <w:rPr>
          <w:rFonts w:eastAsia="宋体"/>
          <w:sz w:val="22"/>
          <w:lang w:eastAsia="zh-CN"/>
        </w:rPr>
        <w:t>________</w:t>
      </w:r>
      <w:r>
        <w:rPr>
          <w:lang w:eastAsia="zh-CN"/>
        </w:rPr>
        <w:t xml:space="preserve">    </w:t>
      </w:r>
      <w:r>
        <w:rPr>
          <w:rFonts w:eastAsia="宋体"/>
          <w:sz w:val="22"/>
          <w:lang w:eastAsia="zh-CN"/>
        </w:rPr>
        <w:t>年级：</w:t>
      </w:r>
      <w:r>
        <w:rPr>
          <w:rFonts w:eastAsia="宋体"/>
          <w:sz w:val="22"/>
          <w:lang w:eastAsia="zh-CN"/>
        </w:rPr>
        <w:t>________</w:t>
      </w:r>
      <w:r>
        <w:rPr>
          <w:lang w:eastAsia="zh-CN"/>
        </w:rPr>
        <w:t xml:space="preserve">    </w:t>
      </w:r>
      <w:r>
        <w:rPr>
          <w:rFonts w:eastAsia="宋体"/>
          <w:sz w:val="22"/>
          <w:lang w:eastAsia="zh-CN"/>
        </w:rPr>
        <w:t>班级：</w:t>
      </w:r>
      <w:r>
        <w:rPr>
          <w:rFonts w:eastAsia="宋体"/>
          <w:sz w:val="22"/>
          <w:lang w:eastAsia="zh-CN"/>
        </w:rPr>
        <w:t>________</w:t>
      </w:r>
      <w:r>
        <w:rPr>
          <w:lang w:eastAsia="zh-CN"/>
        </w:rPr>
        <w:t xml:space="preserve">    </w:t>
      </w:r>
      <w:r>
        <w:rPr>
          <w:rFonts w:eastAsia="宋体"/>
          <w:sz w:val="22"/>
          <w:lang w:eastAsia="zh-CN"/>
        </w:rPr>
        <w:t>得分：</w:t>
      </w:r>
      <w:r>
        <w:rPr>
          <w:rFonts w:eastAsia="宋体"/>
          <w:sz w:val="22"/>
          <w:lang w:eastAsia="zh-CN"/>
        </w:rPr>
        <w:t>________</w:t>
      </w:r>
      <w:r>
        <w:rPr>
          <w:lang w:eastAsia="zh-CN"/>
        </w:rPr>
        <w:t xml:space="preserve">    </w:t>
      </w:r>
    </w:p>
    <w:p w14:paraId="21947E44" w14:textId="77777777" w:rsidR="009A32DD" w:rsidRDefault="00000000">
      <w:pPr>
        <w:rPr>
          <w:lang w:eastAsia="zh-CN"/>
        </w:rPr>
      </w:pPr>
      <w:r>
        <w:rPr>
          <w:lang w:eastAsia="zh-CN"/>
        </w:rPr>
        <w:br w:type="page"/>
      </w:r>
    </w:p>
    <w:p w14:paraId="58BCB378" w14:textId="77777777" w:rsidR="009A32DD" w:rsidRDefault="00000000">
      <w:pPr>
        <w:spacing w:after="160"/>
        <w:rPr>
          <w:lang w:eastAsia="zh-CN"/>
        </w:rPr>
      </w:pPr>
      <w:r>
        <w:rPr>
          <w:rFonts w:eastAsia="黑体"/>
          <w:b/>
          <w:sz w:val="28"/>
          <w:lang w:eastAsia="zh-CN"/>
        </w:rPr>
        <w:lastRenderedPageBreak/>
        <w:t>一、选择题（共</w:t>
      </w:r>
      <w:r>
        <w:rPr>
          <w:rFonts w:eastAsia="黑体"/>
          <w:b/>
          <w:sz w:val="28"/>
          <w:lang w:eastAsia="zh-CN"/>
        </w:rPr>
        <w:t>35</w:t>
      </w:r>
      <w:r>
        <w:rPr>
          <w:rFonts w:eastAsia="黑体"/>
          <w:b/>
          <w:sz w:val="28"/>
          <w:lang w:eastAsia="zh-CN"/>
        </w:rPr>
        <w:t>题，每题</w:t>
      </w:r>
      <w:r>
        <w:rPr>
          <w:rFonts w:eastAsia="黑体"/>
          <w:b/>
          <w:sz w:val="28"/>
          <w:lang w:eastAsia="zh-CN"/>
        </w:rPr>
        <w:t>4</w:t>
      </w:r>
      <w:r>
        <w:rPr>
          <w:rFonts w:eastAsia="黑体"/>
          <w:b/>
          <w:sz w:val="28"/>
          <w:lang w:eastAsia="zh-CN"/>
        </w:rPr>
        <w:t>分，共</w:t>
      </w:r>
      <w:r>
        <w:rPr>
          <w:rFonts w:eastAsia="黑体"/>
          <w:b/>
          <w:sz w:val="28"/>
          <w:lang w:eastAsia="zh-CN"/>
        </w:rPr>
        <w:t>140</w:t>
      </w:r>
      <w:r>
        <w:rPr>
          <w:rFonts w:eastAsia="黑体"/>
          <w:b/>
          <w:sz w:val="28"/>
          <w:lang w:eastAsia="zh-CN"/>
        </w:rPr>
        <w:t>分）</w:t>
      </w:r>
    </w:p>
    <w:p w14:paraId="5A3DE858" w14:textId="77777777" w:rsidR="009A32DD" w:rsidRDefault="00000000">
      <w:pPr>
        <w:spacing w:before="120" w:after="40" w:line="360" w:lineRule="exact"/>
        <w:rPr>
          <w:lang w:eastAsia="zh-CN"/>
        </w:rPr>
      </w:pPr>
      <w:r>
        <w:rPr>
          <w:rFonts w:eastAsia="宋体"/>
          <w:sz w:val="22"/>
          <w:lang w:eastAsia="zh-CN"/>
        </w:rPr>
        <w:t>1. “</w:t>
      </w:r>
      <w:r>
        <w:rPr>
          <w:rFonts w:eastAsia="宋体"/>
          <w:sz w:val="22"/>
          <w:lang w:eastAsia="zh-CN"/>
        </w:rPr>
        <w:t>神舟</w:t>
      </w:r>
      <w:r>
        <w:rPr>
          <w:rFonts w:eastAsia="宋体"/>
          <w:sz w:val="22"/>
          <w:lang w:eastAsia="zh-CN"/>
        </w:rPr>
        <w:t>-7”</w:t>
      </w:r>
      <w:r>
        <w:rPr>
          <w:rFonts w:eastAsia="宋体"/>
          <w:sz w:val="22"/>
          <w:lang w:eastAsia="zh-CN"/>
        </w:rPr>
        <w:t>飞船执行出舱任务的宇航员是（</w:t>
      </w:r>
      <w:r>
        <w:rPr>
          <w:rFonts w:eastAsia="宋体"/>
          <w:sz w:val="22"/>
          <w:lang w:eastAsia="zh-CN"/>
        </w:rPr>
        <w:t xml:space="preserve">  </w:t>
      </w:r>
      <w:r>
        <w:rPr>
          <w:rFonts w:eastAsia="宋体"/>
          <w:sz w:val="22"/>
          <w:lang w:eastAsia="zh-CN"/>
        </w:rPr>
        <w:t>）。</w:t>
      </w:r>
    </w:p>
    <w:p w14:paraId="14076B70"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景海鹏</w:t>
      </w:r>
      <w:r>
        <w:rPr>
          <w:rFonts w:eastAsia="宋体"/>
          <w:sz w:val="22"/>
          <w:lang w:eastAsia="zh-CN"/>
        </w:rPr>
        <w:t xml:space="preserve">        (B)</w:t>
      </w:r>
      <w:r>
        <w:rPr>
          <w:rFonts w:eastAsia="宋体"/>
          <w:sz w:val="22"/>
          <w:lang w:eastAsia="zh-CN"/>
        </w:rPr>
        <w:t>刘伯明</w:t>
      </w:r>
      <w:r>
        <w:rPr>
          <w:lang w:eastAsia="zh-CN"/>
        </w:rPr>
        <w:br/>
      </w:r>
      <w:r>
        <w:rPr>
          <w:rFonts w:eastAsia="宋体"/>
          <w:sz w:val="22"/>
          <w:lang w:eastAsia="zh-CN"/>
        </w:rPr>
        <w:t xml:space="preserve">    (C)</w:t>
      </w:r>
      <w:r>
        <w:rPr>
          <w:rFonts w:eastAsia="宋体"/>
          <w:sz w:val="22"/>
          <w:lang w:eastAsia="zh-CN"/>
        </w:rPr>
        <w:t>聂海胜</w:t>
      </w:r>
      <w:r>
        <w:rPr>
          <w:rFonts w:eastAsia="宋体"/>
          <w:sz w:val="22"/>
          <w:lang w:eastAsia="zh-CN"/>
        </w:rPr>
        <w:t xml:space="preserve">        (D)</w:t>
      </w:r>
      <w:r>
        <w:rPr>
          <w:rFonts w:eastAsia="宋体"/>
          <w:sz w:val="22"/>
          <w:lang w:eastAsia="zh-CN"/>
        </w:rPr>
        <w:t>翟志刚</w:t>
      </w:r>
    </w:p>
    <w:p w14:paraId="7BB157A3" w14:textId="77777777" w:rsidR="009A32DD" w:rsidRDefault="00000000">
      <w:pPr>
        <w:spacing w:before="120" w:after="40" w:line="360" w:lineRule="exact"/>
        <w:rPr>
          <w:lang w:eastAsia="zh-CN"/>
        </w:rPr>
      </w:pPr>
      <w:r>
        <w:rPr>
          <w:rFonts w:eastAsia="宋体"/>
          <w:sz w:val="22"/>
          <w:lang w:eastAsia="zh-CN"/>
        </w:rPr>
        <w:t xml:space="preserve">2. </w:t>
      </w:r>
      <w:r>
        <w:rPr>
          <w:rFonts w:eastAsia="宋体"/>
          <w:sz w:val="22"/>
          <w:lang w:eastAsia="zh-CN"/>
        </w:rPr>
        <w:t>今年是望远镜用于天文观测的（</w:t>
      </w:r>
      <w:r>
        <w:rPr>
          <w:rFonts w:eastAsia="宋体"/>
          <w:sz w:val="22"/>
          <w:lang w:eastAsia="zh-CN"/>
        </w:rPr>
        <w:t xml:space="preserve">  </w:t>
      </w:r>
      <w:r>
        <w:rPr>
          <w:rFonts w:eastAsia="宋体"/>
          <w:sz w:val="22"/>
          <w:lang w:eastAsia="zh-CN"/>
        </w:rPr>
        <w:t>）周年。</w:t>
      </w:r>
    </w:p>
    <w:p w14:paraId="5D7C1202" w14:textId="77777777" w:rsidR="009A32DD" w:rsidRDefault="00000000">
      <w:pPr>
        <w:spacing w:after="80" w:line="320" w:lineRule="exact"/>
        <w:ind w:left="283"/>
      </w:pPr>
      <w:r>
        <w:rPr>
          <w:rFonts w:eastAsia="宋体"/>
          <w:sz w:val="22"/>
          <w:lang w:eastAsia="zh-CN"/>
        </w:rPr>
        <w:t xml:space="preserve">    </w:t>
      </w:r>
      <w:r>
        <w:rPr>
          <w:rFonts w:eastAsia="宋体"/>
          <w:sz w:val="22"/>
        </w:rPr>
        <w:t xml:space="preserve">(A)60     </w:t>
      </w:r>
      <w:proofErr w:type="gramStart"/>
      <w:r>
        <w:rPr>
          <w:rFonts w:eastAsia="宋体"/>
          <w:sz w:val="22"/>
        </w:rPr>
        <w:t xml:space="preserve">   (</w:t>
      </w:r>
      <w:proofErr w:type="gramEnd"/>
      <w:r>
        <w:rPr>
          <w:rFonts w:eastAsia="宋体"/>
          <w:sz w:val="22"/>
        </w:rPr>
        <w:t>B)245</w:t>
      </w:r>
      <w:r>
        <w:br/>
      </w:r>
      <w:r>
        <w:rPr>
          <w:rFonts w:eastAsia="宋体"/>
          <w:sz w:val="22"/>
        </w:rPr>
        <w:t xml:space="preserve">    (C)400        (D)800</w:t>
      </w:r>
    </w:p>
    <w:p w14:paraId="7BCBB210" w14:textId="77777777" w:rsidR="009A32DD" w:rsidRDefault="00000000">
      <w:pPr>
        <w:spacing w:before="120" w:after="40" w:line="360" w:lineRule="exact"/>
      </w:pPr>
      <w:r>
        <w:rPr>
          <w:rFonts w:eastAsia="宋体"/>
          <w:sz w:val="22"/>
        </w:rPr>
        <w:t xml:space="preserve">3. </w:t>
      </w:r>
      <w:r>
        <w:rPr>
          <w:rFonts w:eastAsia="宋体"/>
          <w:sz w:val="22"/>
        </w:rPr>
        <w:t>国际通用的星座总共有（</w:t>
      </w:r>
      <w:r>
        <w:rPr>
          <w:rFonts w:eastAsia="宋体"/>
          <w:sz w:val="22"/>
        </w:rPr>
        <w:t xml:space="preserve">  </w:t>
      </w:r>
      <w:r>
        <w:rPr>
          <w:rFonts w:eastAsia="宋体"/>
          <w:sz w:val="22"/>
        </w:rPr>
        <w:t>）个。</w:t>
      </w:r>
    </w:p>
    <w:p w14:paraId="507AF9C3" w14:textId="77777777" w:rsidR="009A32DD" w:rsidRDefault="00000000">
      <w:pPr>
        <w:spacing w:after="80" w:line="320" w:lineRule="exact"/>
        <w:ind w:left="283"/>
      </w:pPr>
      <w:r>
        <w:rPr>
          <w:rFonts w:eastAsia="宋体"/>
          <w:sz w:val="22"/>
        </w:rPr>
        <w:t xml:space="preserve">    (A)12        (B)35</w:t>
      </w:r>
      <w:r>
        <w:br/>
      </w:r>
      <w:r>
        <w:rPr>
          <w:rFonts w:eastAsia="宋体"/>
          <w:sz w:val="22"/>
        </w:rPr>
        <w:t xml:space="preserve">    (C)88        (D)106</w:t>
      </w:r>
    </w:p>
    <w:p w14:paraId="18CC81B0" w14:textId="77777777" w:rsidR="009A32DD" w:rsidRDefault="00000000">
      <w:pPr>
        <w:spacing w:before="120" w:after="40" w:line="360" w:lineRule="exact"/>
      </w:pPr>
      <w:r>
        <w:rPr>
          <w:rFonts w:eastAsia="宋体"/>
          <w:sz w:val="22"/>
        </w:rPr>
        <w:t>4. 2008</w:t>
      </w:r>
      <w:r>
        <w:rPr>
          <w:rFonts w:eastAsia="宋体"/>
          <w:sz w:val="22"/>
        </w:rPr>
        <w:t>年</w:t>
      </w:r>
      <w:r>
        <w:rPr>
          <w:rFonts w:eastAsia="宋体"/>
          <w:sz w:val="22"/>
        </w:rPr>
        <w:t>8</w:t>
      </w:r>
      <w:r>
        <w:rPr>
          <w:rFonts w:eastAsia="宋体"/>
          <w:sz w:val="22"/>
        </w:rPr>
        <w:t>月日全食食甚的时间大致是（</w:t>
      </w:r>
      <w:r>
        <w:rPr>
          <w:rFonts w:eastAsia="宋体"/>
          <w:sz w:val="22"/>
        </w:rPr>
        <w:t xml:space="preserve">  </w:t>
      </w:r>
      <w:r>
        <w:rPr>
          <w:rFonts w:eastAsia="宋体"/>
          <w:sz w:val="22"/>
        </w:rPr>
        <w:t>）。</w:t>
      </w:r>
    </w:p>
    <w:p w14:paraId="7897FA3A" w14:textId="77777777" w:rsidR="009A32DD" w:rsidRDefault="00000000">
      <w:pPr>
        <w:spacing w:after="80" w:line="320" w:lineRule="exact"/>
        <w:ind w:left="283"/>
      </w:pPr>
      <w:r>
        <w:rPr>
          <w:rFonts w:eastAsia="宋体"/>
          <w:sz w:val="22"/>
        </w:rPr>
        <w:t xml:space="preserve">    (A)</w:t>
      </w:r>
      <w:r>
        <w:rPr>
          <w:rFonts w:eastAsia="宋体"/>
          <w:sz w:val="22"/>
        </w:rPr>
        <w:t>上午</w:t>
      </w:r>
      <w:r>
        <w:rPr>
          <w:rFonts w:eastAsia="宋体"/>
          <w:sz w:val="22"/>
        </w:rPr>
        <w:t>7</w:t>
      </w:r>
      <w:r>
        <w:rPr>
          <w:rFonts w:eastAsia="宋体"/>
          <w:sz w:val="22"/>
        </w:rPr>
        <w:t>点</w:t>
      </w:r>
      <w:r>
        <w:rPr>
          <w:rFonts w:eastAsia="宋体"/>
          <w:sz w:val="22"/>
        </w:rPr>
        <w:t xml:space="preserve">        (B)</w:t>
      </w:r>
      <w:r>
        <w:rPr>
          <w:rFonts w:eastAsia="宋体"/>
          <w:sz w:val="22"/>
        </w:rPr>
        <w:t>中午</w:t>
      </w:r>
      <w:r>
        <w:rPr>
          <w:rFonts w:eastAsia="宋体"/>
          <w:sz w:val="22"/>
        </w:rPr>
        <w:t>12</w:t>
      </w:r>
      <w:r>
        <w:rPr>
          <w:rFonts w:eastAsia="宋体"/>
          <w:sz w:val="22"/>
        </w:rPr>
        <w:t>点</w:t>
      </w:r>
      <w:r>
        <w:br/>
      </w:r>
      <w:r>
        <w:rPr>
          <w:rFonts w:eastAsia="宋体"/>
          <w:sz w:val="22"/>
        </w:rPr>
        <w:t xml:space="preserve">    (C)</w:t>
      </w:r>
      <w:r>
        <w:rPr>
          <w:rFonts w:eastAsia="宋体"/>
          <w:sz w:val="22"/>
        </w:rPr>
        <w:t>下午</w:t>
      </w:r>
      <w:r>
        <w:rPr>
          <w:rFonts w:eastAsia="宋体"/>
          <w:sz w:val="22"/>
        </w:rPr>
        <w:t>7</w:t>
      </w:r>
      <w:r>
        <w:rPr>
          <w:rFonts w:eastAsia="宋体"/>
          <w:sz w:val="22"/>
        </w:rPr>
        <w:t>点</w:t>
      </w:r>
      <w:r>
        <w:rPr>
          <w:rFonts w:eastAsia="宋体"/>
          <w:sz w:val="22"/>
        </w:rPr>
        <w:t xml:space="preserve">        (D)</w:t>
      </w:r>
      <w:r>
        <w:rPr>
          <w:rFonts w:eastAsia="宋体"/>
          <w:sz w:val="22"/>
        </w:rPr>
        <w:t>午夜</w:t>
      </w:r>
      <w:r>
        <w:rPr>
          <w:rFonts w:eastAsia="宋体"/>
          <w:sz w:val="22"/>
        </w:rPr>
        <w:t>0</w:t>
      </w:r>
      <w:r>
        <w:rPr>
          <w:rFonts w:eastAsia="宋体"/>
          <w:sz w:val="22"/>
        </w:rPr>
        <w:t>点</w:t>
      </w:r>
    </w:p>
    <w:p w14:paraId="7967733C" w14:textId="77777777" w:rsidR="009A32DD" w:rsidRDefault="00000000">
      <w:pPr>
        <w:spacing w:before="120" w:after="40" w:line="360" w:lineRule="exact"/>
        <w:rPr>
          <w:lang w:eastAsia="zh-CN"/>
        </w:rPr>
      </w:pPr>
      <w:r>
        <w:rPr>
          <w:rFonts w:eastAsia="宋体"/>
          <w:sz w:val="22"/>
          <w:lang w:eastAsia="zh-CN"/>
        </w:rPr>
        <w:t>5. 2009</w:t>
      </w:r>
      <w:r>
        <w:rPr>
          <w:rFonts w:eastAsia="宋体"/>
          <w:sz w:val="22"/>
          <w:lang w:eastAsia="zh-CN"/>
        </w:rPr>
        <w:t>年全国中学生天文奥林匹克竞赛决赛的举办城市是（</w:t>
      </w:r>
      <w:r>
        <w:rPr>
          <w:rFonts w:eastAsia="宋体"/>
          <w:sz w:val="22"/>
          <w:lang w:eastAsia="zh-CN"/>
        </w:rPr>
        <w:t xml:space="preserve">  </w:t>
      </w:r>
      <w:r>
        <w:rPr>
          <w:rFonts w:eastAsia="宋体"/>
          <w:sz w:val="22"/>
          <w:lang w:eastAsia="zh-CN"/>
        </w:rPr>
        <w:t>）。</w:t>
      </w:r>
    </w:p>
    <w:p w14:paraId="10BCC1DB"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北京</w:t>
      </w:r>
      <w:r>
        <w:rPr>
          <w:rFonts w:eastAsia="宋体"/>
          <w:sz w:val="22"/>
          <w:lang w:eastAsia="zh-CN"/>
        </w:rPr>
        <w:t xml:space="preserve">        (B)</w:t>
      </w:r>
      <w:r>
        <w:rPr>
          <w:rFonts w:eastAsia="宋体"/>
          <w:sz w:val="22"/>
          <w:lang w:eastAsia="zh-CN"/>
        </w:rPr>
        <w:t>天津</w:t>
      </w:r>
      <w:r>
        <w:rPr>
          <w:lang w:eastAsia="zh-CN"/>
        </w:rPr>
        <w:br/>
      </w:r>
      <w:r>
        <w:rPr>
          <w:rFonts w:eastAsia="宋体"/>
          <w:sz w:val="22"/>
          <w:lang w:eastAsia="zh-CN"/>
        </w:rPr>
        <w:t xml:space="preserve">    (C)</w:t>
      </w:r>
      <w:r>
        <w:rPr>
          <w:rFonts w:eastAsia="宋体"/>
          <w:sz w:val="22"/>
          <w:lang w:eastAsia="zh-CN"/>
        </w:rPr>
        <w:t>厦门</w:t>
      </w:r>
      <w:r>
        <w:rPr>
          <w:rFonts w:eastAsia="宋体"/>
          <w:sz w:val="22"/>
          <w:lang w:eastAsia="zh-CN"/>
        </w:rPr>
        <w:t xml:space="preserve">        (D)</w:t>
      </w:r>
      <w:r>
        <w:rPr>
          <w:rFonts w:eastAsia="宋体"/>
          <w:sz w:val="22"/>
          <w:lang w:eastAsia="zh-CN"/>
        </w:rPr>
        <w:t>广州</w:t>
      </w:r>
    </w:p>
    <w:p w14:paraId="3465A82E" w14:textId="77777777" w:rsidR="009A32DD" w:rsidRDefault="00000000">
      <w:pPr>
        <w:spacing w:before="120" w:after="40" w:line="360" w:lineRule="exact"/>
        <w:rPr>
          <w:lang w:eastAsia="zh-CN"/>
        </w:rPr>
      </w:pPr>
      <w:r>
        <w:rPr>
          <w:rFonts w:eastAsia="宋体"/>
          <w:sz w:val="22"/>
          <w:lang w:eastAsia="zh-CN"/>
        </w:rPr>
        <w:t>6. 2009</w:t>
      </w:r>
      <w:r>
        <w:rPr>
          <w:rFonts w:eastAsia="宋体"/>
          <w:sz w:val="22"/>
          <w:lang w:eastAsia="zh-CN"/>
        </w:rPr>
        <w:t>年全国天文奥赛预赛里出现下面哪种情况被扣的分最多？（</w:t>
      </w:r>
      <w:r>
        <w:rPr>
          <w:rFonts w:eastAsia="宋体"/>
          <w:sz w:val="22"/>
          <w:lang w:eastAsia="zh-CN"/>
        </w:rPr>
        <w:t xml:space="preserve">  </w:t>
      </w:r>
      <w:r>
        <w:rPr>
          <w:rFonts w:eastAsia="宋体"/>
          <w:sz w:val="22"/>
          <w:lang w:eastAsia="zh-CN"/>
        </w:rPr>
        <w:t>）</w:t>
      </w:r>
    </w:p>
    <w:p w14:paraId="3AF1BA56"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未涂</w:t>
      </w:r>
      <w:proofErr w:type="gramStart"/>
      <w:r>
        <w:rPr>
          <w:rFonts w:eastAsia="宋体"/>
          <w:sz w:val="22"/>
          <w:lang w:eastAsia="zh-CN"/>
        </w:rPr>
        <w:t>或涂错准考证</w:t>
      </w:r>
      <w:proofErr w:type="gramEnd"/>
      <w:r>
        <w:rPr>
          <w:rFonts w:eastAsia="宋体"/>
          <w:sz w:val="22"/>
          <w:lang w:eastAsia="zh-CN"/>
        </w:rPr>
        <w:t>号</w:t>
      </w:r>
      <w:r>
        <w:rPr>
          <w:rFonts w:eastAsia="宋体"/>
          <w:sz w:val="22"/>
          <w:lang w:eastAsia="zh-CN"/>
        </w:rPr>
        <w:t xml:space="preserve">        (B)</w:t>
      </w:r>
      <w:r>
        <w:rPr>
          <w:rFonts w:eastAsia="宋体"/>
          <w:sz w:val="22"/>
          <w:lang w:eastAsia="zh-CN"/>
        </w:rPr>
        <w:t>未涂</w:t>
      </w:r>
      <w:proofErr w:type="gramStart"/>
      <w:r>
        <w:rPr>
          <w:rFonts w:eastAsia="宋体"/>
          <w:sz w:val="22"/>
          <w:lang w:eastAsia="zh-CN"/>
        </w:rPr>
        <w:t>或涂错试卷</w:t>
      </w:r>
      <w:proofErr w:type="gramEnd"/>
      <w:r>
        <w:rPr>
          <w:rFonts w:eastAsia="宋体"/>
          <w:sz w:val="22"/>
          <w:lang w:eastAsia="zh-CN"/>
        </w:rPr>
        <w:t>类型</w:t>
      </w:r>
      <w:r>
        <w:rPr>
          <w:lang w:eastAsia="zh-CN"/>
        </w:rPr>
        <w:br/>
      </w:r>
      <w:r>
        <w:rPr>
          <w:rFonts w:eastAsia="宋体"/>
          <w:sz w:val="22"/>
          <w:lang w:eastAsia="zh-CN"/>
        </w:rPr>
        <w:t xml:space="preserve">    (C)</w:t>
      </w:r>
      <w:r>
        <w:rPr>
          <w:rFonts w:eastAsia="宋体"/>
          <w:sz w:val="22"/>
          <w:lang w:eastAsia="zh-CN"/>
        </w:rPr>
        <w:t>未涂</w:t>
      </w:r>
      <w:proofErr w:type="gramStart"/>
      <w:r>
        <w:rPr>
          <w:rFonts w:eastAsia="宋体"/>
          <w:sz w:val="22"/>
          <w:lang w:eastAsia="zh-CN"/>
        </w:rPr>
        <w:t>或涂错科目</w:t>
      </w:r>
      <w:proofErr w:type="gramEnd"/>
      <w:r>
        <w:rPr>
          <w:rFonts w:eastAsia="宋体"/>
          <w:sz w:val="22"/>
          <w:lang w:eastAsia="zh-CN"/>
        </w:rPr>
        <w:t>（分科）</w:t>
      </w:r>
      <w:r>
        <w:rPr>
          <w:rFonts w:eastAsia="宋体"/>
          <w:sz w:val="22"/>
          <w:lang w:eastAsia="zh-CN"/>
        </w:rPr>
        <w:t xml:space="preserve">        (D)</w:t>
      </w:r>
      <w:r>
        <w:rPr>
          <w:rFonts w:eastAsia="宋体"/>
          <w:sz w:val="22"/>
          <w:lang w:eastAsia="zh-CN"/>
        </w:rPr>
        <w:t>在答题卡上</w:t>
      </w:r>
      <w:proofErr w:type="gramStart"/>
      <w:r>
        <w:rPr>
          <w:rFonts w:eastAsia="宋体"/>
          <w:sz w:val="22"/>
          <w:lang w:eastAsia="zh-CN"/>
        </w:rPr>
        <w:t>涂错某</w:t>
      </w:r>
      <w:proofErr w:type="gramEnd"/>
      <w:r>
        <w:rPr>
          <w:rFonts w:eastAsia="宋体"/>
          <w:sz w:val="22"/>
          <w:lang w:eastAsia="zh-CN"/>
        </w:rPr>
        <w:t>一道题的答案</w:t>
      </w:r>
    </w:p>
    <w:p w14:paraId="668655F9" w14:textId="77777777" w:rsidR="009A32DD" w:rsidRDefault="00000000">
      <w:pPr>
        <w:spacing w:before="120" w:after="40" w:line="360" w:lineRule="exact"/>
        <w:rPr>
          <w:lang w:eastAsia="zh-CN"/>
        </w:rPr>
      </w:pPr>
      <w:r>
        <w:rPr>
          <w:rFonts w:eastAsia="宋体"/>
          <w:sz w:val="22"/>
          <w:lang w:eastAsia="zh-CN"/>
        </w:rPr>
        <w:t>7. 2008</w:t>
      </w:r>
      <w:r>
        <w:rPr>
          <w:rFonts w:eastAsia="宋体"/>
          <w:sz w:val="22"/>
          <w:lang w:eastAsia="zh-CN"/>
        </w:rPr>
        <w:t>年中国队在两项国际天文奥赛中获得的金牌数为（</w:t>
      </w:r>
      <w:r>
        <w:rPr>
          <w:rFonts w:eastAsia="宋体"/>
          <w:sz w:val="22"/>
          <w:lang w:eastAsia="zh-CN"/>
        </w:rPr>
        <w:t xml:space="preserve">  </w:t>
      </w:r>
      <w:r>
        <w:rPr>
          <w:rFonts w:eastAsia="宋体"/>
          <w:sz w:val="22"/>
          <w:lang w:eastAsia="zh-CN"/>
        </w:rPr>
        <w:t>）。</w:t>
      </w:r>
    </w:p>
    <w:p w14:paraId="4A9D1E67" w14:textId="77777777" w:rsidR="009A32DD" w:rsidRDefault="00000000">
      <w:pPr>
        <w:spacing w:after="80" w:line="320" w:lineRule="exact"/>
        <w:ind w:left="283"/>
        <w:rPr>
          <w:lang w:eastAsia="zh-CN"/>
        </w:rPr>
      </w:pPr>
      <w:r>
        <w:rPr>
          <w:rFonts w:eastAsia="宋体"/>
          <w:sz w:val="22"/>
          <w:lang w:eastAsia="zh-CN"/>
        </w:rPr>
        <w:t xml:space="preserve">    (A)1     </w:t>
      </w:r>
      <w:proofErr w:type="gramStart"/>
      <w:r>
        <w:rPr>
          <w:rFonts w:eastAsia="宋体"/>
          <w:sz w:val="22"/>
          <w:lang w:eastAsia="zh-CN"/>
        </w:rPr>
        <w:t xml:space="preserve">   (</w:t>
      </w:r>
      <w:proofErr w:type="gramEnd"/>
      <w:r>
        <w:rPr>
          <w:rFonts w:eastAsia="宋体"/>
          <w:sz w:val="22"/>
          <w:lang w:eastAsia="zh-CN"/>
        </w:rPr>
        <w:t>B)3</w:t>
      </w:r>
      <w:r>
        <w:rPr>
          <w:lang w:eastAsia="zh-CN"/>
        </w:rPr>
        <w:br/>
      </w:r>
      <w:r>
        <w:rPr>
          <w:rFonts w:eastAsia="宋体"/>
          <w:sz w:val="22"/>
          <w:lang w:eastAsia="zh-CN"/>
        </w:rPr>
        <w:t xml:space="preserve">    (C)5        (D)7</w:t>
      </w:r>
    </w:p>
    <w:p w14:paraId="08A4334F" w14:textId="77777777" w:rsidR="009A32DD" w:rsidRDefault="00000000">
      <w:pPr>
        <w:spacing w:before="120" w:after="40" w:line="360" w:lineRule="exact"/>
        <w:rPr>
          <w:lang w:eastAsia="zh-CN"/>
        </w:rPr>
      </w:pPr>
      <w:r>
        <w:rPr>
          <w:rFonts w:eastAsia="宋体"/>
          <w:sz w:val="22"/>
          <w:lang w:eastAsia="zh-CN"/>
        </w:rPr>
        <w:t xml:space="preserve">8. </w:t>
      </w:r>
      <w:r>
        <w:rPr>
          <w:rFonts w:eastAsia="宋体"/>
          <w:sz w:val="22"/>
          <w:lang w:eastAsia="zh-CN"/>
        </w:rPr>
        <w:t>中国即将发射的载人空间站的名称是：</w:t>
      </w:r>
    </w:p>
    <w:p w14:paraId="1E5101AB"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神舟</w:t>
      </w:r>
      <w:r>
        <w:rPr>
          <w:rFonts w:eastAsia="宋体"/>
          <w:sz w:val="22"/>
          <w:lang w:eastAsia="zh-CN"/>
        </w:rPr>
        <w:t xml:space="preserve">        (B)</w:t>
      </w:r>
      <w:r>
        <w:rPr>
          <w:rFonts w:eastAsia="宋体"/>
          <w:sz w:val="22"/>
          <w:lang w:eastAsia="zh-CN"/>
        </w:rPr>
        <w:t>嫦娥</w:t>
      </w:r>
      <w:r>
        <w:rPr>
          <w:lang w:eastAsia="zh-CN"/>
        </w:rPr>
        <w:br/>
      </w:r>
      <w:r>
        <w:rPr>
          <w:rFonts w:eastAsia="宋体"/>
          <w:sz w:val="22"/>
          <w:lang w:eastAsia="zh-CN"/>
        </w:rPr>
        <w:t xml:space="preserve">    (C)</w:t>
      </w:r>
      <w:r>
        <w:rPr>
          <w:rFonts w:eastAsia="宋体"/>
          <w:sz w:val="22"/>
          <w:lang w:eastAsia="zh-CN"/>
        </w:rPr>
        <w:t>夸父</w:t>
      </w:r>
      <w:r>
        <w:rPr>
          <w:rFonts w:eastAsia="宋体"/>
          <w:sz w:val="22"/>
          <w:lang w:eastAsia="zh-CN"/>
        </w:rPr>
        <w:t xml:space="preserve">        (D)</w:t>
      </w:r>
      <w:r>
        <w:rPr>
          <w:rFonts w:eastAsia="宋体"/>
          <w:sz w:val="22"/>
          <w:lang w:eastAsia="zh-CN"/>
        </w:rPr>
        <w:t>天宫</w:t>
      </w:r>
    </w:p>
    <w:p w14:paraId="24B9B7CB" w14:textId="77777777" w:rsidR="009A32DD" w:rsidRDefault="00000000">
      <w:pPr>
        <w:spacing w:before="120" w:after="40" w:line="360" w:lineRule="exact"/>
        <w:rPr>
          <w:lang w:eastAsia="zh-CN"/>
        </w:rPr>
      </w:pPr>
      <w:r>
        <w:rPr>
          <w:rFonts w:eastAsia="宋体"/>
          <w:sz w:val="22"/>
          <w:lang w:eastAsia="zh-CN"/>
        </w:rPr>
        <w:t>9. 2009</w:t>
      </w:r>
      <w:r>
        <w:rPr>
          <w:rFonts w:eastAsia="宋体"/>
          <w:sz w:val="22"/>
          <w:lang w:eastAsia="zh-CN"/>
        </w:rPr>
        <w:t>国际天文年的宣传口号是（</w:t>
      </w:r>
      <w:r>
        <w:rPr>
          <w:rFonts w:eastAsia="宋体"/>
          <w:sz w:val="22"/>
          <w:lang w:eastAsia="zh-CN"/>
        </w:rPr>
        <w:t xml:space="preserve">  </w:t>
      </w:r>
      <w:r>
        <w:rPr>
          <w:rFonts w:eastAsia="宋体"/>
          <w:sz w:val="22"/>
          <w:lang w:eastAsia="zh-CN"/>
        </w:rPr>
        <w:t>）。</w:t>
      </w:r>
    </w:p>
    <w:p w14:paraId="03CCA2D8"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保护夜空</w:t>
      </w:r>
      <w:r>
        <w:rPr>
          <w:rFonts w:eastAsia="宋体"/>
          <w:sz w:val="22"/>
          <w:lang w:eastAsia="zh-CN"/>
        </w:rPr>
        <w:t xml:space="preserve">        (B)</w:t>
      </w:r>
      <w:r>
        <w:rPr>
          <w:rFonts w:eastAsia="宋体"/>
          <w:sz w:val="22"/>
          <w:lang w:eastAsia="zh-CN"/>
        </w:rPr>
        <w:t>以天会友</w:t>
      </w:r>
      <w:r>
        <w:rPr>
          <w:lang w:eastAsia="zh-CN"/>
        </w:rPr>
        <w:br/>
      </w:r>
      <w:r>
        <w:rPr>
          <w:rFonts w:eastAsia="宋体"/>
          <w:sz w:val="22"/>
          <w:lang w:eastAsia="zh-CN"/>
        </w:rPr>
        <w:t xml:space="preserve">    (C)</w:t>
      </w:r>
      <w:r>
        <w:rPr>
          <w:rFonts w:eastAsia="宋体"/>
          <w:sz w:val="22"/>
          <w:lang w:eastAsia="zh-CN"/>
        </w:rPr>
        <w:t>从地球到宇宙</w:t>
      </w:r>
      <w:r>
        <w:rPr>
          <w:rFonts w:eastAsia="宋体"/>
          <w:sz w:val="22"/>
          <w:lang w:eastAsia="zh-CN"/>
        </w:rPr>
        <w:t xml:space="preserve">        (D)</w:t>
      </w:r>
      <w:r>
        <w:rPr>
          <w:rFonts w:eastAsia="宋体"/>
          <w:sz w:val="22"/>
          <w:lang w:eastAsia="zh-CN"/>
        </w:rPr>
        <w:t>探索我们的宇宙</w:t>
      </w:r>
    </w:p>
    <w:p w14:paraId="5C8FDF81" w14:textId="77777777" w:rsidR="009A32DD" w:rsidRDefault="00000000">
      <w:pPr>
        <w:spacing w:before="120" w:after="40" w:line="360" w:lineRule="exact"/>
        <w:rPr>
          <w:lang w:eastAsia="zh-CN"/>
        </w:rPr>
      </w:pPr>
      <w:r>
        <w:rPr>
          <w:rFonts w:eastAsia="宋体"/>
          <w:sz w:val="22"/>
          <w:lang w:eastAsia="zh-CN"/>
        </w:rPr>
        <w:t>10. 2009</w:t>
      </w:r>
      <w:r>
        <w:rPr>
          <w:rFonts w:eastAsia="宋体"/>
          <w:sz w:val="22"/>
          <w:lang w:eastAsia="zh-CN"/>
        </w:rPr>
        <w:t>国际天文年活动的全球项目</w:t>
      </w:r>
      <w:r>
        <w:rPr>
          <w:rFonts w:eastAsia="宋体"/>
          <w:sz w:val="22"/>
          <w:lang w:eastAsia="zh-CN"/>
        </w:rPr>
        <w:t>“</w:t>
      </w:r>
      <w:r>
        <w:rPr>
          <w:rFonts w:eastAsia="宋体"/>
          <w:sz w:val="22"/>
          <w:lang w:eastAsia="zh-CN"/>
        </w:rPr>
        <w:t>天文学</w:t>
      </w:r>
      <w:r>
        <w:rPr>
          <w:rFonts w:eastAsia="宋体"/>
          <w:sz w:val="22"/>
          <w:lang w:eastAsia="zh-CN"/>
        </w:rPr>
        <w:t>100</w:t>
      </w:r>
      <w:r>
        <w:rPr>
          <w:rFonts w:eastAsia="宋体"/>
          <w:sz w:val="22"/>
          <w:lang w:eastAsia="zh-CN"/>
        </w:rPr>
        <w:t>小时</w:t>
      </w:r>
      <w:r>
        <w:rPr>
          <w:rFonts w:eastAsia="宋体"/>
          <w:sz w:val="22"/>
          <w:lang w:eastAsia="zh-CN"/>
        </w:rPr>
        <w:t>”</w:t>
      </w:r>
      <w:r>
        <w:rPr>
          <w:rFonts w:eastAsia="宋体"/>
          <w:sz w:val="22"/>
          <w:lang w:eastAsia="zh-CN"/>
        </w:rPr>
        <w:t>举办的时间是（</w:t>
      </w:r>
      <w:r>
        <w:rPr>
          <w:rFonts w:eastAsia="宋体"/>
          <w:sz w:val="22"/>
          <w:lang w:eastAsia="zh-CN"/>
        </w:rPr>
        <w:t xml:space="preserve">  </w:t>
      </w:r>
      <w:r>
        <w:rPr>
          <w:rFonts w:eastAsia="宋体"/>
          <w:sz w:val="22"/>
          <w:lang w:eastAsia="zh-CN"/>
        </w:rPr>
        <w:t>）。</w:t>
      </w:r>
    </w:p>
    <w:p w14:paraId="167E4A0F" w14:textId="77777777" w:rsidR="009A32DD" w:rsidRDefault="00000000">
      <w:pPr>
        <w:spacing w:after="80" w:line="320" w:lineRule="exact"/>
        <w:ind w:left="283"/>
      </w:pPr>
      <w:r>
        <w:rPr>
          <w:rFonts w:eastAsia="宋体"/>
          <w:sz w:val="22"/>
          <w:lang w:eastAsia="zh-CN"/>
        </w:rPr>
        <w:t xml:space="preserve">    </w:t>
      </w:r>
      <w:r>
        <w:rPr>
          <w:rFonts w:eastAsia="宋体"/>
          <w:sz w:val="22"/>
        </w:rPr>
        <w:t>(A)4</w:t>
      </w:r>
      <w:r>
        <w:rPr>
          <w:rFonts w:eastAsia="宋体"/>
          <w:sz w:val="22"/>
        </w:rPr>
        <w:t>月上旬</w:t>
      </w:r>
      <w:r>
        <w:rPr>
          <w:rFonts w:eastAsia="宋体"/>
          <w:sz w:val="22"/>
        </w:rPr>
        <w:t xml:space="preserve">     </w:t>
      </w:r>
      <w:proofErr w:type="gramStart"/>
      <w:r>
        <w:rPr>
          <w:rFonts w:eastAsia="宋体"/>
          <w:sz w:val="22"/>
        </w:rPr>
        <w:t xml:space="preserve">   (</w:t>
      </w:r>
      <w:proofErr w:type="gramEnd"/>
      <w:r>
        <w:rPr>
          <w:rFonts w:eastAsia="宋体"/>
          <w:sz w:val="22"/>
        </w:rPr>
        <w:t>B)7</w:t>
      </w:r>
      <w:r>
        <w:rPr>
          <w:rFonts w:eastAsia="宋体"/>
          <w:sz w:val="22"/>
        </w:rPr>
        <w:t>月中旬</w:t>
      </w:r>
      <w:r>
        <w:br/>
      </w:r>
      <w:r>
        <w:rPr>
          <w:rFonts w:eastAsia="宋体"/>
          <w:sz w:val="22"/>
        </w:rPr>
        <w:t xml:space="preserve">    (C)8</w:t>
      </w:r>
      <w:r>
        <w:rPr>
          <w:rFonts w:eastAsia="宋体"/>
          <w:sz w:val="22"/>
        </w:rPr>
        <w:t>月下旬</w:t>
      </w:r>
      <w:r>
        <w:rPr>
          <w:rFonts w:eastAsia="宋体"/>
          <w:sz w:val="22"/>
        </w:rPr>
        <w:t xml:space="preserve">        (D)10</w:t>
      </w:r>
      <w:r>
        <w:rPr>
          <w:rFonts w:eastAsia="宋体"/>
          <w:sz w:val="22"/>
        </w:rPr>
        <w:t>月下旬</w:t>
      </w:r>
    </w:p>
    <w:p w14:paraId="05EBCE09" w14:textId="77777777" w:rsidR="009A32DD" w:rsidRDefault="00000000">
      <w:pPr>
        <w:spacing w:before="120" w:after="40" w:line="360" w:lineRule="exact"/>
        <w:rPr>
          <w:lang w:eastAsia="zh-CN"/>
        </w:rPr>
      </w:pPr>
      <w:r>
        <w:rPr>
          <w:rFonts w:eastAsia="宋体"/>
          <w:sz w:val="22"/>
          <w:lang w:eastAsia="zh-CN"/>
        </w:rPr>
        <w:t xml:space="preserve">11. </w:t>
      </w:r>
      <w:r>
        <w:rPr>
          <w:rFonts w:eastAsia="宋体"/>
          <w:sz w:val="22"/>
          <w:lang w:eastAsia="zh-CN"/>
        </w:rPr>
        <w:t>假设天气晴朗，</w:t>
      </w:r>
      <w:r>
        <w:rPr>
          <w:rFonts w:eastAsia="宋体"/>
          <w:sz w:val="22"/>
          <w:lang w:eastAsia="zh-CN"/>
        </w:rPr>
        <w:t>2009</w:t>
      </w:r>
      <w:r>
        <w:rPr>
          <w:rFonts w:eastAsia="宋体"/>
          <w:sz w:val="22"/>
          <w:lang w:eastAsia="zh-CN"/>
        </w:rPr>
        <w:t>年的以下日期中最适于进行</w:t>
      </w:r>
      <w:proofErr w:type="gramStart"/>
      <w:r>
        <w:rPr>
          <w:rFonts w:eastAsia="宋体"/>
          <w:sz w:val="22"/>
          <w:lang w:eastAsia="zh-CN"/>
        </w:rPr>
        <w:t>梅西叶天体</w:t>
      </w:r>
      <w:proofErr w:type="gramEnd"/>
      <w:r>
        <w:rPr>
          <w:rFonts w:eastAsia="宋体"/>
          <w:sz w:val="22"/>
          <w:lang w:eastAsia="zh-CN"/>
        </w:rPr>
        <w:t>马拉松观测的日期是（</w:t>
      </w:r>
      <w:r>
        <w:rPr>
          <w:rFonts w:eastAsia="宋体"/>
          <w:sz w:val="22"/>
          <w:lang w:eastAsia="zh-CN"/>
        </w:rPr>
        <w:t xml:space="preserve">  </w:t>
      </w:r>
      <w:r>
        <w:rPr>
          <w:rFonts w:eastAsia="宋体"/>
          <w:sz w:val="22"/>
          <w:lang w:eastAsia="zh-CN"/>
        </w:rPr>
        <w:t>）。</w:t>
      </w:r>
    </w:p>
    <w:p w14:paraId="424BE5AB" w14:textId="77777777" w:rsidR="009A32DD" w:rsidRDefault="00000000">
      <w:pPr>
        <w:spacing w:after="80" w:line="320" w:lineRule="exact"/>
        <w:ind w:left="283"/>
      </w:pPr>
      <w:r>
        <w:rPr>
          <w:rFonts w:eastAsia="宋体"/>
          <w:sz w:val="22"/>
          <w:lang w:eastAsia="zh-CN"/>
        </w:rPr>
        <w:t xml:space="preserve">    </w:t>
      </w:r>
      <w:r>
        <w:rPr>
          <w:rFonts w:eastAsia="宋体"/>
          <w:sz w:val="22"/>
        </w:rPr>
        <w:t>(A)2</w:t>
      </w:r>
      <w:r>
        <w:rPr>
          <w:rFonts w:eastAsia="宋体"/>
          <w:sz w:val="22"/>
        </w:rPr>
        <w:t>月</w:t>
      </w:r>
      <w:r>
        <w:rPr>
          <w:rFonts w:eastAsia="宋体"/>
          <w:sz w:val="22"/>
        </w:rPr>
        <w:t>7</w:t>
      </w:r>
      <w:r>
        <w:rPr>
          <w:rFonts w:eastAsia="宋体"/>
          <w:sz w:val="22"/>
        </w:rPr>
        <w:t>日</w:t>
      </w:r>
      <w:r>
        <w:rPr>
          <w:rFonts w:eastAsia="宋体"/>
          <w:sz w:val="22"/>
        </w:rPr>
        <w:t xml:space="preserve">     </w:t>
      </w:r>
      <w:proofErr w:type="gramStart"/>
      <w:r>
        <w:rPr>
          <w:rFonts w:eastAsia="宋体"/>
          <w:sz w:val="22"/>
        </w:rPr>
        <w:t xml:space="preserve">   (</w:t>
      </w:r>
      <w:proofErr w:type="gramEnd"/>
      <w:r>
        <w:rPr>
          <w:rFonts w:eastAsia="宋体"/>
          <w:sz w:val="22"/>
        </w:rPr>
        <w:t>B)3</w:t>
      </w:r>
      <w:r>
        <w:rPr>
          <w:rFonts w:eastAsia="宋体"/>
          <w:sz w:val="22"/>
        </w:rPr>
        <w:t>月</w:t>
      </w:r>
      <w:r>
        <w:rPr>
          <w:rFonts w:eastAsia="宋体"/>
          <w:sz w:val="22"/>
        </w:rPr>
        <w:t>28</w:t>
      </w:r>
      <w:r>
        <w:rPr>
          <w:rFonts w:eastAsia="宋体"/>
          <w:sz w:val="22"/>
        </w:rPr>
        <w:t>日</w:t>
      </w:r>
      <w:r>
        <w:br/>
      </w:r>
      <w:r>
        <w:rPr>
          <w:rFonts w:eastAsia="宋体"/>
          <w:sz w:val="22"/>
        </w:rPr>
        <w:t xml:space="preserve">    (C)4</w:t>
      </w:r>
      <w:r>
        <w:rPr>
          <w:rFonts w:eastAsia="宋体"/>
          <w:sz w:val="22"/>
        </w:rPr>
        <w:t>月</w:t>
      </w:r>
      <w:r>
        <w:rPr>
          <w:rFonts w:eastAsia="宋体"/>
          <w:sz w:val="22"/>
        </w:rPr>
        <w:t>5</w:t>
      </w:r>
      <w:r>
        <w:rPr>
          <w:rFonts w:eastAsia="宋体"/>
          <w:sz w:val="22"/>
        </w:rPr>
        <w:t>日</w:t>
      </w:r>
      <w:r>
        <w:rPr>
          <w:rFonts w:eastAsia="宋体"/>
          <w:sz w:val="22"/>
        </w:rPr>
        <w:t xml:space="preserve">        (D)5</w:t>
      </w:r>
      <w:r>
        <w:rPr>
          <w:rFonts w:eastAsia="宋体"/>
          <w:sz w:val="22"/>
        </w:rPr>
        <w:t>月</w:t>
      </w:r>
      <w:r>
        <w:rPr>
          <w:rFonts w:eastAsia="宋体"/>
          <w:sz w:val="22"/>
        </w:rPr>
        <w:t>17</w:t>
      </w:r>
      <w:r>
        <w:rPr>
          <w:rFonts w:eastAsia="宋体"/>
          <w:sz w:val="22"/>
        </w:rPr>
        <w:t>日</w:t>
      </w:r>
    </w:p>
    <w:p w14:paraId="74B6A603" w14:textId="77777777" w:rsidR="009A32DD" w:rsidRDefault="00000000">
      <w:pPr>
        <w:spacing w:before="120" w:after="40" w:line="360" w:lineRule="exact"/>
        <w:rPr>
          <w:lang w:eastAsia="zh-CN"/>
        </w:rPr>
      </w:pPr>
      <w:r>
        <w:rPr>
          <w:rFonts w:eastAsia="宋体"/>
          <w:sz w:val="22"/>
          <w:lang w:eastAsia="zh-CN"/>
        </w:rPr>
        <w:lastRenderedPageBreak/>
        <w:t xml:space="preserve">12. </w:t>
      </w:r>
      <w:r>
        <w:rPr>
          <w:rFonts w:eastAsia="宋体"/>
          <w:sz w:val="22"/>
          <w:lang w:eastAsia="zh-CN"/>
        </w:rPr>
        <w:t>银道在以下哪两个星座之间穿过？（</w:t>
      </w:r>
      <w:r>
        <w:rPr>
          <w:rFonts w:eastAsia="宋体"/>
          <w:sz w:val="22"/>
          <w:lang w:eastAsia="zh-CN"/>
        </w:rPr>
        <w:t xml:space="preserve">  </w:t>
      </w:r>
      <w:r>
        <w:rPr>
          <w:rFonts w:eastAsia="宋体"/>
          <w:sz w:val="22"/>
          <w:lang w:eastAsia="zh-CN"/>
        </w:rPr>
        <w:t>）</w:t>
      </w:r>
    </w:p>
    <w:p w14:paraId="1E0BB994"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双鱼和宝瓶</w:t>
      </w:r>
      <w:r>
        <w:rPr>
          <w:rFonts w:eastAsia="宋体"/>
          <w:sz w:val="22"/>
          <w:lang w:eastAsia="zh-CN"/>
        </w:rPr>
        <w:t xml:space="preserve">        (B)</w:t>
      </w:r>
      <w:r>
        <w:rPr>
          <w:rFonts w:eastAsia="宋体"/>
          <w:sz w:val="22"/>
          <w:lang w:eastAsia="zh-CN"/>
        </w:rPr>
        <w:t>狮子和小狮</w:t>
      </w:r>
      <w:r>
        <w:rPr>
          <w:lang w:eastAsia="zh-CN"/>
        </w:rPr>
        <w:br/>
      </w:r>
      <w:r>
        <w:rPr>
          <w:rFonts w:eastAsia="宋体"/>
          <w:sz w:val="22"/>
          <w:lang w:eastAsia="zh-CN"/>
        </w:rPr>
        <w:t xml:space="preserve">    (C)</w:t>
      </w:r>
      <w:r>
        <w:rPr>
          <w:rFonts w:eastAsia="宋体"/>
          <w:sz w:val="22"/>
          <w:lang w:eastAsia="zh-CN"/>
        </w:rPr>
        <w:t>大熊和小熊</w:t>
      </w:r>
      <w:r>
        <w:rPr>
          <w:rFonts w:eastAsia="宋体"/>
          <w:sz w:val="22"/>
          <w:lang w:eastAsia="zh-CN"/>
        </w:rPr>
        <w:t xml:space="preserve">        (D)</w:t>
      </w:r>
      <w:r>
        <w:rPr>
          <w:rFonts w:eastAsia="宋体"/>
          <w:sz w:val="22"/>
          <w:lang w:eastAsia="zh-CN"/>
        </w:rPr>
        <w:t>大犬和小犬</w:t>
      </w:r>
    </w:p>
    <w:p w14:paraId="42DB193D" w14:textId="77777777" w:rsidR="009A32DD" w:rsidRDefault="00000000">
      <w:pPr>
        <w:spacing w:before="120" w:after="40" w:line="360" w:lineRule="exact"/>
        <w:rPr>
          <w:lang w:eastAsia="zh-CN"/>
        </w:rPr>
      </w:pPr>
      <w:r>
        <w:rPr>
          <w:rFonts w:eastAsia="宋体"/>
          <w:sz w:val="22"/>
          <w:lang w:eastAsia="zh-CN"/>
        </w:rPr>
        <w:t xml:space="preserve">13. </w:t>
      </w:r>
      <w:r>
        <w:rPr>
          <w:rFonts w:eastAsia="宋体"/>
          <w:sz w:val="22"/>
          <w:lang w:eastAsia="zh-CN"/>
        </w:rPr>
        <w:t>从地球上看，以下哪两个天体在天球上的</w:t>
      </w:r>
      <w:proofErr w:type="gramStart"/>
      <w:r>
        <w:rPr>
          <w:rFonts w:eastAsia="宋体"/>
          <w:sz w:val="22"/>
          <w:lang w:eastAsia="zh-CN"/>
        </w:rPr>
        <w:t>角距离</w:t>
      </w:r>
      <w:proofErr w:type="gramEnd"/>
      <w:r>
        <w:rPr>
          <w:rFonts w:eastAsia="宋体"/>
          <w:sz w:val="22"/>
          <w:lang w:eastAsia="zh-CN"/>
        </w:rPr>
        <w:t>最远？（</w:t>
      </w:r>
      <w:r>
        <w:rPr>
          <w:rFonts w:eastAsia="宋体"/>
          <w:sz w:val="22"/>
          <w:lang w:eastAsia="zh-CN"/>
        </w:rPr>
        <w:t xml:space="preserve">  </w:t>
      </w:r>
      <w:r>
        <w:rPr>
          <w:rFonts w:eastAsia="宋体"/>
          <w:sz w:val="22"/>
          <w:lang w:eastAsia="zh-CN"/>
        </w:rPr>
        <w:t>）</w:t>
      </w:r>
    </w:p>
    <w:p w14:paraId="6A641505"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开阳和摇光</w:t>
      </w:r>
      <w:r>
        <w:rPr>
          <w:rFonts w:eastAsia="宋体"/>
          <w:sz w:val="22"/>
          <w:lang w:eastAsia="zh-CN"/>
        </w:rPr>
        <w:t xml:space="preserve">        (B)</w:t>
      </w:r>
      <w:r>
        <w:rPr>
          <w:rFonts w:eastAsia="宋体"/>
          <w:sz w:val="22"/>
          <w:lang w:eastAsia="zh-CN"/>
        </w:rPr>
        <w:t>南河三和北河三</w:t>
      </w:r>
      <w:r>
        <w:rPr>
          <w:lang w:eastAsia="zh-CN"/>
        </w:rPr>
        <w:br/>
      </w:r>
      <w:r>
        <w:rPr>
          <w:rFonts w:eastAsia="宋体"/>
          <w:sz w:val="22"/>
          <w:lang w:eastAsia="zh-CN"/>
        </w:rPr>
        <w:t xml:space="preserve">    (C)</w:t>
      </w:r>
      <w:r>
        <w:rPr>
          <w:rFonts w:eastAsia="宋体"/>
          <w:sz w:val="22"/>
          <w:lang w:eastAsia="zh-CN"/>
        </w:rPr>
        <w:t>牛郎星和织女星</w:t>
      </w:r>
      <w:r>
        <w:rPr>
          <w:rFonts w:eastAsia="宋体"/>
          <w:sz w:val="22"/>
          <w:lang w:eastAsia="zh-CN"/>
        </w:rPr>
        <w:t xml:space="preserve">        (D)</w:t>
      </w:r>
      <w:r>
        <w:rPr>
          <w:rFonts w:eastAsia="宋体"/>
          <w:sz w:val="22"/>
          <w:lang w:eastAsia="zh-CN"/>
        </w:rPr>
        <w:t>心宿二和参宿四</w:t>
      </w:r>
    </w:p>
    <w:p w14:paraId="1C87552F" w14:textId="77777777" w:rsidR="009A32DD" w:rsidRDefault="00000000">
      <w:pPr>
        <w:spacing w:before="120" w:after="40" w:line="360" w:lineRule="exact"/>
        <w:rPr>
          <w:lang w:eastAsia="zh-CN"/>
        </w:rPr>
      </w:pPr>
      <w:r>
        <w:rPr>
          <w:rFonts w:eastAsia="宋体"/>
          <w:sz w:val="22"/>
          <w:lang w:eastAsia="zh-CN"/>
        </w:rPr>
        <w:t xml:space="preserve">14. </w:t>
      </w:r>
      <w:r>
        <w:rPr>
          <w:rFonts w:eastAsia="宋体"/>
          <w:sz w:val="22"/>
          <w:lang w:eastAsia="zh-CN"/>
        </w:rPr>
        <w:t>以下恒星与所在星座写的不对的是（</w:t>
      </w:r>
      <w:r>
        <w:rPr>
          <w:rFonts w:eastAsia="宋体"/>
          <w:sz w:val="22"/>
          <w:lang w:eastAsia="zh-CN"/>
        </w:rPr>
        <w:t xml:space="preserve">  </w:t>
      </w:r>
      <w:r>
        <w:rPr>
          <w:rFonts w:eastAsia="宋体"/>
          <w:sz w:val="22"/>
          <w:lang w:eastAsia="zh-CN"/>
        </w:rPr>
        <w:t>）。</w:t>
      </w:r>
    </w:p>
    <w:p w14:paraId="0EDBA2ED"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天狼星，大犬座</w:t>
      </w:r>
      <w:r>
        <w:rPr>
          <w:rFonts w:eastAsia="宋体"/>
          <w:sz w:val="22"/>
          <w:lang w:eastAsia="zh-CN"/>
        </w:rPr>
        <w:t xml:space="preserve">        (B)</w:t>
      </w:r>
      <w:r>
        <w:rPr>
          <w:rFonts w:eastAsia="宋体"/>
          <w:sz w:val="22"/>
          <w:lang w:eastAsia="zh-CN"/>
        </w:rPr>
        <w:t>南河三，双子座</w:t>
      </w:r>
      <w:r>
        <w:rPr>
          <w:lang w:eastAsia="zh-CN"/>
        </w:rPr>
        <w:br/>
      </w:r>
      <w:r>
        <w:rPr>
          <w:rFonts w:eastAsia="宋体"/>
          <w:sz w:val="22"/>
          <w:lang w:eastAsia="zh-CN"/>
        </w:rPr>
        <w:t xml:space="preserve">    (C)</w:t>
      </w:r>
      <w:r>
        <w:rPr>
          <w:rFonts w:eastAsia="宋体"/>
          <w:sz w:val="22"/>
          <w:lang w:eastAsia="zh-CN"/>
        </w:rPr>
        <w:t>参宿七，猎户座</w:t>
      </w:r>
      <w:r>
        <w:rPr>
          <w:rFonts w:eastAsia="宋体"/>
          <w:sz w:val="22"/>
          <w:lang w:eastAsia="zh-CN"/>
        </w:rPr>
        <w:t xml:space="preserve">        (D)</w:t>
      </w:r>
      <w:r>
        <w:rPr>
          <w:rFonts w:eastAsia="宋体"/>
          <w:sz w:val="22"/>
          <w:lang w:eastAsia="zh-CN"/>
        </w:rPr>
        <w:t>轩辕十四，狮子座</w:t>
      </w:r>
    </w:p>
    <w:p w14:paraId="1B061014" w14:textId="77777777" w:rsidR="009A32DD" w:rsidRDefault="00000000">
      <w:pPr>
        <w:spacing w:before="120" w:after="40" w:line="360" w:lineRule="exact"/>
      </w:pPr>
      <w:r>
        <w:rPr>
          <w:rFonts w:eastAsia="宋体"/>
          <w:sz w:val="22"/>
          <w:lang w:eastAsia="zh-CN"/>
        </w:rPr>
        <w:t xml:space="preserve">15. </w:t>
      </w:r>
      <w:r>
        <w:rPr>
          <w:rFonts w:eastAsia="宋体"/>
          <w:sz w:val="22"/>
          <w:lang w:eastAsia="zh-CN"/>
        </w:rPr>
        <w:t>夜空中以下哪个天体看上去最暗？（</w:t>
      </w:r>
      <w:r>
        <w:rPr>
          <w:rFonts w:eastAsia="宋体"/>
          <w:sz w:val="22"/>
          <w:lang w:eastAsia="zh-CN"/>
        </w:rPr>
        <w:t xml:space="preserve">  </w:t>
      </w:r>
      <w:r>
        <w:rPr>
          <w:rFonts w:eastAsia="宋体"/>
          <w:sz w:val="22"/>
        </w:rPr>
        <w:t>）</w:t>
      </w:r>
    </w:p>
    <w:p w14:paraId="52A388A9" w14:textId="77777777" w:rsidR="009A32DD" w:rsidRDefault="00000000">
      <w:pPr>
        <w:spacing w:after="80" w:line="320" w:lineRule="exact"/>
        <w:ind w:left="283"/>
      </w:pPr>
      <w:r>
        <w:rPr>
          <w:rFonts w:eastAsia="宋体"/>
          <w:sz w:val="22"/>
        </w:rPr>
        <w:t xml:space="preserve">    (A)</w:t>
      </w:r>
      <w:r>
        <w:rPr>
          <w:rFonts w:eastAsia="宋体"/>
          <w:sz w:val="22"/>
        </w:rPr>
        <w:t>土星</w:t>
      </w:r>
      <w:r>
        <w:rPr>
          <w:rFonts w:eastAsia="宋体"/>
          <w:sz w:val="22"/>
        </w:rPr>
        <w:t xml:space="preserve">        (B)</w:t>
      </w:r>
      <w:r>
        <w:rPr>
          <w:rFonts w:eastAsia="宋体"/>
          <w:sz w:val="22"/>
        </w:rPr>
        <w:t>北极星</w:t>
      </w:r>
      <w:r>
        <w:br/>
      </w:r>
      <w:r>
        <w:rPr>
          <w:rFonts w:eastAsia="宋体"/>
          <w:sz w:val="22"/>
        </w:rPr>
        <w:t xml:space="preserve">    (C)</w:t>
      </w:r>
      <w:r>
        <w:rPr>
          <w:rFonts w:eastAsia="宋体"/>
          <w:sz w:val="22"/>
        </w:rPr>
        <w:t>大角星</w:t>
      </w:r>
      <w:r>
        <w:rPr>
          <w:rFonts w:eastAsia="宋体"/>
          <w:sz w:val="22"/>
        </w:rPr>
        <w:t xml:space="preserve">        (D)</w:t>
      </w:r>
      <w:r>
        <w:rPr>
          <w:rFonts w:eastAsia="宋体"/>
          <w:sz w:val="22"/>
        </w:rPr>
        <w:t>牛郎星</w:t>
      </w:r>
    </w:p>
    <w:p w14:paraId="66BE9A7A" w14:textId="77777777" w:rsidR="009A32DD" w:rsidRDefault="00000000">
      <w:pPr>
        <w:spacing w:before="120" w:after="40" w:line="360" w:lineRule="exact"/>
        <w:rPr>
          <w:lang w:eastAsia="zh-CN"/>
        </w:rPr>
      </w:pPr>
      <w:r>
        <w:rPr>
          <w:rFonts w:eastAsia="宋体"/>
          <w:sz w:val="22"/>
          <w:lang w:eastAsia="zh-CN"/>
        </w:rPr>
        <w:t xml:space="preserve">16. </w:t>
      </w:r>
      <w:r>
        <w:rPr>
          <w:rFonts w:eastAsia="宋体"/>
          <w:sz w:val="22"/>
          <w:lang w:eastAsia="zh-CN"/>
        </w:rPr>
        <w:t>在地球赤道地区的观测者肉眼看不到的天体是（</w:t>
      </w:r>
      <w:r>
        <w:rPr>
          <w:rFonts w:eastAsia="宋体"/>
          <w:sz w:val="22"/>
          <w:lang w:eastAsia="zh-CN"/>
        </w:rPr>
        <w:t xml:space="preserve">  </w:t>
      </w:r>
      <w:r>
        <w:rPr>
          <w:rFonts w:eastAsia="宋体"/>
          <w:sz w:val="22"/>
          <w:lang w:eastAsia="zh-CN"/>
        </w:rPr>
        <w:t>）。</w:t>
      </w:r>
    </w:p>
    <w:p w14:paraId="3939276B"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仙女座大星系</w:t>
      </w:r>
      <w:r>
        <w:rPr>
          <w:rFonts w:eastAsia="宋体"/>
          <w:sz w:val="22"/>
          <w:lang w:eastAsia="zh-CN"/>
        </w:rPr>
        <w:t xml:space="preserve">        (B)</w:t>
      </w:r>
      <w:r>
        <w:rPr>
          <w:rFonts w:eastAsia="宋体"/>
          <w:sz w:val="22"/>
          <w:lang w:eastAsia="zh-CN"/>
        </w:rPr>
        <w:t>大麦哲伦星云</w:t>
      </w:r>
      <w:r>
        <w:rPr>
          <w:lang w:eastAsia="zh-CN"/>
        </w:rPr>
        <w:br/>
      </w:r>
      <w:r>
        <w:rPr>
          <w:rFonts w:eastAsia="宋体"/>
          <w:sz w:val="22"/>
          <w:lang w:eastAsia="zh-CN"/>
        </w:rPr>
        <w:t xml:space="preserve">    (C)</w:t>
      </w:r>
      <w:r>
        <w:rPr>
          <w:rFonts w:eastAsia="宋体"/>
          <w:sz w:val="22"/>
          <w:lang w:eastAsia="zh-CN"/>
        </w:rPr>
        <w:t>小麦哲伦星云</w:t>
      </w:r>
      <w:r>
        <w:rPr>
          <w:rFonts w:eastAsia="宋体"/>
          <w:sz w:val="22"/>
          <w:lang w:eastAsia="zh-CN"/>
        </w:rPr>
        <w:t xml:space="preserve">        (D)</w:t>
      </w:r>
      <w:r>
        <w:rPr>
          <w:rFonts w:eastAsia="宋体"/>
          <w:sz w:val="22"/>
          <w:lang w:eastAsia="zh-CN"/>
        </w:rPr>
        <w:t>室女座星系团</w:t>
      </w:r>
    </w:p>
    <w:p w14:paraId="60A9F954" w14:textId="77777777" w:rsidR="009A32DD" w:rsidRDefault="00000000">
      <w:pPr>
        <w:spacing w:before="120" w:after="40" w:line="360" w:lineRule="exact"/>
        <w:rPr>
          <w:lang w:eastAsia="zh-CN"/>
        </w:rPr>
      </w:pPr>
      <w:r>
        <w:rPr>
          <w:rFonts w:eastAsia="宋体"/>
          <w:sz w:val="22"/>
          <w:lang w:eastAsia="zh-CN"/>
        </w:rPr>
        <w:t xml:space="preserve">17. </w:t>
      </w:r>
      <w:r>
        <w:rPr>
          <w:rFonts w:eastAsia="宋体"/>
          <w:sz w:val="22"/>
          <w:lang w:eastAsia="zh-CN"/>
        </w:rPr>
        <w:t>以下年份中哪年可以在中国看到日全食？（</w:t>
      </w:r>
      <w:r>
        <w:rPr>
          <w:rFonts w:eastAsia="宋体"/>
          <w:sz w:val="22"/>
          <w:lang w:eastAsia="zh-CN"/>
        </w:rPr>
        <w:t xml:space="preserve">  </w:t>
      </w:r>
      <w:r>
        <w:rPr>
          <w:rFonts w:eastAsia="宋体"/>
          <w:sz w:val="22"/>
          <w:lang w:eastAsia="zh-CN"/>
        </w:rPr>
        <w:t>）</w:t>
      </w:r>
    </w:p>
    <w:p w14:paraId="73CEF3F6" w14:textId="77777777" w:rsidR="009A32DD" w:rsidRDefault="00000000">
      <w:pPr>
        <w:spacing w:after="80" w:line="320" w:lineRule="exact"/>
        <w:ind w:left="283"/>
        <w:rPr>
          <w:lang w:eastAsia="zh-CN"/>
        </w:rPr>
      </w:pPr>
      <w:r>
        <w:rPr>
          <w:rFonts w:eastAsia="宋体"/>
          <w:sz w:val="22"/>
          <w:lang w:eastAsia="zh-CN"/>
        </w:rPr>
        <w:t xml:space="preserve">    (A)2012     </w:t>
      </w:r>
      <w:proofErr w:type="gramStart"/>
      <w:r>
        <w:rPr>
          <w:rFonts w:eastAsia="宋体"/>
          <w:sz w:val="22"/>
          <w:lang w:eastAsia="zh-CN"/>
        </w:rPr>
        <w:t xml:space="preserve">   (</w:t>
      </w:r>
      <w:proofErr w:type="gramEnd"/>
      <w:r>
        <w:rPr>
          <w:rFonts w:eastAsia="宋体"/>
          <w:sz w:val="22"/>
          <w:lang w:eastAsia="zh-CN"/>
        </w:rPr>
        <w:t>B)2019</w:t>
      </w:r>
      <w:r>
        <w:rPr>
          <w:lang w:eastAsia="zh-CN"/>
        </w:rPr>
        <w:br/>
      </w:r>
      <w:r>
        <w:rPr>
          <w:rFonts w:eastAsia="宋体"/>
          <w:sz w:val="22"/>
          <w:lang w:eastAsia="zh-CN"/>
        </w:rPr>
        <w:t xml:space="preserve">    (C)2022        (D)2035</w:t>
      </w:r>
    </w:p>
    <w:p w14:paraId="65722C83" w14:textId="77777777" w:rsidR="009A32DD" w:rsidRDefault="00000000">
      <w:pPr>
        <w:spacing w:before="120" w:after="40" w:line="360" w:lineRule="exact"/>
        <w:rPr>
          <w:lang w:eastAsia="zh-CN"/>
        </w:rPr>
      </w:pPr>
      <w:r>
        <w:rPr>
          <w:rFonts w:eastAsia="宋体"/>
          <w:sz w:val="22"/>
          <w:lang w:eastAsia="zh-CN"/>
        </w:rPr>
        <w:t xml:space="preserve">18. </w:t>
      </w:r>
      <w:r>
        <w:rPr>
          <w:rFonts w:eastAsia="宋体"/>
          <w:sz w:val="22"/>
          <w:lang w:eastAsia="zh-CN"/>
        </w:rPr>
        <w:t>今年日全食食甚的时间大概是北京时间（</w:t>
      </w:r>
      <w:r>
        <w:rPr>
          <w:rFonts w:eastAsia="宋体"/>
          <w:sz w:val="22"/>
          <w:lang w:eastAsia="zh-CN"/>
        </w:rPr>
        <w:t xml:space="preserve">  </w:t>
      </w:r>
      <w:r>
        <w:rPr>
          <w:rFonts w:eastAsia="宋体"/>
          <w:sz w:val="22"/>
          <w:lang w:eastAsia="zh-CN"/>
        </w:rPr>
        <w:t>）。</w:t>
      </w:r>
    </w:p>
    <w:p w14:paraId="68227913"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早上</w:t>
      </w:r>
      <w:r>
        <w:rPr>
          <w:rFonts w:eastAsia="宋体"/>
          <w:sz w:val="22"/>
          <w:lang w:eastAsia="zh-CN"/>
        </w:rPr>
        <w:t>6</w:t>
      </w:r>
      <w:r>
        <w:rPr>
          <w:rFonts w:eastAsia="宋体"/>
          <w:sz w:val="22"/>
          <w:lang w:eastAsia="zh-CN"/>
        </w:rPr>
        <w:t>点半</w:t>
      </w:r>
      <w:r>
        <w:rPr>
          <w:rFonts w:eastAsia="宋体"/>
          <w:sz w:val="22"/>
          <w:lang w:eastAsia="zh-CN"/>
        </w:rPr>
        <w:t xml:space="preserve">        (B)</w:t>
      </w:r>
      <w:r>
        <w:rPr>
          <w:rFonts w:eastAsia="宋体"/>
          <w:sz w:val="22"/>
          <w:lang w:eastAsia="zh-CN"/>
        </w:rPr>
        <w:t>上午</w:t>
      </w:r>
      <w:r>
        <w:rPr>
          <w:rFonts w:eastAsia="宋体"/>
          <w:sz w:val="22"/>
          <w:lang w:eastAsia="zh-CN"/>
        </w:rPr>
        <w:t>9</w:t>
      </w:r>
      <w:r>
        <w:rPr>
          <w:rFonts w:eastAsia="宋体"/>
          <w:sz w:val="22"/>
          <w:lang w:eastAsia="zh-CN"/>
        </w:rPr>
        <w:t>点半</w:t>
      </w:r>
      <w:r>
        <w:rPr>
          <w:lang w:eastAsia="zh-CN"/>
        </w:rPr>
        <w:br/>
      </w:r>
      <w:r>
        <w:rPr>
          <w:rFonts w:eastAsia="宋体"/>
          <w:sz w:val="22"/>
          <w:lang w:eastAsia="zh-CN"/>
        </w:rPr>
        <w:t xml:space="preserve">    (C)</w:t>
      </w:r>
      <w:r>
        <w:rPr>
          <w:rFonts w:eastAsia="宋体"/>
          <w:sz w:val="22"/>
          <w:lang w:eastAsia="zh-CN"/>
        </w:rPr>
        <w:t>中午</w:t>
      </w:r>
      <w:r>
        <w:rPr>
          <w:rFonts w:eastAsia="宋体"/>
          <w:sz w:val="22"/>
          <w:lang w:eastAsia="zh-CN"/>
        </w:rPr>
        <w:t>12</w:t>
      </w:r>
      <w:r>
        <w:rPr>
          <w:rFonts w:eastAsia="宋体"/>
          <w:sz w:val="22"/>
          <w:lang w:eastAsia="zh-CN"/>
        </w:rPr>
        <w:t>点半</w:t>
      </w:r>
      <w:r>
        <w:rPr>
          <w:rFonts w:eastAsia="宋体"/>
          <w:sz w:val="22"/>
          <w:lang w:eastAsia="zh-CN"/>
        </w:rPr>
        <w:t xml:space="preserve">        (D)</w:t>
      </w:r>
      <w:r>
        <w:rPr>
          <w:rFonts w:eastAsia="宋体"/>
          <w:sz w:val="22"/>
          <w:lang w:eastAsia="zh-CN"/>
        </w:rPr>
        <w:t>下午</w:t>
      </w:r>
      <w:r>
        <w:rPr>
          <w:rFonts w:eastAsia="宋体"/>
          <w:sz w:val="22"/>
          <w:lang w:eastAsia="zh-CN"/>
        </w:rPr>
        <w:t>5</w:t>
      </w:r>
      <w:r>
        <w:rPr>
          <w:rFonts w:eastAsia="宋体"/>
          <w:sz w:val="22"/>
          <w:lang w:eastAsia="zh-CN"/>
        </w:rPr>
        <w:t>点半</w:t>
      </w:r>
    </w:p>
    <w:p w14:paraId="0D8BC5CA" w14:textId="77777777" w:rsidR="009A32DD" w:rsidRDefault="00000000">
      <w:pPr>
        <w:spacing w:before="120" w:after="40" w:line="360" w:lineRule="exact"/>
        <w:rPr>
          <w:lang w:eastAsia="zh-CN"/>
        </w:rPr>
      </w:pPr>
      <w:r>
        <w:rPr>
          <w:rFonts w:eastAsia="宋体"/>
          <w:sz w:val="22"/>
          <w:lang w:eastAsia="zh-CN"/>
        </w:rPr>
        <w:t xml:space="preserve">19. </w:t>
      </w:r>
      <w:r>
        <w:rPr>
          <w:rFonts w:eastAsia="宋体"/>
          <w:sz w:val="22"/>
          <w:lang w:eastAsia="zh-CN"/>
        </w:rPr>
        <w:t>今年日全食的全食区域从进入我国西部到离开上海附近总共持续的时间约为（</w:t>
      </w:r>
      <w:r>
        <w:rPr>
          <w:rFonts w:eastAsia="宋体"/>
          <w:sz w:val="22"/>
          <w:lang w:eastAsia="zh-CN"/>
        </w:rPr>
        <w:t xml:space="preserve">  </w:t>
      </w:r>
      <w:r>
        <w:rPr>
          <w:rFonts w:eastAsia="宋体"/>
          <w:sz w:val="22"/>
          <w:lang w:eastAsia="zh-CN"/>
        </w:rPr>
        <w:t>）分钟。</w:t>
      </w:r>
    </w:p>
    <w:p w14:paraId="462FA1D6" w14:textId="77777777" w:rsidR="009A32DD" w:rsidRDefault="00000000">
      <w:pPr>
        <w:spacing w:after="80" w:line="320" w:lineRule="exact"/>
        <w:ind w:left="283"/>
        <w:rPr>
          <w:lang w:eastAsia="zh-CN"/>
        </w:rPr>
      </w:pPr>
      <w:r>
        <w:rPr>
          <w:rFonts w:eastAsia="宋体"/>
          <w:sz w:val="22"/>
          <w:lang w:eastAsia="zh-CN"/>
        </w:rPr>
        <w:t xml:space="preserve">    (A)6        (B)30</w:t>
      </w:r>
      <w:r>
        <w:rPr>
          <w:lang w:eastAsia="zh-CN"/>
        </w:rPr>
        <w:br/>
      </w:r>
      <w:r>
        <w:rPr>
          <w:rFonts w:eastAsia="宋体"/>
          <w:sz w:val="22"/>
          <w:lang w:eastAsia="zh-CN"/>
        </w:rPr>
        <w:t xml:space="preserve">    (C)60        (D)</w:t>
      </w:r>
      <w:r>
        <w:rPr>
          <w:rFonts w:eastAsia="宋体"/>
          <w:sz w:val="22"/>
          <w:lang w:eastAsia="zh-CN"/>
        </w:rPr>
        <w:t>超过</w:t>
      </w:r>
      <w:r>
        <w:rPr>
          <w:rFonts w:eastAsia="宋体"/>
          <w:sz w:val="22"/>
          <w:lang w:eastAsia="zh-CN"/>
        </w:rPr>
        <w:t>90</w:t>
      </w:r>
    </w:p>
    <w:p w14:paraId="2C606536" w14:textId="77777777" w:rsidR="009A32DD" w:rsidRDefault="00000000">
      <w:pPr>
        <w:spacing w:before="120" w:after="40" w:line="360" w:lineRule="exact"/>
        <w:rPr>
          <w:lang w:eastAsia="zh-CN"/>
        </w:rPr>
      </w:pPr>
      <w:r>
        <w:rPr>
          <w:rFonts w:eastAsia="宋体"/>
          <w:sz w:val="22"/>
          <w:lang w:eastAsia="zh-CN"/>
        </w:rPr>
        <w:t xml:space="preserve">20. </w:t>
      </w:r>
      <w:proofErr w:type="gramStart"/>
      <w:r>
        <w:rPr>
          <w:rFonts w:eastAsia="宋体"/>
          <w:sz w:val="22"/>
          <w:lang w:eastAsia="zh-CN"/>
        </w:rPr>
        <w:t>鹿林彗星</w:t>
      </w:r>
      <w:proofErr w:type="gramEnd"/>
      <w:r>
        <w:rPr>
          <w:rFonts w:eastAsia="宋体"/>
          <w:sz w:val="22"/>
          <w:lang w:eastAsia="zh-CN"/>
        </w:rPr>
        <w:t>现在所在的星座是（</w:t>
      </w:r>
      <w:r>
        <w:rPr>
          <w:rFonts w:eastAsia="宋体"/>
          <w:sz w:val="22"/>
          <w:lang w:eastAsia="zh-CN"/>
        </w:rPr>
        <w:t xml:space="preserve">  </w:t>
      </w:r>
      <w:r>
        <w:rPr>
          <w:rFonts w:eastAsia="宋体"/>
          <w:sz w:val="22"/>
          <w:lang w:eastAsia="zh-CN"/>
        </w:rPr>
        <w:t>）。</w:t>
      </w:r>
    </w:p>
    <w:p w14:paraId="091793A0"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英仙座</w:t>
      </w:r>
      <w:r>
        <w:rPr>
          <w:rFonts w:eastAsia="宋体"/>
          <w:sz w:val="22"/>
          <w:lang w:eastAsia="zh-CN"/>
        </w:rPr>
        <w:t xml:space="preserve">        (B)</w:t>
      </w:r>
      <w:r>
        <w:rPr>
          <w:rFonts w:eastAsia="宋体"/>
          <w:sz w:val="22"/>
          <w:lang w:eastAsia="zh-CN"/>
        </w:rPr>
        <w:t>狮子座</w:t>
      </w:r>
      <w:r>
        <w:rPr>
          <w:lang w:eastAsia="zh-CN"/>
        </w:rPr>
        <w:br/>
      </w:r>
      <w:r>
        <w:rPr>
          <w:rFonts w:eastAsia="宋体"/>
          <w:sz w:val="22"/>
          <w:lang w:eastAsia="zh-CN"/>
        </w:rPr>
        <w:t xml:space="preserve">    (C)</w:t>
      </w:r>
      <w:r>
        <w:rPr>
          <w:rFonts w:eastAsia="宋体"/>
          <w:sz w:val="22"/>
          <w:lang w:eastAsia="zh-CN"/>
        </w:rPr>
        <w:t>鹿豹座</w:t>
      </w:r>
      <w:r>
        <w:rPr>
          <w:rFonts w:eastAsia="宋体"/>
          <w:sz w:val="22"/>
          <w:lang w:eastAsia="zh-CN"/>
        </w:rPr>
        <w:t xml:space="preserve">        (D)</w:t>
      </w:r>
      <w:r>
        <w:rPr>
          <w:rFonts w:eastAsia="宋体"/>
          <w:sz w:val="22"/>
          <w:lang w:eastAsia="zh-CN"/>
        </w:rPr>
        <w:t>小熊座</w:t>
      </w:r>
    </w:p>
    <w:p w14:paraId="68870DC8" w14:textId="77777777" w:rsidR="009A32DD" w:rsidRDefault="00000000">
      <w:pPr>
        <w:spacing w:before="120" w:after="40" w:line="360" w:lineRule="exact"/>
        <w:rPr>
          <w:lang w:eastAsia="zh-CN"/>
        </w:rPr>
      </w:pPr>
      <w:r>
        <w:rPr>
          <w:rFonts w:eastAsia="宋体"/>
          <w:sz w:val="22"/>
          <w:lang w:eastAsia="zh-CN"/>
        </w:rPr>
        <w:t xml:space="preserve">21. </w:t>
      </w:r>
      <w:r>
        <w:rPr>
          <w:rFonts w:eastAsia="宋体"/>
          <w:sz w:val="22"/>
          <w:lang w:eastAsia="zh-CN"/>
        </w:rPr>
        <w:t>以下哪个不是近期的天文发现？（</w:t>
      </w:r>
      <w:r>
        <w:rPr>
          <w:rFonts w:eastAsia="宋体"/>
          <w:sz w:val="22"/>
          <w:lang w:eastAsia="zh-CN"/>
        </w:rPr>
        <w:t xml:space="preserve">  </w:t>
      </w:r>
      <w:r>
        <w:rPr>
          <w:rFonts w:eastAsia="宋体"/>
          <w:sz w:val="22"/>
          <w:lang w:eastAsia="zh-CN"/>
        </w:rPr>
        <w:t>）</w:t>
      </w:r>
    </w:p>
    <w:p w14:paraId="20289563"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发现到目前为止最小的类地行星</w:t>
      </w:r>
      <w:r>
        <w:rPr>
          <w:rFonts w:eastAsia="宋体"/>
          <w:sz w:val="22"/>
          <w:lang w:eastAsia="zh-CN"/>
        </w:rPr>
        <w:t xml:space="preserve">        (B)</w:t>
      </w:r>
      <w:r>
        <w:rPr>
          <w:rFonts w:eastAsia="宋体"/>
          <w:sz w:val="22"/>
          <w:lang w:eastAsia="zh-CN"/>
        </w:rPr>
        <w:t>荷兰三名大学生发现一颗太阳系外行星</w:t>
      </w:r>
      <w:r>
        <w:rPr>
          <w:lang w:eastAsia="zh-CN"/>
        </w:rPr>
        <w:br/>
      </w:r>
      <w:r>
        <w:rPr>
          <w:rFonts w:eastAsia="宋体"/>
          <w:sz w:val="22"/>
          <w:lang w:eastAsia="zh-CN"/>
        </w:rPr>
        <w:t xml:space="preserve">    (C)</w:t>
      </w:r>
      <w:r>
        <w:rPr>
          <w:rFonts w:eastAsia="宋体"/>
          <w:sz w:val="22"/>
          <w:lang w:eastAsia="zh-CN"/>
        </w:rPr>
        <w:t>中日天文学家合作发现一颗太阳系外行星</w:t>
      </w:r>
      <w:r>
        <w:rPr>
          <w:rFonts w:eastAsia="宋体"/>
          <w:sz w:val="22"/>
          <w:lang w:eastAsia="zh-CN"/>
        </w:rPr>
        <w:t xml:space="preserve">        (D)</w:t>
      </w:r>
      <w:r>
        <w:rPr>
          <w:rFonts w:eastAsia="宋体"/>
          <w:sz w:val="22"/>
          <w:lang w:eastAsia="zh-CN"/>
        </w:rPr>
        <w:t>发现太阳系外行星存在生命的初步证据</w:t>
      </w:r>
    </w:p>
    <w:p w14:paraId="4FF7C7BD" w14:textId="77777777" w:rsidR="009A32DD" w:rsidRDefault="00000000">
      <w:pPr>
        <w:spacing w:before="120" w:after="40" w:line="360" w:lineRule="exact"/>
      </w:pPr>
      <w:r>
        <w:rPr>
          <w:rFonts w:eastAsia="宋体"/>
          <w:sz w:val="22"/>
        </w:rPr>
        <w:t xml:space="preserve">22. </w:t>
      </w:r>
      <w:proofErr w:type="spellStart"/>
      <w:r>
        <w:rPr>
          <w:rFonts w:eastAsia="宋体"/>
          <w:sz w:val="22"/>
        </w:rPr>
        <w:t>以下不是本月天文事件的是</w:t>
      </w:r>
      <w:proofErr w:type="spellEnd"/>
      <w:proofErr w:type="gramStart"/>
      <w:r>
        <w:rPr>
          <w:rFonts w:eastAsia="宋体"/>
          <w:sz w:val="22"/>
        </w:rPr>
        <w:t>（</w:t>
      </w:r>
      <w:r>
        <w:rPr>
          <w:rFonts w:eastAsia="宋体"/>
          <w:sz w:val="22"/>
        </w:rPr>
        <w:t xml:space="preserve">  </w:t>
      </w:r>
      <w:r>
        <w:rPr>
          <w:rFonts w:eastAsia="宋体"/>
          <w:sz w:val="22"/>
        </w:rPr>
        <w:t>）</w:t>
      </w:r>
      <w:proofErr w:type="gramEnd"/>
      <w:r>
        <w:rPr>
          <w:rFonts w:eastAsia="宋体"/>
          <w:sz w:val="22"/>
        </w:rPr>
        <w:t>。</w:t>
      </w:r>
    </w:p>
    <w:p w14:paraId="6FB67027" w14:textId="77777777" w:rsidR="009A32DD" w:rsidRDefault="00000000">
      <w:pPr>
        <w:spacing w:after="80" w:line="320" w:lineRule="exact"/>
        <w:ind w:left="283"/>
        <w:rPr>
          <w:lang w:eastAsia="zh-CN"/>
        </w:rPr>
      </w:pPr>
      <w:r>
        <w:rPr>
          <w:rFonts w:eastAsia="宋体"/>
          <w:sz w:val="22"/>
        </w:rPr>
        <w:t xml:space="preserve">    </w:t>
      </w:r>
      <w:r>
        <w:rPr>
          <w:rFonts w:eastAsia="宋体"/>
          <w:sz w:val="22"/>
          <w:lang w:eastAsia="zh-CN"/>
        </w:rPr>
        <w:t>(A)</w:t>
      </w:r>
      <w:r>
        <w:rPr>
          <w:rFonts w:eastAsia="宋体"/>
          <w:sz w:val="22"/>
          <w:lang w:eastAsia="zh-CN"/>
        </w:rPr>
        <w:t>土星冲日</w:t>
      </w:r>
      <w:r>
        <w:rPr>
          <w:rFonts w:eastAsia="宋体"/>
          <w:sz w:val="22"/>
          <w:lang w:eastAsia="zh-CN"/>
        </w:rPr>
        <w:t xml:space="preserve">        (B)</w:t>
      </w:r>
      <w:r>
        <w:rPr>
          <w:rFonts w:eastAsia="宋体"/>
          <w:sz w:val="22"/>
          <w:lang w:eastAsia="zh-CN"/>
        </w:rPr>
        <w:t>月掩木星</w:t>
      </w:r>
      <w:r>
        <w:rPr>
          <w:lang w:eastAsia="zh-CN"/>
        </w:rPr>
        <w:br/>
      </w:r>
      <w:r>
        <w:rPr>
          <w:rFonts w:eastAsia="宋体"/>
          <w:sz w:val="22"/>
          <w:lang w:eastAsia="zh-CN"/>
        </w:rPr>
        <w:t xml:space="preserve">    (C)</w:t>
      </w:r>
      <w:r>
        <w:rPr>
          <w:rFonts w:eastAsia="宋体"/>
          <w:sz w:val="22"/>
          <w:lang w:eastAsia="zh-CN"/>
        </w:rPr>
        <w:t>美俄卫星相撞</w:t>
      </w:r>
      <w:r>
        <w:rPr>
          <w:rFonts w:eastAsia="宋体"/>
          <w:sz w:val="22"/>
          <w:lang w:eastAsia="zh-CN"/>
        </w:rPr>
        <w:t xml:space="preserve">        (D)</w:t>
      </w:r>
      <w:proofErr w:type="gramStart"/>
      <w:r>
        <w:rPr>
          <w:rFonts w:eastAsia="宋体"/>
          <w:sz w:val="22"/>
          <w:lang w:eastAsia="zh-CN"/>
        </w:rPr>
        <w:t>鹿林彗星</w:t>
      </w:r>
      <w:proofErr w:type="gramEnd"/>
      <w:r>
        <w:rPr>
          <w:rFonts w:eastAsia="宋体"/>
          <w:sz w:val="22"/>
          <w:lang w:eastAsia="zh-CN"/>
        </w:rPr>
        <w:t>过近地点</w:t>
      </w:r>
    </w:p>
    <w:p w14:paraId="44F987D9" w14:textId="77777777" w:rsidR="009A32DD" w:rsidRDefault="00000000">
      <w:pPr>
        <w:spacing w:before="120" w:after="40" w:line="360" w:lineRule="exact"/>
        <w:rPr>
          <w:lang w:eastAsia="zh-CN"/>
        </w:rPr>
      </w:pPr>
      <w:r>
        <w:rPr>
          <w:rFonts w:eastAsia="宋体"/>
          <w:sz w:val="22"/>
          <w:lang w:eastAsia="zh-CN"/>
        </w:rPr>
        <w:lastRenderedPageBreak/>
        <w:t xml:space="preserve">23. </w:t>
      </w:r>
      <w:r>
        <w:rPr>
          <w:rFonts w:eastAsia="宋体"/>
          <w:sz w:val="22"/>
          <w:lang w:eastAsia="zh-CN"/>
        </w:rPr>
        <w:t>在木星的</w:t>
      </w:r>
      <w:r>
        <w:rPr>
          <w:rFonts w:eastAsia="宋体"/>
          <w:sz w:val="22"/>
          <w:lang w:eastAsia="zh-CN"/>
        </w:rPr>
        <w:t>4</w:t>
      </w:r>
      <w:r>
        <w:rPr>
          <w:rFonts w:eastAsia="宋体"/>
          <w:sz w:val="22"/>
          <w:lang w:eastAsia="zh-CN"/>
        </w:rPr>
        <w:t>颗伽利略卫星中直</w:t>
      </w:r>
      <w:proofErr w:type="gramStart"/>
      <w:r>
        <w:rPr>
          <w:rFonts w:eastAsia="宋体"/>
          <w:sz w:val="22"/>
          <w:lang w:eastAsia="zh-CN"/>
        </w:rPr>
        <w:t>径</w:t>
      </w:r>
      <w:proofErr w:type="gramEnd"/>
      <w:r>
        <w:rPr>
          <w:rFonts w:eastAsia="宋体"/>
          <w:sz w:val="22"/>
          <w:lang w:eastAsia="zh-CN"/>
        </w:rPr>
        <w:t>最大的是（</w:t>
      </w:r>
      <w:r>
        <w:rPr>
          <w:rFonts w:eastAsia="宋体"/>
          <w:sz w:val="22"/>
          <w:lang w:eastAsia="zh-CN"/>
        </w:rPr>
        <w:t xml:space="preserve">  </w:t>
      </w:r>
      <w:r>
        <w:rPr>
          <w:rFonts w:eastAsia="宋体"/>
          <w:sz w:val="22"/>
          <w:lang w:eastAsia="zh-CN"/>
        </w:rPr>
        <w:t>）。</w:t>
      </w:r>
    </w:p>
    <w:p w14:paraId="33DD5717"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木卫一</w:t>
      </w:r>
      <w:r>
        <w:rPr>
          <w:rFonts w:eastAsia="宋体"/>
          <w:sz w:val="22"/>
          <w:lang w:eastAsia="zh-CN"/>
        </w:rPr>
        <w:t xml:space="preserve">        (B)</w:t>
      </w:r>
      <w:r>
        <w:rPr>
          <w:rFonts w:eastAsia="宋体"/>
          <w:sz w:val="22"/>
          <w:lang w:eastAsia="zh-CN"/>
        </w:rPr>
        <w:t>木卫二</w:t>
      </w:r>
      <w:r>
        <w:rPr>
          <w:lang w:eastAsia="zh-CN"/>
        </w:rPr>
        <w:br/>
      </w:r>
      <w:r>
        <w:rPr>
          <w:rFonts w:eastAsia="宋体"/>
          <w:sz w:val="22"/>
          <w:lang w:eastAsia="zh-CN"/>
        </w:rPr>
        <w:t xml:space="preserve">    (C)</w:t>
      </w:r>
      <w:r>
        <w:rPr>
          <w:rFonts w:eastAsia="宋体"/>
          <w:sz w:val="22"/>
          <w:lang w:eastAsia="zh-CN"/>
        </w:rPr>
        <w:t>木卫三</w:t>
      </w:r>
      <w:r>
        <w:rPr>
          <w:rFonts w:eastAsia="宋体"/>
          <w:sz w:val="22"/>
          <w:lang w:eastAsia="zh-CN"/>
        </w:rPr>
        <w:t xml:space="preserve">        (D)</w:t>
      </w:r>
      <w:r>
        <w:rPr>
          <w:rFonts w:eastAsia="宋体"/>
          <w:sz w:val="22"/>
          <w:lang w:eastAsia="zh-CN"/>
        </w:rPr>
        <w:t>木卫四</w:t>
      </w:r>
    </w:p>
    <w:p w14:paraId="4D62DD3B" w14:textId="77777777" w:rsidR="009A32DD" w:rsidRDefault="00000000">
      <w:pPr>
        <w:spacing w:before="120" w:after="40" w:line="360" w:lineRule="exact"/>
        <w:rPr>
          <w:lang w:eastAsia="zh-CN"/>
        </w:rPr>
      </w:pPr>
      <w:r>
        <w:rPr>
          <w:rFonts w:eastAsia="宋体"/>
          <w:sz w:val="22"/>
          <w:lang w:eastAsia="zh-CN"/>
        </w:rPr>
        <w:t xml:space="preserve">24. </w:t>
      </w:r>
      <w:r>
        <w:rPr>
          <w:rFonts w:eastAsia="宋体"/>
          <w:sz w:val="22"/>
          <w:lang w:eastAsia="zh-CN"/>
        </w:rPr>
        <w:t>到目前为止国际上已经发现的获得永久编号的小行星大约为（</w:t>
      </w:r>
      <w:r>
        <w:rPr>
          <w:rFonts w:eastAsia="宋体"/>
          <w:sz w:val="22"/>
          <w:lang w:eastAsia="zh-CN"/>
        </w:rPr>
        <w:t xml:space="preserve">  </w:t>
      </w:r>
      <w:r>
        <w:rPr>
          <w:rFonts w:eastAsia="宋体"/>
          <w:sz w:val="22"/>
          <w:lang w:eastAsia="zh-CN"/>
        </w:rPr>
        <w:t>）颗。</w:t>
      </w:r>
    </w:p>
    <w:p w14:paraId="64CDEC09" w14:textId="77777777" w:rsidR="009A32DD" w:rsidRDefault="00000000">
      <w:pPr>
        <w:spacing w:after="80" w:line="320" w:lineRule="exact"/>
        <w:ind w:left="283"/>
      </w:pPr>
      <w:r>
        <w:rPr>
          <w:rFonts w:eastAsia="宋体"/>
          <w:sz w:val="22"/>
          <w:lang w:eastAsia="zh-CN"/>
        </w:rPr>
        <w:t xml:space="preserve">    </w:t>
      </w:r>
      <w:r>
        <w:rPr>
          <w:rFonts w:eastAsia="宋体"/>
          <w:sz w:val="22"/>
        </w:rPr>
        <w:t>(A)</w:t>
      </w:r>
      <w:r>
        <w:rPr>
          <w:rFonts w:eastAsia="宋体"/>
          <w:sz w:val="22"/>
        </w:rPr>
        <w:t>接近</w:t>
      </w:r>
      <w:r>
        <w:rPr>
          <w:rFonts w:eastAsia="宋体"/>
          <w:sz w:val="22"/>
        </w:rPr>
        <w:t>5</w:t>
      </w:r>
      <w:r>
        <w:rPr>
          <w:rFonts w:eastAsia="宋体"/>
          <w:sz w:val="22"/>
        </w:rPr>
        <w:t>万</w:t>
      </w:r>
      <w:r>
        <w:rPr>
          <w:rFonts w:eastAsia="宋体"/>
          <w:sz w:val="22"/>
        </w:rPr>
        <w:t xml:space="preserve">     </w:t>
      </w:r>
      <w:proofErr w:type="gramStart"/>
      <w:r>
        <w:rPr>
          <w:rFonts w:eastAsia="宋体"/>
          <w:sz w:val="22"/>
        </w:rPr>
        <w:t xml:space="preserve">   (</w:t>
      </w:r>
      <w:proofErr w:type="gramEnd"/>
      <w:r>
        <w:rPr>
          <w:rFonts w:eastAsia="宋体"/>
          <w:sz w:val="22"/>
        </w:rPr>
        <w:t>B)10</w:t>
      </w:r>
      <w:r>
        <w:rPr>
          <w:rFonts w:eastAsia="宋体"/>
          <w:sz w:val="22"/>
        </w:rPr>
        <w:t>万</w:t>
      </w:r>
      <w:r>
        <w:br/>
      </w:r>
      <w:r>
        <w:rPr>
          <w:rFonts w:eastAsia="宋体"/>
          <w:sz w:val="22"/>
        </w:rPr>
        <w:t xml:space="preserve">    (C)20</w:t>
      </w:r>
      <w:r>
        <w:rPr>
          <w:rFonts w:eastAsia="宋体"/>
          <w:sz w:val="22"/>
        </w:rPr>
        <w:t>万</w:t>
      </w:r>
      <w:r>
        <w:rPr>
          <w:rFonts w:eastAsia="宋体"/>
          <w:sz w:val="22"/>
        </w:rPr>
        <w:t xml:space="preserve">        (D)</w:t>
      </w:r>
      <w:r>
        <w:rPr>
          <w:rFonts w:eastAsia="宋体"/>
          <w:sz w:val="22"/>
        </w:rPr>
        <w:t>超过</w:t>
      </w:r>
      <w:r>
        <w:rPr>
          <w:rFonts w:eastAsia="宋体"/>
          <w:sz w:val="22"/>
        </w:rPr>
        <w:t>30</w:t>
      </w:r>
      <w:r>
        <w:rPr>
          <w:rFonts w:eastAsia="宋体"/>
          <w:sz w:val="22"/>
        </w:rPr>
        <w:t>万</w:t>
      </w:r>
    </w:p>
    <w:p w14:paraId="4AE4F9AC" w14:textId="77777777" w:rsidR="009A32DD" w:rsidRDefault="00000000">
      <w:pPr>
        <w:spacing w:before="120" w:after="40" w:line="360" w:lineRule="exact"/>
      </w:pPr>
      <w:r>
        <w:rPr>
          <w:rFonts w:eastAsia="宋体"/>
          <w:sz w:val="22"/>
        </w:rPr>
        <w:t xml:space="preserve">25. </w:t>
      </w:r>
      <w:r>
        <w:rPr>
          <w:rFonts w:eastAsia="宋体"/>
          <w:sz w:val="22"/>
        </w:rPr>
        <w:t>最近几天在天球上相距最近的两颗行星是（</w:t>
      </w:r>
      <w:r>
        <w:rPr>
          <w:rFonts w:eastAsia="宋体"/>
          <w:sz w:val="22"/>
        </w:rPr>
        <w:t xml:space="preserve">  </w:t>
      </w:r>
      <w:r>
        <w:rPr>
          <w:rFonts w:eastAsia="宋体"/>
          <w:sz w:val="22"/>
        </w:rPr>
        <w:t>）。</w:t>
      </w:r>
    </w:p>
    <w:p w14:paraId="4D4B249C" w14:textId="77777777" w:rsidR="009A32DD" w:rsidRDefault="00000000">
      <w:pPr>
        <w:spacing w:after="80" w:line="320" w:lineRule="exact"/>
        <w:ind w:left="283"/>
      </w:pPr>
      <w:r>
        <w:rPr>
          <w:rFonts w:eastAsia="宋体"/>
          <w:sz w:val="22"/>
        </w:rPr>
        <w:t xml:space="preserve">    (A)</w:t>
      </w:r>
      <w:r>
        <w:rPr>
          <w:rFonts w:eastAsia="宋体"/>
          <w:sz w:val="22"/>
        </w:rPr>
        <w:t>金星和火星</w:t>
      </w:r>
      <w:r>
        <w:rPr>
          <w:rFonts w:eastAsia="宋体"/>
          <w:sz w:val="22"/>
        </w:rPr>
        <w:t xml:space="preserve">        (B)</w:t>
      </w:r>
      <w:r>
        <w:rPr>
          <w:rFonts w:eastAsia="宋体"/>
          <w:sz w:val="22"/>
        </w:rPr>
        <w:t>火星和木星</w:t>
      </w:r>
      <w:r>
        <w:br/>
      </w:r>
      <w:r>
        <w:rPr>
          <w:rFonts w:eastAsia="宋体"/>
          <w:sz w:val="22"/>
        </w:rPr>
        <w:t xml:space="preserve">    (C)</w:t>
      </w:r>
      <w:r>
        <w:rPr>
          <w:rFonts w:eastAsia="宋体"/>
          <w:sz w:val="22"/>
        </w:rPr>
        <w:t>木星和土星</w:t>
      </w:r>
      <w:r>
        <w:rPr>
          <w:rFonts w:eastAsia="宋体"/>
          <w:sz w:val="22"/>
        </w:rPr>
        <w:t xml:space="preserve">        (D)</w:t>
      </w:r>
      <w:r>
        <w:rPr>
          <w:rFonts w:eastAsia="宋体"/>
          <w:sz w:val="22"/>
        </w:rPr>
        <w:t>土星和金星</w:t>
      </w:r>
    </w:p>
    <w:p w14:paraId="56C84871" w14:textId="77777777" w:rsidR="009A32DD" w:rsidRDefault="00000000">
      <w:pPr>
        <w:spacing w:before="120" w:after="40" w:line="360" w:lineRule="exact"/>
        <w:rPr>
          <w:lang w:eastAsia="zh-CN"/>
        </w:rPr>
      </w:pPr>
      <w:r>
        <w:rPr>
          <w:rFonts w:eastAsia="宋体"/>
          <w:sz w:val="22"/>
          <w:lang w:eastAsia="zh-CN"/>
        </w:rPr>
        <w:t>26. 2009</w:t>
      </w:r>
      <w:r>
        <w:rPr>
          <w:rFonts w:eastAsia="宋体"/>
          <w:sz w:val="22"/>
          <w:lang w:eastAsia="zh-CN"/>
        </w:rPr>
        <w:t>年相对来说观测条件不太好的流星雨是（</w:t>
      </w:r>
      <w:r>
        <w:rPr>
          <w:rFonts w:eastAsia="宋体"/>
          <w:sz w:val="22"/>
          <w:lang w:eastAsia="zh-CN"/>
        </w:rPr>
        <w:t xml:space="preserve">  </w:t>
      </w:r>
      <w:r>
        <w:rPr>
          <w:rFonts w:eastAsia="宋体"/>
          <w:sz w:val="22"/>
          <w:lang w:eastAsia="zh-CN"/>
        </w:rPr>
        <w:t>）流星雨。</w:t>
      </w:r>
    </w:p>
    <w:p w14:paraId="5C8FF3BC"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英仙座</w:t>
      </w:r>
      <w:r>
        <w:rPr>
          <w:rFonts w:eastAsia="宋体"/>
          <w:sz w:val="22"/>
          <w:lang w:eastAsia="zh-CN"/>
        </w:rPr>
        <w:t xml:space="preserve">        (B)</w:t>
      </w:r>
      <w:r>
        <w:rPr>
          <w:rFonts w:eastAsia="宋体"/>
          <w:sz w:val="22"/>
          <w:lang w:eastAsia="zh-CN"/>
        </w:rPr>
        <w:t>猎户座</w:t>
      </w:r>
      <w:r>
        <w:rPr>
          <w:lang w:eastAsia="zh-CN"/>
        </w:rPr>
        <w:br/>
      </w:r>
      <w:r>
        <w:rPr>
          <w:rFonts w:eastAsia="宋体"/>
          <w:sz w:val="22"/>
          <w:lang w:eastAsia="zh-CN"/>
        </w:rPr>
        <w:t xml:space="preserve">    (C)</w:t>
      </w:r>
      <w:r>
        <w:rPr>
          <w:rFonts w:eastAsia="宋体"/>
          <w:sz w:val="22"/>
          <w:lang w:eastAsia="zh-CN"/>
        </w:rPr>
        <w:t>狮子座</w:t>
      </w:r>
      <w:r>
        <w:rPr>
          <w:rFonts w:eastAsia="宋体"/>
          <w:sz w:val="22"/>
          <w:lang w:eastAsia="zh-CN"/>
        </w:rPr>
        <w:t xml:space="preserve">        (D)</w:t>
      </w:r>
      <w:r>
        <w:rPr>
          <w:rFonts w:eastAsia="宋体"/>
          <w:sz w:val="22"/>
          <w:lang w:eastAsia="zh-CN"/>
        </w:rPr>
        <w:t>双子座</w:t>
      </w:r>
    </w:p>
    <w:p w14:paraId="19866797" w14:textId="77777777" w:rsidR="009A32DD" w:rsidRDefault="00000000">
      <w:pPr>
        <w:spacing w:before="120" w:after="40" w:line="360" w:lineRule="exact"/>
        <w:rPr>
          <w:lang w:eastAsia="zh-CN"/>
        </w:rPr>
      </w:pPr>
      <w:r>
        <w:rPr>
          <w:rFonts w:eastAsia="宋体"/>
          <w:sz w:val="22"/>
          <w:lang w:eastAsia="zh-CN"/>
        </w:rPr>
        <w:t xml:space="preserve">27. </w:t>
      </w:r>
      <w:r>
        <w:rPr>
          <w:rFonts w:eastAsia="宋体"/>
          <w:sz w:val="22"/>
          <w:lang w:eastAsia="zh-CN"/>
        </w:rPr>
        <w:t>最近两年里没有发射月球探测器的国家是（</w:t>
      </w:r>
      <w:r>
        <w:rPr>
          <w:rFonts w:eastAsia="宋体"/>
          <w:sz w:val="22"/>
          <w:lang w:eastAsia="zh-CN"/>
        </w:rPr>
        <w:t xml:space="preserve">  </w:t>
      </w:r>
      <w:r>
        <w:rPr>
          <w:rFonts w:eastAsia="宋体"/>
          <w:sz w:val="22"/>
          <w:lang w:eastAsia="zh-CN"/>
        </w:rPr>
        <w:t>）。</w:t>
      </w:r>
    </w:p>
    <w:p w14:paraId="5440BBBC" w14:textId="77777777" w:rsidR="009A32DD" w:rsidRDefault="00000000">
      <w:pPr>
        <w:spacing w:after="80" w:line="320" w:lineRule="exact"/>
        <w:ind w:left="283"/>
      </w:pPr>
      <w:r>
        <w:rPr>
          <w:rFonts w:eastAsia="宋体"/>
          <w:sz w:val="22"/>
          <w:lang w:eastAsia="zh-CN"/>
        </w:rPr>
        <w:t xml:space="preserve">    </w:t>
      </w:r>
      <w:r>
        <w:rPr>
          <w:rFonts w:eastAsia="宋体"/>
          <w:sz w:val="22"/>
        </w:rPr>
        <w:t>(A)</w:t>
      </w:r>
      <w:proofErr w:type="spellStart"/>
      <w:r>
        <w:rPr>
          <w:rFonts w:eastAsia="宋体"/>
          <w:sz w:val="22"/>
        </w:rPr>
        <w:t>日本</w:t>
      </w:r>
      <w:proofErr w:type="spellEnd"/>
      <w:r>
        <w:rPr>
          <w:rFonts w:eastAsia="宋体"/>
          <w:sz w:val="22"/>
        </w:rPr>
        <w:t xml:space="preserve">     </w:t>
      </w:r>
      <w:proofErr w:type="gramStart"/>
      <w:r>
        <w:rPr>
          <w:rFonts w:eastAsia="宋体"/>
          <w:sz w:val="22"/>
        </w:rPr>
        <w:t xml:space="preserve">   (</w:t>
      </w:r>
      <w:proofErr w:type="gramEnd"/>
      <w:r>
        <w:rPr>
          <w:rFonts w:eastAsia="宋体"/>
          <w:sz w:val="22"/>
        </w:rPr>
        <w:t>B)</w:t>
      </w:r>
      <w:proofErr w:type="spellStart"/>
      <w:r>
        <w:rPr>
          <w:rFonts w:eastAsia="宋体"/>
          <w:sz w:val="22"/>
        </w:rPr>
        <w:t>中国</w:t>
      </w:r>
      <w:proofErr w:type="spellEnd"/>
      <w:r>
        <w:br/>
      </w:r>
      <w:r>
        <w:rPr>
          <w:rFonts w:eastAsia="宋体"/>
          <w:sz w:val="22"/>
        </w:rPr>
        <w:t xml:space="preserve">    (C)</w:t>
      </w:r>
      <w:proofErr w:type="spellStart"/>
      <w:r>
        <w:rPr>
          <w:rFonts w:eastAsia="宋体"/>
          <w:sz w:val="22"/>
        </w:rPr>
        <w:t>印度</w:t>
      </w:r>
      <w:proofErr w:type="spellEnd"/>
      <w:r>
        <w:rPr>
          <w:rFonts w:eastAsia="宋体"/>
          <w:sz w:val="22"/>
        </w:rPr>
        <w:t xml:space="preserve">        (D)</w:t>
      </w:r>
      <w:proofErr w:type="spellStart"/>
      <w:r>
        <w:rPr>
          <w:rFonts w:eastAsia="宋体"/>
          <w:sz w:val="22"/>
        </w:rPr>
        <w:t>美国</w:t>
      </w:r>
      <w:proofErr w:type="spellEnd"/>
    </w:p>
    <w:p w14:paraId="526EF7C2" w14:textId="77777777" w:rsidR="009A32DD" w:rsidRDefault="00000000">
      <w:pPr>
        <w:spacing w:before="120" w:after="40" w:line="360" w:lineRule="exact"/>
      </w:pPr>
      <w:r>
        <w:rPr>
          <w:rFonts w:eastAsia="宋体"/>
          <w:sz w:val="22"/>
        </w:rPr>
        <w:t xml:space="preserve">28. </w:t>
      </w:r>
      <w:r>
        <w:rPr>
          <w:rFonts w:eastAsia="宋体"/>
          <w:sz w:val="22"/>
        </w:rPr>
        <w:t>一光年大约是（</w:t>
      </w:r>
      <w:r>
        <w:rPr>
          <w:rFonts w:eastAsia="宋体"/>
          <w:sz w:val="22"/>
        </w:rPr>
        <w:t xml:space="preserve">  </w:t>
      </w:r>
      <w:r>
        <w:rPr>
          <w:rFonts w:eastAsia="宋体"/>
          <w:sz w:val="22"/>
        </w:rPr>
        <w:t>）天文单位。</w:t>
      </w:r>
    </w:p>
    <w:p w14:paraId="0623ACDD" w14:textId="77777777" w:rsidR="009A32DD" w:rsidRDefault="00000000">
      <w:pPr>
        <w:spacing w:after="80" w:line="320" w:lineRule="exact"/>
        <w:ind w:left="283"/>
      </w:pPr>
      <w:r>
        <w:rPr>
          <w:rFonts w:eastAsia="宋体"/>
          <w:sz w:val="22"/>
        </w:rPr>
        <w:t xml:space="preserve">    (A)</w:t>
      </w:r>
      <w:r>
        <w:rPr>
          <w:rFonts w:eastAsia="宋体"/>
          <w:sz w:val="22"/>
        </w:rPr>
        <w:t>小于</w:t>
      </w:r>
      <w:r>
        <w:rPr>
          <w:rFonts w:eastAsia="宋体"/>
          <w:sz w:val="22"/>
        </w:rPr>
        <w:t>10        (B)3</w:t>
      </w:r>
      <w:r>
        <w:rPr>
          <w:rFonts w:eastAsia="宋体"/>
          <w:sz w:val="22"/>
        </w:rPr>
        <w:t>百</w:t>
      </w:r>
      <w:r>
        <w:br/>
      </w:r>
      <w:r>
        <w:rPr>
          <w:rFonts w:eastAsia="宋体"/>
          <w:sz w:val="22"/>
        </w:rPr>
        <w:t xml:space="preserve">    (C)6</w:t>
      </w:r>
      <w:r>
        <w:rPr>
          <w:rFonts w:eastAsia="宋体"/>
          <w:sz w:val="22"/>
        </w:rPr>
        <w:t>万</w:t>
      </w:r>
      <w:r>
        <w:rPr>
          <w:rFonts w:eastAsia="宋体"/>
          <w:sz w:val="22"/>
        </w:rPr>
        <w:t xml:space="preserve">        (D)</w:t>
      </w:r>
      <w:r>
        <w:rPr>
          <w:rFonts w:eastAsia="宋体"/>
          <w:sz w:val="22"/>
        </w:rPr>
        <w:t>大于</w:t>
      </w:r>
      <w:r>
        <w:rPr>
          <w:rFonts w:eastAsia="宋体"/>
          <w:sz w:val="22"/>
        </w:rPr>
        <w:t>1</w:t>
      </w:r>
      <w:r>
        <w:rPr>
          <w:rFonts w:eastAsia="宋体"/>
          <w:sz w:val="22"/>
        </w:rPr>
        <w:t>百万</w:t>
      </w:r>
    </w:p>
    <w:p w14:paraId="21AB5688" w14:textId="77777777" w:rsidR="009A32DD" w:rsidRDefault="00000000">
      <w:pPr>
        <w:spacing w:before="120" w:after="40" w:line="360" w:lineRule="exact"/>
        <w:rPr>
          <w:lang w:eastAsia="zh-CN"/>
        </w:rPr>
      </w:pPr>
      <w:r>
        <w:rPr>
          <w:rFonts w:eastAsia="宋体"/>
          <w:sz w:val="22"/>
          <w:lang w:eastAsia="zh-CN"/>
        </w:rPr>
        <w:t xml:space="preserve">29. </w:t>
      </w:r>
      <w:r>
        <w:rPr>
          <w:rFonts w:eastAsia="宋体"/>
          <w:sz w:val="22"/>
          <w:lang w:eastAsia="zh-CN"/>
        </w:rPr>
        <w:t>在北京可以看到的月球的地平高度最高约为（</w:t>
      </w:r>
      <w:r>
        <w:rPr>
          <w:rFonts w:eastAsia="宋体"/>
          <w:sz w:val="22"/>
          <w:lang w:eastAsia="zh-CN"/>
        </w:rPr>
        <w:t xml:space="preserve">  </w:t>
      </w:r>
      <w:r>
        <w:rPr>
          <w:rFonts w:eastAsia="宋体"/>
          <w:sz w:val="22"/>
          <w:lang w:eastAsia="zh-CN"/>
        </w:rPr>
        <w:t>）度。</w:t>
      </w:r>
    </w:p>
    <w:p w14:paraId="45235461" w14:textId="77777777" w:rsidR="009A32DD" w:rsidRDefault="00000000">
      <w:pPr>
        <w:spacing w:after="80" w:line="320" w:lineRule="exact"/>
        <w:ind w:left="283"/>
        <w:rPr>
          <w:lang w:eastAsia="zh-CN"/>
        </w:rPr>
      </w:pPr>
      <w:r>
        <w:rPr>
          <w:rFonts w:eastAsia="宋体"/>
          <w:sz w:val="22"/>
          <w:lang w:eastAsia="zh-CN"/>
        </w:rPr>
        <w:t xml:space="preserve">    (A)32     </w:t>
      </w:r>
      <w:proofErr w:type="gramStart"/>
      <w:r>
        <w:rPr>
          <w:rFonts w:eastAsia="宋体"/>
          <w:sz w:val="22"/>
          <w:lang w:eastAsia="zh-CN"/>
        </w:rPr>
        <w:t xml:space="preserve">   (</w:t>
      </w:r>
      <w:proofErr w:type="gramEnd"/>
      <w:r>
        <w:rPr>
          <w:rFonts w:eastAsia="宋体"/>
          <w:sz w:val="22"/>
          <w:lang w:eastAsia="zh-CN"/>
        </w:rPr>
        <w:t>B)55</w:t>
      </w:r>
      <w:r>
        <w:rPr>
          <w:lang w:eastAsia="zh-CN"/>
        </w:rPr>
        <w:br/>
      </w:r>
      <w:r>
        <w:rPr>
          <w:rFonts w:eastAsia="宋体"/>
          <w:sz w:val="22"/>
          <w:lang w:eastAsia="zh-CN"/>
        </w:rPr>
        <w:t xml:space="preserve">    (C)78        (D)90</w:t>
      </w:r>
    </w:p>
    <w:p w14:paraId="7768F72F" w14:textId="77777777" w:rsidR="009A32DD" w:rsidRDefault="00000000">
      <w:pPr>
        <w:spacing w:before="120" w:after="40" w:line="360" w:lineRule="exact"/>
        <w:rPr>
          <w:lang w:eastAsia="zh-CN"/>
        </w:rPr>
      </w:pPr>
      <w:r>
        <w:rPr>
          <w:rFonts w:eastAsia="宋体"/>
          <w:sz w:val="22"/>
          <w:lang w:eastAsia="zh-CN"/>
        </w:rPr>
        <w:t xml:space="preserve">30. </w:t>
      </w:r>
      <w:r>
        <w:rPr>
          <w:rFonts w:eastAsia="宋体"/>
          <w:sz w:val="22"/>
          <w:lang w:eastAsia="zh-CN"/>
        </w:rPr>
        <w:t>某望远镜口径为</w:t>
      </w:r>
      <w:r>
        <w:rPr>
          <w:rFonts w:eastAsia="宋体"/>
          <w:sz w:val="22"/>
          <w:lang w:eastAsia="zh-CN"/>
        </w:rPr>
        <w:t>120</w:t>
      </w:r>
      <w:r>
        <w:rPr>
          <w:rFonts w:eastAsia="宋体"/>
          <w:sz w:val="22"/>
          <w:lang w:eastAsia="zh-CN"/>
        </w:rPr>
        <w:t>毫米，物镜焦距为</w:t>
      </w:r>
      <w:r>
        <w:rPr>
          <w:rFonts w:eastAsia="宋体"/>
          <w:sz w:val="22"/>
          <w:lang w:eastAsia="zh-CN"/>
        </w:rPr>
        <w:t>1500</w:t>
      </w:r>
      <w:r>
        <w:rPr>
          <w:rFonts w:eastAsia="宋体"/>
          <w:sz w:val="22"/>
          <w:lang w:eastAsia="zh-CN"/>
        </w:rPr>
        <w:t>毫米，目镜焦距</w:t>
      </w:r>
      <w:r>
        <w:rPr>
          <w:rFonts w:eastAsia="宋体"/>
          <w:sz w:val="22"/>
          <w:lang w:eastAsia="zh-CN"/>
        </w:rPr>
        <w:t>60</w:t>
      </w:r>
      <w:r>
        <w:rPr>
          <w:rFonts w:eastAsia="宋体"/>
          <w:sz w:val="22"/>
          <w:lang w:eastAsia="zh-CN"/>
        </w:rPr>
        <w:t>毫米，则它的放大倍数为（</w:t>
      </w:r>
      <w:r>
        <w:rPr>
          <w:rFonts w:eastAsia="宋体"/>
          <w:sz w:val="22"/>
          <w:lang w:eastAsia="zh-CN"/>
        </w:rPr>
        <w:t xml:space="preserve">  </w:t>
      </w:r>
      <w:r>
        <w:rPr>
          <w:rFonts w:eastAsia="宋体"/>
          <w:sz w:val="22"/>
          <w:lang w:eastAsia="zh-CN"/>
        </w:rPr>
        <w:t>）</w:t>
      </w:r>
      <w:proofErr w:type="gramStart"/>
      <w:r>
        <w:rPr>
          <w:rFonts w:eastAsia="宋体"/>
          <w:sz w:val="22"/>
          <w:lang w:eastAsia="zh-CN"/>
        </w:rPr>
        <w:t>倍</w:t>
      </w:r>
      <w:proofErr w:type="gramEnd"/>
      <w:r>
        <w:rPr>
          <w:rFonts w:eastAsia="宋体"/>
          <w:sz w:val="22"/>
          <w:lang w:eastAsia="zh-CN"/>
        </w:rPr>
        <w:t>。</w:t>
      </w:r>
    </w:p>
    <w:p w14:paraId="10DFC023" w14:textId="77777777" w:rsidR="009A32DD" w:rsidRDefault="00000000">
      <w:pPr>
        <w:spacing w:after="80" w:line="320" w:lineRule="exact"/>
        <w:ind w:left="283"/>
      </w:pPr>
      <w:r>
        <w:rPr>
          <w:rFonts w:eastAsia="宋体"/>
          <w:sz w:val="22"/>
          <w:lang w:eastAsia="zh-CN"/>
        </w:rPr>
        <w:t xml:space="preserve">    </w:t>
      </w:r>
      <w:r>
        <w:rPr>
          <w:rFonts w:eastAsia="宋体"/>
          <w:sz w:val="22"/>
        </w:rPr>
        <w:t xml:space="preserve">(A)2     </w:t>
      </w:r>
      <w:proofErr w:type="gramStart"/>
      <w:r>
        <w:rPr>
          <w:rFonts w:eastAsia="宋体"/>
          <w:sz w:val="22"/>
        </w:rPr>
        <w:t xml:space="preserve">   (</w:t>
      </w:r>
      <w:proofErr w:type="gramEnd"/>
      <w:r>
        <w:rPr>
          <w:rFonts w:eastAsia="宋体"/>
          <w:sz w:val="22"/>
        </w:rPr>
        <w:t>B)12.5</w:t>
      </w:r>
      <w:r>
        <w:br/>
      </w:r>
      <w:r>
        <w:rPr>
          <w:rFonts w:eastAsia="宋体"/>
          <w:sz w:val="22"/>
        </w:rPr>
        <w:t xml:space="preserve">    (C)25        (D)750</w:t>
      </w:r>
    </w:p>
    <w:p w14:paraId="72DAAE24" w14:textId="77777777" w:rsidR="009A32DD" w:rsidRDefault="00000000">
      <w:pPr>
        <w:spacing w:before="120" w:after="40" w:line="360" w:lineRule="exact"/>
      </w:pPr>
      <w:r>
        <w:rPr>
          <w:rFonts w:eastAsia="宋体"/>
          <w:sz w:val="22"/>
        </w:rPr>
        <w:t>31. 2009</w:t>
      </w:r>
      <w:r>
        <w:rPr>
          <w:rFonts w:eastAsia="宋体"/>
          <w:sz w:val="22"/>
        </w:rPr>
        <w:t>年</w:t>
      </w:r>
      <w:r>
        <w:rPr>
          <w:rFonts w:eastAsia="宋体"/>
          <w:sz w:val="22"/>
        </w:rPr>
        <w:t>2</w:t>
      </w:r>
      <w:r>
        <w:rPr>
          <w:rFonts w:eastAsia="宋体"/>
          <w:sz w:val="22"/>
        </w:rPr>
        <w:t>月</w:t>
      </w:r>
      <w:r>
        <w:rPr>
          <w:rFonts w:eastAsia="宋体"/>
          <w:sz w:val="22"/>
        </w:rPr>
        <w:t>9</w:t>
      </w:r>
      <w:r>
        <w:rPr>
          <w:rFonts w:eastAsia="宋体"/>
          <w:sz w:val="22"/>
        </w:rPr>
        <w:t>日晚上，在嫦娥一号飞船上有可能看到（</w:t>
      </w:r>
      <w:r>
        <w:rPr>
          <w:rFonts w:eastAsia="宋体"/>
          <w:sz w:val="22"/>
        </w:rPr>
        <w:t xml:space="preserve">  </w:t>
      </w:r>
      <w:r>
        <w:rPr>
          <w:rFonts w:eastAsia="宋体"/>
          <w:sz w:val="22"/>
        </w:rPr>
        <w:t>）。</w:t>
      </w:r>
    </w:p>
    <w:p w14:paraId="4A579A75" w14:textId="77777777" w:rsidR="009A32DD" w:rsidRDefault="00000000">
      <w:pPr>
        <w:spacing w:after="80" w:line="320" w:lineRule="exact"/>
        <w:ind w:left="283"/>
      </w:pPr>
      <w:r>
        <w:rPr>
          <w:rFonts w:eastAsia="宋体"/>
          <w:sz w:val="22"/>
        </w:rPr>
        <w:t xml:space="preserve">    (A)</w:t>
      </w:r>
      <w:r>
        <w:rPr>
          <w:rFonts w:eastAsia="宋体"/>
          <w:sz w:val="22"/>
        </w:rPr>
        <w:t>日偏食</w:t>
      </w:r>
      <w:r>
        <w:rPr>
          <w:rFonts w:eastAsia="宋体"/>
          <w:sz w:val="22"/>
        </w:rPr>
        <w:t xml:space="preserve">        (B)</w:t>
      </w:r>
      <w:r>
        <w:rPr>
          <w:rFonts w:eastAsia="宋体"/>
          <w:sz w:val="22"/>
        </w:rPr>
        <w:t>日环食</w:t>
      </w:r>
      <w:r>
        <w:br/>
      </w:r>
      <w:r>
        <w:rPr>
          <w:rFonts w:eastAsia="宋体"/>
          <w:sz w:val="22"/>
        </w:rPr>
        <w:t xml:space="preserve">    (C)</w:t>
      </w:r>
      <w:r>
        <w:rPr>
          <w:rFonts w:eastAsia="宋体"/>
          <w:sz w:val="22"/>
        </w:rPr>
        <w:t>日全食</w:t>
      </w:r>
      <w:r>
        <w:rPr>
          <w:rFonts w:eastAsia="宋体"/>
          <w:sz w:val="22"/>
        </w:rPr>
        <w:t xml:space="preserve">        (D)</w:t>
      </w:r>
      <w:r>
        <w:rPr>
          <w:rFonts w:eastAsia="宋体"/>
          <w:sz w:val="22"/>
        </w:rPr>
        <w:t>半影地食</w:t>
      </w:r>
    </w:p>
    <w:p w14:paraId="1DCD4C41" w14:textId="77777777" w:rsidR="009A32DD" w:rsidRDefault="00000000">
      <w:pPr>
        <w:spacing w:before="120" w:after="40" w:line="360" w:lineRule="exact"/>
        <w:rPr>
          <w:lang w:eastAsia="zh-CN"/>
        </w:rPr>
      </w:pPr>
      <w:r>
        <w:rPr>
          <w:rFonts w:eastAsia="宋体"/>
          <w:sz w:val="22"/>
        </w:rPr>
        <w:t xml:space="preserve">32. </w:t>
      </w:r>
      <w:proofErr w:type="spellStart"/>
      <w:r>
        <w:rPr>
          <w:rFonts w:eastAsia="宋体"/>
          <w:sz w:val="22"/>
        </w:rPr>
        <w:t>以下哪个不是近期的天文发现</w:t>
      </w:r>
      <w:proofErr w:type="spellEnd"/>
      <w:r>
        <w:rPr>
          <w:rFonts w:eastAsia="宋体"/>
          <w:sz w:val="22"/>
        </w:rPr>
        <w:t>？</w:t>
      </w:r>
      <w:proofErr w:type="gramStart"/>
      <w:r>
        <w:rPr>
          <w:rFonts w:eastAsia="宋体"/>
          <w:sz w:val="22"/>
        </w:rPr>
        <w:t>（</w:t>
      </w:r>
      <w:r>
        <w:rPr>
          <w:rFonts w:eastAsia="宋体"/>
          <w:sz w:val="22"/>
        </w:rPr>
        <w:t xml:space="preserve">  </w:t>
      </w:r>
      <w:r>
        <w:rPr>
          <w:rFonts w:eastAsia="宋体"/>
          <w:sz w:val="22"/>
          <w:lang w:eastAsia="zh-CN"/>
        </w:rPr>
        <w:t>）</w:t>
      </w:r>
      <w:proofErr w:type="gramEnd"/>
    </w:p>
    <w:p w14:paraId="67F3139B" w14:textId="77777777" w:rsidR="009A32DD" w:rsidRDefault="00000000">
      <w:pPr>
        <w:spacing w:after="80" w:line="320" w:lineRule="exact"/>
        <w:ind w:left="283"/>
        <w:rPr>
          <w:lang w:eastAsia="zh-CN"/>
        </w:rPr>
      </w:pPr>
      <w:r>
        <w:rPr>
          <w:rFonts w:eastAsia="宋体"/>
          <w:sz w:val="22"/>
          <w:lang w:eastAsia="zh-CN"/>
        </w:rPr>
        <w:t xml:space="preserve">    (A)</w:t>
      </w:r>
      <w:r>
        <w:rPr>
          <w:rFonts w:eastAsia="宋体"/>
          <w:sz w:val="22"/>
          <w:lang w:eastAsia="zh-CN"/>
        </w:rPr>
        <w:t>发现一颗</w:t>
      </w:r>
      <w:proofErr w:type="gramStart"/>
      <w:r>
        <w:rPr>
          <w:rFonts w:eastAsia="宋体"/>
          <w:sz w:val="22"/>
          <w:lang w:eastAsia="zh-CN"/>
        </w:rPr>
        <w:t>火星共轨小行星</w:t>
      </w:r>
      <w:proofErr w:type="gramEnd"/>
      <w:r>
        <w:rPr>
          <w:rFonts w:eastAsia="宋体"/>
          <w:sz w:val="22"/>
          <w:lang w:eastAsia="zh-CN"/>
        </w:rPr>
        <w:t xml:space="preserve">        (B)</w:t>
      </w:r>
      <w:r>
        <w:rPr>
          <w:rFonts w:eastAsia="宋体"/>
          <w:sz w:val="22"/>
          <w:lang w:eastAsia="zh-CN"/>
        </w:rPr>
        <w:t>首次观测到一颗恒星绕银心走完一圈</w:t>
      </w:r>
      <w:r>
        <w:rPr>
          <w:lang w:eastAsia="zh-CN"/>
        </w:rPr>
        <w:br/>
      </w:r>
      <w:r>
        <w:rPr>
          <w:rFonts w:eastAsia="宋体"/>
          <w:sz w:val="22"/>
          <w:lang w:eastAsia="zh-CN"/>
        </w:rPr>
        <w:t xml:space="preserve">    (C)</w:t>
      </w:r>
      <w:r>
        <w:rPr>
          <w:rFonts w:eastAsia="宋体"/>
          <w:sz w:val="22"/>
          <w:lang w:eastAsia="zh-CN"/>
        </w:rPr>
        <w:t>首次在</w:t>
      </w:r>
      <w:r>
        <w:rPr>
          <w:rFonts w:eastAsia="宋体"/>
          <w:sz w:val="22"/>
        </w:rPr>
        <w:t>γ</w:t>
      </w:r>
      <w:r>
        <w:rPr>
          <w:rFonts w:eastAsia="宋体"/>
          <w:sz w:val="22"/>
          <w:lang w:eastAsia="zh-CN"/>
        </w:rPr>
        <w:t>爆所处星系发现气体分子</w:t>
      </w:r>
      <w:r>
        <w:rPr>
          <w:rFonts w:eastAsia="宋体"/>
          <w:sz w:val="22"/>
          <w:lang w:eastAsia="zh-CN"/>
        </w:rPr>
        <w:t xml:space="preserve">        (D)</w:t>
      </w:r>
      <w:r>
        <w:rPr>
          <w:rFonts w:eastAsia="宋体"/>
          <w:sz w:val="22"/>
          <w:lang w:eastAsia="zh-CN"/>
        </w:rPr>
        <w:t>山东大学威海天文台发现的一颗小行星获得国际永久编号和命名权</w:t>
      </w:r>
    </w:p>
    <w:p w14:paraId="734411C6" w14:textId="77777777" w:rsidR="009A32DD" w:rsidRDefault="00000000">
      <w:pPr>
        <w:spacing w:before="120" w:after="40" w:line="360" w:lineRule="exact"/>
        <w:rPr>
          <w:lang w:eastAsia="zh-CN"/>
        </w:rPr>
      </w:pPr>
      <w:r>
        <w:rPr>
          <w:rFonts w:eastAsia="宋体"/>
          <w:sz w:val="22"/>
          <w:lang w:eastAsia="zh-CN"/>
        </w:rPr>
        <w:t>33. 2009</w:t>
      </w:r>
      <w:r>
        <w:rPr>
          <w:rFonts w:eastAsia="宋体"/>
          <w:sz w:val="22"/>
          <w:lang w:eastAsia="zh-CN"/>
        </w:rPr>
        <w:t>年在我国发生日全食时月亮位于（</w:t>
      </w:r>
      <w:r>
        <w:rPr>
          <w:rFonts w:eastAsia="宋体"/>
          <w:sz w:val="22"/>
          <w:lang w:eastAsia="zh-CN"/>
        </w:rPr>
        <w:t xml:space="preserve">  </w:t>
      </w:r>
      <w:r>
        <w:rPr>
          <w:rFonts w:eastAsia="宋体"/>
          <w:sz w:val="22"/>
          <w:lang w:eastAsia="zh-CN"/>
        </w:rPr>
        <w:t>）附近。</w:t>
      </w:r>
    </w:p>
    <w:p w14:paraId="156ACB6C" w14:textId="77777777" w:rsidR="009A32DD" w:rsidRDefault="00000000">
      <w:pPr>
        <w:spacing w:after="80" w:line="320" w:lineRule="exact"/>
        <w:ind w:left="283"/>
      </w:pPr>
      <w:r>
        <w:rPr>
          <w:rFonts w:eastAsia="宋体"/>
          <w:sz w:val="22"/>
          <w:lang w:eastAsia="zh-CN"/>
        </w:rPr>
        <w:t xml:space="preserve">    </w:t>
      </w:r>
      <w:r>
        <w:rPr>
          <w:rFonts w:eastAsia="宋体"/>
          <w:sz w:val="22"/>
        </w:rPr>
        <w:t>(A)</w:t>
      </w:r>
      <w:proofErr w:type="spellStart"/>
      <w:r>
        <w:rPr>
          <w:rFonts w:eastAsia="宋体"/>
          <w:sz w:val="22"/>
        </w:rPr>
        <w:t>摩羯座</w:t>
      </w:r>
      <w:proofErr w:type="spellEnd"/>
      <w:r>
        <w:rPr>
          <w:rFonts w:eastAsia="宋体"/>
          <w:sz w:val="22"/>
        </w:rPr>
        <w:t xml:space="preserve">     </w:t>
      </w:r>
      <w:proofErr w:type="gramStart"/>
      <w:r>
        <w:rPr>
          <w:rFonts w:eastAsia="宋体"/>
          <w:sz w:val="22"/>
        </w:rPr>
        <w:t xml:space="preserve">   (</w:t>
      </w:r>
      <w:proofErr w:type="gramEnd"/>
      <w:r>
        <w:rPr>
          <w:rFonts w:eastAsia="宋体"/>
          <w:sz w:val="22"/>
        </w:rPr>
        <w:t>B)</w:t>
      </w:r>
      <w:proofErr w:type="spellStart"/>
      <w:r>
        <w:rPr>
          <w:rFonts w:eastAsia="宋体"/>
          <w:sz w:val="22"/>
        </w:rPr>
        <w:t>白羊座</w:t>
      </w:r>
      <w:proofErr w:type="spellEnd"/>
      <w:r>
        <w:br/>
      </w:r>
      <w:r>
        <w:rPr>
          <w:rFonts w:eastAsia="宋体"/>
          <w:sz w:val="22"/>
        </w:rPr>
        <w:t xml:space="preserve">    (C)</w:t>
      </w:r>
      <w:proofErr w:type="spellStart"/>
      <w:r>
        <w:rPr>
          <w:rFonts w:eastAsia="宋体"/>
          <w:sz w:val="22"/>
        </w:rPr>
        <w:t>巨蟹座</w:t>
      </w:r>
      <w:proofErr w:type="spellEnd"/>
      <w:r>
        <w:rPr>
          <w:rFonts w:eastAsia="宋体"/>
          <w:sz w:val="22"/>
        </w:rPr>
        <w:t xml:space="preserve">        (D)</w:t>
      </w:r>
      <w:proofErr w:type="spellStart"/>
      <w:r>
        <w:rPr>
          <w:rFonts w:eastAsia="宋体"/>
          <w:sz w:val="22"/>
        </w:rPr>
        <w:t>天秤座</w:t>
      </w:r>
      <w:proofErr w:type="spellEnd"/>
    </w:p>
    <w:p w14:paraId="3D0AB6B1" w14:textId="77777777" w:rsidR="009A32DD" w:rsidRDefault="00000000">
      <w:pPr>
        <w:spacing w:before="120" w:after="40" w:line="360" w:lineRule="exact"/>
        <w:rPr>
          <w:lang w:eastAsia="zh-CN"/>
        </w:rPr>
      </w:pPr>
      <w:r>
        <w:rPr>
          <w:rFonts w:eastAsia="宋体"/>
          <w:sz w:val="22"/>
          <w:lang w:eastAsia="zh-CN"/>
        </w:rPr>
        <w:t xml:space="preserve">34. </w:t>
      </w:r>
      <w:r>
        <w:rPr>
          <w:rFonts w:eastAsia="宋体"/>
          <w:sz w:val="22"/>
          <w:lang w:eastAsia="zh-CN"/>
        </w:rPr>
        <w:t>以下哪句话最能够反映真实的情况？（</w:t>
      </w:r>
      <w:r>
        <w:rPr>
          <w:rFonts w:eastAsia="宋体"/>
          <w:sz w:val="22"/>
          <w:lang w:eastAsia="zh-CN"/>
        </w:rPr>
        <w:t xml:space="preserve">  </w:t>
      </w:r>
      <w:r>
        <w:rPr>
          <w:rFonts w:eastAsia="宋体"/>
          <w:sz w:val="22"/>
          <w:lang w:eastAsia="zh-CN"/>
        </w:rPr>
        <w:t>）</w:t>
      </w:r>
    </w:p>
    <w:p w14:paraId="5F0F7094" w14:textId="77777777" w:rsidR="009A32DD" w:rsidRDefault="00000000">
      <w:pPr>
        <w:spacing w:after="80" w:line="320" w:lineRule="exact"/>
        <w:ind w:left="283"/>
        <w:rPr>
          <w:lang w:eastAsia="zh-CN"/>
        </w:rPr>
      </w:pPr>
      <w:r>
        <w:rPr>
          <w:rFonts w:eastAsia="宋体"/>
          <w:sz w:val="22"/>
          <w:lang w:eastAsia="zh-CN"/>
        </w:rPr>
        <w:lastRenderedPageBreak/>
        <w:t xml:space="preserve">    (A)2009</w:t>
      </w:r>
      <w:r>
        <w:rPr>
          <w:rFonts w:eastAsia="宋体"/>
          <w:sz w:val="22"/>
          <w:lang w:eastAsia="zh-CN"/>
        </w:rPr>
        <w:t>年元宵节的月亮是</w:t>
      </w:r>
      <w:r>
        <w:rPr>
          <w:rFonts w:eastAsia="宋体"/>
          <w:sz w:val="22"/>
          <w:lang w:eastAsia="zh-CN"/>
        </w:rPr>
        <w:t>1957</w:t>
      </w:r>
      <w:r>
        <w:rPr>
          <w:rFonts w:eastAsia="宋体"/>
          <w:sz w:val="22"/>
          <w:lang w:eastAsia="zh-CN"/>
        </w:rPr>
        <w:t>年以来满月里面最大的</w:t>
      </w:r>
      <w:r>
        <w:rPr>
          <w:rFonts w:eastAsia="宋体"/>
          <w:sz w:val="22"/>
          <w:lang w:eastAsia="zh-CN"/>
        </w:rPr>
        <w:t xml:space="preserve">        (B)2009</w:t>
      </w:r>
      <w:r>
        <w:rPr>
          <w:rFonts w:eastAsia="宋体"/>
          <w:sz w:val="22"/>
          <w:lang w:eastAsia="zh-CN"/>
        </w:rPr>
        <w:t>年元宵节的月亮是</w:t>
      </w:r>
      <w:r>
        <w:rPr>
          <w:rFonts w:eastAsia="宋体"/>
          <w:sz w:val="22"/>
          <w:lang w:eastAsia="zh-CN"/>
        </w:rPr>
        <w:t>1957</w:t>
      </w:r>
      <w:r>
        <w:rPr>
          <w:rFonts w:eastAsia="宋体"/>
          <w:sz w:val="22"/>
          <w:lang w:eastAsia="zh-CN"/>
        </w:rPr>
        <w:t>年以来元宵节的月亮里面最大的</w:t>
      </w:r>
      <w:r>
        <w:rPr>
          <w:lang w:eastAsia="zh-CN"/>
        </w:rPr>
        <w:br/>
      </w:r>
      <w:r>
        <w:rPr>
          <w:rFonts w:eastAsia="宋体"/>
          <w:sz w:val="22"/>
          <w:lang w:eastAsia="zh-CN"/>
        </w:rPr>
        <w:t xml:space="preserve">    (C)2009</w:t>
      </w:r>
      <w:r>
        <w:rPr>
          <w:rFonts w:eastAsia="宋体"/>
          <w:sz w:val="22"/>
          <w:lang w:eastAsia="zh-CN"/>
        </w:rPr>
        <w:t>年元宵节的月亮在过去</w:t>
      </w:r>
      <w:r>
        <w:rPr>
          <w:rFonts w:eastAsia="宋体"/>
          <w:sz w:val="22"/>
          <w:lang w:eastAsia="zh-CN"/>
        </w:rPr>
        <w:t>10</w:t>
      </w:r>
      <w:r>
        <w:rPr>
          <w:rFonts w:eastAsia="宋体"/>
          <w:sz w:val="22"/>
          <w:lang w:eastAsia="zh-CN"/>
        </w:rPr>
        <w:t>年的元宵节的月亮里面也不是最大的</w:t>
      </w:r>
      <w:r>
        <w:rPr>
          <w:rFonts w:eastAsia="宋体"/>
          <w:sz w:val="22"/>
          <w:lang w:eastAsia="zh-CN"/>
        </w:rPr>
        <w:t xml:space="preserve">        (D)2009</w:t>
      </w:r>
      <w:r>
        <w:rPr>
          <w:rFonts w:eastAsia="宋体"/>
          <w:sz w:val="22"/>
          <w:lang w:eastAsia="zh-CN"/>
        </w:rPr>
        <w:t>年元宵节的月亮是近一两年的满月里面最大的</w:t>
      </w:r>
    </w:p>
    <w:p w14:paraId="6E5EB428" w14:textId="77777777" w:rsidR="009A32DD" w:rsidRDefault="00000000">
      <w:pPr>
        <w:spacing w:before="120" w:after="40" w:line="360" w:lineRule="exact"/>
        <w:rPr>
          <w:lang w:eastAsia="zh-CN"/>
        </w:rPr>
      </w:pPr>
      <w:r>
        <w:rPr>
          <w:rFonts w:eastAsia="宋体"/>
          <w:sz w:val="22"/>
          <w:lang w:eastAsia="zh-CN"/>
        </w:rPr>
        <w:t xml:space="preserve">35. </w:t>
      </w:r>
      <w:r>
        <w:rPr>
          <w:rFonts w:eastAsia="宋体"/>
          <w:sz w:val="22"/>
          <w:lang w:eastAsia="zh-CN"/>
        </w:rPr>
        <w:t>冬至日在澳大利亚某地（南纬</w:t>
      </w:r>
      <w:r>
        <w:rPr>
          <w:rFonts w:eastAsia="宋体"/>
          <w:sz w:val="22"/>
          <w:lang w:eastAsia="zh-CN"/>
        </w:rPr>
        <w:t>32.0</w:t>
      </w:r>
      <w:r>
        <w:rPr>
          <w:rFonts w:eastAsia="宋体"/>
          <w:sz w:val="22"/>
          <w:lang w:eastAsia="zh-CN"/>
        </w:rPr>
        <w:t>度，东经</w:t>
      </w:r>
      <w:r>
        <w:rPr>
          <w:rFonts w:eastAsia="宋体"/>
          <w:sz w:val="22"/>
          <w:lang w:eastAsia="zh-CN"/>
        </w:rPr>
        <w:t>141.5</w:t>
      </w:r>
      <w:r>
        <w:rPr>
          <w:rFonts w:eastAsia="宋体"/>
          <w:sz w:val="22"/>
          <w:lang w:eastAsia="zh-CN"/>
        </w:rPr>
        <w:t>度）看日出，太阳应该是从（</w:t>
      </w:r>
      <w:r>
        <w:rPr>
          <w:rFonts w:eastAsia="宋体"/>
          <w:sz w:val="22"/>
          <w:lang w:eastAsia="zh-CN"/>
        </w:rPr>
        <w:t xml:space="preserve">  </w:t>
      </w:r>
      <w:r>
        <w:rPr>
          <w:rFonts w:eastAsia="宋体"/>
          <w:sz w:val="22"/>
          <w:lang w:eastAsia="zh-CN"/>
        </w:rPr>
        <w:t>）方向升起来。</w:t>
      </w:r>
    </w:p>
    <w:p w14:paraId="42324CEE" w14:textId="77777777" w:rsidR="009A32DD" w:rsidRDefault="00000000">
      <w:pPr>
        <w:spacing w:after="80" w:line="320" w:lineRule="exact"/>
        <w:ind w:left="283"/>
      </w:pPr>
      <w:r>
        <w:rPr>
          <w:rFonts w:eastAsia="宋体"/>
          <w:sz w:val="22"/>
          <w:lang w:eastAsia="zh-CN"/>
        </w:rPr>
        <w:t xml:space="preserve">    </w:t>
      </w:r>
      <w:r>
        <w:rPr>
          <w:rFonts w:eastAsia="宋体"/>
          <w:sz w:val="22"/>
        </w:rPr>
        <w:t>(A)</w:t>
      </w:r>
      <w:proofErr w:type="spellStart"/>
      <w:r>
        <w:rPr>
          <w:rFonts w:eastAsia="宋体"/>
          <w:sz w:val="22"/>
        </w:rPr>
        <w:t>东南</w:t>
      </w:r>
      <w:proofErr w:type="spellEnd"/>
      <w:r>
        <w:rPr>
          <w:rFonts w:eastAsia="宋体"/>
          <w:sz w:val="22"/>
        </w:rPr>
        <w:t xml:space="preserve">     </w:t>
      </w:r>
      <w:proofErr w:type="gramStart"/>
      <w:r>
        <w:rPr>
          <w:rFonts w:eastAsia="宋体"/>
          <w:sz w:val="22"/>
        </w:rPr>
        <w:t xml:space="preserve">   (</w:t>
      </w:r>
      <w:proofErr w:type="gramEnd"/>
      <w:r>
        <w:rPr>
          <w:rFonts w:eastAsia="宋体"/>
          <w:sz w:val="22"/>
        </w:rPr>
        <w:t>B)</w:t>
      </w:r>
      <w:proofErr w:type="spellStart"/>
      <w:r>
        <w:rPr>
          <w:rFonts w:eastAsia="宋体"/>
          <w:sz w:val="22"/>
        </w:rPr>
        <w:t>东北</w:t>
      </w:r>
      <w:proofErr w:type="spellEnd"/>
      <w:r>
        <w:br/>
      </w:r>
      <w:r>
        <w:rPr>
          <w:rFonts w:eastAsia="宋体"/>
          <w:sz w:val="22"/>
        </w:rPr>
        <w:t xml:space="preserve">    (C)</w:t>
      </w:r>
      <w:proofErr w:type="spellStart"/>
      <w:r>
        <w:rPr>
          <w:rFonts w:eastAsia="宋体"/>
          <w:sz w:val="22"/>
        </w:rPr>
        <w:t>西南</w:t>
      </w:r>
      <w:proofErr w:type="spellEnd"/>
      <w:r>
        <w:rPr>
          <w:rFonts w:eastAsia="宋体"/>
          <w:sz w:val="22"/>
        </w:rPr>
        <w:t xml:space="preserve">        (D)</w:t>
      </w:r>
      <w:proofErr w:type="spellStart"/>
      <w:r>
        <w:rPr>
          <w:rFonts w:eastAsia="宋体"/>
          <w:sz w:val="22"/>
        </w:rPr>
        <w:t>西北</w:t>
      </w:r>
      <w:proofErr w:type="spellEnd"/>
    </w:p>
    <w:p w14:paraId="1EBE1D9B" w14:textId="77777777" w:rsidR="009A32DD" w:rsidRDefault="00000000">
      <w:r>
        <w:br w:type="page"/>
      </w:r>
    </w:p>
    <w:p w14:paraId="7E82804C" w14:textId="77777777" w:rsidR="009A32DD" w:rsidRDefault="00000000">
      <w:pPr>
        <w:jc w:val="center"/>
      </w:pPr>
      <w:r>
        <w:rPr>
          <w:rFonts w:eastAsia="黑体"/>
          <w:b/>
          <w:sz w:val="36"/>
        </w:rPr>
        <w:t>2009年CNAO天文奥赛预赛试题 答案解析</w:t>
      </w:r>
    </w:p>
    <w:p w14:paraId="6F80DE44" w14:textId="77777777" w:rsidR="009A32DD" w:rsidRDefault="00000000">
      <w:pPr>
        <w:spacing w:after="120"/>
      </w:pPr>
      <w:r>
        <w:rPr>
          <w:rFonts w:eastAsia="黑体"/>
          <w:b/>
          <w:sz w:val="28"/>
        </w:rPr>
        <w:t>答案速查表</w:t>
      </w:r>
    </w:p>
    <w:p w14:paraId="3DDBBDE1" w14:textId="77777777" w:rsidR="009A32DD" w:rsidRDefault="00000000">
      <w:pPr>
        <w:spacing w:after="60"/>
      </w:pPr>
      <w:r>
        <w:rPr>
          <w:rFonts w:eastAsia="宋体"/>
          <w:b/>
        </w:rPr>
        <w:t>1-5</w:t>
      </w:r>
      <w:r>
        <w:rPr>
          <w:rFonts w:eastAsia="宋体"/>
          <w:b/>
        </w:rPr>
        <w:t>：</w:t>
      </w:r>
      <w:r>
        <w:rPr>
          <w:rFonts w:eastAsia="宋体"/>
          <w:b/>
        </w:rPr>
        <w:t xml:space="preserve">  D    C    C    C    D  </w:t>
      </w:r>
    </w:p>
    <w:p w14:paraId="32103F39" w14:textId="77777777" w:rsidR="009A32DD" w:rsidRDefault="00000000">
      <w:pPr>
        <w:spacing w:after="60"/>
      </w:pPr>
      <w:r>
        <w:rPr>
          <w:rFonts w:eastAsia="宋体"/>
          <w:b/>
        </w:rPr>
        <w:t>6-10</w:t>
      </w:r>
      <w:r>
        <w:rPr>
          <w:rFonts w:eastAsia="宋体"/>
          <w:b/>
        </w:rPr>
        <w:t>：</w:t>
      </w:r>
      <w:r>
        <w:rPr>
          <w:rFonts w:eastAsia="宋体"/>
          <w:b/>
        </w:rPr>
        <w:t xml:space="preserve">  A    B    D    D    A  </w:t>
      </w:r>
    </w:p>
    <w:p w14:paraId="3456496C" w14:textId="77777777" w:rsidR="009A32DD" w:rsidRDefault="00000000">
      <w:pPr>
        <w:spacing w:after="60"/>
      </w:pPr>
      <w:r>
        <w:rPr>
          <w:rFonts w:eastAsia="宋体"/>
          <w:b/>
        </w:rPr>
        <w:t>11-15</w:t>
      </w:r>
      <w:r>
        <w:rPr>
          <w:rFonts w:eastAsia="宋体"/>
          <w:b/>
        </w:rPr>
        <w:t>：</w:t>
      </w:r>
      <w:r>
        <w:rPr>
          <w:rFonts w:eastAsia="宋体"/>
          <w:b/>
        </w:rPr>
        <w:t xml:space="preserve">  B    D    D    B    B  </w:t>
      </w:r>
    </w:p>
    <w:p w14:paraId="6D4B744C" w14:textId="77777777" w:rsidR="009A32DD" w:rsidRDefault="00000000">
      <w:pPr>
        <w:spacing w:after="60"/>
      </w:pPr>
      <w:r>
        <w:rPr>
          <w:rFonts w:eastAsia="宋体"/>
          <w:b/>
        </w:rPr>
        <w:t>16-20： D D B D B</w:t>
      </w:r>
      <w:r>
        <w:rPr>
          <w:rFonts w:eastAsia="宋体"/>
          <w:b/>
        </w:rPr>
      </w:r>
      <w:r>
        <w:rPr>
          <w:rFonts w:eastAsia="宋体"/>
          <w:b/>
        </w:rPr>
      </w:r>
    </w:p>
    <w:p w14:paraId="02B96D11" w14:textId="77777777" w:rsidR="009A32DD" w:rsidRDefault="00000000">
      <w:pPr>
        <w:spacing w:after="60"/>
      </w:pPr>
      <w:r>
        <w:rPr>
          <w:rFonts w:eastAsia="宋体"/>
          <w:b/>
        </w:rPr>
        <w:t>21-25</w:t>
      </w:r>
      <w:r>
        <w:rPr>
          <w:rFonts w:eastAsia="宋体"/>
          <w:b/>
        </w:rPr>
        <w:t>：</w:t>
      </w:r>
      <w:r>
        <w:rPr>
          <w:rFonts w:eastAsia="宋体"/>
          <w:b/>
        </w:rPr>
        <w:t xml:space="preserve">  D    A    C    C    B  </w:t>
      </w:r>
    </w:p>
    <w:p w14:paraId="1E99D68E" w14:textId="77777777" w:rsidR="009A32DD" w:rsidRDefault="00000000">
      <w:pPr>
        <w:spacing w:after="60"/>
      </w:pPr>
      <w:r>
        <w:rPr>
          <w:rFonts w:eastAsia="宋体"/>
          <w:b/>
        </w:rPr>
        <w:t>26-30</w:t>
      </w:r>
      <w:r>
        <w:rPr>
          <w:rFonts w:eastAsia="宋体"/>
          <w:b/>
        </w:rPr>
        <w:t>：</w:t>
      </w:r>
      <w:r>
        <w:rPr>
          <w:rFonts w:eastAsia="宋体"/>
          <w:b/>
        </w:rPr>
        <w:t xml:space="preserve">  A    D    C    C    C  </w:t>
      </w:r>
    </w:p>
    <w:p w14:paraId="0EC8D3F7" w14:textId="77777777" w:rsidR="009A32DD" w:rsidRDefault="00000000">
      <w:pPr>
        <w:spacing w:after="60"/>
        <w:rPr>
          <w:lang w:eastAsia="zh-CN"/>
        </w:rPr>
      </w:pPr>
      <w:r>
        <w:rPr>
          <w:rFonts w:eastAsia="宋体"/>
          <w:b/>
          <w:lang w:eastAsia="zh-CN"/>
        </w:rPr>
        <w:t>31-35</w:t>
      </w:r>
      <w:r>
        <w:rPr>
          <w:rFonts w:eastAsia="宋体"/>
          <w:b/>
          <w:lang w:eastAsia="zh-CN"/>
        </w:rPr>
        <w:t>：</w:t>
      </w:r>
      <w:r>
        <w:rPr>
          <w:rFonts w:eastAsia="宋体"/>
          <w:b/>
          <w:lang w:eastAsia="zh-CN"/>
        </w:rPr>
        <w:t xml:space="preserve">  A    </w:t>
      </w:r>
      <w:proofErr w:type="spellStart"/>
      <w:r>
        <w:rPr>
          <w:rFonts w:eastAsia="宋体"/>
          <w:b/>
          <w:lang w:eastAsia="zh-CN"/>
        </w:rPr>
        <w:t>A</w:t>
      </w:r>
      <w:proofErr w:type="spellEnd"/>
      <w:r>
        <w:rPr>
          <w:rFonts w:eastAsia="宋体"/>
          <w:b/>
          <w:lang w:eastAsia="zh-CN"/>
        </w:rPr>
        <w:t xml:space="preserve">    C    </w:t>
      </w:r>
      <w:proofErr w:type="spellStart"/>
      <w:r>
        <w:rPr>
          <w:rFonts w:eastAsia="宋体"/>
          <w:b/>
          <w:lang w:eastAsia="zh-CN"/>
        </w:rPr>
        <w:t>C</w:t>
      </w:r>
      <w:proofErr w:type="spellEnd"/>
      <w:r>
        <w:rPr>
          <w:rFonts w:eastAsia="宋体"/>
          <w:b/>
          <w:lang w:eastAsia="zh-CN"/>
        </w:rPr>
        <w:t xml:space="preserve">    A  </w:t>
      </w:r>
    </w:p>
    <w:p w14:paraId="4978750F" w14:textId="77777777" w:rsidR="009A32DD" w:rsidRDefault="009A32DD">
      <w:pPr>
        <w:rPr>
          <w:lang w:eastAsia="zh-CN"/>
        </w:rPr>
      </w:pPr>
    </w:p>
    <w:p w14:paraId="2D2FA17C" w14:textId="77777777" w:rsidR="009A32DD" w:rsidRDefault="00000000">
      <w:pPr>
        <w:spacing w:after="120"/>
        <w:rPr>
          <w:lang w:eastAsia="zh-CN"/>
        </w:rPr>
      </w:pPr>
      <w:r>
        <w:rPr>
          <w:rFonts w:eastAsia="黑体"/>
          <w:b/>
          <w:sz w:val="28"/>
          <w:lang w:eastAsia="zh-CN"/>
        </w:rPr>
        <w:t>逐题答案与解析</w:t>
      </w:r>
    </w:p>
    <w:p w14:paraId="1752CE24" w14:textId="77777777" w:rsidR="009A32DD" w:rsidRDefault="00000000">
      <w:pPr>
        <w:spacing w:before="40" w:after="80" w:line="360" w:lineRule="exact"/>
        <w:rPr>
          <w:lang w:eastAsia="zh-CN"/>
        </w:rPr>
      </w:pPr>
      <w:r>
        <w:rPr>
          <w:rFonts w:eastAsia="宋体"/>
          <w:sz w:val="22"/>
          <w:lang w:eastAsia="zh-CN"/>
        </w:rPr>
        <w:t xml:space="preserve">1. </w:t>
      </w:r>
      <w:r>
        <w:rPr>
          <w:rFonts w:eastAsia="宋体"/>
          <w:b/>
          <w:color w:val="CC0000"/>
          <w:lang w:eastAsia="zh-CN"/>
        </w:rPr>
        <w:t>D</w:t>
      </w:r>
      <w:r>
        <w:rPr>
          <w:rFonts w:eastAsia="宋体"/>
          <w:color w:val="666666"/>
          <w:sz w:val="20"/>
          <w:lang w:eastAsia="zh-CN"/>
        </w:rPr>
        <w:t xml:space="preserve">  </w:t>
      </w:r>
      <w:r>
        <w:rPr>
          <w:rFonts w:eastAsia="宋体"/>
          <w:color w:val="666666"/>
          <w:sz w:val="20"/>
          <w:lang w:eastAsia="zh-CN"/>
        </w:rPr>
        <w:t>神舟七号出舱宇航员为翟志刚。</w:t>
      </w:r>
    </w:p>
    <w:p w14:paraId="5EBB087A" w14:textId="77777777" w:rsidR="009A32DD" w:rsidRDefault="00000000">
      <w:pPr>
        <w:spacing w:before="40" w:after="80" w:line="360" w:lineRule="exact"/>
        <w:rPr>
          <w:lang w:eastAsia="zh-CN"/>
        </w:rPr>
      </w:pPr>
      <w:r>
        <w:rPr>
          <w:rFonts w:eastAsia="宋体"/>
          <w:sz w:val="22"/>
          <w:lang w:eastAsia="zh-CN"/>
        </w:rPr>
        <w:t xml:space="preserve">2. </w:t>
      </w:r>
      <w:r>
        <w:rPr>
          <w:rFonts w:eastAsia="宋体"/>
          <w:b/>
          <w:color w:val="CC0000"/>
          <w:lang w:eastAsia="zh-CN"/>
        </w:rPr>
        <w:t>C</w:t>
      </w:r>
      <w:r>
        <w:rPr>
          <w:rFonts w:eastAsia="宋体"/>
          <w:color w:val="666666"/>
          <w:sz w:val="20"/>
          <w:lang w:eastAsia="zh-CN"/>
        </w:rPr>
        <w:t xml:space="preserve">  1609</w:t>
      </w:r>
      <w:r>
        <w:rPr>
          <w:rFonts w:eastAsia="宋体"/>
          <w:color w:val="666666"/>
          <w:sz w:val="20"/>
          <w:lang w:eastAsia="zh-CN"/>
        </w:rPr>
        <w:t>年伽利略首次将望远镜用于天文观测，到</w:t>
      </w:r>
      <w:r>
        <w:rPr>
          <w:rFonts w:eastAsia="宋体"/>
          <w:color w:val="666666"/>
          <w:sz w:val="20"/>
          <w:lang w:eastAsia="zh-CN"/>
        </w:rPr>
        <w:t>2009</w:t>
      </w:r>
      <w:r>
        <w:rPr>
          <w:rFonts w:eastAsia="宋体"/>
          <w:color w:val="666666"/>
          <w:sz w:val="20"/>
          <w:lang w:eastAsia="zh-CN"/>
        </w:rPr>
        <w:t>年正好</w:t>
      </w:r>
      <w:r>
        <w:rPr>
          <w:rFonts w:eastAsia="宋体"/>
          <w:color w:val="666666"/>
          <w:sz w:val="20"/>
          <w:lang w:eastAsia="zh-CN"/>
        </w:rPr>
        <w:t>400</w:t>
      </w:r>
      <w:r>
        <w:rPr>
          <w:rFonts w:eastAsia="宋体"/>
          <w:color w:val="666666"/>
          <w:sz w:val="20"/>
          <w:lang w:eastAsia="zh-CN"/>
        </w:rPr>
        <w:t>周年。</w:t>
      </w:r>
    </w:p>
    <w:p w14:paraId="48412283" w14:textId="77777777" w:rsidR="009A32DD" w:rsidRDefault="00000000">
      <w:pPr>
        <w:spacing w:before="40" w:after="80" w:line="360" w:lineRule="exact"/>
        <w:rPr>
          <w:lang w:eastAsia="zh-CN"/>
        </w:rPr>
      </w:pPr>
      <w:r>
        <w:rPr>
          <w:rFonts w:eastAsia="宋体"/>
          <w:sz w:val="22"/>
          <w:lang w:eastAsia="zh-CN"/>
        </w:rPr>
        <w:t xml:space="preserve">3. </w:t>
      </w:r>
      <w:r>
        <w:rPr>
          <w:rFonts w:eastAsia="宋体"/>
          <w:b/>
          <w:color w:val="CC0000"/>
          <w:lang w:eastAsia="zh-CN"/>
        </w:rPr>
        <w:t>C</w:t>
      </w:r>
      <w:r>
        <w:rPr>
          <w:rFonts w:eastAsia="宋体"/>
          <w:color w:val="666666"/>
          <w:sz w:val="20"/>
          <w:lang w:eastAsia="zh-CN"/>
        </w:rPr>
        <w:t xml:space="preserve">  </w:t>
      </w:r>
      <w:r>
        <w:rPr>
          <w:rFonts w:eastAsia="宋体"/>
          <w:color w:val="666666"/>
          <w:sz w:val="20"/>
          <w:lang w:eastAsia="zh-CN"/>
        </w:rPr>
        <w:t>国际天文学联合会</w:t>
      </w:r>
      <w:r>
        <w:rPr>
          <w:rFonts w:eastAsia="宋体"/>
          <w:color w:val="666666"/>
          <w:sz w:val="20"/>
          <w:lang w:eastAsia="zh-CN"/>
        </w:rPr>
        <w:t>1928</w:t>
      </w:r>
      <w:r>
        <w:rPr>
          <w:rFonts w:eastAsia="宋体"/>
          <w:color w:val="666666"/>
          <w:sz w:val="20"/>
          <w:lang w:eastAsia="zh-CN"/>
        </w:rPr>
        <w:t>年划定</w:t>
      </w:r>
      <w:r>
        <w:rPr>
          <w:rFonts w:eastAsia="宋体"/>
          <w:color w:val="666666"/>
          <w:sz w:val="20"/>
          <w:lang w:eastAsia="zh-CN"/>
        </w:rPr>
        <w:t>88</w:t>
      </w:r>
      <w:r>
        <w:rPr>
          <w:rFonts w:eastAsia="宋体"/>
          <w:color w:val="666666"/>
          <w:sz w:val="20"/>
          <w:lang w:eastAsia="zh-CN"/>
        </w:rPr>
        <w:t>个星座。</w:t>
      </w:r>
    </w:p>
    <w:p w14:paraId="05D5CE8A" w14:textId="77777777" w:rsidR="009A32DD" w:rsidRDefault="00000000">
      <w:pPr>
        <w:spacing w:before="40" w:after="80" w:line="360" w:lineRule="exact"/>
        <w:rPr>
          <w:lang w:eastAsia="zh-CN"/>
        </w:rPr>
      </w:pPr>
      <w:r>
        <w:rPr>
          <w:rFonts w:eastAsia="宋体"/>
          <w:sz w:val="22"/>
          <w:lang w:eastAsia="zh-CN"/>
        </w:rPr>
        <w:t xml:space="preserve">4. </w:t>
      </w:r>
      <w:r>
        <w:rPr>
          <w:rFonts w:eastAsia="宋体"/>
          <w:b/>
          <w:color w:val="CC0000"/>
          <w:lang w:eastAsia="zh-CN"/>
        </w:rPr>
        <w:t>C</w:t>
      </w:r>
      <w:r>
        <w:rPr>
          <w:rFonts w:eastAsia="宋体"/>
          <w:color w:val="666666"/>
          <w:sz w:val="20"/>
          <w:lang w:eastAsia="zh-CN"/>
        </w:rPr>
        <w:t xml:space="preserve">  2008</w:t>
      </w:r>
      <w:r>
        <w:rPr>
          <w:rFonts w:eastAsia="宋体"/>
          <w:color w:val="666666"/>
          <w:sz w:val="20"/>
          <w:lang w:eastAsia="zh-CN"/>
        </w:rPr>
        <w:t>年</w:t>
      </w:r>
      <w:r>
        <w:rPr>
          <w:rFonts w:eastAsia="宋体"/>
          <w:color w:val="666666"/>
          <w:sz w:val="20"/>
          <w:lang w:eastAsia="zh-CN"/>
        </w:rPr>
        <w:t>8</w:t>
      </w:r>
      <w:r>
        <w:rPr>
          <w:rFonts w:eastAsia="宋体"/>
          <w:color w:val="666666"/>
          <w:sz w:val="20"/>
          <w:lang w:eastAsia="zh-CN"/>
        </w:rPr>
        <w:t>月</w:t>
      </w:r>
      <w:r>
        <w:rPr>
          <w:rFonts w:eastAsia="宋体"/>
          <w:color w:val="666666"/>
          <w:sz w:val="20"/>
          <w:lang w:eastAsia="zh-CN"/>
        </w:rPr>
        <w:t>1</w:t>
      </w:r>
      <w:r>
        <w:rPr>
          <w:rFonts w:eastAsia="宋体"/>
          <w:color w:val="666666"/>
          <w:sz w:val="20"/>
          <w:lang w:eastAsia="zh-CN"/>
        </w:rPr>
        <w:t>日日全食食甚时间大致在下午</w:t>
      </w:r>
      <w:r>
        <w:rPr>
          <w:rFonts w:eastAsia="宋体"/>
          <w:color w:val="666666"/>
          <w:sz w:val="20"/>
          <w:lang w:eastAsia="zh-CN"/>
        </w:rPr>
        <w:t>7</w:t>
      </w:r>
      <w:r>
        <w:rPr>
          <w:rFonts w:eastAsia="宋体"/>
          <w:color w:val="666666"/>
          <w:sz w:val="20"/>
          <w:lang w:eastAsia="zh-CN"/>
        </w:rPr>
        <w:t>点左右。</w:t>
      </w:r>
    </w:p>
    <w:p w14:paraId="76613A87" w14:textId="77777777" w:rsidR="009A32DD" w:rsidRDefault="00000000">
      <w:pPr>
        <w:spacing w:before="40" w:after="80" w:line="360" w:lineRule="exact"/>
        <w:rPr>
          <w:lang w:eastAsia="zh-CN"/>
        </w:rPr>
      </w:pPr>
      <w:r>
        <w:rPr>
          <w:rFonts w:eastAsia="宋体"/>
          <w:sz w:val="22"/>
          <w:lang w:eastAsia="zh-CN"/>
        </w:rPr>
        <w:t>5. D  2009</w:t>
      </w:r>
      <w:r>
        <w:rPr>
          <w:rFonts w:eastAsia="宋体"/>
          <w:sz w:val="22"/>
          <w:lang w:eastAsia="zh-CN"/>
        </w:rPr>
        <w:t>年第八届全国中学生天文奥赛决赛（暨广州天文奥林匹克邀请赛）于</w:t>
      </w:r>
      <w:r>
        <w:rPr>
          <w:rFonts w:eastAsia="宋体"/>
          <w:sz w:val="22"/>
          <w:lang w:eastAsia="zh-CN"/>
        </w:rPr>
        <w:t>4</w:t>
      </w:r>
      <w:r>
        <w:rPr>
          <w:rFonts w:eastAsia="宋体"/>
          <w:sz w:val="22"/>
          <w:lang w:eastAsia="zh-CN"/>
        </w:rPr>
        <w:t>月</w:t>
      </w:r>
      <w:r>
        <w:rPr>
          <w:rFonts w:eastAsia="宋体"/>
          <w:sz w:val="22"/>
          <w:lang w:eastAsia="zh-CN"/>
        </w:rPr>
        <w:t>2—6</w:t>
      </w:r>
      <w:r>
        <w:rPr>
          <w:rFonts w:eastAsia="宋体"/>
          <w:sz w:val="22"/>
          <w:lang w:eastAsia="zh-CN"/>
        </w:rPr>
        <w:t>日在广州广东实验中学举行，本届预赛在</w:t>
      </w:r>
      <w:r>
        <w:rPr>
          <w:rFonts w:eastAsia="宋体"/>
          <w:sz w:val="22"/>
          <w:lang w:eastAsia="zh-CN"/>
        </w:rPr>
        <w:t>2</w:t>
      </w:r>
      <w:r>
        <w:rPr>
          <w:rFonts w:eastAsia="宋体"/>
          <w:sz w:val="22"/>
          <w:lang w:eastAsia="zh-CN"/>
        </w:rPr>
        <w:t>月</w:t>
      </w:r>
      <w:r>
        <w:rPr>
          <w:rFonts w:eastAsia="宋体"/>
          <w:sz w:val="22"/>
          <w:lang w:eastAsia="zh-CN"/>
        </w:rPr>
        <w:t>28</w:t>
      </w:r>
      <w:r>
        <w:rPr>
          <w:rFonts w:eastAsia="宋体"/>
          <w:sz w:val="22"/>
          <w:lang w:eastAsia="zh-CN"/>
        </w:rPr>
        <w:t>日进行。</w:t>
      </w:r>
    </w:p>
    <w:p w14:paraId="0B0F484E" w14:textId="77777777" w:rsidR="009A32DD" w:rsidRDefault="00000000">
      <w:pPr>
        <w:spacing w:before="40" w:after="80" w:line="360" w:lineRule="exact"/>
        <w:rPr>
          <w:lang w:eastAsia="zh-CN"/>
        </w:rPr>
      </w:pPr>
      <w:r>
        <w:rPr>
          <w:rFonts w:eastAsia="宋体"/>
          <w:sz w:val="22"/>
          <w:lang w:eastAsia="zh-CN"/>
        </w:rPr>
        <w:t xml:space="preserve">6. </w:t>
      </w:r>
      <w:r>
        <w:rPr>
          <w:rFonts w:eastAsia="宋体"/>
          <w:b/>
          <w:color w:val="CC0000"/>
          <w:lang w:eastAsia="zh-CN"/>
        </w:rPr>
        <w:t>A</w:t>
      </w:r>
      <w:r>
        <w:rPr>
          <w:rFonts w:eastAsia="宋体"/>
          <w:color w:val="666666"/>
          <w:sz w:val="20"/>
          <w:lang w:eastAsia="zh-CN"/>
        </w:rPr>
        <w:t xml:space="preserve">  </w:t>
      </w:r>
      <w:r>
        <w:rPr>
          <w:rFonts w:eastAsia="宋体"/>
          <w:color w:val="666666"/>
          <w:sz w:val="20"/>
          <w:lang w:eastAsia="zh-CN"/>
        </w:rPr>
        <w:t>未涂</w:t>
      </w:r>
      <w:proofErr w:type="gramStart"/>
      <w:r>
        <w:rPr>
          <w:rFonts w:eastAsia="宋体"/>
          <w:color w:val="666666"/>
          <w:sz w:val="20"/>
          <w:lang w:eastAsia="zh-CN"/>
        </w:rPr>
        <w:t>或涂错准考证</w:t>
      </w:r>
      <w:proofErr w:type="gramEnd"/>
      <w:r>
        <w:rPr>
          <w:rFonts w:eastAsia="宋体"/>
          <w:color w:val="666666"/>
          <w:sz w:val="20"/>
          <w:lang w:eastAsia="zh-CN"/>
        </w:rPr>
        <w:t>号后果最严重，无法识别考生身份。</w:t>
      </w:r>
    </w:p>
    <w:p w14:paraId="6455842B" w14:textId="77777777" w:rsidR="009A32DD" w:rsidRDefault="00000000">
      <w:pPr>
        <w:spacing w:before="40" w:after="80" w:line="360" w:lineRule="exact"/>
        <w:rPr>
          <w:lang w:eastAsia="zh-CN"/>
        </w:rPr>
      </w:pPr>
      <w:r>
        <w:rPr>
          <w:rFonts w:eastAsia="宋体"/>
          <w:sz w:val="22"/>
          <w:lang w:eastAsia="zh-CN"/>
        </w:rPr>
        <w:t xml:space="preserve">7. </w:t>
      </w:r>
      <w:r>
        <w:rPr>
          <w:rFonts w:eastAsia="宋体"/>
          <w:b/>
          <w:color w:val="CC0000"/>
          <w:lang w:eastAsia="zh-CN"/>
        </w:rPr>
        <w:t>B</w:t>
      </w:r>
      <w:r>
        <w:rPr>
          <w:rFonts w:eastAsia="宋体"/>
          <w:color w:val="666666"/>
          <w:sz w:val="20"/>
          <w:lang w:eastAsia="zh-CN"/>
        </w:rPr>
        <w:t xml:space="preserve">  2008</w:t>
      </w:r>
      <w:r>
        <w:rPr>
          <w:rFonts w:eastAsia="宋体"/>
          <w:color w:val="666666"/>
          <w:sz w:val="20"/>
          <w:lang w:eastAsia="zh-CN"/>
        </w:rPr>
        <w:t>年中国队在两项国际天文奥赛中共获</w:t>
      </w:r>
      <w:r>
        <w:rPr>
          <w:rFonts w:eastAsia="宋体"/>
          <w:color w:val="666666"/>
          <w:sz w:val="20"/>
          <w:lang w:eastAsia="zh-CN"/>
        </w:rPr>
        <w:t>3</w:t>
      </w:r>
      <w:r>
        <w:rPr>
          <w:rFonts w:eastAsia="宋体"/>
          <w:color w:val="666666"/>
          <w:sz w:val="20"/>
          <w:lang w:eastAsia="zh-CN"/>
        </w:rPr>
        <w:t>枚金牌。</w:t>
      </w:r>
    </w:p>
    <w:p w14:paraId="3FBC496D" w14:textId="77777777" w:rsidR="009A32DD" w:rsidRDefault="00000000">
      <w:pPr>
        <w:spacing w:before="40" w:after="80" w:line="360" w:lineRule="exact"/>
        <w:rPr>
          <w:lang w:eastAsia="zh-CN"/>
        </w:rPr>
      </w:pPr>
      <w:r>
        <w:rPr>
          <w:rFonts w:eastAsia="宋体"/>
          <w:sz w:val="22"/>
          <w:lang w:eastAsia="zh-CN"/>
        </w:rPr>
        <w:t xml:space="preserve">8. </w:t>
      </w:r>
      <w:r>
        <w:rPr>
          <w:rFonts w:eastAsia="宋体"/>
          <w:b/>
          <w:color w:val="CC0000"/>
          <w:lang w:eastAsia="zh-CN"/>
        </w:rPr>
        <w:t>D</w:t>
      </w:r>
      <w:r>
        <w:rPr>
          <w:rFonts w:eastAsia="宋体"/>
          <w:color w:val="666666"/>
          <w:sz w:val="20"/>
          <w:lang w:eastAsia="zh-CN"/>
        </w:rPr>
        <w:t xml:space="preserve">  </w:t>
      </w:r>
      <w:r>
        <w:rPr>
          <w:rFonts w:eastAsia="宋体"/>
          <w:color w:val="666666"/>
          <w:sz w:val="20"/>
          <w:lang w:eastAsia="zh-CN"/>
        </w:rPr>
        <w:t>中国即将发射的载人空间站名为</w:t>
      </w:r>
      <w:r>
        <w:rPr>
          <w:rFonts w:eastAsia="宋体"/>
          <w:color w:val="666666"/>
          <w:sz w:val="20"/>
          <w:lang w:eastAsia="zh-CN"/>
        </w:rPr>
        <w:t>“</w:t>
      </w:r>
      <w:r>
        <w:rPr>
          <w:rFonts w:eastAsia="宋体"/>
          <w:color w:val="666666"/>
          <w:sz w:val="20"/>
          <w:lang w:eastAsia="zh-CN"/>
        </w:rPr>
        <w:t>天宫</w:t>
      </w:r>
      <w:r>
        <w:rPr>
          <w:rFonts w:eastAsia="宋体"/>
          <w:color w:val="666666"/>
          <w:sz w:val="20"/>
          <w:lang w:eastAsia="zh-CN"/>
        </w:rPr>
        <w:t>”</w:t>
      </w:r>
      <w:r>
        <w:rPr>
          <w:rFonts w:eastAsia="宋体"/>
          <w:color w:val="666666"/>
          <w:sz w:val="20"/>
          <w:lang w:eastAsia="zh-CN"/>
        </w:rPr>
        <w:t>。</w:t>
      </w:r>
    </w:p>
    <w:p w14:paraId="3559B257" w14:textId="77777777" w:rsidR="009A32DD" w:rsidRDefault="00000000">
      <w:pPr>
        <w:spacing w:before="40" w:after="80" w:line="360" w:lineRule="exact"/>
        <w:rPr>
          <w:lang w:eastAsia="zh-CN"/>
        </w:rPr>
      </w:pPr>
      <w:r>
        <w:rPr>
          <w:rFonts w:eastAsia="宋体"/>
          <w:sz w:val="22"/>
          <w:lang w:eastAsia="zh-CN"/>
        </w:rPr>
        <w:t xml:space="preserve">9. </w:t>
      </w:r>
      <w:r>
        <w:rPr>
          <w:rFonts w:eastAsia="宋体"/>
          <w:b/>
          <w:color w:val="CC0000"/>
          <w:lang w:eastAsia="zh-CN"/>
        </w:rPr>
        <w:t>D</w:t>
      </w:r>
      <w:r>
        <w:rPr>
          <w:rFonts w:eastAsia="宋体"/>
          <w:color w:val="666666"/>
          <w:sz w:val="20"/>
          <w:lang w:eastAsia="zh-CN"/>
        </w:rPr>
        <w:t xml:space="preserve">  2009</w:t>
      </w:r>
      <w:r>
        <w:rPr>
          <w:rFonts w:eastAsia="宋体"/>
          <w:color w:val="666666"/>
          <w:sz w:val="20"/>
          <w:lang w:eastAsia="zh-CN"/>
        </w:rPr>
        <w:t>国际天文年口号为</w:t>
      </w:r>
      <w:r>
        <w:rPr>
          <w:rFonts w:eastAsia="宋体"/>
          <w:color w:val="666666"/>
          <w:sz w:val="20"/>
          <w:lang w:eastAsia="zh-CN"/>
        </w:rPr>
        <w:t>“</w:t>
      </w:r>
      <w:r>
        <w:rPr>
          <w:rFonts w:eastAsia="宋体"/>
          <w:color w:val="666666"/>
          <w:sz w:val="20"/>
          <w:lang w:eastAsia="zh-CN"/>
        </w:rPr>
        <w:t>探索我们的宇宙</w:t>
      </w:r>
      <w:r>
        <w:rPr>
          <w:rFonts w:eastAsia="宋体"/>
          <w:color w:val="666666"/>
          <w:sz w:val="20"/>
          <w:lang w:eastAsia="zh-CN"/>
        </w:rPr>
        <w:t>”</w:t>
      </w:r>
      <w:r>
        <w:rPr>
          <w:rFonts w:eastAsia="宋体"/>
          <w:color w:val="666666"/>
          <w:sz w:val="20"/>
          <w:lang w:eastAsia="zh-CN"/>
        </w:rPr>
        <w:t>。</w:t>
      </w:r>
    </w:p>
    <w:p w14:paraId="4D1B81FB" w14:textId="77777777" w:rsidR="009A32DD" w:rsidRDefault="00000000">
      <w:pPr>
        <w:spacing w:before="40" w:after="80" w:line="360" w:lineRule="exact"/>
        <w:rPr>
          <w:lang w:eastAsia="zh-CN"/>
        </w:rPr>
      </w:pPr>
      <w:r>
        <w:rPr>
          <w:rFonts w:eastAsia="宋体"/>
          <w:sz w:val="22"/>
          <w:lang w:eastAsia="zh-CN"/>
        </w:rPr>
        <w:t xml:space="preserve">10. </w:t>
      </w:r>
      <w:r>
        <w:rPr>
          <w:rFonts w:eastAsia="宋体"/>
          <w:b/>
          <w:color w:val="CC0000"/>
          <w:lang w:eastAsia="zh-CN"/>
        </w:rPr>
        <w:t>A</w:t>
      </w:r>
      <w:r>
        <w:rPr>
          <w:rFonts w:eastAsia="宋体"/>
          <w:color w:val="666666"/>
          <w:sz w:val="20"/>
          <w:lang w:eastAsia="zh-CN"/>
        </w:rPr>
        <w:t xml:space="preserve">  “</w:t>
      </w:r>
      <w:r>
        <w:rPr>
          <w:rFonts w:eastAsia="宋体"/>
          <w:color w:val="666666"/>
          <w:sz w:val="20"/>
          <w:lang w:eastAsia="zh-CN"/>
        </w:rPr>
        <w:t>天文学</w:t>
      </w:r>
      <w:r>
        <w:rPr>
          <w:rFonts w:eastAsia="宋体"/>
          <w:color w:val="666666"/>
          <w:sz w:val="20"/>
          <w:lang w:eastAsia="zh-CN"/>
        </w:rPr>
        <w:t>100</w:t>
      </w:r>
      <w:r>
        <w:rPr>
          <w:rFonts w:eastAsia="宋体"/>
          <w:color w:val="666666"/>
          <w:sz w:val="20"/>
          <w:lang w:eastAsia="zh-CN"/>
        </w:rPr>
        <w:t>小时</w:t>
      </w:r>
      <w:r>
        <w:rPr>
          <w:rFonts w:eastAsia="宋体"/>
          <w:color w:val="666666"/>
          <w:sz w:val="20"/>
          <w:lang w:eastAsia="zh-CN"/>
        </w:rPr>
        <w:t>”</w:t>
      </w:r>
      <w:r>
        <w:rPr>
          <w:rFonts w:eastAsia="宋体"/>
          <w:color w:val="666666"/>
          <w:sz w:val="20"/>
          <w:lang w:eastAsia="zh-CN"/>
        </w:rPr>
        <w:t>全球项目举办于</w:t>
      </w:r>
      <w:r>
        <w:rPr>
          <w:rFonts w:eastAsia="宋体"/>
          <w:color w:val="666666"/>
          <w:sz w:val="20"/>
          <w:lang w:eastAsia="zh-CN"/>
        </w:rPr>
        <w:t>4</w:t>
      </w:r>
      <w:r>
        <w:rPr>
          <w:rFonts w:eastAsia="宋体"/>
          <w:color w:val="666666"/>
          <w:sz w:val="20"/>
          <w:lang w:eastAsia="zh-CN"/>
        </w:rPr>
        <w:t>月上旬。</w:t>
      </w:r>
    </w:p>
    <w:p w14:paraId="335653E0" w14:textId="77777777" w:rsidR="009A32DD" w:rsidRDefault="00000000">
      <w:pPr>
        <w:spacing w:before="40" w:after="80" w:line="360" w:lineRule="exact"/>
        <w:rPr>
          <w:lang w:eastAsia="zh-CN"/>
        </w:rPr>
      </w:pPr>
      <w:r>
        <w:rPr>
          <w:rFonts w:eastAsia="宋体"/>
          <w:sz w:val="22"/>
          <w:lang w:eastAsia="zh-CN"/>
        </w:rPr>
        <w:t xml:space="preserve">11. </w:t>
      </w:r>
      <w:r>
        <w:rPr>
          <w:rFonts w:eastAsia="宋体"/>
          <w:b/>
          <w:color w:val="CC0000"/>
          <w:lang w:eastAsia="zh-CN"/>
        </w:rPr>
        <w:t>B</w:t>
      </w:r>
      <w:r>
        <w:rPr>
          <w:rFonts w:eastAsia="宋体"/>
          <w:color w:val="666666"/>
          <w:sz w:val="20"/>
          <w:lang w:eastAsia="zh-CN"/>
        </w:rPr>
        <w:t xml:space="preserve">  3</w:t>
      </w:r>
      <w:r>
        <w:rPr>
          <w:rFonts w:eastAsia="宋体"/>
          <w:color w:val="666666"/>
          <w:sz w:val="20"/>
          <w:lang w:eastAsia="zh-CN"/>
        </w:rPr>
        <w:t>月</w:t>
      </w:r>
      <w:r>
        <w:rPr>
          <w:rFonts w:eastAsia="宋体"/>
          <w:color w:val="666666"/>
          <w:sz w:val="20"/>
          <w:lang w:eastAsia="zh-CN"/>
        </w:rPr>
        <w:t>28</w:t>
      </w:r>
      <w:r>
        <w:rPr>
          <w:rFonts w:eastAsia="宋体"/>
          <w:color w:val="666666"/>
          <w:sz w:val="20"/>
          <w:lang w:eastAsia="zh-CN"/>
        </w:rPr>
        <w:t>日前后观测条件最适合</w:t>
      </w:r>
      <w:proofErr w:type="gramStart"/>
      <w:r>
        <w:rPr>
          <w:rFonts w:eastAsia="宋体"/>
          <w:color w:val="666666"/>
          <w:sz w:val="20"/>
          <w:lang w:eastAsia="zh-CN"/>
        </w:rPr>
        <w:t>梅西叶天体</w:t>
      </w:r>
      <w:proofErr w:type="gramEnd"/>
      <w:r>
        <w:rPr>
          <w:rFonts w:eastAsia="宋体"/>
          <w:color w:val="666666"/>
          <w:sz w:val="20"/>
          <w:lang w:eastAsia="zh-CN"/>
        </w:rPr>
        <w:t>马拉松。</w:t>
      </w:r>
    </w:p>
    <w:p w14:paraId="11DC7C1D" w14:textId="77777777" w:rsidR="009A32DD" w:rsidRDefault="00000000">
      <w:pPr>
        <w:spacing w:before="40" w:after="80" w:line="360" w:lineRule="exact"/>
        <w:rPr>
          <w:lang w:eastAsia="zh-CN"/>
        </w:rPr>
      </w:pPr>
      <w:r>
        <w:rPr>
          <w:rFonts w:eastAsia="宋体"/>
          <w:sz w:val="22"/>
          <w:lang w:eastAsia="zh-CN"/>
        </w:rPr>
        <w:t xml:space="preserve">12. </w:t>
      </w:r>
      <w:r>
        <w:rPr>
          <w:rFonts w:eastAsia="宋体"/>
          <w:b/>
          <w:color w:val="CC0000"/>
          <w:lang w:eastAsia="zh-CN"/>
        </w:rPr>
        <w:t>D</w:t>
      </w:r>
      <w:r>
        <w:rPr>
          <w:rFonts w:eastAsia="宋体"/>
          <w:color w:val="666666"/>
          <w:sz w:val="20"/>
          <w:lang w:eastAsia="zh-CN"/>
        </w:rPr>
        <w:t xml:space="preserve">  </w:t>
      </w:r>
      <w:r>
        <w:rPr>
          <w:rFonts w:eastAsia="宋体"/>
          <w:color w:val="666666"/>
          <w:sz w:val="20"/>
          <w:lang w:eastAsia="zh-CN"/>
        </w:rPr>
        <w:t>银道穿过大犬座和小犬座之间。</w:t>
      </w:r>
    </w:p>
    <w:p w14:paraId="52921FCD" w14:textId="77777777" w:rsidR="009A32DD" w:rsidRDefault="00000000">
      <w:pPr>
        <w:spacing w:before="40" w:after="80" w:line="360" w:lineRule="exact"/>
        <w:rPr>
          <w:lang w:eastAsia="zh-CN"/>
        </w:rPr>
      </w:pPr>
      <w:r>
        <w:rPr>
          <w:rFonts w:eastAsia="宋体"/>
          <w:sz w:val="22"/>
          <w:lang w:eastAsia="zh-CN"/>
        </w:rPr>
        <w:t xml:space="preserve">13. </w:t>
      </w:r>
      <w:r>
        <w:rPr>
          <w:rFonts w:eastAsia="宋体"/>
          <w:b/>
          <w:color w:val="CC0000"/>
          <w:lang w:eastAsia="zh-CN"/>
        </w:rPr>
        <w:t>D</w:t>
      </w:r>
      <w:r>
        <w:rPr>
          <w:rFonts w:eastAsia="宋体"/>
          <w:color w:val="666666"/>
          <w:sz w:val="20"/>
          <w:lang w:eastAsia="zh-CN"/>
        </w:rPr>
        <w:t xml:space="preserve">  </w:t>
      </w:r>
      <w:r>
        <w:rPr>
          <w:rFonts w:eastAsia="宋体"/>
          <w:color w:val="666666"/>
          <w:sz w:val="20"/>
          <w:lang w:eastAsia="zh-CN"/>
        </w:rPr>
        <w:t>心宿二（天蝎座</w:t>
      </w:r>
      <w:r>
        <w:rPr>
          <w:rFonts w:eastAsia="宋体"/>
          <w:color w:val="666666"/>
          <w:sz w:val="20"/>
        </w:rPr>
        <w:t>α</w:t>
      </w:r>
      <w:r>
        <w:rPr>
          <w:rFonts w:eastAsia="宋体"/>
          <w:color w:val="666666"/>
          <w:sz w:val="20"/>
          <w:lang w:eastAsia="zh-CN"/>
        </w:rPr>
        <w:t>）和参宿四（猎户座</w:t>
      </w:r>
      <w:r>
        <w:rPr>
          <w:rFonts w:eastAsia="宋体"/>
          <w:color w:val="666666"/>
          <w:sz w:val="20"/>
        </w:rPr>
        <w:t>α</w:t>
      </w:r>
      <w:r>
        <w:rPr>
          <w:rFonts w:eastAsia="宋体"/>
          <w:color w:val="666666"/>
          <w:sz w:val="20"/>
          <w:lang w:eastAsia="zh-CN"/>
        </w:rPr>
        <w:t>）在天球上角距离最远。</w:t>
      </w:r>
    </w:p>
    <w:p w14:paraId="4ADAEF50" w14:textId="77777777" w:rsidR="009A32DD" w:rsidRDefault="00000000">
      <w:pPr>
        <w:spacing w:before="40" w:after="80" w:line="360" w:lineRule="exact"/>
        <w:rPr>
          <w:lang w:eastAsia="zh-CN"/>
        </w:rPr>
      </w:pPr>
      <w:r>
        <w:rPr>
          <w:rFonts w:eastAsia="宋体"/>
          <w:sz w:val="22"/>
          <w:lang w:eastAsia="zh-CN"/>
        </w:rPr>
        <w:t xml:space="preserve">14. </w:t>
      </w:r>
      <w:r>
        <w:rPr>
          <w:rFonts w:eastAsia="宋体"/>
          <w:b/>
          <w:color w:val="CC0000"/>
          <w:lang w:eastAsia="zh-CN"/>
        </w:rPr>
        <w:t>B</w:t>
      </w:r>
      <w:r>
        <w:rPr>
          <w:rFonts w:eastAsia="宋体"/>
          <w:color w:val="666666"/>
          <w:sz w:val="20"/>
          <w:lang w:eastAsia="zh-CN"/>
        </w:rPr>
        <w:t xml:space="preserve">  </w:t>
      </w:r>
      <w:r>
        <w:rPr>
          <w:rFonts w:eastAsia="宋体"/>
          <w:color w:val="666666"/>
          <w:sz w:val="20"/>
          <w:lang w:eastAsia="zh-CN"/>
        </w:rPr>
        <w:t>南河三属于小犬座，不属于双子座（双子座有北河二、北河三）。</w:t>
      </w:r>
    </w:p>
    <w:p w14:paraId="4C1BA2DC" w14:textId="77777777" w:rsidR="009A32DD" w:rsidRDefault="00000000">
      <w:pPr>
        <w:spacing w:before="40" w:after="80" w:line="360" w:lineRule="exact"/>
        <w:rPr>
          <w:lang w:eastAsia="zh-CN"/>
        </w:rPr>
      </w:pPr>
      <w:r>
        <w:rPr>
          <w:rFonts w:eastAsia="宋体"/>
          <w:sz w:val="22"/>
          <w:lang w:eastAsia="zh-CN"/>
        </w:rPr>
        <w:t xml:space="preserve">15. </w:t>
      </w:r>
      <w:r>
        <w:rPr>
          <w:rFonts w:eastAsia="宋体"/>
          <w:b/>
          <w:color w:val="CC0000"/>
          <w:lang w:eastAsia="zh-CN"/>
        </w:rPr>
        <w:t>B</w:t>
      </w:r>
      <w:r>
        <w:rPr>
          <w:rFonts w:eastAsia="宋体"/>
          <w:color w:val="666666"/>
          <w:sz w:val="20"/>
          <w:lang w:eastAsia="zh-CN"/>
        </w:rPr>
        <w:t xml:space="preserve">  </w:t>
      </w:r>
      <w:r>
        <w:rPr>
          <w:rFonts w:eastAsia="宋体"/>
          <w:color w:val="666666"/>
          <w:sz w:val="20"/>
          <w:lang w:eastAsia="zh-CN"/>
        </w:rPr>
        <w:t>北极星视星等约</w:t>
      </w:r>
      <w:r>
        <w:rPr>
          <w:rFonts w:eastAsia="宋体"/>
          <w:color w:val="666666"/>
          <w:sz w:val="20"/>
          <w:lang w:eastAsia="zh-CN"/>
        </w:rPr>
        <w:t>2.0</w:t>
      </w:r>
      <w:r>
        <w:rPr>
          <w:rFonts w:eastAsia="宋体"/>
          <w:color w:val="666666"/>
          <w:sz w:val="20"/>
          <w:lang w:eastAsia="zh-CN"/>
        </w:rPr>
        <w:t>等，是四个选项中看起来最暗的。</w:t>
      </w:r>
    </w:p>
    <w:p w14:paraId="5B43A0BF" w14:textId="77777777" w:rsidR="009A32DD" w:rsidRDefault="00000000">
      <w:pPr>
        <w:spacing w:before="40" w:after="80" w:line="360" w:lineRule="exact"/>
        <w:rPr>
          <w:lang w:eastAsia="zh-CN"/>
        </w:rPr>
      </w:pPr>
      <w:r>
        <w:rPr>
          <w:rFonts w:eastAsia="宋体"/>
          <w:sz w:val="22"/>
          <w:lang w:eastAsia="zh-CN"/>
        </w:rPr>
        <w:t xml:space="preserve">16. </w:t>
      </w:r>
      <w:r>
        <w:rPr>
          <w:rFonts w:eastAsia="宋体"/>
          <w:b/>
          <w:color w:val="CC0000"/>
          <w:lang w:eastAsia="zh-CN"/>
        </w:rPr>
        <w:t>D</w:t>
      </w:r>
      <w:r>
        <w:rPr>
          <w:rFonts w:eastAsia="宋体"/>
          <w:color w:val="666666"/>
          <w:sz w:val="20"/>
          <w:lang w:eastAsia="zh-CN"/>
        </w:rPr>
        <w:t xml:space="preserve">  </w:t>
      </w:r>
      <w:r>
        <w:rPr>
          <w:rFonts w:eastAsia="宋体"/>
          <w:color w:val="666666"/>
          <w:sz w:val="20"/>
          <w:lang w:eastAsia="zh-CN"/>
        </w:rPr>
        <w:t>室女座星系团距离太远，赤道地区肉眼不可见。</w:t>
      </w:r>
    </w:p>
    <w:p w14:paraId="4C7A9C86" w14:textId="77777777" w:rsidR="009A32DD" w:rsidRDefault="00000000">
      <w:pPr>
        <w:spacing w:before="40" w:after="80" w:line="360" w:lineRule="exact"/>
        <w:rPr>
          <w:lang w:eastAsia="zh-CN"/>
        </w:rPr>
      </w:pPr>
      <w:r>
        <w:rPr>
          <w:rFonts w:eastAsia="宋体"/>
          <w:sz w:val="22"/>
          <w:lang w:eastAsia="zh-CN"/>
        </w:rPr>
        <w:t xml:space="preserve">17. </w:t>
      </w:r>
      <w:r>
        <w:rPr>
          <w:rFonts w:eastAsia="宋体"/>
          <w:b/>
          <w:color w:val="CC0000"/>
          <w:lang w:eastAsia="zh-CN"/>
        </w:rPr>
        <w:t>D</w:t>
      </w:r>
      <w:r>
        <w:rPr>
          <w:rFonts w:eastAsia="宋体"/>
          <w:color w:val="666666"/>
          <w:sz w:val="20"/>
          <w:lang w:eastAsia="zh-CN"/>
        </w:rPr>
        <w:t xml:space="preserve">  2035</w:t>
      </w:r>
      <w:r>
        <w:rPr>
          <w:rFonts w:eastAsia="宋体"/>
          <w:color w:val="666666"/>
          <w:sz w:val="20"/>
          <w:lang w:eastAsia="zh-CN"/>
        </w:rPr>
        <w:t>年</w:t>
      </w:r>
      <w:r>
        <w:rPr>
          <w:rFonts w:eastAsia="宋体"/>
          <w:color w:val="666666"/>
          <w:sz w:val="20"/>
          <w:lang w:eastAsia="zh-CN"/>
        </w:rPr>
        <w:t>9</w:t>
      </w:r>
      <w:r>
        <w:rPr>
          <w:rFonts w:eastAsia="宋体"/>
          <w:color w:val="666666"/>
          <w:sz w:val="20"/>
          <w:lang w:eastAsia="zh-CN"/>
        </w:rPr>
        <w:t>月</w:t>
      </w:r>
      <w:r>
        <w:rPr>
          <w:rFonts w:eastAsia="宋体"/>
          <w:color w:val="666666"/>
          <w:sz w:val="20"/>
          <w:lang w:eastAsia="zh-CN"/>
        </w:rPr>
        <w:t>2</w:t>
      </w:r>
      <w:r>
        <w:rPr>
          <w:rFonts w:eastAsia="宋体"/>
          <w:color w:val="666666"/>
          <w:sz w:val="20"/>
          <w:lang w:eastAsia="zh-CN"/>
        </w:rPr>
        <w:t>日将发生日全食，可在中国观测到。</w:t>
      </w:r>
    </w:p>
    <w:p w14:paraId="16D3920E" w14:textId="77777777" w:rsidR="009A32DD" w:rsidRDefault="00000000">
      <w:pPr>
        <w:spacing w:before="40" w:after="80" w:line="360" w:lineRule="exact"/>
        <w:rPr>
          <w:lang w:eastAsia="zh-CN"/>
        </w:rPr>
      </w:pPr>
      <w:r>
        <w:rPr>
          <w:rFonts w:eastAsia="宋体"/>
          <w:sz w:val="22"/>
          <w:lang w:eastAsia="zh-CN"/>
        </w:rPr>
        <w:lastRenderedPageBreak/>
        <w:t>18. B  2009</w:t>
      </w:r>
      <w:r>
        <w:rPr>
          <w:rFonts w:eastAsia="宋体"/>
          <w:sz w:val="22"/>
          <w:lang w:eastAsia="zh-CN"/>
        </w:rPr>
        <w:t>年</w:t>
      </w:r>
      <w:r>
        <w:rPr>
          <w:rFonts w:eastAsia="宋体"/>
          <w:sz w:val="22"/>
          <w:lang w:eastAsia="zh-CN"/>
        </w:rPr>
        <w:t>7</w:t>
      </w:r>
      <w:r>
        <w:rPr>
          <w:rFonts w:eastAsia="宋体"/>
          <w:sz w:val="22"/>
          <w:lang w:eastAsia="zh-CN"/>
        </w:rPr>
        <w:t>月</w:t>
      </w:r>
      <w:r>
        <w:rPr>
          <w:rFonts w:eastAsia="宋体"/>
          <w:sz w:val="22"/>
          <w:lang w:eastAsia="zh-CN"/>
        </w:rPr>
        <w:t>22</w:t>
      </w:r>
      <w:r>
        <w:rPr>
          <w:rFonts w:eastAsia="宋体"/>
          <w:sz w:val="22"/>
          <w:lang w:eastAsia="zh-CN"/>
        </w:rPr>
        <w:t>日的日全食，上海食甚在</w:t>
      </w:r>
      <w:r>
        <w:rPr>
          <w:rFonts w:eastAsia="宋体"/>
          <w:sz w:val="22"/>
          <w:lang w:eastAsia="zh-CN"/>
        </w:rPr>
        <w:t>9</w:t>
      </w:r>
      <w:r>
        <w:rPr>
          <w:rFonts w:eastAsia="宋体"/>
          <w:sz w:val="22"/>
          <w:lang w:eastAsia="zh-CN"/>
        </w:rPr>
        <w:t>时</w:t>
      </w:r>
      <w:r>
        <w:rPr>
          <w:rFonts w:eastAsia="宋体"/>
          <w:sz w:val="22"/>
          <w:lang w:eastAsia="zh-CN"/>
        </w:rPr>
        <w:t>39</w:t>
      </w:r>
      <w:r>
        <w:rPr>
          <w:rFonts w:eastAsia="宋体"/>
          <w:sz w:val="22"/>
          <w:lang w:eastAsia="zh-CN"/>
        </w:rPr>
        <w:t>分，即上午</w:t>
      </w:r>
      <w:r>
        <w:rPr>
          <w:rFonts w:eastAsia="宋体"/>
          <w:sz w:val="22"/>
          <w:lang w:eastAsia="zh-CN"/>
        </w:rPr>
        <w:t>9</w:t>
      </w:r>
      <w:r>
        <w:rPr>
          <w:rFonts w:eastAsia="宋体"/>
          <w:sz w:val="22"/>
          <w:lang w:eastAsia="zh-CN"/>
        </w:rPr>
        <w:t>点半左右；全食带</w:t>
      </w:r>
      <w:proofErr w:type="gramStart"/>
      <w:r>
        <w:rPr>
          <w:rFonts w:eastAsia="宋体"/>
          <w:sz w:val="22"/>
          <w:lang w:eastAsia="zh-CN"/>
        </w:rPr>
        <w:t>内越往西食甚越</w:t>
      </w:r>
      <w:proofErr w:type="gramEnd"/>
      <w:r>
        <w:rPr>
          <w:rFonts w:eastAsia="宋体"/>
          <w:sz w:val="22"/>
          <w:lang w:eastAsia="zh-CN"/>
        </w:rPr>
        <w:t>早（成都</w:t>
      </w:r>
      <w:r>
        <w:rPr>
          <w:rFonts w:eastAsia="宋体"/>
          <w:sz w:val="22"/>
          <w:lang w:eastAsia="zh-CN"/>
        </w:rPr>
        <w:t>9</w:t>
      </w:r>
      <w:r>
        <w:rPr>
          <w:rFonts w:eastAsia="宋体"/>
          <w:sz w:val="22"/>
          <w:lang w:eastAsia="zh-CN"/>
        </w:rPr>
        <w:t>时</w:t>
      </w:r>
      <w:r>
        <w:rPr>
          <w:rFonts w:eastAsia="宋体"/>
          <w:sz w:val="22"/>
          <w:lang w:eastAsia="zh-CN"/>
        </w:rPr>
        <w:t>12</w:t>
      </w:r>
      <w:r>
        <w:rPr>
          <w:rFonts w:eastAsia="宋体"/>
          <w:sz w:val="22"/>
          <w:lang w:eastAsia="zh-CN"/>
        </w:rPr>
        <w:t>分、武汉</w:t>
      </w:r>
      <w:r>
        <w:rPr>
          <w:rFonts w:eastAsia="宋体"/>
          <w:sz w:val="22"/>
          <w:lang w:eastAsia="zh-CN"/>
        </w:rPr>
        <w:t>9</w:t>
      </w:r>
      <w:r>
        <w:rPr>
          <w:rFonts w:eastAsia="宋体"/>
          <w:sz w:val="22"/>
          <w:lang w:eastAsia="zh-CN"/>
        </w:rPr>
        <w:t>时</w:t>
      </w:r>
      <w:r>
        <w:rPr>
          <w:rFonts w:eastAsia="宋体"/>
          <w:sz w:val="22"/>
          <w:lang w:eastAsia="zh-CN"/>
        </w:rPr>
        <w:t>24</w:t>
      </w:r>
      <w:r>
        <w:rPr>
          <w:rFonts w:eastAsia="宋体"/>
          <w:sz w:val="22"/>
          <w:lang w:eastAsia="zh-CN"/>
        </w:rPr>
        <w:t>分）。</w:t>
      </w:r>
      <w:r>
        <w:rPr>
          <w:rFonts w:eastAsia="宋体"/>
          <w:b/>
          <w:color w:val="CC0000"/>
          <w:lang w:eastAsia="zh-CN"/>
        </w:rPr>
        <w:t>B</w:t>
      </w:r>
      <w:r>
        <w:rPr>
          <w:rFonts w:eastAsia="宋体"/>
          <w:color w:val="666666"/>
          <w:sz w:val="20"/>
          <w:lang w:eastAsia="zh-CN"/>
        </w:rPr>
        <w:t xml:space="preserve">  2008</w:t>
      </w:r>
      <w:r>
        <w:rPr>
          <w:rFonts w:eastAsia="宋体"/>
          <w:color w:val="666666"/>
          <w:sz w:val="20"/>
          <w:lang w:eastAsia="zh-CN"/>
        </w:rPr>
        <w:t>年</w:t>
      </w:r>
      <w:r>
        <w:rPr>
          <w:rFonts w:eastAsia="宋体"/>
          <w:color w:val="666666"/>
          <w:sz w:val="20"/>
          <w:lang w:eastAsia="zh-CN"/>
        </w:rPr>
        <w:t>8</w:t>
      </w:r>
      <w:r>
        <w:rPr>
          <w:rFonts w:eastAsia="宋体"/>
          <w:color w:val="666666"/>
          <w:sz w:val="20"/>
          <w:lang w:eastAsia="zh-CN"/>
        </w:rPr>
        <w:t>月</w:t>
      </w:r>
      <w:r>
        <w:rPr>
          <w:rFonts w:eastAsia="宋体"/>
          <w:color w:val="666666"/>
          <w:sz w:val="20"/>
          <w:lang w:eastAsia="zh-CN"/>
        </w:rPr>
        <w:t>1</w:t>
      </w:r>
      <w:r>
        <w:rPr>
          <w:rFonts w:eastAsia="宋体"/>
          <w:color w:val="666666"/>
          <w:sz w:val="20"/>
          <w:lang w:eastAsia="zh-CN"/>
        </w:rPr>
        <w:t>日日全食食甚时间约为北京时间上午</w:t>
      </w:r>
      <w:r>
        <w:rPr>
          <w:rFonts w:eastAsia="宋体"/>
          <w:color w:val="666666"/>
          <w:sz w:val="20"/>
          <w:lang w:eastAsia="zh-CN"/>
        </w:rPr>
        <w:t>9</w:t>
      </w:r>
      <w:r>
        <w:rPr>
          <w:rFonts w:eastAsia="宋体"/>
          <w:color w:val="666666"/>
          <w:sz w:val="20"/>
          <w:lang w:eastAsia="zh-CN"/>
        </w:rPr>
        <w:t>点半。</w:t>
      </w:r>
    </w:p>
    <w:p w14:paraId="4D96E09A" w14:textId="77777777" w:rsidR="009A32DD" w:rsidRDefault="00000000">
      <w:pPr>
        <w:spacing w:before="40" w:after="80" w:line="360" w:lineRule="exact"/>
        <w:rPr>
          <w:lang w:eastAsia="zh-CN"/>
        </w:rPr>
      </w:pPr>
      <w:r>
        <w:rPr>
          <w:rFonts w:eastAsia="宋体"/>
          <w:sz w:val="22"/>
          <w:lang w:eastAsia="zh-CN"/>
        </w:rPr>
        <w:t>19. D  2009</w:t>
      </w:r>
      <w:r>
        <w:rPr>
          <w:rFonts w:eastAsia="宋体"/>
          <w:sz w:val="22"/>
          <w:lang w:eastAsia="zh-CN"/>
        </w:rPr>
        <w:t>年</w:t>
      </w:r>
      <w:r>
        <w:rPr>
          <w:rFonts w:eastAsia="宋体"/>
          <w:sz w:val="22"/>
          <w:lang w:eastAsia="zh-CN"/>
        </w:rPr>
        <w:t>7</w:t>
      </w:r>
      <w:r>
        <w:rPr>
          <w:rFonts w:eastAsia="宋体"/>
          <w:sz w:val="22"/>
          <w:lang w:eastAsia="zh-CN"/>
        </w:rPr>
        <w:t>月</w:t>
      </w:r>
      <w:r>
        <w:rPr>
          <w:rFonts w:eastAsia="宋体"/>
          <w:sz w:val="22"/>
          <w:lang w:eastAsia="zh-CN"/>
        </w:rPr>
        <w:t>22</w:t>
      </w:r>
      <w:r>
        <w:rPr>
          <w:rFonts w:eastAsia="宋体"/>
          <w:sz w:val="22"/>
          <w:lang w:eastAsia="zh-CN"/>
        </w:rPr>
        <w:t>日的全食带从西藏南部进入我国（约北京时间</w:t>
      </w:r>
      <w:r>
        <w:rPr>
          <w:rFonts w:eastAsia="宋体"/>
          <w:sz w:val="22"/>
          <w:lang w:eastAsia="zh-CN"/>
        </w:rPr>
        <w:t>8</w:t>
      </w:r>
      <w:r>
        <w:rPr>
          <w:rFonts w:eastAsia="宋体"/>
          <w:sz w:val="22"/>
          <w:lang w:eastAsia="zh-CN"/>
        </w:rPr>
        <w:t>时</w:t>
      </w:r>
      <w:r>
        <w:rPr>
          <w:rFonts w:eastAsia="宋体"/>
          <w:sz w:val="22"/>
          <w:lang w:eastAsia="zh-CN"/>
        </w:rPr>
        <w:t>04</w:t>
      </w:r>
      <w:r>
        <w:rPr>
          <w:rFonts w:eastAsia="宋体"/>
          <w:sz w:val="22"/>
          <w:lang w:eastAsia="zh-CN"/>
        </w:rPr>
        <w:t>分），经四川、重庆、湖北、安徽、江苏、浙江，</w:t>
      </w:r>
      <w:r>
        <w:rPr>
          <w:rFonts w:eastAsia="宋体"/>
          <w:sz w:val="22"/>
          <w:lang w:eastAsia="zh-CN"/>
        </w:rPr>
        <w:t>9</w:t>
      </w:r>
      <w:r>
        <w:rPr>
          <w:rFonts w:eastAsia="宋体"/>
          <w:sz w:val="22"/>
          <w:lang w:eastAsia="zh-CN"/>
        </w:rPr>
        <w:t>时</w:t>
      </w:r>
      <w:r>
        <w:rPr>
          <w:rFonts w:eastAsia="宋体"/>
          <w:sz w:val="22"/>
          <w:lang w:eastAsia="zh-CN"/>
        </w:rPr>
        <w:t>39</w:t>
      </w:r>
      <w:r>
        <w:rPr>
          <w:rFonts w:eastAsia="宋体"/>
          <w:sz w:val="22"/>
          <w:lang w:eastAsia="zh-CN"/>
        </w:rPr>
        <w:t>分前后离开上海附近，全程约</w:t>
      </w:r>
      <w:r>
        <w:rPr>
          <w:rFonts w:eastAsia="宋体"/>
          <w:sz w:val="22"/>
          <w:lang w:eastAsia="zh-CN"/>
        </w:rPr>
        <w:t>95</w:t>
      </w:r>
      <w:r>
        <w:rPr>
          <w:rFonts w:eastAsia="宋体"/>
          <w:sz w:val="22"/>
          <w:lang w:eastAsia="zh-CN"/>
        </w:rPr>
        <w:t>分钟，超过</w:t>
      </w:r>
      <w:r>
        <w:rPr>
          <w:rFonts w:eastAsia="宋体"/>
          <w:sz w:val="22"/>
          <w:lang w:eastAsia="zh-CN"/>
        </w:rPr>
        <w:t>90</w:t>
      </w:r>
      <w:r>
        <w:rPr>
          <w:rFonts w:eastAsia="宋体"/>
          <w:sz w:val="22"/>
          <w:lang w:eastAsia="zh-CN"/>
        </w:rPr>
        <w:t>分钟。</w:t>
      </w:r>
    </w:p>
    <w:p w14:paraId="303352A8" w14:textId="77777777" w:rsidR="009A32DD" w:rsidRDefault="00000000">
      <w:pPr>
        <w:spacing w:before="40" w:after="80" w:line="360" w:lineRule="exact"/>
        <w:rPr>
          <w:lang w:eastAsia="zh-CN"/>
        </w:rPr>
      </w:pPr>
      <w:r>
        <w:rPr>
          <w:rFonts w:eastAsia="宋体"/>
          <w:sz w:val="22"/>
          <w:lang w:eastAsia="zh-CN"/>
        </w:rPr>
        <w:t xml:space="preserve">20. B  </w:t>
      </w:r>
      <w:proofErr w:type="gramStart"/>
      <w:r>
        <w:rPr>
          <w:rFonts w:eastAsia="宋体"/>
          <w:sz w:val="22"/>
          <w:lang w:eastAsia="zh-CN"/>
        </w:rPr>
        <w:t>鹿林彗星</w:t>
      </w:r>
      <w:proofErr w:type="gramEnd"/>
      <w:r>
        <w:rPr>
          <w:rFonts w:eastAsia="宋体"/>
          <w:sz w:val="22"/>
          <w:lang w:eastAsia="zh-CN"/>
        </w:rPr>
        <w:t>（</w:t>
      </w:r>
      <w:r>
        <w:rPr>
          <w:rFonts w:eastAsia="宋体"/>
          <w:sz w:val="22"/>
          <w:lang w:eastAsia="zh-CN"/>
        </w:rPr>
        <w:t>C/2007 N3</w:t>
      </w:r>
      <w:r>
        <w:rPr>
          <w:rFonts w:eastAsia="宋体"/>
          <w:sz w:val="22"/>
          <w:lang w:eastAsia="zh-CN"/>
        </w:rPr>
        <w:t>）</w:t>
      </w:r>
      <w:r>
        <w:rPr>
          <w:rFonts w:eastAsia="宋体"/>
          <w:sz w:val="22"/>
          <w:lang w:eastAsia="zh-CN"/>
        </w:rPr>
        <w:t>2009</w:t>
      </w:r>
      <w:r>
        <w:rPr>
          <w:rFonts w:eastAsia="宋体"/>
          <w:sz w:val="22"/>
          <w:lang w:eastAsia="zh-CN"/>
        </w:rPr>
        <w:t>年</w:t>
      </w:r>
      <w:r>
        <w:rPr>
          <w:rFonts w:eastAsia="宋体"/>
          <w:sz w:val="22"/>
          <w:lang w:eastAsia="zh-CN"/>
        </w:rPr>
        <w:t>2</w:t>
      </w:r>
      <w:r>
        <w:rPr>
          <w:rFonts w:eastAsia="宋体"/>
          <w:sz w:val="22"/>
          <w:lang w:eastAsia="zh-CN"/>
        </w:rPr>
        <w:t>月</w:t>
      </w:r>
      <w:proofErr w:type="gramStart"/>
      <w:r>
        <w:rPr>
          <w:rFonts w:eastAsia="宋体"/>
          <w:sz w:val="22"/>
          <w:lang w:eastAsia="zh-CN"/>
        </w:rPr>
        <w:t>下旬正</w:t>
      </w:r>
      <w:proofErr w:type="gramEnd"/>
      <w:r>
        <w:rPr>
          <w:rFonts w:eastAsia="宋体"/>
          <w:sz w:val="22"/>
          <w:lang w:eastAsia="zh-CN"/>
        </w:rPr>
        <w:t>由室女座经狮子座向东移动，</w:t>
      </w:r>
      <w:r>
        <w:rPr>
          <w:rFonts w:eastAsia="宋体"/>
          <w:sz w:val="22"/>
          <w:lang w:eastAsia="zh-CN"/>
        </w:rPr>
        <w:t>2</w:t>
      </w:r>
      <w:r>
        <w:rPr>
          <w:rFonts w:eastAsia="宋体"/>
          <w:sz w:val="22"/>
          <w:lang w:eastAsia="zh-CN"/>
        </w:rPr>
        <w:t>月</w:t>
      </w:r>
      <w:r>
        <w:rPr>
          <w:rFonts w:eastAsia="宋体"/>
          <w:sz w:val="22"/>
          <w:lang w:eastAsia="zh-CN"/>
        </w:rPr>
        <w:t>23—24</w:t>
      </w:r>
      <w:r>
        <w:rPr>
          <w:rFonts w:eastAsia="宋体"/>
          <w:sz w:val="22"/>
          <w:lang w:eastAsia="zh-CN"/>
        </w:rPr>
        <w:t>日从土星附近经过，当时位于狮子座。</w:t>
      </w:r>
    </w:p>
    <w:p w14:paraId="3BF6C149" w14:textId="77777777" w:rsidR="009A32DD" w:rsidRDefault="00000000">
      <w:pPr>
        <w:spacing w:before="40" w:after="80" w:line="360" w:lineRule="exact"/>
        <w:rPr>
          <w:lang w:eastAsia="zh-CN"/>
        </w:rPr>
      </w:pPr>
      <w:r>
        <w:rPr>
          <w:rFonts w:eastAsia="宋体"/>
          <w:sz w:val="22"/>
          <w:lang w:eastAsia="zh-CN"/>
        </w:rPr>
        <w:t>21. D  “</w:t>
      </w:r>
      <w:r>
        <w:rPr>
          <w:rFonts w:eastAsia="宋体"/>
          <w:sz w:val="22"/>
          <w:lang w:eastAsia="zh-CN"/>
        </w:rPr>
        <w:t>太阳系外行星上存在生命</w:t>
      </w:r>
      <w:r>
        <w:rPr>
          <w:rFonts w:eastAsia="宋体"/>
          <w:sz w:val="22"/>
          <w:lang w:eastAsia="zh-CN"/>
        </w:rPr>
        <w:t>”</w:t>
      </w:r>
      <w:r>
        <w:rPr>
          <w:rFonts w:eastAsia="宋体"/>
          <w:sz w:val="22"/>
          <w:lang w:eastAsia="zh-CN"/>
        </w:rPr>
        <w:t>至今没有、当时也没有任何观测证据，这条</w:t>
      </w:r>
      <w:r>
        <w:rPr>
          <w:rFonts w:eastAsia="宋体"/>
          <w:sz w:val="22"/>
          <w:lang w:eastAsia="zh-CN"/>
        </w:rPr>
        <w:t>“</w:t>
      </w:r>
      <w:r>
        <w:rPr>
          <w:rFonts w:eastAsia="宋体"/>
          <w:sz w:val="22"/>
          <w:lang w:eastAsia="zh-CN"/>
        </w:rPr>
        <w:t>发现</w:t>
      </w:r>
      <w:r>
        <w:rPr>
          <w:rFonts w:eastAsia="宋体"/>
          <w:sz w:val="22"/>
          <w:lang w:eastAsia="zh-CN"/>
        </w:rPr>
        <w:t>”</w:t>
      </w:r>
      <w:r>
        <w:rPr>
          <w:rFonts w:eastAsia="宋体"/>
          <w:sz w:val="22"/>
          <w:lang w:eastAsia="zh-CN"/>
        </w:rPr>
        <w:t>并不存在。最小的类地行星（</w:t>
      </w:r>
      <w:r>
        <w:rPr>
          <w:rFonts w:eastAsia="宋体"/>
          <w:sz w:val="22"/>
          <w:lang w:eastAsia="zh-CN"/>
        </w:rPr>
        <w:t>CoRoT-7b</w:t>
      </w:r>
      <w:r>
        <w:rPr>
          <w:rFonts w:eastAsia="宋体"/>
          <w:sz w:val="22"/>
          <w:lang w:eastAsia="zh-CN"/>
        </w:rPr>
        <w:t>）、荷兰三名大学生与中日合作发现系外行星都是</w:t>
      </w:r>
      <w:r>
        <w:rPr>
          <w:rFonts w:eastAsia="宋体"/>
          <w:sz w:val="22"/>
          <w:lang w:eastAsia="zh-CN"/>
        </w:rPr>
        <w:t>2009</w:t>
      </w:r>
      <w:r>
        <w:rPr>
          <w:rFonts w:eastAsia="宋体"/>
          <w:sz w:val="22"/>
          <w:lang w:eastAsia="zh-CN"/>
        </w:rPr>
        <w:t>年初的真实新闻。</w:t>
      </w:r>
    </w:p>
    <w:p w14:paraId="0461E796" w14:textId="77777777" w:rsidR="009A32DD" w:rsidRDefault="00000000">
      <w:pPr>
        <w:spacing w:before="40" w:after="80" w:line="360" w:lineRule="exact"/>
        <w:rPr>
          <w:lang w:eastAsia="zh-CN"/>
        </w:rPr>
      </w:pPr>
      <w:r>
        <w:rPr>
          <w:rFonts w:eastAsia="宋体"/>
          <w:sz w:val="22"/>
          <w:lang w:eastAsia="zh-CN"/>
        </w:rPr>
        <w:t xml:space="preserve">22. A  </w:t>
      </w:r>
      <w:r>
        <w:rPr>
          <w:rFonts w:eastAsia="宋体"/>
          <w:sz w:val="22"/>
          <w:lang w:eastAsia="zh-CN"/>
        </w:rPr>
        <w:t>本届预赛于</w:t>
      </w:r>
      <w:r>
        <w:rPr>
          <w:rFonts w:eastAsia="宋体"/>
          <w:sz w:val="22"/>
          <w:lang w:eastAsia="zh-CN"/>
        </w:rPr>
        <w:t>2009</w:t>
      </w:r>
      <w:r>
        <w:rPr>
          <w:rFonts w:eastAsia="宋体"/>
          <w:sz w:val="22"/>
          <w:lang w:eastAsia="zh-CN"/>
        </w:rPr>
        <w:t>年</w:t>
      </w:r>
      <w:r>
        <w:rPr>
          <w:rFonts w:eastAsia="宋体"/>
          <w:sz w:val="22"/>
          <w:lang w:eastAsia="zh-CN"/>
        </w:rPr>
        <w:t>2</w:t>
      </w:r>
      <w:r>
        <w:rPr>
          <w:rFonts w:eastAsia="宋体"/>
          <w:sz w:val="22"/>
          <w:lang w:eastAsia="zh-CN"/>
        </w:rPr>
        <w:t>月</w:t>
      </w:r>
      <w:r>
        <w:rPr>
          <w:rFonts w:eastAsia="宋体"/>
          <w:sz w:val="22"/>
          <w:lang w:eastAsia="zh-CN"/>
        </w:rPr>
        <w:t>28</w:t>
      </w:r>
      <w:r>
        <w:rPr>
          <w:rFonts w:eastAsia="宋体"/>
          <w:sz w:val="22"/>
          <w:lang w:eastAsia="zh-CN"/>
        </w:rPr>
        <w:t>日举行，美俄卫星相撞（</w:t>
      </w:r>
      <w:r>
        <w:rPr>
          <w:rFonts w:eastAsia="宋体"/>
          <w:sz w:val="22"/>
          <w:lang w:eastAsia="zh-CN"/>
        </w:rPr>
        <w:t>2</w:t>
      </w:r>
      <w:r>
        <w:rPr>
          <w:rFonts w:eastAsia="宋体"/>
          <w:sz w:val="22"/>
          <w:lang w:eastAsia="zh-CN"/>
        </w:rPr>
        <w:t>月</w:t>
      </w:r>
      <w:r>
        <w:rPr>
          <w:rFonts w:eastAsia="宋体"/>
          <w:sz w:val="22"/>
          <w:lang w:eastAsia="zh-CN"/>
        </w:rPr>
        <w:t>10</w:t>
      </w:r>
      <w:r>
        <w:rPr>
          <w:rFonts w:eastAsia="宋体"/>
          <w:sz w:val="22"/>
          <w:lang w:eastAsia="zh-CN"/>
        </w:rPr>
        <w:t>日）、月掩木星（</w:t>
      </w:r>
      <w:r>
        <w:rPr>
          <w:rFonts w:eastAsia="宋体"/>
          <w:sz w:val="22"/>
          <w:lang w:eastAsia="zh-CN"/>
        </w:rPr>
        <w:t>2</w:t>
      </w:r>
      <w:r>
        <w:rPr>
          <w:rFonts w:eastAsia="宋体"/>
          <w:sz w:val="22"/>
          <w:lang w:eastAsia="zh-CN"/>
        </w:rPr>
        <w:t>月</w:t>
      </w:r>
      <w:r>
        <w:rPr>
          <w:rFonts w:eastAsia="宋体"/>
          <w:sz w:val="22"/>
          <w:lang w:eastAsia="zh-CN"/>
        </w:rPr>
        <w:t>23</w:t>
      </w:r>
      <w:r>
        <w:rPr>
          <w:rFonts w:eastAsia="宋体"/>
          <w:sz w:val="22"/>
          <w:lang w:eastAsia="zh-CN"/>
        </w:rPr>
        <w:t>日）、鹿林彗星过近地点（</w:t>
      </w:r>
      <w:r>
        <w:rPr>
          <w:rFonts w:eastAsia="宋体"/>
          <w:sz w:val="22"/>
          <w:lang w:eastAsia="zh-CN"/>
        </w:rPr>
        <w:t>2</w:t>
      </w:r>
      <w:r>
        <w:rPr>
          <w:rFonts w:eastAsia="宋体"/>
          <w:sz w:val="22"/>
          <w:lang w:eastAsia="zh-CN"/>
        </w:rPr>
        <w:t>月</w:t>
      </w:r>
      <w:r>
        <w:rPr>
          <w:rFonts w:eastAsia="宋体"/>
          <w:sz w:val="22"/>
          <w:lang w:eastAsia="zh-CN"/>
        </w:rPr>
        <w:t>24</w:t>
      </w:r>
      <w:r>
        <w:rPr>
          <w:rFonts w:eastAsia="宋体"/>
          <w:sz w:val="22"/>
          <w:lang w:eastAsia="zh-CN"/>
        </w:rPr>
        <w:t>日）都发生在当月；土星冲日在</w:t>
      </w:r>
      <w:r>
        <w:rPr>
          <w:rFonts w:eastAsia="宋体"/>
          <w:sz w:val="22"/>
          <w:lang w:eastAsia="zh-CN"/>
        </w:rPr>
        <w:t>3</w:t>
      </w:r>
      <w:r>
        <w:rPr>
          <w:rFonts w:eastAsia="宋体"/>
          <w:sz w:val="22"/>
          <w:lang w:eastAsia="zh-CN"/>
        </w:rPr>
        <w:t>月</w:t>
      </w:r>
      <w:r>
        <w:rPr>
          <w:rFonts w:eastAsia="宋体"/>
          <w:sz w:val="22"/>
          <w:lang w:eastAsia="zh-CN"/>
        </w:rPr>
        <w:t>8</w:t>
      </w:r>
      <w:r>
        <w:rPr>
          <w:rFonts w:eastAsia="宋体"/>
          <w:sz w:val="22"/>
          <w:lang w:eastAsia="zh-CN"/>
        </w:rPr>
        <w:t>日，不属于本月。</w:t>
      </w:r>
    </w:p>
    <w:p w14:paraId="3AFE25B5" w14:textId="77777777" w:rsidR="009A32DD" w:rsidRDefault="00000000">
      <w:pPr>
        <w:spacing w:before="40" w:after="80" w:line="360" w:lineRule="exact"/>
        <w:rPr>
          <w:lang w:eastAsia="zh-CN"/>
        </w:rPr>
      </w:pPr>
      <w:r>
        <w:rPr>
          <w:rFonts w:eastAsia="宋体"/>
          <w:sz w:val="22"/>
          <w:lang w:eastAsia="zh-CN"/>
        </w:rPr>
        <w:t xml:space="preserve">23. </w:t>
      </w:r>
      <w:r>
        <w:rPr>
          <w:rFonts w:eastAsia="宋体"/>
          <w:b/>
          <w:color w:val="CC0000"/>
          <w:lang w:eastAsia="zh-CN"/>
        </w:rPr>
        <w:t>C</w:t>
      </w:r>
      <w:r>
        <w:rPr>
          <w:rFonts w:eastAsia="宋体"/>
          <w:color w:val="666666"/>
          <w:sz w:val="20"/>
          <w:lang w:eastAsia="zh-CN"/>
        </w:rPr>
        <w:t xml:space="preserve">  </w:t>
      </w:r>
      <w:r>
        <w:rPr>
          <w:rFonts w:eastAsia="宋体"/>
          <w:color w:val="666666"/>
          <w:sz w:val="20"/>
          <w:lang w:eastAsia="zh-CN"/>
        </w:rPr>
        <w:t>伽利略卫星中木卫三直径最大。</w:t>
      </w:r>
    </w:p>
    <w:p w14:paraId="42F95DC8" w14:textId="77777777" w:rsidR="009A32DD" w:rsidRDefault="00000000">
      <w:pPr>
        <w:spacing w:before="40" w:after="80" w:line="360" w:lineRule="exact"/>
        <w:rPr>
          <w:lang w:eastAsia="zh-CN"/>
        </w:rPr>
      </w:pPr>
      <w:r>
        <w:rPr>
          <w:rFonts w:eastAsia="宋体"/>
          <w:sz w:val="22"/>
          <w:lang w:eastAsia="zh-CN"/>
        </w:rPr>
        <w:t xml:space="preserve">24. </w:t>
      </w:r>
      <w:r>
        <w:rPr>
          <w:rFonts w:eastAsia="宋体"/>
          <w:b/>
          <w:color w:val="CC0000"/>
          <w:lang w:eastAsia="zh-CN"/>
        </w:rPr>
        <w:t>C</w:t>
      </w:r>
      <w:r>
        <w:rPr>
          <w:rFonts w:eastAsia="宋体"/>
          <w:color w:val="666666"/>
          <w:sz w:val="20"/>
          <w:lang w:eastAsia="zh-CN"/>
        </w:rPr>
        <w:t xml:space="preserve">  </w:t>
      </w:r>
      <w:r>
        <w:rPr>
          <w:rFonts w:eastAsia="宋体"/>
          <w:color w:val="666666"/>
          <w:sz w:val="20"/>
          <w:lang w:eastAsia="zh-CN"/>
        </w:rPr>
        <w:t>获得永久编号的小行星数量约</w:t>
      </w:r>
      <w:r>
        <w:rPr>
          <w:rFonts w:eastAsia="宋体"/>
          <w:color w:val="666666"/>
          <w:sz w:val="20"/>
          <w:lang w:eastAsia="zh-CN"/>
        </w:rPr>
        <w:t>20</w:t>
      </w:r>
      <w:r>
        <w:rPr>
          <w:rFonts w:eastAsia="宋体"/>
          <w:color w:val="666666"/>
          <w:sz w:val="20"/>
          <w:lang w:eastAsia="zh-CN"/>
        </w:rPr>
        <w:t>万颗。</w:t>
      </w:r>
    </w:p>
    <w:p w14:paraId="738F9101" w14:textId="77777777" w:rsidR="009A32DD" w:rsidRDefault="00000000">
      <w:pPr>
        <w:spacing w:before="40" w:after="80" w:line="360" w:lineRule="exact"/>
        <w:rPr>
          <w:lang w:eastAsia="zh-CN"/>
        </w:rPr>
      </w:pPr>
      <w:r>
        <w:rPr>
          <w:rFonts w:eastAsia="宋体"/>
          <w:sz w:val="22"/>
          <w:lang w:eastAsia="zh-CN"/>
        </w:rPr>
        <w:t xml:space="preserve">25. </w:t>
      </w:r>
      <w:r>
        <w:rPr>
          <w:rFonts w:eastAsia="宋体"/>
          <w:b/>
          <w:color w:val="CC0000"/>
          <w:lang w:eastAsia="zh-CN"/>
        </w:rPr>
        <w:t>B</w:t>
      </w:r>
      <w:r>
        <w:rPr>
          <w:rFonts w:eastAsia="宋体"/>
          <w:color w:val="666666"/>
          <w:sz w:val="20"/>
          <w:lang w:eastAsia="zh-CN"/>
        </w:rPr>
        <w:t xml:space="preserve">  </w:t>
      </w:r>
      <w:r>
        <w:rPr>
          <w:rFonts w:eastAsia="宋体"/>
          <w:color w:val="666666"/>
          <w:sz w:val="20"/>
          <w:lang w:eastAsia="zh-CN"/>
        </w:rPr>
        <w:t>火星和木星是最近在天球上相距最近的两颗行星。</w:t>
      </w:r>
    </w:p>
    <w:p w14:paraId="65BABAEA" w14:textId="77777777" w:rsidR="009A32DD" w:rsidRDefault="00000000">
      <w:pPr>
        <w:spacing w:before="40" w:after="80" w:line="360" w:lineRule="exact"/>
        <w:rPr>
          <w:lang w:eastAsia="zh-CN"/>
        </w:rPr>
      </w:pPr>
      <w:r>
        <w:rPr>
          <w:rFonts w:eastAsia="宋体"/>
          <w:sz w:val="22"/>
          <w:lang w:eastAsia="zh-CN"/>
        </w:rPr>
        <w:t xml:space="preserve">26. </w:t>
      </w:r>
      <w:r>
        <w:rPr>
          <w:rFonts w:eastAsia="宋体"/>
          <w:b/>
          <w:color w:val="CC0000"/>
          <w:lang w:eastAsia="zh-CN"/>
        </w:rPr>
        <w:t>A</w:t>
      </w:r>
      <w:r>
        <w:rPr>
          <w:rFonts w:eastAsia="宋体"/>
          <w:color w:val="666666"/>
          <w:sz w:val="20"/>
          <w:lang w:eastAsia="zh-CN"/>
        </w:rPr>
        <w:t xml:space="preserve">  </w:t>
      </w:r>
      <w:r>
        <w:rPr>
          <w:rFonts w:eastAsia="宋体"/>
          <w:color w:val="666666"/>
          <w:sz w:val="20"/>
          <w:lang w:eastAsia="zh-CN"/>
        </w:rPr>
        <w:t>英仙座流星雨在</w:t>
      </w:r>
      <w:r>
        <w:rPr>
          <w:rFonts w:eastAsia="宋体"/>
          <w:color w:val="666666"/>
          <w:sz w:val="20"/>
          <w:lang w:eastAsia="zh-CN"/>
        </w:rPr>
        <w:t>2009</w:t>
      </w:r>
      <w:r>
        <w:rPr>
          <w:rFonts w:eastAsia="宋体"/>
          <w:color w:val="666666"/>
          <w:sz w:val="20"/>
          <w:lang w:eastAsia="zh-CN"/>
        </w:rPr>
        <w:t>年观测条件不太理想。</w:t>
      </w:r>
    </w:p>
    <w:p w14:paraId="47A17E0C" w14:textId="77777777" w:rsidR="009A32DD" w:rsidRDefault="00000000">
      <w:pPr>
        <w:spacing w:before="40" w:after="80" w:line="360" w:lineRule="exact"/>
        <w:rPr>
          <w:lang w:eastAsia="zh-CN"/>
        </w:rPr>
      </w:pPr>
      <w:r>
        <w:rPr>
          <w:rFonts w:eastAsia="宋体"/>
          <w:sz w:val="22"/>
          <w:lang w:eastAsia="zh-CN"/>
        </w:rPr>
        <w:t xml:space="preserve">27. </w:t>
      </w:r>
      <w:r>
        <w:rPr>
          <w:rFonts w:eastAsia="宋体"/>
          <w:b/>
          <w:color w:val="CC0000"/>
          <w:lang w:eastAsia="zh-CN"/>
        </w:rPr>
        <w:t>D</w:t>
      </w:r>
      <w:r>
        <w:rPr>
          <w:rFonts w:eastAsia="宋体"/>
          <w:color w:val="666666"/>
          <w:sz w:val="20"/>
          <w:lang w:eastAsia="zh-CN"/>
        </w:rPr>
        <w:t xml:space="preserve">  </w:t>
      </w:r>
      <w:r>
        <w:rPr>
          <w:rFonts w:eastAsia="宋体"/>
          <w:color w:val="666666"/>
          <w:sz w:val="20"/>
          <w:lang w:eastAsia="zh-CN"/>
        </w:rPr>
        <w:t>美国在最近两年内没有发射月球探测器。</w:t>
      </w:r>
    </w:p>
    <w:p w14:paraId="196D6070" w14:textId="77777777" w:rsidR="009A32DD" w:rsidRDefault="00000000">
      <w:pPr>
        <w:spacing w:before="40" w:after="80" w:line="360" w:lineRule="exact"/>
        <w:rPr>
          <w:lang w:eastAsia="zh-CN"/>
        </w:rPr>
      </w:pPr>
      <w:r>
        <w:rPr>
          <w:rFonts w:eastAsia="宋体"/>
          <w:sz w:val="22"/>
          <w:lang w:eastAsia="zh-CN"/>
        </w:rPr>
        <w:t xml:space="preserve">28. </w:t>
      </w:r>
      <w:r>
        <w:rPr>
          <w:rFonts w:eastAsia="宋体"/>
          <w:b/>
          <w:color w:val="CC0000"/>
          <w:lang w:eastAsia="zh-CN"/>
        </w:rPr>
        <w:t>C</w:t>
      </w:r>
      <w:r>
        <w:rPr>
          <w:rFonts w:eastAsia="宋体"/>
          <w:color w:val="666666"/>
          <w:sz w:val="20"/>
          <w:lang w:eastAsia="zh-CN"/>
        </w:rPr>
        <w:t xml:space="preserve">  1</w:t>
      </w:r>
      <w:r>
        <w:rPr>
          <w:rFonts w:eastAsia="宋体"/>
          <w:color w:val="666666"/>
          <w:sz w:val="20"/>
          <w:lang w:eastAsia="zh-CN"/>
        </w:rPr>
        <w:t>光年约等于</w:t>
      </w:r>
      <w:r>
        <w:rPr>
          <w:rFonts w:eastAsia="宋体"/>
          <w:color w:val="666666"/>
          <w:sz w:val="20"/>
          <w:lang w:eastAsia="zh-CN"/>
        </w:rPr>
        <w:t>63241</w:t>
      </w:r>
      <w:r>
        <w:rPr>
          <w:rFonts w:eastAsia="宋体"/>
          <w:color w:val="666666"/>
          <w:sz w:val="20"/>
          <w:lang w:eastAsia="zh-CN"/>
        </w:rPr>
        <w:t>天文单位，约</w:t>
      </w:r>
      <w:r>
        <w:rPr>
          <w:rFonts w:eastAsia="宋体"/>
          <w:color w:val="666666"/>
          <w:sz w:val="20"/>
          <w:lang w:eastAsia="zh-CN"/>
        </w:rPr>
        <w:t>6</w:t>
      </w:r>
      <w:r>
        <w:rPr>
          <w:rFonts w:eastAsia="宋体"/>
          <w:color w:val="666666"/>
          <w:sz w:val="20"/>
          <w:lang w:eastAsia="zh-CN"/>
        </w:rPr>
        <w:t>万天文单位。</w:t>
      </w:r>
    </w:p>
    <w:p w14:paraId="14196682" w14:textId="77777777" w:rsidR="009A32DD" w:rsidRDefault="00000000">
      <w:pPr>
        <w:spacing w:before="40" w:after="80" w:line="360" w:lineRule="exact"/>
        <w:rPr>
          <w:lang w:eastAsia="zh-CN"/>
        </w:rPr>
      </w:pPr>
      <w:r>
        <w:rPr>
          <w:rFonts w:eastAsia="宋体"/>
          <w:sz w:val="22"/>
          <w:lang w:eastAsia="zh-CN"/>
        </w:rPr>
        <w:t xml:space="preserve">29. </w:t>
      </w:r>
      <w:r>
        <w:rPr>
          <w:rFonts w:eastAsia="宋体"/>
          <w:b/>
          <w:color w:val="CC0000"/>
          <w:lang w:eastAsia="zh-CN"/>
        </w:rPr>
        <w:t>C</w:t>
      </w:r>
      <w:r>
        <w:rPr>
          <w:rFonts w:eastAsia="宋体"/>
          <w:color w:val="666666"/>
          <w:sz w:val="20"/>
          <w:lang w:eastAsia="zh-CN"/>
        </w:rPr>
        <w:t xml:space="preserve">  </w:t>
      </w:r>
      <w:r>
        <w:rPr>
          <w:rFonts w:eastAsia="宋体"/>
          <w:color w:val="666666"/>
          <w:sz w:val="20"/>
          <w:lang w:eastAsia="zh-CN"/>
        </w:rPr>
        <w:t>在北京（北纬</w:t>
      </w:r>
      <w:r>
        <w:rPr>
          <w:rFonts w:eastAsia="宋体"/>
          <w:color w:val="666666"/>
          <w:sz w:val="20"/>
          <w:lang w:eastAsia="zh-CN"/>
        </w:rPr>
        <w:t>40°</w:t>
      </w:r>
      <w:r>
        <w:rPr>
          <w:rFonts w:eastAsia="宋体"/>
          <w:color w:val="666666"/>
          <w:sz w:val="20"/>
          <w:lang w:eastAsia="zh-CN"/>
        </w:rPr>
        <w:t>）月球地平高度最高约为</w:t>
      </w:r>
      <w:r>
        <w:rPr>
          <w:rFonts w:eastAsia="宋体"/>
          <w:color w:val="666666"/>
          <w:sz w:val="20"/>
          <w:lang w:eastAsia="zh-CN"/>
        </w:rPr>
        <w:t>78°</w:t>
      </w:r>
      <w:r>
        <w:rPr>
          <w:rFonts w:eastAsia="宋体"/>
          <w:color w:val="666666"/>
          <w:sz w:val="20"/>
          <w:lang w:eastAsia="zh-CN"/>
        </w:rPr>
        <w:t>。</w:t>
      </w:r>
    </w:p>
    <w:p w14:paraId="2D7E3716" w14:textId="77777777" w:rsidR="009A32DD" w:rsidRDefault="00000000">
      <w:pPr>
        <w:spacing w:before="40" w:after="80" w:line="360" w:lineRule="exact"/>
        <w:rPr>
          <w:lang w:eastAsia="zh-CN"/>
        </w:rPr>
      </w:pPr>
      <w:r>
        <w:rPr>
          <w:rFonts w:eastAsia="宋体"/>
          <w:sz w:val="22"/>
          <w:lang w:eastAsia="zh-CN"/>
        </w:rPr>
        <w:t xml:space="preserve">30. </w:t>
      </w:r>
      <w:r>
        <w:rPr>
          <w:rFonts w:eastAsia="宋体"/>
          <w:b/>
          <w:color w:val="CC0000"/>
          <w:lang w:eastAsia="zh-CN"/>
        </w:rPr>
        <w:t>C</w:t>
      </w:r>
      <w:r>
        <w:rPr>
          <w:rFonts w:eastAsia="宋体"/>
          <w:color w:val="666666"/>
          <w:sz w:val="20"/>
          <w:lang w:eastAsia="zh-CN"/>
        </w:rPr>
        <w:t xml:space="preserve">  </w:t>
      </w:r>
      <w:r>
        <w:rPr>
          <w:rFonts w:eastAsia="宋体"/>
          <w:color w:val="666666"/>
          <w:sz w:val="20"/>
          <w:lang w:eastAsia="zh-CN"/>
        </w:rPr>
        <w:t>放大倍数</w:t>
      </w:r>
      <w:r>
        <w:rPr>
          <w:rFonts w:eastAsia="宋体"/>
          <w:color w:val="666666"/>
          <w:sz w:val="20"/>
          <w:lang w:eastAsia="zh-CN"/>
        </w:rPr>
        <w:t xml:space="preserve"> = </w:t>
      </w:r>
      <w:r>
        <w:rPr>
          <w:rFonts w:eastAsia="宋体"/>
          <w:color w:val="666666"/>
          <w:sz w:val="20"/>
          <w:lang w:eastAsia="zh-CN"/>
        </w:rPr>
        <w:t>物镜焦距</w:t>
      </w:r>
      <w:r>
        <w:rPr>
          <w:rFonts w:eastAsia="宋体"/>
          <w:color w:val="666666"/>
          <w:sz w:val="20"/>
          <w:lang w:eastAsia="zh-CN"/>
        </w:rPr>
        <w:t xml:space="preserve"> / </w:t>
      </w:r>
      <w:r>
        <w:rPr>
          <w:rFonts w:eastAsia="宋体"/>
          <w:color w:val="666666"/>
          <w:sz w:val="20"/>
          <w:lang w:eastAsia="zh-CN"/>
        </w:rPr>
        <w:t>目镜焦距</w:t>
      </w:r>
      <w:r>
        <w:rPr>
          <w:rFonts w:eastAsia="宋体"/>
          <w:color w:val="666666"/>
          <w:sz w:val="20"/>
          <w:lang w:eastAsia="zh-CN"/>
        </w:rPr>
        <w:t xml:space="preserve"> = 1500 / 60 = 25</w:t>
      </w:r>
      <w:r>
        <w:rPr>
          <w:rFonts w:eastAsia="宋体"/>
          <w:color w:val="666666"/>
          <w:sz w:val="20"/>
          <w:lang w:eastAsia="zh-CN"/>
        </w:rPr>
        <w:t>倍。</w:t>
      </w:r>
    </w:p>
    <w:p w14:paraId="5E1400C3" w14:textId="77777777" w:rsidR="009A32DD" w:rsidRDefault="00000000">
      <w:pPr>
        <w:spacing w:before="40" w:after="80" w:line="360" w:lineRule="exact"/>
        <w:rPr>
          <w:lang w:eastAsia="zh-CN"/>
        </w:rPr>
      </w:pPr>
      <w:r>
        <w:rPr>
          <w:rFonts w:eastAsia="宋体"/>
          <w:sz w:val="22"/>
          <w:lang w:eastAsia="zh-CN"/>
        </w:rPr>
        <w:t xml:space="preserve">31. </w:t>
      </w:r>
      <w:r>
        <w:rPr>
          <w:rFonts w:eastAsia="宋体"/>
          <w:b/>
          <w:color w:val="CC0000"/>
          <w:lang w:eastAsia="zh-CN"/>
        </w:rPr>
        <w:t>A</w:t>
      </w:r>
      <w:r>
        <w:rPr>
          <w:rFonts w:eastAsia="宋体"/>
          <w:color w:val="666666"/>
          <w:sz w:val="20"/>
          <w:lang w:eastAsia="zh-CN"/>
        </w:rPr>
        <w:t xml:space="preserve">  </w:t>
      </w:r>
      <w:r>
        <w:rPr>
          <w:rFonts w:eastAsia="宋体"/>
          <w:color w:val="666666"/>
          <w:sz w:val="20"/>
          <w:lang w:eastAsia="zh-CN"/>
        </w:rPr>
        <w:t>嫦娥一号在</w:t>
      </w:r>
      <w:r>
        <w:rPr>
          <w:rFonts w:eastAsia="宋体"/>
          <w:color w:val="666666"/>
          <w:sz w:val="20"/>
          <w:lang w:eastAsia="zh-CN"/>
        </w:rPr>
        <w:t>2009</w:t>
      </w:r>
      <w:r>
        <w:rPr>
          <w:rFonts w:eastAsia="宋体"/>
          <w:color w:val="666666"/>
          <w:sz w:val="20"/>
          <w:lang w:eastAsia="zh-CN"/>
        </w:rPr>
        <w:t>年</w:t>
      </w:r>
      <w:r>
        <w:rPr>
          <w:rFonts w:eastAsia="宋体"/>
          <w:color w:val="666666"/>
          <w:sz w:val="20"/>
          <w:lang w:eastAsia="zh-CN"/>
        </w:rPr>
        <w:t>2</w:t>
      </w:r>
      <w:r>
        <w:rPr>
          <w:rFonts w:eastAsia="宋体"/>
          <w:color w:val="666666"/>
          <w:sz w:val="20"/>
          <w:lang w:eastAsia="zh-CN"/>
        </w:rPr>
        <w:t>月</w:t>
      </w:r>
      <w:r>
        <w:rPr>
          <w:rFonts w:eastAsia="宋体"/>
          <w:color w:val="666666"/>
          <w:sz w:val="20"/>
          <w:lang w:eastAsia="zh-CN"/>
        </w:rPr>
        <w:t>9</w:t>
      </w:r>
      <w:r>
        <w:rPr>
          <w:rFonts w:eastAsia="宋体"/>
          <w:color w:val="666666"/>
          <w:sz w:val="20"/>
          <w:lang w:eastAsia="zh-CN"/>
        </w:rPr>
        <w:t>日可能看到日偏食。</w:t>
      </w:r>
    </w:p>
    <w:p w14:paraId="406E1467" w14:textId="77777777" w:rsidR="009A32DD" w:rsidRDefault="00000000">
      <w:pPr>
        <w:spacing w:before="40" w:after="80" w:line="360" w:lineRule="exact"/>
        <w:rPr>
          <w:lang w:eastAsia="zh-CN"/>
        </w:rPr>
      </w:pPr>
      <w:r>
        <w:rPr>
          <w:rFonts w:eastAsia="宋体"/>
          <w:sz w:val="22"/>
          <w:lang w:eastAsia="zh-CN"/>
        </w:rPr>
        <w:t xml:space="preserve">32. </w:t>
      </w:r>
      <w:r>
        <w:rPr>
          <w:rFonts w:eastAsia="宋体"/>
          <w:b/>
          <w:color w:val="CC0000"/>
          <w:lang w:eastAsia="zh-CN"/>
        </w:rPr>
        <w:t>A</w:t>
      </w:r>
      <w:r>
        <w:rPr>
          <w:rFonts w:eastAsia="宋体"/>
          <w:color w:val="666666"/>
          <w:sz w:val="20"/>
          <w:lang w:eastAsia="zh-CN"/>
        </w:rPr>
        <w:t xml:space="preserve">  </w:t>
      </w:r>
      <w:r>
        <w:rPr>
          <w:rFonts w:eastAsia="宋体"/>
          <w:color w:val="666666"/>
          <w:sz w:val="20"/>
          <w:lang w:eastAsia="zh-CN"/>
        </w:rPr>
        <w:t>发现一颗</w:t>
      </w:r>
      <w:proofErr w:type="gramStart"/>
      <w:r>
        <w:rPr>
          <w:rFonts w:eastAsia="宋体"/>
          <w:color w:val="666666"/>
          <w:sz w:val="20"/>
          <w:lang w:eastAsia="zh-CN"/>
        </w:rPr>
        <w:t>火星共轨小行星</w:t>
      </w:r>
      <w:proofErr w:type="gramEnd"/>
      <w:r>
        <w:rPr>
          <w:rFonts w:eastAsia="宋体"/>
          <w:color w:val="666666"/>
          <w:sz w:val="20"/>
          <w:lang w:eastAsia="zh-CN"/>
        </w:rPr>
        <w:t>不是近期天文发现。</w:t>
      </w:r>
    </w:p>
    <w:p w14:paraId="5A118BE8" w14:textId="77777777" w:rsidR="009A32DD" w:rsidRDefault="00000000">
      <w:pPr>
        <w:spacing w:before="40" w:after="80" w:line="360" w:lineRule="exact"/>
        <w:rPr>
          <w:lang w:eastAsia="zh-CN"/>
        </w:rPr>
      </w:pPr>
      <w:r>
        <w:rPr>
          <w:rFonts w:eastAsia="宋体"/>
          <w:sz w:val="22"/>
          <w:lang w:eastAsia="zh-CN"/>
        </w:rPr>
        <w:t xml:space="preserve">33. </w:t>
      </w:r>
      <w:r>
        <w:rPr>
          <w:rFonts w:eastAsia="宋体"/>
          <w:b/>
          <w:color w:val="CC0000"/>
          <w:lang w:eastAsia="zh-CN"/>
        </w:rPr>
        <w:t>C</w:t>
      </w:r>
      <w:r>
        <w:rPr>
          <w:rFonts w:eastAsia="宋体"/>
          <w:color w:val="666666"/>
          <w:sz w:val="20"/>
          <w:lang w:eastAsia="zh-CN"/>
        </w:rPr>
        <w:t xml:space="preserve">  2009</w:t>
      </w:r>
      <w:r>
        <w:rPr>
          <w:rFonts w:eastAsia="宋体"/>
          <w:color w:val="666666"/>
          <w:sz w:val="20"/>
          <w:lang w:eastAsia="zh-CN"/>
        </w:rPr>
        <w:t>年</w:t>
      </w:r>
      <w:r>
        <w:rPr>
          <w:rFonts w:eastAsia="宋体"/>
          <w:color w:val="666666"/>
          <w:sz w:val="20"/>
          <w:lang w:eastAsia="zh-CN"/>
        </w:rPr>
        <w:t>7</w:t>
      </w:r>
      <w:r>
        <w:rPr>
          <w:rFonts w:eastAsia="宋体"/>
          <w:color w:val="666666"/>
          <w:sz w:val="20"/>
          <w:lang w:eastAsia="zh-CN"/>
        </w:rPr>
        <w:t>月</w:t>
      </w:r>
      <w:r>
        <w:rPr>
          <w:rFonts w:eastAsia="宋体"/>
          <w:color w:val="666666"/>
          <w:sz w:val="20"/>
          <w:lang w:eastAsia="zh-CN"/>
        </w:rPr>
        <w:t>22</w:t>
      </w:r>
      <w:r>
        <w:rPr>
          <w:rFonts w:eastAsia="宋体"/>
          <w:color w:val="666666"/>
          <w:sz w:val="20"/>
          <w:lang w:eastAsia="zh-CN"/>
        </w:rPr>
        <w:t>日日全食时月亮位于巨蟹座附近。</w:t>
      </w:r>
    </w:p>
    <w:p w14:paraId="6E3130F9" w14:textId="77777777" w:rsidR="009A32DD" w:rsidRDefault="00000000">
      <w:pPr>
        <w:spacing w:before="40" w:after="80" w:line="360" w:lineRule="exact"/>
        <w:rPr>
          <w:lang w:eastAsia="zh-CN"/>
        </w:rPr>
      </w:pPr>
      <w:r>
        <w:rPr>
          <w:rFonts w:eastAsia="宋体"/>
          <w:sz w:val="22"/>
          <w:lang w:eastAsia="zh-CN"/>
        </w:rPr>
        <w:t xml:space="preserve">34. </w:t>
      </w:r>
      <w:r>
        <w:rPr>
          <w:rFonts w:eastAsia="宋体"/>
          <w:b/>
          <w:color w:val="CC0000"/>
          <w:lang w:eastAsia="zh-CN"/>
        </w:rPr>
        <w:t>C</w:t>
      </w:r>
      <w:r>
        <w:rPr>
          <w:rFonts w:eastAsia="宋体"/>
          <w:color w:val="666666"/>
          <w:sz w:val="20"/>
          <w:lang w:eastAsia="zh-CN"/>
        </w:rPr>
        <w:t xml:space="preserve">  2009</w:t>
      </w:r>
      <w:r>
        <w:rPr>
          <w:rFonts w:eastAsia="宋体"/>
          <w:color w:val="666666"/>
          <w:sz w:val="20"/>
          <w:lang w:eastAsia="zh-CN"/>
        </w:rPr>
        <w:t>年元宵节的月亮在过去</w:t>
      </w:r>
      <w:r>
        <w:rPr>
          <w:rFonts w:eastAsia="宋体"/>
          <w:color w:val="666666"/>
          <w:sz w:val="20"/>
          <w:lang w:eastAsia="zh-CN"/>
        </w:rPr>
        <w:t>10</w:t>
      </w:r>
      <w:r>
        <w:rPr>
          <w:rFonts w:eastAsia="宋体"/>
          <w:color w:val="666666"/>
          <w:sz w:val="20"/>
          <w:lang w:eastAsia="zh-CN"/>
        </w:rPr>
        <w:t>年中也不是最大的。</w:t>
      </w:r>
    </w:p>
    <w:p w14:paraId="7030BDA9" w14:textId="77777777" w:rsidR="009A32DD" w:rsidRDefault="00000000">
      <w:pPr>
        <w:spacing w:before="40" w:after="80" w:line="360" w:lineRule="exact"/>
      </w:pPr>
      <w:r>
        <w:rPr>
          <w:rFonts w:eastAsia="宋体"/>
          <w:sz w:val="22"/>
        </w:rPr>
        <w:t xml:space="preserve">35. </w:t>
      </w:r>
      <w:proofErr w:type="gramStart"/>
      <w:r>
        <w:rPr>
          <w:rFonts w:eastAsia="宋体"/>
          <w:b/>
          <w:color w:val="CC0000"/>
        </w:rPr>
        <w:t>A</w:t>
      </w:r>
      <w:r>
        <w:rPr>
          <w:rFonts w:eastAsia="宋体"/>
          <w:color w:val="666666"/>
          <w:sz w:val="20"/>
        </w:rPr>
        <w:t xml:space="preserve">  </w:t>
      </w:r>
      <w:proofErr w:type="spellStart"/>
      <w:r>
        <w:rPr>
          <w:rFonts w:eastAsia="宋体"/>
          <w:color w:val="666666"/>
          <w:sz w:val="20"/>
        </w:rPr>
        <w:t>冬至日南半球日出方向为东南</w:t>
      </w:r>
      <w:proofErr w:type="spellEnd"/>
      <w:proofErr w:type="gramEnd"/>
      <w:r>
        <w:rPr>
          <w:rFonts w:eastAsia="宋体"/>
          <w:color w:val="666666"/>
          <w:sz w:val="20"/>
        </w:rPr>
        <w:t>。</w:t>
      </w:r>
    </w:p>
    <w:sectPr w:rsidR="009A32DD"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85419610">
    <w:abstractNumId w:val="8"/>
  </w:num>
  <w:num w:numId="2" w16cid:durableId="1539507035">
    <w:abstractNumId w:val="6"/>
  </w:num>
  <w:num w:numId="3" w16cid:durableId="1328822737">
    <w:abstractNumId w:val="5"/>
  </w:num>
  <w:num w:numId="4" w16cid:durableId="1520775196">
    <w:abstractNumId w:val="4"/>
  </w:num>
  <w:num w:numId="5" w16cid:durableId="159201558">
    <w:abstractNumId w:val="7"/>
  </w:num>
  <w:num w:numId="6" w16cid:durableId="1199046691">
    <w:abstractNumId w:val="3"/>
  </w:num>
  <w:num w:numId="7" w16cid:durableId="1311517968">
    <w:abstractNumId w:val="2"/>
  </w:num>
  <w:num w:numId="8" w16cid:durableId="983004262">
    <w:abstractNumId w:val="1"/>
  </w:num>
  <w:num w:numId="9" w16cid:durableId="1573157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4EF2"/>
    <w:rsid w:val="00326F90"/>
    <w:rsid w:val="00401F30"/>
    <w:rsid w:val="009A32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CC88D"/>
  <w14:defaultImageDpi w14:val="300"/>
  <w15:docId w15:val="{72789174-6B6A-4DDA-9597-8060779F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2026-10-27T05:36:00Z</dcterms:modified>
  <cp:category/>
</cp:coreProperties>
</file>