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9B43F" w14:textId="178E317B" w:rsidR="00E90F7E" w:rsidRDefault="00000000">
      <w:pPr>
        <w:spacing w:before="120" w:after="240"/>
        <w:jc w:val="center"/>
        <w:rPr>
          <w:lang w:eastAsia="zh-CN"/>
        </w:rPr>
      </w:pPr>
      <w:r>
        <w:rPr>
          <w:rFonts w:ascii="黑体" w:eastAsia="黑体" w:hAnsi="黑体"/>
          <w:b/>
          <w:sz w:val="36"/>
          <w:lang w:eastAsia="zh-CN"/>
        </w:rPr>
        <w:t>2008年CNAO决赛暨杭州天文奥林匹克邀请赛试题</w:t>
      </w:r>
    </w:p>
    <w:p w14:paraId="4A94B971" w14:textId="77777777" w:rsidR="00E90F7E" w:rsidRDefault="00000000">
      <w:pPr>
        <w:spacing w:before="240" w:after="120"/>
        <w:rPr>
          <w:lang w:eastAsia="zh-CN"/>
        </w:rPr>
      </w:pPr>
      <w:r>
        <w:rPr>
          <w:rFonts w:ascii="黑体" w:eastAsia="黑体" w:hAnsi="黑体"/>
          <w:b/>
          <w:sz w:val="24"/>
          <w:lang w:eastAsia="zh-CN"/>
        </w:rPr>
        <w:t>注意事项：</w:t>
      </w:r>
    </w:p>
    <w:p w14:paraId="469AF4E6" w14:textId="77777777" w:rsidR="00E90F7E" w:rsidRDefault="00000000">
      <w:pPr>
        <w:spacing w:before="60" w:after="60" w:line="440" w:lineRule="exact"/>
        <w:rPr>
          <w:lang w:eastAsia="zh-CN"/>
        </w:rPr>
      </w:pPr>
      <w:r>
        <w:rPr>
          <w:rFonts w:ascii="宋体" w:eastAsia="宋体" w:hAnsi="宋体"/>
          <w:lang w:eastAsia="zh-CN"/>
        </w:rPr>
        <w:t>1、本卷为闭卷考试，请答卷人按照自己的真实水平独立完成答卷，并认真、完整填写有关信息及交卷时间并签字（未填写考生编号、姓名、出生日期、签字者每缺一项扣10分，填错者酌情扣分；姓名与签字明显不同者取消参赛资格）。在监考老师宣布考试结束时间到的时候，应停止答卷。</w:t>
      </w:r>
    </w:p>
    <w:p w14:paraId="41B1F505" w14:textId="77777777" w:rsidR="00E90F7E" w:rsidRDefault="00000000">
      <w:pPr>
        <w:spacing w:before="60" w:after="60" w:line="440" w:lineRule="exact"/>
        <w:rPr>
          <w:lang w:eastAsia="zh-CN"/>
        </w:rPr>
      </w:pPr>
      <w:r>
        <w:rPr>
          <w:rFonts w:ascii="宋体" w:eastAsia="宋体" w:hAnsi="宋体"/>
          <w:lang w:eastAsia="zh-CN"/>
        </w:rPr>
        <w:t>2、答题应直接写在试卷上。草稿应尽量写在试卷空白的地方，或者写在专门发的草稿纸上（由考生自己注明考生姓名、考生编号和草稿纸的页数和编号）。不得自己携带草稿纸进入考场（使用自带草稿纸者扣20分）。考试结束后所有的试卷和草稿纸均不得带出考场。</w:t>
      </w:r>
    </w:p>
    <w:p w14:paraId="63119602" w14:textId="77777777" w:rsidR="00E90F7E" w:rsidRDefault="00000000">
      <w:pPr>
        <w:spacing w:before="60" w:after="60" w:line="440" w:lineRule="exact"/>
        <w:rPr>
          <w:lang w:eastAsia="zh-CN"/>
        </w:rPr>
      </w:pPr>
      <w:r>
        <w:rPr>
          <w:rFonts w:ascii="宋体" w:eastAsia="宋体" w:hAnsi="宋体"/>
          <w:lang w:eastAsia="zh-CN"/>
        </w:rPr>
        <w:t>3、第I部分为单选题（低年组做第01-10题，高年组做第04-13题），每题选择一个最接近正确的答案，将对应的字母填在括号之内。每道题答对得4分，答错或多选扣4分，选"E"（不知道）得0分，不选或者填写A-E之外的其他单个选项扣1分。第Ⅱ部分为计算或简答题低年组做第14-18题；高年组做第16-23题，其中21-23题是专为IOAA选拔队员的附加题），须写出解题的中间步骤和计算过程，每题满分为16分。高年组附加题单独计分，不计入决赛和邀请赛成绩。</w:t>
      </w:r>
    </w:p>
    <w:p w14:paraId="34B4B8B9" w14:textId="77777777" w:rsidR="00E90F7E" w:rsidRDefault="00000000">
      <w:pPr>
        <w:spacing w:before="60" w:after="60" w:line="440" w:lineRule="exact"/>
        <w:rPr>
          <w:lang w:eastAsia="zh-CN"/>
        </w:rPr>
      </w:pPr>
      <w:r>
        <w:rPr>
          <w:rFonts w:ascii="宋体" w:eastAsia="宋体" w:hAnsi="宋体"/>
          <w:lang w:eastAsia="zh-CN"/>
        </w:rPr>
        <w:t>4、在答卷时，可以使用不带编程功能的科学计算器。</w:t>
      </w:r>
    </w:p>
    <w:p w14:paraId="141F5D90" w14:textId="77777777" w:rsidR="00E90F7E" w:rsidRDefault="00000000">
      <w:pPr>
        <w:spacing w:before="60" w:after="60" w:line="440" w:lineRule="exact"/>
        <w:rPr>
          <w:lang w:eastAsia="zh-CN"/>
        </w:rPr>
      </w:pPr>
      <w:r>
        <w:rPr>
          <w:rFonts w:ascii="宋体" w:eastAsia="宋体" w:hAnsi="宋体"/>
          <w:lang w:eastAsia="zh-CN"/>
        </w:rPr>
        <w:t>5、涉及观测地点的题目，如果没有特殊说明，可以按在杭州考虑（地理纬度30度左右）。</w:t>
      </w:r>
    </w:p>
    <w:p w14:paraId="12551450" w14:textId="77777777" w:rsidR="00E90F7E" w:rsidRDefault="00000000">
      <w:pPr>
        <w:spacing w:before="120" w:after="120"/>
      </w:pPr>
      <w:r>
        <w:rPr>
          <w:rFonts w:ascii="宋体" w:eastAsia="宋体" w:hAnsi="宋体"/>
        </w:rPr>
        <w:t>交卷时间（考生填写）：______________  考生签名：______________</w:t>
      </w:r>
    </w:p>
    <w:p w14:paraId="64F900F9" w14:textId="77777777" w:rsidR="00E90F7E" w:rsidRDefault="00000000">
      <w:pPr>
        <w:spacing w:before="240" w:after="120"/>
      </w:pPr>
      <w:r>
        <w:rPr>
          <w:rFonts w:ascii="黑体" w:eastAsia="黑体" w:hAnsi="黑体"/>
          <w:b/>
          <w:sz w:val="26"/>
        </w:rPr>
        <w:t>Ⅰ、选择题（40分；低年组做第01-10题，高年组做第04-13题）</w:t>
      </w:r>
    </w:p>
    <w:p w14:paraId="3FA74E56" w14:textId="77777777" w:rsidR="00E90F7E" w:rsidRDefault="00000000">
      <w:pPr>
        <w:spacing w:before="120" w:after="40" w:line="440" w:lineRule="exact"/>
      </w:pPr>
      <w:r>
        <w:rPr>
          <w:rFonts w:ascii="宋体" w:eastAsia="宋体" w:hAnsi="宋体"/>
          <w:sz w:val="24"/>
        </w:rPr>
        <w:t>01. 最早发明的天文望远镜是（ ）式望远镜。</w:t>
      </w:r>
    </w:p>
    <w:p w14:paraId="10751914" w14:textId="77777777" w:rsidR="00E90F7E" w:rsidRDefault="00000000">
      <w:pPr>
        <w:spacing w:before="20" w:after="20" w:line="400" w:lineRule="exact"/>
        <w:ind w:left="567"/>
      </w:pPr>
      <w:r>
        <w:rPr>
          <w:rFonts w:ascii="宋体" w:eastAsia="宋体" w:hAnsi="宋体"/>
        </w:rPr>
        <w:t>（A）折射</w:t>
      </w:r>
    </w:p>
    <w:p w14:paraId="774FD3F4" w14:textId="77777777" w:rsidR="00E90F7E" w:rsidRDefault="00000000">
      <w:pPr>
        <w:spacing w:before="20" w:after="20" w:line="400" w:lineRule="exact"/>
        <w:ind w:left="567"/>
      </w:pPr>
      <w:r>
        <w:rPr>
          <w:rFonts w:ascii="宋体" w:eastAsia="宋体" w:hAnsi="宋体"/>
        </w:rPr>
        <w:t>（B）反射</w:t>
      </w:r>
    </w:p>
    <w:p w14:paraId="4C83209D" w14:textId="77777777" w:rsidR="00E90F7E" w:rsidRDefault="00000000">
      <w:pPr>
        <w:spacing w:before="20" w:after="20" w:line="400" w:lineRule="exact"/>
        <w:ind w:left="567"/>
      </w:pPr>
      <w:r>
        <w:rPr>
          <w:rFonts w:ascii="宋体" w:eastAsia="宋体" w:hAnsi="宋体"/>
        </w:rPr>
        <w:t>（C）折反射</w:t>
      </w:r>
    </w:p>
    <w:p w14:paraId="5D87134E" w14:textId="77777777" w:rsidR="00E90F7E" w:rsidRDefault="00000000">
      <w:pPr>
        <w:spacing w:before="20" w:after="20" w:line="400" w:lineRule="exact"/>
        <w:ind w:left="567"/>
      </w:pPr>
      <w:r>
        <w:rPr>
          <w:rFonts w:ascii="宋体" w:eastAsia="宋体" w:hAnsi="宋体"/>
        </w:rPr>
        <w:t>（D）反折射</w:t>
      </w:r>
    </w:p>
    <w:p w14:paraId="21FC833C" w14:textId="77777777" w:rsidR="00E90F7E" w:rsidRDefault="00000000">
      <w:pPr>
        <w:spacing w:before="20" w:after="20" w:line="400" w:lineRule="exact"/>
        <w:ind w:left="567"/>
      </w:pPr>
      <w:r>
        <w:rPr>
          <w:rFonts w:ascii="宋体" w:eastAsia="宋体" w:hAnsi="宋体"/>
        </w:rPr>
        <w:t>（E）不知道</w:t>
      </w:r>
    </w:p>
    <w:p w14:paraId="6F435DD9" w14:textId="77777777" w:rsidR="00E90F7E" w:rsidRDefault="00000000">
      <w:pPr>
        <w:spacing w:before="120" w:after="40" w:line="440" w:lineRule="exact"/>
      </w:pPr>
      <w:r>
        <w:rPr>
          <w:rFonts w:ascii="宋体" w:eastAsia="宋体" w:hAnsi="宋体"/>
          <w:sz w:val="24"/>
        </w:rPr>
        <w:lastRenderedPageBreak/>
        <w:t>02. 本次邀请赛期间最活跃的流星群与（ ）彗星有关。</w:t>
      </w:r>
    </w:p>
    <w:p w14:paraId="067451DC" w14:textId="77777777" w:rsidR="00E90F7E" w:rsidRDefault="00000000">
      <w:pPr>
        <w:spacing w:before="20" w:after="20" w:line="400" w:lineRule="exact"/>
        <w:ind w:left="567"/>
      </w:pPr>
      <w:r>
        <w:rPr>
          <w:rFonts w:ascii="宋体" w:eastAsia="宋体" w:hAnsi="宋体"/>
        </w:rPr>
        <w:t>（A）恩克</w:t>
      </w:r>
    </w:p>
    <w:p w14:paraId="37751A7F" w14:textId="77777777" w:rsidR="00E90F7E" w:rsidRDefault="00000000">
      <w:pPr>
        <w:spacing w:before="20" w:after="20" w:line="400" w:lineRule="exact"/>
        <w:ind w:left="567"/>
      </w:pPr>
      <w:r>
        <w:rPr>
          <w:rFonts w:ascii="宋体" w:eastAsia="宋体" w:hAnsi="宋体"/>
        </w:rPr>
        <w:t>（B）哈雷</w:t>
      </w:r>
    </w:p>
    <w:p w14:paraId="22864F1C" w14:textId="77777777" w:rsidR="00E90F7E" w:rsidRDefault="00000000">
      <w:pPr>
        <w:spacing w:before="20" w:after="20" w:line="400" w:lineRule="exact"/>
        <w:ind w:left="567"/>
      </w:pPr>
      <w:r>
        <w:rPr>
          <w:rFonts w:ascii="宋体" w:eastAsia="宋体" w:hAnsi="宋体"/>
        </w:rPr>
        <w:t>（C）55P</w:t>
      </w:r>
    </w:p>
    <w:p w14:paraId="159597E7" w14:textId="77777777" w:rsidR="00E90F7E" w:rsidRDefault="00000000">
      <w:pPr>
        <w:spacing w:before="20" w:after="20" w:line="400" w:lineRule="exact"/>
        <w:ind w:left="567"/>
      </w:pPr>
      <w:r>
        <w:rPr>
          <w:rFonts w:ascii="宋体" w:eastAsia="宋体" w:hAnsi="宋体"/>
        </w:rPr>
        <w:t>（D）海尔-波普</w:t>
      </w:r>
    </w:p>
    <w:p w14:paraId="26F12B46" w14:textId="77777777" w:rsidR="00E90F7E" w:rsidRDefault="00000000">
      <w:pPr>
        <w:spacing w:before="20" w:after="20" w:line="400" w:lineRule="exact"/>
        <w:ind w:left="567"/>
      </w:pPr>
      <w:r>
        <w:rPr>
          <w:rFonts w:ascii="宋体" w:eastAsia="宋体" w:hAnsi="宋体"/>
        </w:rPr>
        <w:t>（E）不知道</w:t>
      </w:r>
    </w:p>
    <w:p w14:paraId="0D15D24E" w14:textId="77777777" w:rsidR="00E90F7E" w:rsidRDefault="00000000">
      <w:pPr>
        <w:spacing w:before="120" w:after="40" w:line="440" w:lineRule="exact"/>
      </w:pPr>
      <w:r>
        <w:rPr>
          <w:rFonts w:ascii="宋体" w:eastAsia="宋体" w:hAnsi="宋体"/>
          <w:sz w:val="24"/>
        </w:rPr>
        <w:t>03. 如果把地球的大小看成是一个篮球，那月球的大小相当于一个（ ）。</w:t>
      </w:r>
    </w:p>
    <w:p w14:paraId="1931C4D1" w14:textId="77777777" w:rsidR="00E90F7E" w:rsidRDefault="00000000">
      <w:pPr>
        <w:spacing w:before="20" w:after="20" w:line="400" w:lineRule="exact"/>
        <w:ind w:left="567"/>
      </w:pPr>
      <w:r>
        <w:rPr>
          <w:rFonts w:ascii="宋体" w:eastAsia="宋体" w:hAnsi="宋体"/>
        </w:rPr>
        <w:t>（A）小米粒</w:t>
      </w:r>
    </w:p>
    <w:p w14:paraId="25584E89" w14:textId="77777777" w:rsidR="00E90F7E" w:rsidRDefault="00000000">
      <w:pPr>
        <w:spacing w:before="20" w:after="20" w:line="400" w:lineRule="exact"/>
        <w:ind w:left="567"/>
      </w:pPr>
      <w:r>
        <w:rPr>
          <w:rFonts w:ascii="宋体" w:eastAsia="宋体" w:hAnsi="宋体"/>
        </w:rPr>
        <w:t>（B）乒乓球</w:t>
      </w:r>
    </w:p>
    <w:p w14:paraId="47C9919F" w14:textId="77777777" w:rsidR="00E90F7E" w:rsidRDefault="00000000">
      <w:pPr>
        <w:spacing w:before="20" w:after="20" w:line="400" w:lineRule="exact"/>
        <w:ind w:left="567"/>
      </w:pPr>
      <w:r>
        <w:rPr>
          <w:rFonts w:ascii="宋体" w:eastAsia="宋体" w:hAnsi="宋体"/>
        </w:rPr>
        <w:t>（C）足球</w:t>
      </w:r>
    </w:p>
    <w:p w14:paraId="1AE44EEA" w14:textId="77777777" w:rsidR="00E90F7E" w:rsidRDefault="00000000">
      <w:pPr>
        <w:spacing w:before="20" w:after="20" w:line="400" w:lineRule="exact"/>
        <w:ind w:left="567"/>
      </w:pPr>
      <w:r>
        <w:rPr>
          <w:rFonts w:ascii="宋体" w:eastAsia="宋体" w:hAnsi="宋体"/>
        </w:rPr>
        <w:t>（D）大教室</w:t>
      </w:r>
    </w:p>
    <w:p w14:paraId="43B42BCB" w14:textId="77777777" w:rsidR="00E90F7E" w:rsidRDefault="00000000">
      <w:pPr>
        <w:spacing w:before="20" w:after="20" w:line="400" w:lineRule="exact"/>
        <w:ind w:left="567"/>
      </w:pPr>
      <w:r>
        <w:rPr>
          <w:rFonts w:ascii="宋体" w:eastAsia="宋体" w:hAnsi="宋体"/>
        </w:rPr>
        <w:t>（E）不知道</w:t>
      </w:r>
    </w:p>
    <w:p w14:paraId="7200DAD7" w14:textId="77777777" w:rsidR="00E90F7E" w:rsidRDefault="00000000">
      <w:pPr>
        <w:spacing w:before="120" w:after="40" w:line="440" w:lineRule="exact"/>
      </w:pPr>
      <w:r>
        <w:rPr>
          <w:rFonts w:ascii="宋体" w:eastAsia="宋体" w:hAnsi="宋体"/>
          <w:sz w:val="24"/>
        </w:rPr>
        <w:t>04. 光线从银河系的一端传到另外一端需要的时间大概是（ ）年。</w:t>
      </w:r>
    </w:p>
    <w:p w14:paraId="25D870FA" w14:textId="77777777" w:rsidR="00E90F7E" w:rsidRDefault="00000000">
      <w:pPr>
        <w:spacing w:before="20" w:after="20" w:line="400" w:lineRule="exact"/>
        <w:ind w:left="567"/>
      </w:pPr>
      <w:r>
        <w:rPr>
          <w:rFonts w:ascii="宋体" w:eastAsia="宋体" w:hAnsi="宋体"/>
        </w:rPr>
        <w:t>（A）不到5千</w:t>
      </w:r>
    </w:p>
    <w:p w14:paraId="7B72FEDC" w14:textId="77777777" w:rsidR="00E90F7E" w:rsidRDefault="00000000">
      <w:pPr>
        <w:spacing w:before="20" w:after="20" w:line="400" w:lineRule="exact"/>
        <w:ind w:left="567"/>
      </w:pPr>
      <w:r>
        <w:rPr>
          <w:rFonts w:ascii="宋体" w:eastAsia="宋体" w:hAnsi="宋体"/>
        </w:rPr>
        <w:t>（B）10万</w:t>
      </w:r>
    </w:p>
    <w:p w14:paraId="05A8282D" w14:textId="77777777" w:rsidR="00E90F7E" w:rsidRDefault="00000000">
      <w:pPr>
        <w:spacing w:before="20" w:after="20" w:line="400" w:lineRule="exact"/>
        <w:ind w:left="567"/>
      </w:pPr>
      <w:r>
        <w:rPr>
          <w:rFonts w:ascii="宋体" w:eastAsia="宋体" w:hAnsi="宋体"/>
        </w:rPr>
        <w:t>（C）200万</w:t>
      </w:r>
    </w:p>
    <w:p w14:paraId="1F19E957" w14:textId="77777777" w:rsidR="00E90F7E" w:rsidRDefault="00000000">
      <w:pPr>
        <w:spacing w:before="20" w:after="20" w:line="400" w:lineRule="exact"/>
        <w:ind w:left="567"/>
      </w:pPr>
      <w:r>
        <w:rPr>
          <w:rFonts w:ascii="宋体" w:eastAsia="宋体" w:hAnsi="宋体"/>
        </w:rPr>
        <w:t>（D）超过1000万</w:t>
      </w:r>
    </w:p>
    <w:p w14:paraId="401981C7" w14:textId="77777777" w:rsidR="00E90F7E" w:rsidRDefault="00000000">
      <w:pPr>
        <w:spacing w:before="20" w:after="20" w:line="400" w:lineRule="exact"/>
        <w:ind w:left="567"/>
      </w:pPr>
      <w:r>
        <w:rPr>
          <w:rFonts w:ascii="宋体" w:eastAsia="宋体" w:hAnsi="宋体"/>
        </w:rPr>
        <w:t>（E）不知道</w:t>
      </w:r>
    </w:p>
    <w:p w14:paraId="2D947A99" w14:textId="77777777" w:rsidR="00E90F7E" w:rsidRDefault="00000000">
      <w:pPr>
        <w:spacing w:before="120" w:after="40" w:line="440" w:lineRule="exact"/>
      </w:pPr>
      <w:r>
        <w:rPr>
          <w:rFonts w:ascii="宋体" w:eastAsia="宋体" w:hAnsi="宋体"/>
          <w:sz w:val="24"/>
        </w:rPr>
        <w:t>05. 如果天荒坪最近几天都是晴天，那理论上在以下哪个时间附近能够观测最多的流星（ ）。</w:t>
      </w:r>
    </w:p>
    <w:p w14:paraId="3430081D" w14:textId="77777777" w:rsidR="00E90F7E" w:rsidRDefault="00000000">
      <w:pPr>
        <w:spacing w:before="20" w:after="20" w:line="400" w:lineRule="exact"/>
        <w:ind w:left="567"/>
      </w:pPr>
      <w:r>
        <w:rPr>
          <w:rFonts w:ascii="宋体" w:eastAsia="宋体" w:hAnsi="宋体"/>
        </w:rPr>
        <w:t>（A）5月4日22时</w:t>
      </w:r>
    </w:p>
    <w:p w14:paraId="31B413C8" w14:textId="77777777" w:rsidR="00E90F7E" w:rsidRDefault="00000000">
      <w:pPr>
        <w:spacing w:before="20" w:after="20" w:line="400" w:lineRule="exact"/>
        <w:ind w:left="567"/>
      </w:pPr>
      <w:r>
        <w:rPr>
          <w:rFonts w:ascii="宋体" w:eastAsia="宋体" w:hAnsi="宋体"/>
        </w:rPr>
        <w:t>（B）5月5日4时</w:t>
      </w:r>
    </w:p>
    <w:p w14:paraId="6467B1ED" w14:textId="77777777" w:rsidR="00E90F7E" w:rsidRDefault="00000000">
      <w:pPr>
        <w:spacing w:before="20" w:after="20" w:line="400" w:lineRule="exact"/>
        <w:ind w:left="567"/>
      </w:pPr>
      <w:r>
        <w:rPr>
          <w:rFonts w:ascii="宋体" w:eastAsia="宋体" w:hAnsi="宋体"/>
        </w:rPr>
        <w:t>（C）5月5日2时</w:t>
      </w:r>
    </w:p>
    <w:p w14:paraId="7921BBDE" w14:textId="77777777" w:rsidR="00E90F7E" w:rsidRDefault="00000000">
      <w:pPr>
        <w:spacing w:before="20" w:after="20" w:line="400" w:lineRule="exact"/>
        <w:ind w:left="567"/>
      </w:pPr>
      <w:r>
        <w:rPr>
          <w:rFonts w:ascii="宋体" w:eastAsia="宋体" w:hAnsi="宋体"/>
        </w:rPr>
        <w:t>（D）5月6日4时</w:t>
      </w:r>
    </w:p>
    <w:p w14:paraId="1E312DA2" w14:textId="77777777" w:rsidR="00E90F7E" w:rsidRDefault="00000000">
      <w:pPr>
        <w:spacing w:before="20" w:after="20" w:line="400" w:lineRule="exact"/>
        <w:ind w:left="567"/>
      </w:pPr>
      <w:r>
        <w:rPr>
          <w:rFonts w:ascii="宋体" w:eastAsia="宋体" w:hAnsi="宋体"/>
        </w:rPr>
        <w:t>（E）不知道</w:t>
      </w:r>
    </w:p>
    <w:p w14:paraId="5FB06E99" w14:textId="77777777" w:rsidR="00E90F7E" w:rsidRDefault="00000000">
      <w:pPr>
        <w:spacing w:before="120" w:after="40" w:line="440" w:lineRule="exact"/>
      </w:pPr>
      <w:r>
        <w:rPr>
          <w:rFonts w:ascii="宋体" w:eastAsia="宋体" w:hAnsi="宋体"/>
          <w:sz w:val="24"/>
        </w:rPr>
        <w:t>06. 中国今年最可能发射的人造天体的名称是（ ）。</w:t>
      </w:r>
    </w:p>
    <w:p w14:paraId="0E8FE01E" w14:textId="77777777" w:rsidR="00E90F7E" w:rsidRDefault="00000000">
      <w:pPr>
        <w:spacing w:before="20" w:after="20" w:line="400" w:lineRule="exact"/>
        <w:ind w:left="567"/>
      </w:pPr>
      <w:r>
        <w:rPr>
          <w:rFonts w:ascii="宋体" w:eastAsia="宋体" w:hAnsi="宋体"/>
        </w:rPr>
        <w:t>（A）嫦娥二号</w:t>
      </w:r>
    </w:p>
    <w:p w14:paraId="40958E07" w14:textId="77777777" w:rsidR="00E90F7E" w:rsidRDefault="00000000">
      <w:pPr>
        <w:spacing w:before="20" w:after="20" w:line="400" w:lineRule="exact"/>
        <w:ind w:left="567"/>
      </w:pPr>
      <w:r>
        <w:rPr>
          <w:rFonts w:ascii="宋体" w:eastAsia="宋体" w:hAnsi="宋体"/>
        </w:rPr>
        <w:t>（B）东方红三号</w:t>
      </w:r>
    </w:p>
    <w:p w14:paraId="4476860C" w14:textId="77777777" w:rsidR="00E90F7E" w:rsidRDefault="00000000">
      <w:pPr>
        <w:spacing w:before="20" w:after="20" w:line="400" w:lineRule="exact"/>
        <w:ind w:left="567"/>
      </w:pPr>
      <w:r>
        <w:rPr>
          <w:rFonts w:ascii="宋体" w:eastAsia="宋体" w:hAnsi="宋体"/>
        </w:rPr>
        <w:t>（C）风云四号</w:t>
      </w:r>
    </w:p>
    <w:p w14:paraId="12015C98" w14:textId="77777777" w:rsidR="00E90F7E" w:rsidRDefault="00000000">
      <w:pPr>
        <w:spacing w:before="20" w:after="20" w:line="400" w:lineRule="exact"/>
        <w:ind w:left="567"/>
      </w:pPr>
      <w:r>
        <w:rPr>
          <w:rFonts w:ascii="宋体" w:eastAsia="宋体" w:hAnsi="宋体"/>
        </w:rPr>
        <w:lastRenderedPageBreak/>
        <w:t>（D）神舟七号</w:t>
      </w:r>
    </w:p>
    <w:p w14:paraId="5949EBB7" w14:textId="77777777" w:rsidR="00E90F7E" w:rsidRDefault="00000000">
      <w:pPr>
        <w:spacing w:before="20" w:after="20" w:line="400" w:lineRule="exact"/>
        <w:ind w:left="567"/>
      </w:pPr>
      <w:r>
        <w:rPr>
          <w:rFonts w:ascii="宋体" w:eastAsia="宋体" w:hAnsi="宋体"/>
        </w:rPr>
        <w:t>（E）不知道</w:t>
      </w:r>
    </w:p>
    <w:p w14:paraId="03E4A3AD" w14:textId="77777777" w:rsidR="00E90F7E" w:rsidRDefault="00000000">
      <w:pPr>
        <w:spacing w:before="120" w:after="40" w:line="440" w:lineRule="exact"/>
      </w:pPr>
      <w:r>
        <w:rPr>
          <w:rFonts w:ascii="宋体" w:eastAsia="宋体" w:hAnsi="宋体"/>
          <w:sz w:val="24"/>
        </w:rPr>
        <w:t>07. 今年是望远镜发明（ ）周年。</w:t>
      </w:r>
    </w:p>
    <w:p w14:paraId="7567CF4E" w14:textId="77777777" w:rsidR="00E90F7E" w:rsidRDefault="00000000">
      <w:pPr>
        <w:spacing w:before="20" w:after="20" w:line="400" w:lineRule="exact"/>
        <w:ind w:left="567"/>
      </w:pPr>
      <w:r>
        <w:rPr>
          <w:rFonts w:ascii="宋体" w:eastAsia="宋体" w:hAnsi="宋体"/>
        </w:rPr>
        <w:t>（A）125</w:t>
      </w:r>
    </w:p>
    <w:p w14:paraId="2A88CAAA" w14:textId="77777777" w:rsidR="00E90F7E" w:rsidRDefault="00000000">
      <w:pPr>
        <w:spacing w:before="20" w:after="20" w:line="400" w:lineRule="exact"/>
        <w:ind w:left="567"/>
      </w:pPr>
      <w:r>
        <w:rPr>
          <w:rFonts w:ascii="宋体" w:eastAsia="宋体" w:hAnsi="宋体"/>
        </w:rPr>
        <w:t>（B）280</w:t>
      </w:r>
    </w:p>
    <w:p w14:paraId="5CD3A1D0" w14:textId="77777777" w:rsidR="00E90F7E" w:rsidRDefault="00000000">
      <w:pPr>
        <w:spacing w:before="20" w:after="20" w:line="400" w:lineRule="exact"/>
        <w:ind w:left="567"/>
      </w:pPr>
      <w:r>
        <w:rPr>
          <w:rFonts w:ascii="宋体" w:eastAsia="宋体" w:hAnsi="宋体"/>
        </w:rPr>
        <w:t>（C）400</w:t>
      </w:r>
    </w:p>
    <w:p w14:paraId="3DF3A265" w14:textId="77777777" w:rsidR="00E90F7E" w:rsidRDefault="00000000">
      <w:pPr>
        <w:spacing w:before="20" w:after="20" w:line="400" w:lineRule="exact"/>
        <w:ind w:left="567"/>
      </w:pPr>
      <w:r>
        <w:rPr>
          <w:rFonts w:ascii="宋体" w:eastAsia="宋体" w:hAnsi="宋体"/>
        </w:rPr>
        <w:t>（D）750</w:t>
      </w:r>
    </w:p>
    <w:p w14:paraId="46A9E3DE" w14:textId="77777777" w:rsidR="00E90F7E" w:rsidRDefault="00000000">
      <w:pPr>
        <w:spacing w:before="20" w:after="20" w:line="400" w:lineRule="exact"/>
        <w:ind w:left="567"/>
      </w:pPr>
      <w:r>
        <w:rPr>
          <w:rFonts w:ascii="宋体" w:eastAsia="宋体" w:hAnsi="宋体"/>
        </w:rPr>
        <w:t>（E）不知道</w:t>
      </w:r>
    </w:p>
    <w:p w14:paraId="7E979A0E" w14:textId="77777777" w:rsidR="00E90F7E" w:rsidRDefault="00000000">
      <w:pPr>
        <w:spacing w:before="120" w:after="40" w:line="440" w:lineRule="exact"/>
      </w:pPr>
      <w:r>
        <w:rPr>
          <w:rFonts w:ascii="宋体" w:eastAsia="宋体" w:hAnsi="宋体"/>
          <w:sz w:val="24"/>
        </w:rPr>
        <w:t>08. 以下哪些名称不位于月球朝向地球的这一面？（ ）</w:t>
      </w:r>
    </w:p>
    <w:p w14:paraId="18FE0632" w14:textId="77777777" w:rsidR="00E90F7E" w:rsidRDefault="00000000">
      <w:pPr>
        <w:spacing w:before="20" w:after="20" w:line="400" w:lineRule="exact"/>
        <w:ind w:left="567"/>
      </w:pPr>
      <w:r>
        <w:rPr>
          <w:rFonts w:ascii="宋体" w:eastAsia="宋体" w:hAnsi="宋体"/>
        </w:rPr>
        <w:t>（A）祖冲之环形山</w:t>
      </w:r>
    </w:p>
    <w:p w14:paraId="6440706C" w14:textId="77777777" w:rsidR="00E90F7E" w:rsidRDefault="00000000">
      <w:pPr>
        <w:spacing w:before="20" w:after="20" w:line="400" w:lineRule="exact"/>
        <w:ind w:left="567"/>
      </w:pPr>
      <w:r>
        <w:rPr>
          <w:rFonts w:ascii="宋体" w:eastAsia="宋体" w:hAnsi="宋体"/>
        </w:rPr>
        <w:t>（B）第谷环形山</w:t>
      </w:r>
    </w:p>
    <w:p w14:paraId="1725CB49" w14:textId="77777777" w:rsidR="00E90F7E" w:rsidRDefault="00000000">
      <w:pPr>
        <w:spacing w:before="20" w:after="20" w:line="400" w:lineRule="exact"/>
        <w:ind w:left="567"/>
      </w:pPr>
      <w:r>
        <w:rPr>
          <w:rFonts w:ascii="宋体" w:eastAsia="宋体" w:hAnsi="宋体"/>
        </w:rPr>
        <w:t>（C）雨海</w:t>
      </w:r>
    </w:p>
    <w:p w14:paraId="1FF46026" w14:textId="77777777" w:rsidR="00E90F7E" w:rsidRDefault="00000000">
      <w:pPr>
        <w:spacing w:before="20" w:after="20" w:line="400" w:lineRule="exact"/>
        <w:ind w:left="567"/>
      </w:pPr>
      <w:r>
        <w:rPr>
          <w:rFonts w:ascii="宋体" w:eastAsia="宋体" w:hAnsi="宋体"/>
        </w:rPr>
        <w:t>（D）风暴洋</w:t>
      </w:r>
    </w:p>
    <w:p w14:paraId="7D196738" w14:textId="77777777" w:rsidR="00E90F7E" w:rsidRDefault="00000000">
      <w:pPr>
        <w:spacing w:before="20" w:after="20" w:line="400" w:lineRule="exact"/>
        <w:ind w:left="567"/>
      </w:pPr>
      <w:r>
        <w:rPr>
          <w:rFonts w:ascii="宋体" w:eastAsia="宋体" w:hAnsi="宋体"/>
        </w:rPr>
        <w:t>（E）不知道</w:t>
      </w:r>
    </w:p>
    <w:p w14:paraId="5299D23E" w14:textId="77777777" w:rsidR="00E90F7E" w:rsidRDefault="00000000">
      <w:pPr>
        <w:spacing w:before="120" w:after="40" w:line="440" w:lineRule="exact"/>
      </w:pPr>
      <w:r>
        <w:rPr>
          <w:rFonts w:ascii="宋体" w:eastAsia="宋体" w:hAnsi="宋体"/>
          <w:sz w:val="24"/>
        </w:rPr>
        <w:t>09. 以下有关小行星命名的说法哪句最为准确？（ ）</w:t>
      </w:r>
    </w:p>
    <w:p w14:paraId="72237AF3" w14:textId="77777777" w:rsidR="00E90F7E" w:rsidRDefault="00000000">
      <w:pPr>
        <w:spacing w:before="20" w:after="20" w:line="400" w:lineRule="exact"/>
        <w:ind w:left="567"/>
      </w:pPr>
      <w:r>
        <w:rPr>
          <w:rFonts w:ascii="宋体" w:eastAsia="宋体" w:hAnsi="宋体"/>
        </w:rPr>
        <w:t>（A）小行星命名主要是发现者个人意愿的体现</w:t>
      </w:r>
    </w:p>
    <w:p w14:paraId="5630A1BB" w14:textId="77777777" w:rsidR="00E90F7E" w:rsidRDefault="00000000">
      <w:pPr>
        <w:spacing w:before="20" w:after="20" w:line="400" w:lineRule="exact"/>
        <w:ind w:left="567"/>
      </w:pPr>
      <w:r>
        <w:rPr>
          <w:rFonts w:ascii="宋体" w:eastAsia="宋体" w:hAnsi="宋体"/>
        </w:rPr>
        <w:t>（B）小行星一般以发现者名字命名</w:t>
      </w:r>
    </w:p>
    <w:p w14:paraId="22B95AAD" w14:textId="77777777" w:rsidR="00E90F7E" w:rsidRDefault="00000000">
      <w:pPr>
        <w:spacing w:before="20" w:after="20" w:line="400" w:lineRule="exact"/>
        <w:ind w:left="567"/>
      </w:pPr>
      <w:r>
        <w:rPr>
          <w:rFonts w:ascii="宋体" w:eastAsia="宋体" w:hAnsi="宋体"/>
        </w:rPr>
        <w:t>（C）不能以抽象的名词命名小行星</w:t>
      </w:r>
    </w:p>
    <w:p w14:paraId="3BD86D39" w14:textId="77777777" w:rsidR="00E90F7E" w:rsidRDefault="00000000">
      <w:pPr>
        <w:spacing w:before="20" w:after="20" w:line="400" w:lineRule="exact"/>
        <w:ind w:left="567"/>
      </w:pPr>
      <w:r>
        <w:rPr>
          <w:rFonts w:ascii="宋体" w:eastAsia="宋体" w:hAnsi="宋体"/>
        </w:rPr>
        <w:t>（D）小行星命名是一顶崇高的国际荣誉</w:t>
      </w:r>
    </w:p>
    <w:p w14:paraId="78E2FD65" w14:textId="77777777" w:rsidR="00E90F7E" w:rsidRDefault="00000000">
      <w:pPr>
        <w:spacing w:before="20" w:after="20" w:line="400" w:lineRule="exact"/>
        <w:ind w:left="567"/>
      </w:pPr>
      <w:r>
        <w:rPr>
          <w:rFonts w:ascii="宋体" w:eastAsia="宋体" w:hAnsi="宋体"/>
        </w:rPr>
        <w:t>（E）不知道</w:t>
      </w:r>
    </w:p>
    <w:p w14:paraId="371FF5CA" w14:textId="77777777" w:rsidR="00E90F7E" w:rsidRDefault="00000000">
      <w:pPr>
        <w:spacing w:before="120" w:after="40" w:line="440" w:lineRule="exact"/>
      </w:pPr>
      <w:r>
        <w:rPr>
          <w:rFonts w:ascii="宋体" w:eastAsia="宋体" w:hAnsi="宋体"/>
          <w:sz w:val="24"/>
        </w:rPr>
        <w:t>10. 不借助望远镜，理论上单凭肉眼目视观测看到的最远的天体或天文现象离我们的距离大概是（ ）。</w:t>
      </w:r>
    </w:p>
    <w:p w14:paraId="60252803" w14:textId="77777777" w:rsidR="00E90F7E" w:rsidRDefault="00000000">
      <w:pPr>
        <w:spacing w:before="20" w:after="20" w:line="400" w:lineRule="exact"/>
        <w:ind w:left="567"/>
      </w:pPr>
      <w:r>
        <w:rPr>
          <w:rFonts w:ascii="宋体" w:eastAsia="宋体" w:hAnsi="宋体"/>
        </w:rPr>
        <w:t>（A）不超过一百天文单位</w:t>
      </w:r>
    </w:p>
    <w:p w14:paraId="0C7CEEEF" w14:textId="77777777" w:rsidR="00E90F7E" w:rsidRDefault="00000000">
      <w:pPr>
        <w:spacing w:before="20" w:after="20" w:line="400" w:lineRule="exact"/>
        <w:ind w:left="567"/>
      </w:pPr>
      <w:r>
        <w:rPr>
          <w:rFonts w:ascii="宋体" w:eastAsia="宋体" w:hAnsi="宋体"/>
        </w:rPr>
        <w:t>（B）几千光年</w:t>
      </w:r>
    </w:p>
    <w:p w14:paraId="2FE6F342" w14:textId="77777777" w:rsidR="00E90F7E" w:rsidRDefault="00000000">
      <w:pPr>
        <w:spacing w:before="20" w:after="20" w:line="400" w:lineRule="exact"/>
        <w:ind w:left="567"/>
      </w:pPr>
      <w:r>
        <w:rPr>
          <w:rFonts w:ascii="宋体" w:eastAsia="宋体" w:hAnsi="宋体"/>
        </w:rPr>
        <w:t>（C）几千万光年</w:t>
      </w:r>
    </w:p>
    <w:p w14:paraId="4A0EF9CD" w14:textId="77777777" w:rsidR="00E90F7E" w:rsidRDefault="00000000">
      <w:pPr>
        <w:spacing w:before="20" w:after="20" w:line="400" w:lineRule="exact"/>
        <w:ind w:left="567"/>
      </w:pPr>
      <w:r>
        <w:rPr>
          <w:rFonts w:ascii="宋体" w:eastAsia="宋体" w:hAnsi="宋体"/>
        </w:rPr>
        <w:t>（D）几十亿光年</w:t>
      </w:r>
    </w:p>
    <w:p w14:paraId="3B920A9C" w14:textId="77777777" w:rsidR="00E90F7E" w:rsidRDefault="00000000">
      <w:pPr>
        <w:spacing w:before="20" w:after="20" w:line="400" w:lineRule="exact"/>
        <w:ind w:left="567"/>
      </w:pPr>
      <w:r>
        <w:rPr>
          <w:rFonts w:ascii="宋体" w:eastAsia="宋体" w:hAnsi="宋体"/>
        </w:rPr>
        <w:t>（E）不知道</w:t>
      </w:r>
    </w:p>
    <w:p w14:paraId="6CADD40B" w14:textId="77777777" w:rsidR="00E90F7E" w:rsidRDefault="00000000">
      <w:pPr>
        <w:spacing w:before="120" w:after="40" w:line="440" w:lineRule="exact"/>
      </w:pPr>
      <w:r>
        <w:rPr>
          <w:rFonts w:ascii="宋体" w:eastAsia="宋体" w:hAnsi="宋体"/>
          <w:sz w:val="24"/>
        </w:rPr>
        <w:lastRenderedPageBreak/>
        <w:t>11. 北黄极附近的某恒星，某日发现其和两月前相比相对于遥远恒星背景移动了0.04角秒。那么它相对于我们的距离是（ ）秒差距。</w:t>
      </w:r>
    </w:p>
    <w:p w14:paraId="63AC8DE0" w14:textId="77777777" w:rsidR="00E90F7E" w:rsidRDefault="00000000">
      <w:pPr>
        <w:spacing w:before="20" w:after="20" w:line="400" w:lineRule="exact"/>
        <w:ind w:left="567"/>
      </w:pPr>
      <w:r>
        <w:rPr>
          <w:rFonts w:ascii="宋体" w:eastAsia="宋体" w:hAnsi="宋体"/>
        </w:rPr>
        <w:t>（A）12.5</w:t>
      </w:r>
    </w:p>
    <w:p w14:paraId="6DCBA928" w14:textId="77777777" w:rsidR="00E90F7E" w:rsidRDefault="00000000">
      <w:pPr>
        <w:spacing w:before="20" w:after="20" w:line="400" w:lineRule="exact"/>
        <w:ind w:left="567"/>
      </w:pPr>
      <w:r>
        <w:rPr>
          <w:rFonts w:ascii="宋体" w:eastAsia="宋体" w:hAnsi="宋体"/>
        </w:rPr>
        <w:t>（B）25</w:t>
      </w:r>
    </w:p>
    <w:p w14:paraId="39255B1E" w14:textId="77777777" w:rsidR="00E90F7E" w:rsidRDefault="00000000">
      <w:pPr>
        <w:spacing w:before="20" w:after="20" w:line="400" w:lineRule="exact"/>
        <w:ind w:left="567"/>
      </w:pPr>
      <w:r>
        <w:rPr>
          <w:rFonts w:ascii="宋体" w:eastAsia="宋体" w:hAnsi="宋体"/>
        </w:rPr>
        <w:t>（C）50</w:t>
      </w:r>
    </w:p>
    <w:p w14:paraId="692563D7" w14:textId="77777777" w:rsidR="00E90F7E" w:rsidRDefault="00000000">
      <w:pPr>
        <w:spacing w:before="20" w:after="20" w:line="400" w:lineRule="exact"/>
        <w:ind w:left="567"/>
      </w:pPr>
      <w:r>
        <w:rPr>
          <w:rFonts w:ascii="宋体" w:eastAsia="宋体" w:hAnsi="宋体"/>
        </w:rPr>
        <w:t>（D）100</w:t>
      </w:r>
    </w:p>
    <w:p w14:paraId="5A74160E" w14:textId="77777777" w:rsidR="00E90F7E" w:rsidRDefault="00000000">
      <w:pPr>
        <w:spacing w:before="20" w:after="20" w:line="400" w:lineRule="exact"/>
        <w:ind w:left="567"/>
      </w:pPr>
      <w:r>
        <w:rPr>
          <w:rFonts w:ascii="宋体" w:eastAsia="宋体" w:hAnsi="宋体"/>
        </w:rPr>
        <w:t>（E）不知道</w:t>
      </w:r>
    </w:p>
    <w:p w14:paraId="327F06F4" w14:textId="77777777" w:rsidR="00E90F7E" w:rsidRDefault="00000000">
      <w:pPr>
        <w:spacing w:before="120" w:after="40" w:line="440" w:lineRule="exact"/>
      </w:pPr>
      <w:r>
        <w:rPr>
          <w:rFonts w:ascii="宋体" w:eastAsia="宋体" w:hAnsi="宋体"/>
          <w:sz w:val="24"/>
        </w:rPr>
        <w:t>12. 在杭州观测，赤经3小时、赤纬15度的天体哪天半夜12点左右位于正南方向？（ ）</w:t>
      </w:r>
    </w:p>
    <w:p w14:paraId="4E3A9FBF" w14:textId="77777777" w:rsidR="00E90F7E" w:rsidRDefault="00000000">
      <w:pPr>
        <w:spacing w:before="20" w:after="20" w:line="400" w:lineRule="exact"/>
        <w:ind w:left="567"/>
      </w:pPr>
      <w:r>
        <w:rPr>
          <w:rFonts w:ascii="宋体" w:eastAsia="宋体" w:hAnsi="宋体"/>
        </w:rPr>
        <w:t>（A）2月5日</w:t>
      </w:r>
    </w:p>
    <w:p w14:paraId="3A0F4BD0" w14:textId="77777777" w:rsidR="00E90F7E" w:rsidRDefault="00000000">
      <w:pPr>
        <w:spacing w:before="20" w:after="20" w:line="400" w:lineRule="exact"/>
        <w:ind w:left="567"/>
      </w:pPr>
      <w:r>
        <w:rPr>
          <w:rFonts w:ascii="宋体" w:eastAsia="宋体" w:hAnsi="宋体"/>
        </w:rPr>
        <w:t>（B）5月5日</w:t>
      </w:r>
    </w:p>
    <w:p w14:paraId="77DC33D7" w14:textId="77777777" w:rsidR="00E90F7E" w:rsidRDefault="00000000">
      <w:pPr>
        <w:spacing w:before="20" w:after="20" w:line="400" w:lineRule="exact"/>
        <w:ind w:left="567"/>
      </w:pPr>
      <w:r>
        <w:rPr>
          <w:rFonts w:ascii="宋体" w:eastAsia="宋体" w:hAnsi="宋体"/>
        </w:rPr>
        <w:t>（C）8月5日</w:t>
      </w:r>
    </w:p>
    <w:p w14:paraId="55BDB1AB" w14:textId="77777777" w:rsidR="00E90F7E" w:rsidRDefault="00000000">
      <w:pPr>
        <w:spacing w:before="20" w:after="20" w:line="400" w:lineRule="exact"/>
        <w:ind w:left="567"/>
      </w:pPr>
      <w:r>
        <w:rPr>
          <w:rFonts w:ascii="宋体" w:eastAsia="宋体" w:hAnsi="宋体"/>
        </w:rPr>
        <w:t>（D）11月5日</w:t>
      </w:r>
    </w:p>
    <w:p w14:paraId="6955E2FB" w14:textId="77777777" w:rsidR="00E90F7E" w:rsidRDefault="00000000">
      <w:pPr>
        <w:spacing w:before="20" w:after="20" w:line="400" w:lineRule="exact"/>
        <w:ind w:left="567"/>
      </w:pPr>
      <w:r>
        <w:rPr>
          <w:rFonts w:ascii="宋体" w:eastAsia="宋体" w:hAnsi="宋体"/>
        </w:rPr>
        <w:t>（E）不知道</w:t>
      </w:r>
    </w:p>
    <w:p w14:paraId="1EF1ACAC" w14:textId="77777777" w:rsidR="00E90F7E" w:rsidRDefault="00000000">
      <w:pPr>
        <w:spacing w:before="120" w:after="40" w:line="440" w:lineRule="exact"/>
      </w:pPr>
      <w:r>
        <w:rPr>
          <w:rFonts w:ascii="宋体" w:eastAsia="宋体" w:hAnsi="宋体"/>
          <w:sz w:val="24"/>
        </w:rPr>
        <w:t>13. 在杭州用小型望远镜观测以下哪个梅西叶天体时最有可能碰巧观测到同步卫星？（ ）</w:t>
      </w:r>
    </w:p>
    <w:p w14:paraId="387A1522" w14:textId="77777777" w:rsidR="00E90F7E" w:rsidRDefault="00000000">
      <w:pPr>
        <w:spacing w:before="20" w:after="20" w:line="400" w:lineRule="exact"/>
        <w:ind w:left="567"/>
      </w:pPr>
      <w:r>
        <w:rPr>
          <w:rFonts w:ascii="宋体" w:eastAsia="宋体" w:hAnsi="宋体"/>
        </w:rPr>
        <w:t>（A）M2</w:t>
      </w:r>
    </w:p>
    <w:p w14:paraId="3E897A3D" w14:textId="77777777" w:rsidR="00E90F7E" w:rsidRDefault="00000000">
      <w:pPr>
        <w:spacing w:before="20" w:after="20" w:line="400" w:lineRule="exact"/>
        <w:ind w:left="567"/>
      </w:pPr>
      <w:r>
        <w:rPr>
          <w:rFonts w:ascii="宋体" w:eastAsia="宋体" w:hAnsi="宋体"/>
        </w:rPr>
        <w:t>（B）M31</w:t>
      </w:r>
    </w:p>
    <w:p w14:paraId="3B235B8A" w14:textId="77777777" w:rsidR="00E90F7E" w:rsidRDefault="00000000">
      <w:pPr>
        <w:spacing w:before="20" w:after="20" w:line="400" w:lineRule="exact"/>
        <w:ind w:left="567"/>
      </w:pPr>
      <w:r>
        <w:rPr>
          <w:rFonts w:ascii="宋体" w:eastAsia="宋体" w:hAnsi="宋体"/>
        </w:rPr>
        <w:t>（C）M42</w:t>
      </w:r>
    </w:p>
    <w:p w14:paraId="567B8DC1" w14:textId="77777777" w:rsidR="00E90F7E" w:rsidRDefault="00000000">
      <w:pPr>
        <w:spacing w:before="20" w:after="20" w:line="400" w:lineRule="exact"/>
        <w:ind w:left="567"/>
      </w:pPr>
      <w:r>
        <w:rPr>
          <w:rFonts w:ascii="宋体" w:eastAsia="宋体" w:hAnsi="宋体"/>
        </w:rPr>
        <w:t>（D）M81</w:t>
      </w:r>
    </w:p>
    <w:p w14:paraId="5CFA1009" w14:textId="77777777" w:rsidR="00E90F7E" w:rsidRDefault="00000000">
      <w:pPr>
        <w:spacing w:before="20" w:after="20" w:line="400" w:lineRule="exact"/>
        <w:ind w:left="567"/>
      </w:pPr>
      <w:r>
        <w:rPr>
          <w:rFonts w:ascii="宋体" w:eastAsia="宋体" w:hAnsi="宋体"/>
        </w:rPr>
        <w:t>（E）不知道</w:t>
      </w:r>
    </w:p>
    <w:p w14:paraId="00460AD5" w14:textId="77777777" w:rsidR="00E90F7E" w:rsidRDefault="00000000">
      <w:pPr>
        <w:spacing w:before="240" w:after="120"/>
      </w:pPr>
      <w:r>
        <w:rPr>
          <w:rFonts w:ascii="黑体" w:eastAsia="黑体" w:hAnsi="黑体"/>
          <w:b/>
          <w:sz w:val="26"/>
        </w:rPr>
        <w:t>Ⅱ、简答题（80分；低年组做14-18题，高年组做第16-23题。其中21-23题是高年组IOAA选拔题目，分数另计）</w:t>
      </w:r>
    </w:p>
    <w:p w14:paraId="1A1A2D87" w14:textId="77777777" w:rsidR="00E90F7E" w:rsidRDefault="00000000">
      <w:pPr>
        <w:spacing w:before="60" w:after="60" w:line="440" w:lineRule="exact"/>
      </w:pPr>
      <w:r>
        <w:rPr>
          <w:rFonts w:ascii="宋体" w:eastAsia="宋体" w:hAnsi="宋体"/>
          <w:sz w:val="24"/>
        </w:rPr>
        <w:t>14.（低年级组）【肉眼和望远镜】某人肉眼的瞳孔直径在黑暗时能放大到6毫米，他使用一台口径10厘米的天文望远镜，请问他用望远镜观测时的分辨率是肉眼的多少倍，观测到的恒星比肉眼要暗多少倍？</w:t>
      </w:r>
    </w:p>
    <w:p w14:paraId="79514498" w14:textId="77777777" w:rsidR="00E90F7E" w:rsidRDefault="00000000">
      <w:pPr>
        <w:spacing w:before="60" w:after="60" w:line="440" w:lineRule="exact"/>
      </w:pPr>
      <w:r>
        <w:rPr>
          <w:rFonts w:ascii="宋体" w:eastAsia="宋体" w:hAnsi="宋体"/>
          <w:sz w:val="24"/>
        </w:rPr>
        <w:t>15.（低年级组）【卫星掩土星】一名人造天体观测者在北京某地（东经116°0′0″，北纬40°0′0″）观测一次某卫星掩土星的天象。当时，土星位于</w:t>
      </w:r>
      <w:r>
        <w:rPr>
          <w:rFonts w:ascii="宋体" w:eastAsia="宋体" w:hAnsi="宋体"/>
          <w:sz w:val="24"/>
        </w:rPr>
        <w:lastRenderedPageBreak/>
        <w:t>南偏西30°，地平高度65°。观测的实际情况是，该卫星从西北方低空出现，逐渐升高并往西南高空的土星飞去，可惜并未掩上土星，而是从土星旁边飞过。它离土星最近时正好也飞到最高处，此时它的方位角为南偏西30°，地平高度66°。然后它逐渐下降，消失在东南方低空。根据预报，最高点时该卫星到观测地的距离是400公里，如果这个预报是正确的，试问这次该观测者若想观测到该卫星掩上土星，且保证移动的距离最短，那么应往哪个方向移动多远？请给出必要的计算步骤。</w:t>
      </w:r>
    </w:p>
    <w:p w14:paraId="3DC17E66" w14:textId="77777777" w:rsidR="00E90F7E" w:rsidRDefault="00000000">
      <w:pPr>
        <w:spacing w:before="60" w:after="60" w:line="440" w:lineRule="exact"/>
      </w:pPr>
      <w:r>
        <w:rPr>
          <w:rFonts w:ascii="宋体" w:eastAsia="宋体" w:hAnsi="宋体"/>
          <w:sz w:val="24"/>
        </w:rPr>
        <w:t>16.（低年级组+高年级组）【星座】列出你所知道的有关双子座的尽可能多的信息。比如：在天球中的位置，有关神话传说，星座大致的形状（画图），在某个特定日期或者月份升起和落下的大致时间，该星座著名的亮星和特殊天体，尽可能多的相邻星座名称，等等。</w:t>
      </w:r>
    </w:p>
    <w:p w14:paraId="431AF2C9" w14:textId="77777777" w:rsidR="00E90F7E" w:rsidRDefault="00000000">
      <w:pPr>
        <w:spacing w:before="60" w:after="60" w:line="440" w:lineRule="exact"/>
      </w:pPr>
      <w:r>
        <w:rPr>
          <w:rFonts w:ascii="宋体" w:eastAsia="宋体" w:hAnsi="宋体"/>
          <w:sz w:val="24"/>
        </w:rPr>
        <w:t>17.（低年级组+高年级组）【日食】以2008年日全食为例，按发生时间的先后顺序详细描述日食整个过程中五个时期的名称、概念和位于日食带中心某观测地点看到的观测现象。如果同时在月球表面也有观测者观测地球的话，参照地球上观测月食过程的不同时期的名称和概念，月面观测者在前述日食过程的五个时期的同时看到的应该是什么情况（名称和观测现象）？</w:t>
      </w:r>
    </w:p>
    <w:p w14:paraId="7BE0D9CA" w14:textId="77777777" w:rsidR="00E90F7E" w:rsidRDefault="00000000">
      <w:pPr>
        <w:spacing w:before="60" w:after="60" w:line="440" w:lineRule="exact"/>
      </w:pPr>
      <w:r>
        <w:rPr>
          <w:rFonts w:ascii="宋体" w:eastAsia="宋体" w:hAnsi="宋体"/>
          <w:sz w:val="24"/>
        </w:rPr>
        <w:t>18.（低年级组+高年级组）【流星雨】代号为XYZ的某流星群为反太阳源的一部分（辐射点位于黄道上，与太阳的黄经差为180°）。某位同学在6月22日晚对其进行了目视观测。</w:t>
      </w:r>
    </w:p>
    <w:p w14:paraId="7C10133D" w14:textId="77777777" w:rsidR="00E90F7E" w:rsidRDefault="00000000">
      <w:pPr>
        <w:spacing w:before="60" w:after="60" w:line="440" w:lineRule="exact"/>
      </w:pPr>
      <w:r>
        <w:rPr>
          <w:rFonts w:ascii="宋体" w:eastAsia="宋体" w:hAnsi="宋体"/>
          <w:sz w:val="24"/>
        </w:rPr>
        <w:t>观测地点坐标为东经112.5°，北纬23.5°。目视极限星等5.8。在北京时间19:30至23:30期间观测到44颗流星，记录如下：</w:t>
      </w:r>
    </w:p>
    <w:p w14:paraId="0FBF0AEB" w14:textId="77777777" w:rsidR="00E90F7E" w:rsidRDefault="00000000">
      <w:pPr>
        <w:spacing w:before="60" w:after="60" w:line="440" w:lineRule="exact"/>
      </w:pPr>
      <w:r>
        <w:rPr>
          <w:rFonts w:ascii="宋体" w:eastAsia="宋体" w:hAnsi="宋体"/>
        </w:rPr>
        <w:t>北京时间    星等  群属  速度        北京时间    星等  群属  速度</w:t>
      </w:r>
    </w:p>
    <w:p w14:paraId="2F12814F" w14:textId="77777777" w:rsidR="00E90F7E" w:rsidRDefault="00000000">
      <w:pPr>
        <w:spacing w:before="60" w:after="60" w:line="440" w:lineRule="exact"/>
      </w:pPr>
      <w:r>
        <w:rPr>
          <w:rFonts w:ascii="宋体" w:eastAsia="宋体" w:hAnsi="宋体"/>
        </w:rPr>
        <w:t>19:47:15    4    群内  2          22:19:58   -2    偶发  4</w:t>
      </w:r>
    </w:p>
    <w:p w14:paraId="73F7866B" w14:textId="77777777" w:rsidR="00E90F7E" w:rsidRDefault="00000000">
      <w:pPr>
        <w:spacing w:before="60" w:after="60" w:line="440" w:lineRule="exact"/>
      </w:pPr>
      <w:r>
        <w:rPr>
          <w:rFonts w:ascii="宋体" w:eastAsia="宋体" w:hAnsi="宋体"/>
        </w:rPr>
        <w:t>20:15:18    2    偶发  1          22:27:10    3    群内  1</w:t>
      </w:r>
    </w:p>
    <w:p w14:paraId="79ECA516" w14:textId="77777777" w:rsidR="00E90F7E" w:rsidRDefault="00000000">
      <w:pPr>
        <w:spacing w:before="60" w:after="60" w:line="440" w:lineRule="exact"/>
      </w:pPr>
      <w:r>
        <w:rPr>
          <w:rFonts w:ascii="宋体" w:eastAsia="宋体" w:hAnsi="宋体"/>
        </w:rPr>
        <w:t>20:23:20    2    群内  2          22:27:53    5    群内  1</w:t>
      </w:r>
    </w:p>
    <w:p w14:paraId="068644B1" w14:textId="77777777" w:rsidR="00E90F7E" w:rsidRDefault="00000000">
      <w:pPr>
        <w:spacing w:before="60" w:after="60" w:line="440" w:lineRule="exact"/>
      </w:pPr>
      <w:r>
        <w:rPr>
          <w:rFonts w:ascii="宋体" w:eastAsia="宋体" w:hAnsi="宋体"/>
        </w:rPr>
        <w:t>20:23:55    5    群内  2          22:28:41    4    群内  1</w:t>
      </w:r>
    </w:p>
    <w:p w14:paraId="6805EBFA" w14:textId="77777777" w:rsidR="00E90F7E" w:rsidRDefault="00000000">
      <w:pPr>
        <w:spacing w:before="60" w:after="60" w:line="440" w:lineRule="exact"/>
      </w:pPr>
      <w:r>
        <w:rPr>
          <w:rFonts w:ascii="宋体" w:eastAsia="宋体" w:hAnsi="宋体"/>
        </w:rPr>
        <w:t>20:24:00    4    群内  3          22:28:50    5    群内  1</w:t>
      </w:r>
    </w:p>
    <w:p w14:paraId="463AC012" w14:textId="77777777" w:rsidR="00E90F7E" w:rsidRDefault="00000000">
      <w:pPr>
        <w:spacing w:before="60" w:after="60" w:line="440" w:lineRule="exact"/>
      </w:pPr>
      <w:r>
        <w:rPr>
          <w:rFonts w:ascii="宋体" w:eastAsia="宋体" w:hAnsi="宋体"/>
        </w:rPr>
        <w:lastRenderedPageBreak/>
        <w:t>20:26:11    0    群内  2          22:29:17    4    群内  2</w:t>
      </w:r>
    </w:p>
    <w:p w14:paraId="56E73BBE" w14:textId="77777777" w:rsidR="00E90F7E" w:rsidRDefault="00000000">
      <w:pPr>
        <w:spacing w:before="60" w:after="60" w:line="440" w:lineRule="exact"/>
      </w:pPr>
      <w:r>
        <w:rPr>
          <w:rFonts w:ascii="宋体" w:eastAsia="宋体" w:hAnsi="宋体"/>
        </w:rPr>
        <w:t>20:26:33    3    群内  1          22:29:30    0    偶发  5</w:t>
      </w:r>
    </w:p>
    <w:p w14:paraId="7FEBD39E" w14:textId="77777777" w:rsidR="00E90F7E" w:rsidRDefault="00000000">
      <w:pPr>
        <w:spacing w:before="60" w:after="60" w:line="440" w:lineRule="exact"/>
      </w:pPr>
      <w:r>
        <w:rPr>
          <w:rFonts w:ascii="宋体" w:eastAsia="宋体" w:hAnsi="宋体"/>
        </w:rPr>
        <w:t>20:27:23    5    群内  2          22:30:46    5    群内  1</w:t>
      </w:r>
    </w:p>
    <w:p w14:paraId="15224E4F" w14:textId="77777777" w:rsidR="00E90F7E" w:rsidRDefault="00000000">
      <w:pPr>
        <w:spacing w:before="60" w:after="60" w:line="440" w:lineRule="exact"/>
      </w:pPr>
      <w:r>
        <w:rPr>
          <w:rFonts w:ascii="宋体" w:eastAsia="宋体" w:hAnsi="宋体"/>
        </w:rPr>
        <w:t>20:27:39   -1    群内  1          22:30:57    5    群内  2</w:t>
      </w:r>
    </w:p>
    <w:p w14:paraId="6022F48E" w14:textId="77777777" w:rsidR="00E90F7E" w:rsidRDefault="00000000">
      <w:pPr>
        <w:spacing w:before="60" w:after="60" w:line="440" w:lineRule="exact"/>
      </w:pPr>
      <w:r>
        <w:rPr>
          <w:rFonts w:ascii="宋体" w:eastAsia="宋体" w:hAnsi="宋体"/>
        </w:rPr>
        <w:t>20:28:41    1    群内  1          22:31:09    4    群内  1</w:t>
      </w:r>
    </w:p>
    <w:p w14:paraId="380CCCD8" w14:textId="77777777" w:rsidR="00E90F7E" w:rsidRDefault="00000000">
      <w:pPr>
        <w:spacing w:before="60" w:after="60" w:line="440" w:lineRule="exact"/>
      </w:pPr>
      <w:r>
        <w:rPr>
          <w:rFonts w:ascii="宋体" w:eastAsia="宋体" w:hAnsi="宋体"/>
        </w:rPr>
        <w:t>20:29:04    2    群内  2          22:31:28    3    群内  2</w:t>
      </w:r>
    </w:p>
    <w:p w14:paraId="5E1B4B77" w14:textId="77777777" w:rsidR="00E90F7E" w:rsidRDefault="00000000">
      <w:pPr>
        <w:spacing w:before="60" w:after="60" w:line="440" w:lineRule="exact"/>
      </w:pPr>
      <w:r>
        <w:rPr>
          <w:rFonts w:ascii="宋体" w:eastAsia="宋体" w:hAnsi="宋体"/>
        </w:rPr>
        <w:t>20:30:23    3    群内  2          22:31:40    4    偶发  5</w:t>
      </w:r>
    </w:p>
    <w:p w14:paraId="582AFBA1" w14:textId="77777777" w:rsidR="00E90F7E" w:rsidRDefault="00000000">
      <w:pPr>
        <w:spacing w:before="60" w:after="60" w:line="440" w:lineRule="exact"/>
      </w:pPr>
      <w:r>
        <w:rPr>
          <w:rFonts w:ascii="宋体" w:eastAsia="宋体" w:hAnsi="宋体"/>
        </w:rPr>
        <w:t>20:30:54    4    群内  2          22:32:25    5    群内  2</w:t>
      </w:r>
    </w:p>
    <w:p w14:paraId="040442CF" w14:textId="77777777" w:rsidR="00E90F7E" w:rsidRDefault="00000000">
      <w:pPr>
        <w:spacing w:before="60" w:after="60" w:line="440" w:lineRule="exact"/>
      </w:pPr>
      <w:r>
        <w:rPr>
          <w:rFonts w:ascii="宋体" w:eastAsia="宋体" w:hAnsi="宋体"/>
        </w:rPr>
        <w:t>20:31:39    5    群内  1          22:32:59    4    群内  1</w:t>
      </w:r>
    </w:p>
    <w:p w14:paraId="3283A138" w14:textId="77777777" w:rsidR="00E90F7E" w:rsidRDefault="00000000">
      <w:pPr>
        <w:spacing w:before="60" w:after="60" w:line="440" w:lineRule="exact"/>
      </w:pPr>
      <w:r>
        <w:rPr>
          <w:rFonts w:ascii="宋体" w:eastAsia="宋体" w:hAnsi="宋体"/>
        </w:rPr>
        <w:t>20:32:10    2    群内  2          22:33:41    1    群内  2</w:t>
      </w:r>
    </w:p>
    <w:p w14:paraId="7ECCA6A6" w14:textId="77777777" w:rsidR="00E90F7E" w:rsidRDefault="00000000">
      <w:pPr>
        <w:spacing w:before="60" w:after="60" w:line="440" w:lineRule="exact"/>
      </w:pPr>
      <w:r>
        <w:rPr>
          <w:rFonts w:ascii="宋体" w:eastAsia="宋体" w:hAnsi="宋体"/>
        </w:rPr>
        <w:t>20:36:01    5    群内  2          22:34:13   -2    群内  2</w:t>
      </w:r>
    </w:p>
    <w:p w14:paraId="0C222F2F" w14:textId="77777777" w:rsidR="00E90F7E" w:rsidRDefault="00000000">
      <w:pPr>
        <w:spacing w:before="60" w:after="60" w:line="440" w:lineRule="exact"/>
      </w:pPr>
      <w:r>
        <w:rPr>
          <w:rFonts w:ascii="宋体" w:eastAsia="宋体" w:hAnsi="宋体"/>
        </w:rPr>
        <w:t>20:39:30    3    群内  1          22:34:48    0    群内  2</w:t>
      </w:r>
    </w:p>
    <w:p w14:paraId="1678E1BD" w14:textId="77777777" w:rsidR="00E90F7E" w:rsidRDefault="00000000">
      <w:pPr>
        <w:spacing w:before="60" w:after="60" w:line="440" w:lineRule="exact"/>
      </w:pPr>
      <w:r>
        <w:rPr>
          <w:rFonts w:ascii="宋体" w:eastAsia="宋体" w:hAnsi="宋体"/>
        </w:rPr>
        <w:t>20:49:12    4    群内  2          22:35:28    4    群内  2</w:t>
      </w:r>
    </w:p>
    <w:p w14:paraId="3678C3F6" w14:textId="77777777" w:rsidR="00E90F7E" w:rsidRDefault="00000000">
      <w:pPr>
        <w:spacing w:before="60" w:after="60" w:line="440" w:lineRule="exact"/>
      </w:pPr>
      <w:r>
        <w:rPr>
          <w:rFonts w:ascii="宋体" w:eastAsia="宋体" w:hAnsi="宋体"/>
        </w:rPr>
        <w:t>20:55:43    5    群内  2          22:36:39    3    群内  2</w:t>
      </w:r>
    </w:p>
    <w:p w14:paraId="520285F7" w14:textId="77777777" w:rsidR="00E90F7E" w:rsidRDefault="00000000">
      <w:pPr>
        <w:spacing w:before="60" w:after="60" w:line="440" w:lineRule="exact"/>
      </w:pPr>
      <w:r>
        <w:rPr>
          <w:rFonts w:ascii="宋体" w:eastAsia="宋体" w:hAnsi="宋体"/>
        </w:rPr>
        <w:t>20:59:06    1    偶发  5          22:36:53    5    群内  2</w:t>
      </w:r>
    </w:p>
    <w:p w14:paraId="45DA2727" w14:textId="77777777" w:rsidR="00E90F7E" w:rsidRDefault="00000000">
      <w:pPr>
        <w:spacing w:before="60" w:after="60" w:line="440" w:lineRule="exact"/>
      </w:pPr>
      <w:r>
        <w:rPr>
          <w:rFonts w:ascii="宋体" w:eastAsia="宋体" w:hAnsi="宋体"/>
        </w:rPr>
        <w:t>21:17:35    2    群内  3          22:49:15   -3    偶发  4</w:t>
      </w:r>
    </w:p>
    <w:p w14:paraId="5D1CD583" w14:textId="77777777" w:rsidR="00E90F7E" w:rsidRDefault="00000000">
      <w:pPr>
        <w:spacing w:before="60" w:after="60" w:line="440" w:lineRule="exact"/>
      </w:pPr>
      <w:r>
        <w:rPr>
          <w:rFonts w:ascii="宋体" w:eastAsia="宋体" w:hAnsi="宋体"/>
        </w:rPr>
        <w:t>22:15:41    5    群内  2          23:02:49    5    群内  2</w:t>
      </w:r>
    </w:p>
    <w:p w14:paraId="3637F455" w14:textId="77777777" w:rsidR="00E90F7E" w:rsidRDefault="00000000">
      <w:pPr>
        <w:spacing w:before="60" w:after="60" w:line="440" w:lineRule="exact"/>
      </w:pPr>
      <w:r>
        <w:rPr>
          <w:rFonts w:ascii="宋体" w:eastAsia="宋体" w:hAnsi="宋体"/>
          <w:sz w:val="24"/>
        </w:rPr>
        <w:t>请根据以上数据完成下面问题（低年组只需完成a,b,c；高年组需完成a,b,c,d,e）：</w:t>
      </w:r>
    </w:p>
    <w:p w14:paraId="1BA53061" w14:textId="77777777" w:rsidR="00E90F7E" w:rsidRDefault="00000000">
      <w:pPr>
        <w:spacing w:before="60" w:after="60" w:line="440" w:lineRule="exact"/>
      </w:pPr>
      <w:r>
        <w:rPr>
          <w:rFonts w:ascii="宋体" w:eastAsia="宋体" w:hAnsi="宋体"/>
          <w:sz w:val="24"/>
        </w:rPr>
        <w:t>a)完成下面目视流星观测报表表格：</w:t>
      </w:r>
    </w:p>
    <w:p w14:paraId="2B3DC85D" w14:textId="77777777" w:rsidR="00E90F7E" w:rsidRDefault="00000000">
      <w:pPr>
        <w:spacing w:before="60" w:after="60" w:line="440" w:lineRule="exact"/>
      </w:pPr>
      <w:r>
        <w:rPr>
          <w:rFonts w:ascii="宋体" w:eastAsia="宋体" w:hAnsi="宋体"/>
        </w:rPr>
        <w:t>C  -4 -3 -2 -1 0 1 2 3 4 5 6  总  星等</w:t>
      </w:r>
    </w:p>
    <w:p w14:paraId="7C3C6A6D" w14:textId="77777777" w:rsidR="00E90F7E" w:rsidRDefault="00000000">
      <w:pPr>
        <w:spacing w:before="60" w:after="60" w:line="440" w:lineRule="exact"/>
      </w:pPr>
      <w:r>
        <w:rPr>
          <w:rFonts w:ascii="宋体" w:eastAsia="宋体" w:hAnsi="宋体"/>
        </w:rPr>
        <w:t>XYZ  数目</w:t>
      </w:r>
    </w:p>
    <w:p w14:paraId="34CBE537" w14:textId="77777777" w:rsidR="00E90F7E" w:rsidRDefault="00000000">
      <w:pPr>
        <w:spacing w:before="60" w:after="60" w:line="440" w:lineRule="exact"/>
      </w:pPr>
      <w:r>
        <w:rPr>
          <w:rFonts w:ascii="宋体" w:eastAsia="宋体" w:hAnsi="宋体"/>
        </w:rPr>
        <w:t>偶发</w:t>
      </w:r>
    </w:p>
    <w:p w14:paraId="0D252E26" w14:textId="77777777" w:rsidR="00E90F7E" w:rsidRDefault="00000000">
      <w:pPr>
        <w:spacing w:before="60" w:after="60" w:line="440" w:lineRule="exact"/>
      </w:pPr>
      <w:r>
        <w:rPr>
          <w:rFonts w:ascii="宋体" w:eastAsia="宋体" w:hAnsi="宋体"/>
          <w:sz w:val="24"/>
        </w:rPr>
        <w:t>b)画出XYZ流星雨在本观测时段观测流量随时间变化的曲线（横坐标UTC，纵坐标为流量）。</w:t>
      </w:r>
    </w:p>
    <w:p w14:paraId="66682000" w14:textId="77777777" w:rsidR="00E90F7E" w:rsidRDefault="00000000">
      <w:pPr>
        <w:spacing w:before="60" w:after="60" w:line="440" w:lineRule="exact"/>
      </w:pPr>
      <w:r>
        <w:rPr>
          <w:rFonts w:ascii="宋体" w:eastAsia="宋体" w:hAnsi="宋体"/>
          <w:sz w:val="24"/>
        </w:rPr>
        <w:t>c)从数据中我们可以推测出该流星群的极大时间大约发生在何时？</w:t>
      </w:r>
    </w:p>
    <w:p w14:paraId="43A082AE" w14:textId="77777777" w:rsidR="00E90F7E" w:rsidRDefault="00000000">
      <w:pPr>
        <w:spacing w:before="60" w:after="60" w:line="440" w:lineRule="exact"/>
      </w:pPr>
      <w:r>
        <w:rPr>
          <w:rFonts w:ascii="宋体" w:eastAsia="宋体" w:hAnsi="宋体"/>
          <w:sz w:val="24"/>
        </w:rPr>
        <w:lastRenderedPageBreak/>
        <w:t>d)假设由于遮挡、视力等因素的影响，该同学漏掉了40%的流星，请计算ZHR值。</w:t>
      </w:r>
    </w:p>
    <w:p w14:paraId="7FC22F83" w14:textId="77777777" w:rsidR="00E90F7E" w:rsidRDefault="00000000">
      <w:pPr>
        <w:spacing w:before="60" w:after="60" w:line="440" w:lineRule="exact"/>
      </w:pPr>
      <w:r>
        <w:rPr>
          <w:rFonts w:ascii="宋体" w:eastAsia="宋体" w:hAnsi="宋体"/>
          <w:sz w:val="24"/>
        </w:rPr>
        <w:t>e)流星雨的r值是指该流星雨的群内流星星等每暗一等，流星数目增加的倍数，这是衡量某个流星体群成员大小分布的重要参数。请根据观测数据计算该流星雨的r值。</w:t>
      </w:r>
    </w:p>
    <w:p w14:paraId="57A5C0C8" w14:textId="77777777" w:rsidR="00E90F7E" w:rsidRDefault="00000000">
      <w:pPr>
        <w:spacing w:before="60" w:after="60" w:line="440" w:lineRule="exact"/>
      </w:pPr>
      <w:r>
        <w:rPr>
          <w:rFonts w:ascii="宋体" w:eastAsia="宋体" w:hAnsi="宋体"/>
          <w:sz w:val="24"/>
        </w:rPr>
        <w:t>19.（高年级组）【双星】天文学家发现一颗恒星的亮度呈周期性（周期约为8天）的下降，降幅最大为1.5%，亮度下降持续约3.84小时后，又恢复正常。它的视向速度变化非常接近于正弦曲线，变化幅度约为20m/s。天文学家据此推断这颗恒星有一颗小质量伴星。</w:t>
      </w:r>
    </w:p>
    <w:p w14:paraId="0CE18CCE" w14:textId="77777777" w:rsidR="00E90F7E" w:rsidRDefault="00000000">
      <w:pPr>
        <w:spacing w:before="60" w:after="60" w:line="440" w:lineRule="exact"/>
      </w:pPr>
      <w:r>
        <w:rPr>
          <w:rFonts w:ascii="宋体" w:eastAsia="宋体" w:hAnsi="宋体"/>
          <w:sz w:val="24"/>
        </w:rPr>
        <w:t>a)求伴星的半径（以R⊙为单位）；</w:t>
      </w:r>
    </w:p>
    <w:p w14:paraId="43E36DA3" w14:textId="77777777" w:rsidR="00E90F7E" w:rsidRDefault="00000000">
      <w:pPr>
        <w:spacing w:before="60" w:after="60" w:line="440" w:lineRule="exact"/>
      </w:pPr>
      <w:r>
        <w:rPr>
          <w:rFonts w:ascii="宋体" w:eastAsia="宋体" w:hAnsi="宋体"/>
          <w:sz w:val="24"/>
        </w:rPr>
        <w:t>b)求伴星的质量（以M⊙为单位）。天文学家已通过光谱观测得出主星的半径为1.2 R⊙。提示：可能用到的质光关系：对于L&lt;L⊙的恒星，L/L⊙≈(m/M⊙)⁴。（应列出必要的计算式并画出示意图）</w:t>
      </w:r>
    </w:p>
    <w:p w14:paraId="06F1E5E7" w14:textId="77777777" w:rsidR="00E90F7E" w:rsidRDefault="00000000">
      <w:pPr>
        <w:spacing w:before="60" w:after="60" w:line="440" w:lineRule="exact"/>
      </w:pPr>
      <w:r>
        <w:rPr>
          <w:rFonts w:ascii="宋体" w:eastAsia="宋体" w:hAnsi="宋体"/>
          <w:sz w:val="24"/>
        </w:rPr>
        <w:t>20.（高年级组）【深度巡天】国际上有两个观测小组，他们分别对不同的天区进行深度观测：法国的CFHTLS-Deep小组的主要科学目标是寻找超新星，当观测完成时他们能在直径为1.16角秒的天区内，探测相当于28.2等恒星的流量（28.2/1.16角秒）；美国国家天文台Deep Wide-Field Survey (NDWFS)巡天的主要目标是研究宇宙大尺度结构的形成和演化，他们深度探测器能在直径为2角秒的天区内，探测到相当于26等恒星的流量（26.0等/2角秒）。通过计算说明哪个巡天的深度更深。</w:t>
      </w:r>
    </w:p>
    <w:p w14:paraId="090D80AD" w14:textId="77777777" w:rsidR="00E90F7E" w:rsidRDefault="00000000">
      <w:pPr>
        <w:spacing w:before="60" w:after="60" w:line="440" w:lineRule="exact"/>
      </w:pPr>
      <w:r>
        <w:rPr>
          <w:rFonts w:ascii="宋体" w:eastAsia="宋体" w:hAnsi="宋体"/>
          <w:sz w:val="24"/>
        </w:rPr>
        <w:t>21.（高年级附加）【后羿射日】在中国古代的神话传说中，有后羿射日的故事——那时天上有九个太阳，由于地球上过于炎热，后羿便射掉了其中的八个，只留下一个。现在我们假设这个神话故事是真的，即当时天上真的有九个太阳，且每颗太阳的一切物理、化学性质（如质量、光度等等）都与现在我们头顶上的太阳完全相同。当时的九个太阳都在距离现今的太阳很近的地方运动（你不必考虑它们之间复杂的运动关系及可能存在的物质交流，只需建立一个这样的模型：这九颗太阳紧密地分布在太阳系的中心）。那时地球的轨道为圆轨道，且那时地球上一年的长度和现在是一样的。太阳常量W，可取1367 W/m²，太阳质量M⊙=2×10³⁰ kg。</w:t>
      </w:r>
    </w:p>
    <w:p w14:paraId="660E1156" w14:textId="77777777" w:rsidR="00E90F7E" w:rsidRDefault="00000000">
      <w:pPr>
        <w:spacing w:before="60" w:after="60" w:line="440" w:lineRule="exact"/>
      </w:pPr>
      <w:r>
        <w:rPr>
          <w:rFonts w:ascii="宋体" w:eastAsia="宋体" w:hAnsi="宋体"/>
          <w:sz w:val="24"/>
        </w:rPr>
        <w:lastRenderedPageBreak/>
        <w:t>a)如题干所说，有九个太阳的时候，地球上真的比现在要热吗？通过计算证明你的观点是正确的；</w:t>
      </w:r>
    </w:p>
    <w:p w14:paraId="44BBFBB0" w14:textId="77777777" w:rsidR="00E90F7E" w:rsidRDefault="00000000">
      <w:pPr>
        <w:spacing w:before="60" w:after="60" w:line="440" w:lineRule="exact"/>
      </w:pPr>
      <w:r>
        <w:rPr>
          <w:rFonts w:ascii="宋体" w:eastAsia="宋体" w:hAnsi="宋体"/>
          <w:sz w:val="24"/>
        </w:rPr>
        <w:t>b)如果后羿在几秒内就一气射下了八颗太阳（这里的“射下一个太阳”应该理解为“在一瞬间让一个太阳连同它的物理化学性质等彻底的消失”，而且我们做出假设，如果射下若干个太阳，那么余下的太阳仍旧集中在它们先前的位置附近），那么，天上确实是只有一颗太阳了。请你通过计算以及必要的分析，简要描述一下当时后羿这样做之后、以及几千年以后地球的气候将是什么样子。</w:t>
      </w:r>
    </w:p>
    <w:p w14:paraId="7AB37AE8" w14:textId="77777777" w:rsidR="00E90F7E" w:rsidRDefault="00000000">
      <w:pPr>
        <w:spacing w:before="60" w:after="60" w:line="440" w:lineRule="exact"/>
      </w:pPr>
      <w:r>
        <w:rPr>
          <w:rFonts w:ascii="宋体" w:eastAsia="宋体" w:hAnsi="宋体"/>
          <w:sz w:val="24"/>
        </w:rPr>
        <w:t>c)如题干，倘若后羿当时几秒钟内一口气射掉了若干颗太阳：</w:t>
      </w:r>
    </w:p>
    <w:p w14:paraId="527F0CAB" w14:textId="77777777" w:rsidR="00E90F7E" w:rsidRDefault="00000000">
      <w:pPr>
        <w:spacing w:before="60" w:after="60" w:line="440" w:lineRule="exact"/>
      </w:pPr>
      <w:r>
        <w:rPr>
          <w:rFonts w:ascii="宋体" w:eastAsia="宋体" w:hAnsi="宋体"/>
          <w:sz w:val="24"/>
        </w:rPr>
        <w:t>i)讨论剩下的太阳的数量与射掉太阳之后地球上一年的长度的关系；</w:t>
      </w:r>
    </w:p>
    <w:p w14:paraId="6F15D5A8" w14:textId="77777777" w:rsidR="00E90F7E" w:rsidRDefault="00000000">
      <w:pPr>
        <w:spacing w:before="60" w:after="60" w:line="440" w:lineRule="exact"/>
      </w:pPr>
      <w:r>
        <w:rPr>
          <w:rFonts w:ascii="宋体" w:eastAsia="宋体" w:hAnsi="宋体"/>
          <w:sz w:val="24"/>
        </w:rPr>
        <w:t>ii)为了使地球上具有和今天相对接近的适合人类居住的温度，他当时可以选择射下几颗太阳？</w:t>
      </w:r>
    </w:p>
    <w:p w14:paraId="33B2908F" w14:textId="77777777" w:rsidR="00E90F7E" w:rsidRDefault="00000000">
      <w:pPr>
        <w:spacing w:before="60" w:after="60" w:line="440" w:lineRule="exact"/>
      </w:pPr>
      <w:r>
        <w:rPr>
          <w:rFonts w:ascii="宋体" w:eastAsia="宋体" w:hAnsi="宋体"/>
          <w:sz w:val="24"/>
        </w:rPr>
        <w:t>22.（高年级附加）【沙罗周期】古代的巴比伦人根据对日食的长期观测，发现日月食的发生有一个223个朔望月的周期，被称为“沙罗周期”。经过一个沙罗周期之后，太阳、月亮、地球的相对位置又回复到和原来几乎相同的位置上，因此地球上就会看到和上次相类似的日、月食。1991年7月11日是一次日全食发生于黄白交点附近，地球上全食持续时间最长处的位置是北纬21°59′N、西经105°13.0′，当时食甚时刻为世界时19h06m04.7s，此时太阳、月亮的赤经、赤纬分别为：07h22m12.8s、22°05′48.5″和07h22m12.5s、22°05′33.3″。请估算一个沙罗周期后发生日食时，地球上食分最大处的地理经纬度和食甚的时刻，分别给出世界时和当地地方时，并指出可能的误差来源。提示：交点年（太阳从一个黄白交点经过到回到这个交点所需的时间）为346.62003天，朔望月的长度平均29.530588天，黄白交角取为5°09′。</w:t>
      </w:r>
    </w:p>
    <w:p w14:paraId="6460819C" w14:textId="77777777" w:rsidR="00E90F7E" w:rsidRDefault="00000000">
      <w:pPr>
        <w:spacing w:before="60" w:after="60" w:line="440" w:lineRule="exact"/>
      </w:pPr>
      <w:r>
        <w:rPr>
          <w:rFonts w:ascii="宋体" w:eastAsia="宋体" w:hAnsi="宋体"/>
          <w:sz w:val="24"/>
        </w:rPr>
        <w:t>23.（高年级附加）【飞行天文台】有人设想将中等口径的望远镜搭载在客机上，在高空对星体目标进行观测，从而降低大气对望远镜观测的影响。假设现在有一个足够大的客机，巡航速度最高为每小时800千米，上载一固定指向的望远镜，在赤道上空20千米对某恒星进行飞行观测。如果单纯靠飞机的巡航跟踪（水平飞行），该恒星有可能实现保持于望远镜的视野中不动么？如果不能的话，至少要</w:t>
      </w:r>
      <w:r>
        <w:rPr>
          <w:rFonts w:ascii="宋体" w:eastAsia="宋体" w:hAnsi="宋体"/>
          <w:sz w:val="24"/>
        </w:rPr>
        <w:lastRenderedPageBreak/>
        <w:t>换到多少高的纬度才可以实现飞机对星体的巡航跟踪呢？（只考虑被观测的星体不靠近南北天极的情况）</w:t>
      </w:r>
    </w:p>
    <w:p w14:paraId="65591855" w14:textId="77777777" w:rsidR="00E90F7E" w:rsidRDefault="00000000">
      <w:r>
        <w:br w:type="page"/>
      </w:r>
    </w:p>
    <w:p w14:paraId="26076CD7" w14:textId="77777777" w:rsidR="00E90F7E" w:rsidRDefault="00000000">
      <w:pPr>
        <w:spacing w:before="120" w:after="240"/>
        <w:jc w:val="center"/>
      </w:pPr>
      <w:r>
        <w:rPr>
          <w:rFonts w:ascii="黑体" w:eastAsia="黑体" w:hAnsi="黑体"/>
          <w:b/>
          <w:sz w:val="36"/>
        </w:rPr>
        <w:t>2008年CNAO决赛暨杭州天文奥林匹克邀请赛试题 答案解析</w:t>
      </w:r>
    </w:p>
    <w:p w14:paraId="05E74688" w14:textId="77777777" w:rsidR="00E90F7E" w:rsidRDefault="00000000">
      <w:pPr>
        <w:spacing w:before="240" w:after="120"/>
      </w:pPr>
      <w:r>
        <w:rPr>
          <w:rFonts w:ascii="黑体" w:eastAsia="黑体" w:hAnsi="黑体"/>
          <w:b/>
          <w:sz w:val="26"/>
        </w:rPr>
        <w:t>选择题答案速查（1-13）：</w:t>
      </w:r>
    </w:p>
    <w:p w14:paraId="14897B64" w14:textId="77777777" w:rsidR="00E90F7E" w:rsidRDefault="00000000">
      <w:pPr>
        <w:spacing w:before="60" w:after="60" w:line="440" w:lineRule="exact"/>
      </w:pPr>
      <w:r>
        <w:rPr>
          <w:rFonts w:ascii="黑体" w:eastAsia="黑体" w:hAnsi="黑体"/>
          <w:sz w:val="28"/>
        </w:rPr>
        <w:t>A B B B B  D C A D D  B D A</w:t>
      </w:r>
    </w:p>
    <w:p w14:paraId="794F76B4" w14:textId="77777777" w:rsidR="00E90F7E" w:rsidRDefault="00000000">
      <w:pPr>
        <w:spacing w:before="240" w:after="120"/>
      </w:pPr>
      <w:r>
        <w:rPr>
          <w:rFonts w:ascii="黑体" w:eastAsia="黑体" w:hAnsi="黑体"/>
          <w:b/>
          <w:sz w:val="26"/>
        </w:rPr>
        <w:t>逐题答案与解析：</w:t>
      </w:r>
    </w:p>
    <w:p w14:paraId="7889CD40" w14:textId="77777777" w:rsidR="00E90F7E" w:rsidRDefault="00000000">
      <w:pPr>
        <w:spacing w:before="60" w:after="60" w:line="440" w:lineRule="exact"/>
      </w:pPr>
      <w:r>
        <w:rPr>
          <w:rFonts w:ascii="宋体" w:eastAsia="宋体" w:hAnsi="宋体"/>
          <w:sz w:val="24"/>
        </w:rPr>
        <w:t>01. A。最早用于天文观测的望远镜是折射式望远镜，1609年由伽利略制成并指向天空。反射式（牛顿，1668年）、折反射式（施密特、马克苏托夫，20世纪）都晚得多。</w:t>
      </w:r>
    </w:p>
    <w:p w14:paraId="599405D0" w14:textId="77777777" w:rsidR="00E90F7E" w:rsidRDefault="00000000">
      <w:pPr>
        <w:spacing w:before="60" w:after="60" w:line="440" w:lineRule="exact"/>
      </w:pPr>
      <w:r>
        <w:rPr>
          <w:rFonts w:ascii="宋体" w:eastAsia="宋体" w:hAnsi="宋体"/>
          <w:sz w:val="24"/>
        </w:rPr>
        <w:t>02. B。邀请赛在5月初举行，此时最活跃的是宝瓶座η流星雨（极大5月5—6日），它的母体正是哈雷彗星。（55P是狮子座流星雨的母体坦普尔-塔特尔，恩克对应金牛座南北流星雨。）</w:t>
      </w:r>
    </w:p>
    <w:p w14:paraId="1EAFD641" w14:textId="77777777" w:rsidR="00E90F7E" w:rsidRDefault="00000000">
      <w:pPr>
        <w:spacing w:before="60" w:after="60" w:line="440" w:lineRule="exact"/>
      </w:pPr>
      <w:r>
        <w:rPr>
          <w:rFonts w:ascii="宋体" w:eastAsia="宋体" w:hAnsi="宋体"/>
          <w:sz w:val="24"/>
        </w:rPr>
        <w:t>03. B。地球直径12756km、月球3474km，约为3.7:1。篮球直径约24cm，按同样比例月球约为6.5cm，正是乒乓球大小。</w:t>
      </w:r>
    </w:p>
    <w:p w14:paraId="5ABB3F59" w14:textId="77777777" w:rsidR="00E90F7E" w:rsidRDefault="00000000">
      <w:pPr>
        <w:spacing w:before="60" w:after="60" w:line="440" w:lineRule="exact"/>
      </w:pPr>
      <w:r>
        <w:rPr>
          <w:rFonts w:ascii="宋体" w:eastAsia="宋体" w:hAnsi="宋体"/>
          <w:sz w:val="24"/>
        </w:rPr>
        <w:t>04. B。银河系盘面直径约10万光年，光穿过整个银河系需要约10万年。</w:t>
      </w:r>
    </w:p>
    <w:p w14:paraId="5C7A1AF6" w14:textId="77777777" w:rsidR="00E90F7E" w:rsidRDefault="00000000">
      <w:pPr>
        <w:spacing w:before="60" w:after="60" w:line="440" w:lineRule="exact"/>
      </w:pPr>
      <w:r>
        <w:rPr>
          <w:rFonts w:ascii="宋体" w:eastAsia="宋体" w:hAnsi="宋体"/>
          <w:sz w:val="24"/>
        </w:rPr>
        <w:t>05. B。5月初是宝瓶座η流星雨的极大期，辐射点在宝瓶座，要到后半夜才升到足够高度，天亮前（凌晨4时前后）观测条件最好。</w:t>
      </w:r>
    </w:p>
    <w:p w14:paraId="53694335" w14:textId="77777777" w:rsidR="00E90F7E" w:rsidRDefault="00000000">
      <w:pPr>
        <w:spacing w:before="60" w:after="60" w:line="440" w:lineRule="exact"/>
      </w:pPr>
      <w:r>
        <w:rPr>
          <w:rFonts w:ascii="宋体" w:eastAsia="宋体" w:hAnsi="宋体"/>
          <w:sz w:val="24"/>
        </w:rPr>
        <w:t>06. D。2008年中国最受关注的是神舟七号载人飞船（9月25日发射），翟志刚完成中国航天员首次太空行走。</w:t>
      </w:r>
    </w:p>
    <w:p w14:paraId="08441B0E" w14:textId="77777777" w:rsidR="00E90F7E" w:rsidRDefault="00000000">
      <w:pPr>
        <w:spacing w:before="60" w:after="60" w:line="440" w:lineRule="exact"/>
      </w:pPr>
      <w:r>
        <w:rPr>
          <w:rFonts w:ascii="宋体" w:eastAsia="宋体" w:hAnsi="宋体"/>
          <w:sz w:val="24"/>
        </w:rPr>
        <w:t>07. C。望远镜一般以1608年荷兰人利伯希申请专利为发明之年，2008年正好是400周年，也是“国际天文年”的由来。</w:t>
      </w:r>
    </w:p>
    <w:p w14:paraId="37CE908C" w14:textId="77777777" w:rsidR="00E90F7E" w:rsidRDefault="00000000">
      <w:pPr>
        <w:spacing w:before="60" w:after="60" w:line="440" w:lineRule="exact"/>
      </w:pPr>
      <w:r>
        <w:rPr>
          <w:rFonts w:ascii="宋体" w:eastAsia="宋体" w:hAnsi="宋体"/>
          <w:sz w:val="24"/>
        </w:rPr>
        <w:t>08. A。祖冲之环形山位于月球背面（风暴洋以西的远地面），从地球上永远看不到；第谷环形山、雨海、风暴洋都在月球正面。</w:t>
      </w:r>
    </w:p>
    <w:p w14:paraId="0A8C2800" w14:textId="77777777" w:rsidR="00E90F7E" w:rsidRDefault="00000000">
      <w:pPr>
        <w:spacing w:before="60" w:after="60" w:line="440" w:lineRule="exact"/>
      </w:pPr>
      <w:r>
        <w:rPr>
          <w:rFonts w:ascii="宋体" w:eastAsia="宋体" w:hAnsi="宋体"/>
          <w:sz w:val="24"/>
        </w:rPr>
        <w:t>09. D。小行星命名由发现者提出建议、经国际天文学联合会小天体命名委员会审议批准，可以纪念人物、地名、机构甚至抽象概念，是一项崇高的国际荣誉，并非发现者随意决定。</w:t>
      </w:r>
    </w:p>
    <w:p w14:paraId="3DE73302" w14:textId="77777777" w:rsidR="00E90F7E" w:rsidRDefault="00000000">
      <w:pPr>
        <w:spacing w:before="60" w:after="60" w:line="440" w:lineRule="exact"/>
      </w:pPr>
      <w:r>
        <w:rPr>
          <w:rFonts w:ascii="宋体" w:eastAsia="宋体" w:hAnsi="宋体"/>
          <w:sz w:val="24"/>
        </w:rPr>
        <w:t>10. D。2008年3月19日的伽马射线暴GRB 080319B最亮时达5.8等，肉眼可见约半分钟，而它距离我们约75亿光年——这是人类肉眼看到过的最遥远的天体现象。若只算恒星和星系，肉眼所见最远的是M31（约250万光年）。</w:t>
      </w:r>
    </w:p>
    <w:p w14:paraId="699CB79B" w14:textId="77777777" w:rsidR="00E90F7E" w:rsidRDefault="00000000">
      <w:pPr>
        <w:spacing w:before="60" w:after="60" w:line="440" w:lineRule="exact"/>
      </w:pPr>
      <w:r>
        <w:rPr>
          <w:rFonts w:ascii="宋体" w:eastAsia="宋体" w:hAnsi="宋体"/>
          <w:sz w:val="24"/>
        </w:rPr>
        <w:t>11. B。恒星位于北黄极附近时，视差位移几乎是一个半径等于视差π的圆，两个月地球公转60°，两个位置的角距为2π·sin30°=π。故π=0.04″，d=1/π=25秒差距。</w:t>
      </w:r>
    </w:p>
    <w:p w14:paraId="3C3C9405" w14:textId="77777777" w:rsidR="00E90F7E" w:rsidRDefault="00000000">
      <w:pPr>
        <w:spacing w:before="60" w:after="60" w:line="440" w:lineRule="exact"/>
      </w:pPr>
      <w:r>
        <w:rPr>
          <w:rFonts w:ascii="宋体" w:eastAsia="宋体" w:hAnsi="宋体"/>
          <w:sz w:val="24"/>
        </w:rPr>
        <w:t>12. D。天体上中天时地方恒星时等于它的赤经3h；半夜12点时恒星时=太阳赤经+12h，故太阳赤经约15h。太阳赤经15h出现在11月下旬，11月5日前后赤经约14h40m，最接近。</w:t>
      </w:r>
    </w:p>
    <w:p w14:paraId="7B074E11" w14:textId="77777777" w:rsidR="00E90F7E" w:rsidRDefault="00000000">
      <w:pPr>
        <w:spacing w:before="60" w:after="60" w:line="440" w:lineRule="exact"/>
      </w:pPr>
      <w:r>
        <w:rPr>
          <w:rFonts w:ascii="宋体" w:eastAsia="宋体" w:hAnsi="宋体"/>
          <w:sz w:val="24"/>
        </w:rPr>
        <w:t>13. A。地球同步卫星都位于赤道面上方，赤纬约0°。四个天体中只有M2（宝瓶座球状星团）几乎正好在天赤道上（赤纬约-0.8°），望远镜指向它时最容易“撞上”同步卫星；M31（+41°）、M81（+69°）远离赤道，M42在-5.4°也偏离较多。</w:t>
      </w:r>
    </w:p>
    <w:p w14:paraId="624AE29A" w14:textId="77777777" w:rsidR="00E90F7E" w:rsidRDefault="00000000">
      <w:pPr>
        <w:spacing w:before="60" w:after="60" w:line="440" w:lineRule="exact"/>
      </w:pPr>
      <w:r>
        <w:rPr>
          <w:rFonts w:ascii="宋体" w:eastAsia="宋体" w:hAnsi="宋体"/>
          <w:sz w:val="24"/>
        </w:rPr>
        <w:t>14. 【肉眼和望远镜】分辨率与口径成反比：100mm÷6mm≈16.7倍，即望远镜的分辨率约为肉眼的17倍（能分辨的最小角距约为肉眼的1/17）。集光力与口径平方成正比：(100/6)²≈278倍，即望远镜能收集到比肉眼弱278倍的光，换算成星等为5lg(100/6)≈6.1等——肉眼看到6等星时，这台望远镜能看到约12等星。</w:t>
      </w:r>
    </w:p>
    <w:p w14:paraId="6DE414AB" w14:textId="77777777" w:rsidR="00E90F7E" w:rsidRDefault="00000000">
      <w:pPr>
        <w:spacing w:before="60" w:after="60" w:line="440" w:lineRule="exact"/>
      </w:pPr>
      <w:r>
        <w:rPr>
          <w:rFonts w:ascii="宋体" w:eastAsia="宋体" w:hAnsi="宋体"/>
          <w:sz w:val="24"/>
        </w:rPr>
        <w:t>15. 【卫星掩土星】土星在无穷远，卫星在400km处。观测者不动时，卫星的视位置比土星高约1°。要让卫星正好掩上土星，必须让卫星的视位置下移1°，即观测者沿“远离卫星”的方向水平移动。所需横向位移=400km×tan1°≈6.98km；由于卫星高度角66°，水平移动量在垂直于视线方向上的投影要乘sin66°，故移动距离D=6.98/sin66°≈7.6km（约7.7km）。方向：卫星在视线南偏西30°方向，应向北偏东30°（即反方向）移动约7.7km。</w:t>
      </w:r>
    </w:p>
    <w:p w14:paraId="61F9E572" w14:textId="77777777" w:rsidR="00E90F7E" w:rsidRDefault="00000000">
      <w:pPr>
        <w:spacing w:before="60" w:after="60" w:line="440" w:lineRule="exact"/>
      </w:pPr>
      <w:r>
        <w:rPr>
          <w:rFonts w:ascii="宋体" w:eastAsia="宋体" w:hAnsi="宋体"/>
          <w:sz w:val="24"/>
        </w:rPr>
        <w:t>16. 【星座】双子座（Gemini）：黄道十二星座之一，位于金牛座与巨蟹座之间，天区跨赤纬约+10°~+35°，是冬季星空的显著星座。形状：由两颗亮星（北河二、北河三）为“头”，向西南、东南各伸出一串星构成两个并排的“人形”，故西方称为“双生子”。亮星：北河三（Pollux，β Gem）1.14等、北河二（Castor，α Gem）1.58等（是一颗著名的六合星），另有井宿三（γ Gem，1.9等）、井宿一（μ Gem）等。特殊天体：M35疏散星团、行星状星云NGC 2392“爱斯基摩星云”、巨蟹座方向的M44与之相邻；双子座ε附近是每年12月双子座流星雨的辐射点，其母体是小行星3200法厄同。相邻星座：金牛座、御夫座、天猫座、巨蟹座、小犬座、猎户座、麒麟座。神话：卡斯托尔与波吕丢刻斯兄弟（双子座α、β即以二人命名）。可见季节：12月—次年2月的夜晚高悬天顶附近，1月中旬约20时上中天。</w:t>
      </w:r>
    </w:p>
    <w:p w14:paraId="4AE43409" w14:textId="77777777" w:rsidR="00E90F7E" w:rsidRDefault="00000000">
      <w:pPr>
        <w:spacing w:before="60" w:after="60" w:line="440" w:lineRule="exact"/>
      </w:pPr>
      <w:r>
        <w:rPr>
          <w:rFonts w:ascii="宋体" w:eastAsia="宋体" w:hAnsi="宋体"/>
          <w:sz w:val="24"/>
        </w:rPr>
        <w:t>17. 【日食】日全食的五个时期（Center-line observer）：①初亏——月面东缘与日面西缘外切，太阳开始被咬掉一小块，此时还感觉不到明显变暗；②食既——月面东缘与日面东缘内切，太阳被完全遮住，全食开始，天空骤暗如黄昏、气温下降，日冕和日珥显现，亮星和行星可见；③食甚——月心与日心相距最近的时刻（中心线观测者此时全食最深、持续时间最长）；④生光——月面西缘与日面西缘内切，阳光重新从月面边缘露出，全食结束，出现“钻石环”；⑤复圆——月面西缘与日面东缘外切，太阳恢复完整圆面，天空恢复明亮。</w:t>
        <w:br/>
        <w:t>月面观测者（位于月面正对地球的一点）在同一时间看到的是“地球遮日”的一次日食：地球的视直径约1.9°，远大于太阳的0.5°，所以只会出现全食而绝不会出现环食。对应关系为：地球上初亏时，月面观测者看到地球边缘刚与日面接触（相当于月食的“初亏”）；地球上的食既时刻，太阳刚从月面观测者眼中被地球完全挡住（相当于“食既”）；地球上的食甚时刻，地球中心离日心最近（相当于“食甚”）；生光时太阳开始从地球边缘露出（相当于“生光”）；复圆时太阳完全恢复（相当于“复圆”）。由于地球视直径远大于日面，从月面看到的这次“日全食”持续时间比地球上看到的长得多，且整个过程中地球始终是一个悬挂在天空中的黑色圆盘。</w:t>
      </w:r>
    </w:p>
    <w:p w14:paraId="2FAD0D25" w14:textId="77777777" w:rsidR="00E90F7E" w:rsidRDefault="00000000">
      <w:pPr>
        <w:spacing w:before="60" w:after="60" w:line="440" w:lineRule="exact"/>
      </w:pPr>
      <w:r>
        <w:rPr>
          <w:rFonts w:ascii="宋体" w:eastAsia="宋体" w:hAnsi="宋体"/>
          <w:sz w:val="24"/>
        </w:rPr>
        <w:t>18. 【流星雨】a)统计44颗流星：群内38颗（-2等1颗、-1等1颗、0等2颗、1等2颗、2等4颗、3等6颗、4等9颗、5等13颗），偶发6颗（-3等1颗、-2等1颗、0等1颗、5等3颗）——(-4)0 (-3)1 (-2)2 (-1)2 (0)4 (1)6 (2)10 (3)16 (4)25 (5)38。</w:t>
        <w:br/>
        <w:t>b)把北京时间减8小时换成世界时（11:30—15:30UT），按每30分钟一段统计群内流星数并描点连线：19:30—20:30约10颗、20:30—21:30约9颗、21:30—22:30约6颗、22:30—23:30约13颗。</w:t>
        <w:br/>
        <w:t>c)后一小时流量明显最大，但辐射点在黄道上、赤纬约-23°，19:30时高度仅约4°，到23:30才升到约33°，高度改正后实际流星数仍在增加，说明极大出现在观测时段之后，即23:30以后（辐射点更高的后半夜至凌晨）。</w:t>
        <w:br/>
        <w:t>d)观测4小时得38颗群内流星，漏掉40%则实际约38÷0.6≈63颗；辐射点高度从约4°升到约33°，平均sin h≈0.25（h≈15°）；r取约1.6，lm=5.8，r^(6.5-5.8)=1.6^0.7≈1.4。故ZHR≈63÷(4×0.25)×1.4≈88，即约90颗/小时。</w:t>
        <w:br/>
        <w:t>e)r为星等每暗一等数目增大的倍数。按累计数目：≤-1:2、≤0:4、≤1:6、≤2:10、≤3:16、≤4:25、≤5:38，相邻之比为2.0、2.0、1.5、1.67、1.6、1.56、1.52，平均约1.6（用0等到5等总体拟合(38/4)^(1/5)≈1.57），故r≈1.6~1.7。</w:t>
      </w:r>
    </w:p>
    <w:p w14:paraId="1CDE100C" w14:textId="77777777" w:rsidR="00E90F7E" w:rsidRDefault="00000000">
      <w:pPr>
        <w:spacing w:before="60" w:after="60" w:line="440" w:lineRule="exact"/>
      </w:pPr>
      <w:r>
        <w:rPr>
          <w:rFonts w:ascii="宋体" w:eastAsia="宋体" w:hAnsi="宋体"/>
          <w:sz w:val="24"/>
        </w:rPr>
        <w:t>19. 【双星】a)掩食深度即伴星与主星面积之比：ΔF/F=(R_p/R_*)²=1.5%，故R_p=0.1225R_*=0.1225×1.2R☉≈0.15R☉（约1.5个木星半径）。亮度下降持续3.84小时、周期8天，说明伴星是从主星面前横穿而过的（凌星），3.84h对应穿越弦长2R_*的时间，可反过来检验轨道速度。</w:t>
        <w:br/>
        <w:t>b)由主星视向速度半振幅K=20m/s、周期P=8天=6.912×10⁵s，用质量函数（伴星质量远小于主星）：m_p sin i=K·(P·M_*²/2πG)^(1/3)。取主星质量约1.2M☉（由R=1.2R☉按主序近似得到），代入得m_p sin i≈20×(6.912×10⁵×(2.39×10³⁰)²/(2π×6.674×10⁻¹¹))^(1/3)≈4.2×10²⁶kg≈2.1×10⁻⁴M☉，即约0.2个木星质量。</w:t>
      </w:r>
    </w:p>
    <w:p w14:paraId="0E1A5A67" w14:textId="77777777" w:rsidR="00E90F7E" w:rsidRDefault="00000000">
      <w:pPr>
        <w:spacing w:before="60" w:after="60" w:line="440" w:lineRule="exact"/>
      </w:pPr>
      <w:r>
        <w:rPr>
          <w:rFonts w:ascii="宋体" w:eastAsia="宋体" w:hAnsi="宋体"/>
          <w:sz w:val="24"/>
        </w:rPr>
        <w:t>20. 【深度巡天】比较“面亮度”（单位面积上的流量）才公平。CFHTLS-Deep：28.2等分布在直径1.16″的圆内，面积π(0.58)²=1.06平方角秒，面亮度=28.2+2.5lg1.06≈28.3等/平方角秒。NDWFS：26.0等分布在直径2″的圆内，面积π(1)²=3.14平方角秒，面亮度=26.0+2.5lg3.14≈27.2等/平方角秒。面亮度数值越大越暗，故CFHTLS-Deep的面亮度比NDWFS暗约1.1等，能探测到更暗弱、更弥散的天体，深度更深。</w:t>
      </w:r>
    </w:p>
    <w:p w14:paraId="240AE42E" w14:textId="77777777" w:rsidR="00E90F7E" w:rsidRDefault="00000000">
      <w:pPr>
        <w:spacing w:before="60" w:after="60" w:line="440" w:lineRule="exact"/>
      </w:pPr>
      <w:r>
        <w:rPr>
          <w:rFonts w:ascii="宋体" w:eastAsia="宋体" w:hAnsi="宋体"/>
          <w:sz w:val="24"/>
        </w:rPr>
        <w:t>21. 【后羿射日】a)九个太阳、且地球一年长度不变，则地球的轨道半径必须满足a³=G(9M☉)T²/4π²，即a=9^(1/3)AU≈2.08AU。此时地球接收的辐射为9/(2.08)²≈2.08倍现今太阳常量，平衡温度T∝F^(1/4)，约为现在的2.08^0.25≈1.20倍（约255K→306K，再计入温室效应远高于今天），所以确实比现在热得多。</w:t>
        <w:br/>
        <w:t>b)瞬间射掉8颗后只剩1M☉，但地球仍以原来对应9M☉圆轨道的速度运动。该速度与1M☉恒星在该处的逃逸速度之比为√(9/2)≈2.1&gt;1，地球将沿双曲线轨道永远逃离太阳系。射掉的瞬间，地球所在处的辐射突降为原来的1/9（约0.23倍现今太阳常量），温度骤降到约-90℃；此后地球一边远离一边继续变冷，几千年后成为一颗在星际空间漂流的冰封行星（大气冻结、海洋封冻）。</w:t>
        <w:br/>
        <w:t>c)i)设剩下k颗太阳（k&gt;4.5才可能被束缚），地球所在处r=2.08AU不变，由活力公式v²=GkM(2/r-1/a)得a'=r/(2-9/k)，周期T=a'^1.5/√k（AU、年、M☉单位）。k=9时a'=2.08AU、T=1年；k=5时a'≈10.4AU、T≈15年；k=4.5时a'→∞（恰为抛物线逃逸）。</w:t>
        <w:br/>
        <w:t>ii)要求辐射接近今天，需k/(2.08)²≈1，即k≈4.3；但k≤4时地球会逃逸，因此只能射下4颗、留下5颗：此时地球接收的辐射约为今天的1.15倍，温度与今天比较接近（略高），不过轨道变成e≈0.8的大椭圆、周期约15年，季节变化会非常剧烈。</w:t>
      </w:r>
    </w:p>
    <w:p w14:paraId="50E08C7B" w14:textId="77777777" w:rsidR="00E90F7E" w:rsidRDefault="00000000">
      <w:pPr>
        <w:spacing w:before="60" w:after="60" w:line="440" w:lineRule="exact"/>
      </w:pPr>
      <w:r>
        <w:rPr>
          <w:rFonts w:ascii="宋体" w:eastAsia="宋体" w:hAnsi="宋体"/>
          <w:sz w:val="24"/>
        </w:rPr>
        <w:t>22. 【沙罗周期】沙罗周期=223×29.530588=6585.32天=18年11天7小时42分。1991年7月11日19h06m（UT）加上18年11天7h42m，得2009年7月22日02h48m（UT），即北京时间10h48m。由于一个沙罗周期比整数天多出约0.32天（7.7小时），下一次食甚时地球已多转了0.32×360°≈115.5°，所以食带位置沿纬圈西移115.5°：原西经105°13′减去115.5°，得到东经约139°（约东经139°11′）。纬度方向一个沙罗周期约北移0.4°~0.7°，由21°59′N得约22°43′N。当地地方时=UT+139°11′/15≈02h48m+9h17m≈12h05m。主要误差来源：月球运动的不均匀（中心差、出差等）使沙罗周期并不严格等于6585.32天；地球自转不均匀（ΔT）带来的时刻误差；食甚时刻与最大食分地点并非严格对应；把黄白交角取为5°09′的近似；纬度方向沙罗的偏移量需用具体交点位置精确计算。</w:t>
      </w:r>
      <w:r>
        <w:rPr>
          <w:rFonts w:ascii="宋体" w:eastAsia="宋体" w:hAnsi="宋体"/>
          <w:sz w:val="24"/>
        </w:rPr>
        <w:lastRenderedPageBreak/>
        <w:t>为世界时02h48m29.8s，当地地方时约12h05m13.8s。主要误差来源：视差影响（约4°经度偏差）、太阳赤纬估算误差等。</w:t>
      </w:r>
    </w:p>
    <w:p w14:paraId="517A275F" w14:textId="77777777" w:rsidR="00E90F7E" w:rsidRDefault="00000000">
      <w:pPr>
        <w:spacing w:before="60" w:after="60" w:line="440" w:lineRule="exact"/>
      </w:pPr>
      <w:r>
        <w:rPr>
          <w:rFonts w:ascii="宋体" w:eastAsia="宋体" w:hAnsi="宋体"/>
          <w:sz w:val="24"/>
        </w:rPr>
        <w:t>23. 【飞行天文台】a)在赤道上空20km随地球自转的线速度v=2π(R+20km)/23h56m4s≈1675km/h，远大于客机最高巡航速度800km/h，因此单靠飞机水平飞行无法跟上恒星（恒星相对地面约以15°/小时西移），不可能让恒星在视野中保持不动。</w:t>
        <w:br/>
        <w:t>b)要在纬度φ处实现跟踪，地面（及随地球转动的同纬度大气）的向东线速度必须不超过飞机最大速度：1675·cosφ≤800，即cosφ≤0.478，φ≥61.5°。也就是说至少要飞到约北纬61.5°（或南纬61.5°）以上，此时地面的自转线速度已降到800km/h以下，飞机可以向东飞行抵消地球自转，使恒星保持在视野中。</w:t>
      </w:r>
    </w:p>
    <w:sectPr w:rsidR="00E90F7E"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88346011">
    <w:abstractNumId w:val="8"/>
  </w:num>
  <w:num w:numId="2" w16cid:durableId="591159849">
    <w:abstractNumId w:val="6"/>
  </w:num>
  <w:num w:numId="3" w16cid:durableId="487021426">
    <w:abstractNumId w:val="5"/>
  </w:num>
  <w:num w:numId="4" w16cid:durableId="144009870">
    <w:abstractNumId w:val="4"/>
  </w:num>
  <w:num w:numId="5" w16cid:durableId="1098404769">
    <w:abstractNumId w:val="7"/>
  </w:num>
  <w:num w:numId="6" w16cid:durableId="329337927">
    <w:abstractNumId w:val="3"/>
  </w:num>
  <w:num w:numId="7" w16cid:durableId="1644700834">
    <w:abstractNumId w:val="2"/>
  </w:num>
  <w:num w:numId="8" w16cid:durableId="2122334628">
    <w:abstractNumId w:val="1"/>
  </w:num>
  <w:num w:numId="9" w16cid:durableId="349112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E27A8"/>
    <w:rsid w:val="00A84CD7"/>
    <w:rsid w:val="00AA1D8D"/>
    <w:rsid w:val="00B47730"/>
    <w:rsid w:val="00CB0664"/>
    <w:rsid w:val="00E90F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DE89EC"/>
  <w14:defaultImageDpi w14:val="300"/>
  <w15:docId w15:val="{BAB1EF71-6F3B-4AAE-9D3D-41865B66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2026-08-10T06:47:00Z</dcterms:modified>
  <cp:category/>
</cp:coreProperties>
</file>