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559BE" w14:textId="1C3CCBDB" w:rsidR="00A16346" w:rsidRDefault="00000000">
      <w:pPr>
        <w:spacing w:before="240" w:after="240" w:line="440" w:lineRule="exact"/>
        <w:jc w:val="center"/>
      </w:pPr>
      <w:r>
        <w:rPr>
          <w:rFonts w:ascii="黑体" w:eastAsia="黑体" w:hAnsi="黑体"/>
          <w:b/>
          <w:sz w:val="36"/>
        </w:rPr>
        <w:t>2007年CNAO天文奥赛预赛试题</w:t>
      </w:r>
    </w:p>
    <w:p w14:paraId="7FC08F95" w14:textId="77777777" w:rsidR="00A16346" w:rsidRDefault="00000000">
      <w:pPr>
        <w:spacing w:before="120" w:after="80" w:line="440" w:lineRule="exact"/>
      </w:pPr>
      <w:r>
        <w:rPr>
          <w:rFonts w:ascii="黑体" w:eastAsia="黑体" w:hAnsi="黑体"/>
          <w:b/>
          <w:sz w:val="24"/>
        </w:rPr>
        <w:t>注意事项：</w:t>
      </w:r>
    </w:p>
    <w:p w14:paraId="195144DC" w14:textId="77777777" w:rsidR="00A16346" w:rsidRDefault="00000000">
      <w:pPr>
        <w:spacing w:before="40" w:after="40" w:line="440" w:lineRule="exact"/>
      </w:pPr>
      <w:r>
        <w:rPr>
          <w:rFonts w:ascii="宋体" w:eastAsia="宋体" w:hAnsi="宋体"/>
        </w:rPr>
        <w:t>1. 本试卷共35道单项选择题，每题只有一个正确答案。</w:t>
      </w:r>
    </w:p>
    <w:p w14:paraId="5DCB7DF8" w14:textId="77777777" w:rsidR="00A16346" w:rsidRDefault="00000000">
      <w:pPr>
        <w:spacing w:before="40" w:after="40" w:line="440" w:lineRule="exact"/>
      </w:pPr>
      <w:r>
        <w:rPr>
          <w:rFonts w:ascii="宋体" w:eastAsia="宋体" w:hAnsi="宋体"/>
        </w:rPr>
        <w:t>2. 请将答案填写在答题卡上，写在试卷上无效。</w:t>
      </w:r>
    </w:p>
    <w:p w14:paraId="62AC68F6" w14:textId="77777777" w:rsidR="00A16346" w:rsidRDefault="00000000">
      <w:pPr>
        <w:spacing w:before="40" w:after="40" w:line="440" w:lineRule="exact"/>
      </w:pPr>
      <w:r>
        <w:rPr>
          <w:rFonts w:ascii="宋体" w:eastAsia="宋体" w:hAnsi="宋体"/>
        </w:rPr>
        <w:t>3. 考试时间为120分钟。</w:t>
      </w:r>
    </w:p>
    <w:p w14:paraId="0B43855B" w14:textId="77777777" w:rsidR="00A16346" w:rsidRDefault="00000000">
      <w:pPr>
        <w:spacing w:before="40" w:after="40" w:line="440" w:lineRule="exact"/>
      </w:pPr>
      <w:r>
        <w:rPr>
          <w:rFonts w:ascii="宋体" w:eastAsia="宋体" w:hAnsi="宋体"/>
        </w:rPr>
        <w:t>4. 考试结束后，请将试卷和答题卡一并交回。</w:t>
      </w:r>
    </w:p>
    <w:p w14:paraId="385F9B52" w14:textId="77777777" w:rsidR="00A16346" w:rsidRDefault="00000000">
      <w:pPr>
        <w:spacing w:before="40" w:after="40" w:line="440" w:lineRule="exact"/>
      </w:pPr>
      <w:r>
        <w:rPr>
          <w:rFonts w:ascii="宋体" w:eastAsia="宋体" w:hAnsi="宋体"/>
        </w:rPr>
        <w:t>5. 可能用到的数据：地球半径R=6371km，太阳半径R☉=6.96×10⁵km，1AU=1.496×10⁸km。</w:t>
      </w:r>
    </w:p>
    <w:p w14:paraId="46D67985" w14:textId="77777777" w:rsidR="00A16346" w:rsidRDefault="00000000">
      <w:pPr>
        <w:spacing w:before="120" w:after="240"/>
      </w:pPr>
      <w:r>
        <w:rPr>
          <w:rFonts w:ascii="宋体" w:eastAsia="宋体" w:hAnsi="宋体"/>
        </w:rPr>
        <w:t>姓名：__________    年级：__________    班级：__________    得分：__________</w:t>
      </w:r>
    </w:p>
    <w:p w14:paraId="2D00D043" w14:textId="77777777" w:rsidR="00A16346" w:rsidRDefault="00000000">
      <w:pPr>
        <w:spacing w:before="240" w:after="160" w:line="440" w:lineRule="exact"/>
      </w:pPr>
      <w:r>
        <w:rPr>
          <w:rFonts w:ascii="黑体" w:eastAsia="黑体" w:hAnsi="黑体"/>
          <w:b/>
          <w:sz w:val="28"/>
        </w:rPr>
        <w:t>一、试题（共35题，每题2分，共70分）</w:t>
      </w:r>
    </w:p>
    <w:p w14:paraId="1342783A" w14:textId="77777777" w:rsidR="00A16346" w:rsidRDefault="00000000">
      <w:pPr>
        <w:spacing w:before="120" w:after="40" w:line="400" w:lineRule="exact"/>
      </w:pPr>
      <w:r>
        <w:rPr>
          <w:rFonts w:ascii="宋体" w:eastAsia="宋体" w:hAnsi="宋体"/>
        </w:rPr>
        <w:t>1. 2006年《天文爱好者》杂志增刊的主题是（ ）。</w:t>
      </w:r>
    </w:p>
    <w:p w14:paraId="780B1365" w14:textId="77777777" w:rsidR="00A16346" w:rsidRDefault="00000000">
      <w:pPr>
        <w:spacing w:after="80" w:line="360" w:lineRule="exact"/>
      </w:pPr>
      <w:r>
        <w:rPr>
          <w:rFonts w:ascii="宋体" w:eastAsia="宋体" w:hAnsi="宋体"/>
          <w:sz w:val="21"/>
        </w:rPr>
        <w:t>(A)UFO    (B)业余天文    (C)学校天文    (D)2006年没有出增刊</w:t>
      </w:r>
    </w:p>
    <w:p w14:paraId="5BF41116" w14:textId="77777777" w:rsidR="00A16346" w:rsidRDefault="00000000">
      <w:pPr>
        <w:spacing w:before="120" w:after="40" w:line="400" w:lineRule="exact"/>
      </w:pPr>
      <w:r>
        <w:rPr>
          <w:rFonts w:ascii="宋体" w:eastAsia="宋体" w:hAnsi="宋体"/>
        </w:rPr>
        <w:t>2. 在2006年第11届国际天文奥林匹克竞赛中，中国队获得的金牌和银牌总数为（ ）。</w:t>
      </w:r>
    </w:p>
    <w:p w14:paraId="3D405B86" w14:textId="77777777" w:rsidR="00A16346" w:rsidRDefault="00000000">
      <w:pPr>
        <w:spacing w:after="80" w:line="360" w:lineRule="exact"/>
      </w:pPr>
      <w:r>
        <w:rPr>
          <w:rFonts w:ascii="宋体" w:eastAsia="宋体" w:hAnsi="宋体"/>
          <w:sz w:val="21"/>
        </w:rPr>
        <w:t>(A)0块    (B)1块    (C)2块    (D)至少3块</w:t>
      </w:r>
    </w:p>
    <w:p w14:paraId="6903F80C" w14:textId="77777777" w:rsidR="00A16346" w:rsidRDefault="00000000">
      <w:pPr>
        <w:spacing w:before="120" w:after="40" w:line="400" w:lineRule="exact"/>
      </w:pPr>
      <w:r>
        <w:rPr>
          <w:rFonts w:ascii="宋体" w:eastAsia="宋体" w:hAnsi="宋体"/>
        </w:rPr>
        <w:t>3. 某地的观测者在12月14日后半夜看到一颗亮流星在正天顶由南向北划过，在此地正西100千米的观测者当时可以看到这颗流星出现在（ ）。</w:t>
      </w:r>
    </w:p>
    <w:p w14:paraId="584FD26E" w14:textId="77777777" w:rsidR="00A16346" w:rsidRDefault="00000000">
      <w:pPr>
        <w:spacing w:after="80" w:line="360" w:lineRule="exact"/>
      </w:pPr>
      <w:r>
        <w:rPr>
          <w:rFonts w:ascii="宋体" w:eastAsia="宋体" w:hAnsi="宋体"/>
          <w:sz w:val="21"/>
        </w:rPr>
        <w:t>(A)天顶以东    (B)天顶以西    (C)正天顶    (D)在地平线以下，看不到</w:t>
      </w:r>
    </w:p>
    <w:p w14:paraId="09489949" w14:textId="77777777" w:rsidR="00A16346" w:rsidRDefault="00000000">
      <w:pPr>
        <w:spacing w:before="120" w:after="40" w:line="400" w:lineRule="exact"/>
      </w:pPr>
      <w:r>
        <w:rPr>
          <w:rFonts w:ascii="宋体" w:eastAsia="宋体" w:hAnsi="宋体"/>
        </w:rPr>
        <w:t>4. 在地球上可能出现“日中无影”现象（晴天的时候中午人在太阳下面没有影子）的地区的纬度是（ ）。</w:t>
      </w:r>
    </w:p>
    <w:p w14:paraId="412D3865" w14:textId="77777777" w:rsidR="00A16346" w:rsidRDefault="00000000">
      <w:pPr>
        <w:spacing w:after="80" w:line="360" w:lineRule="exact"/>
      </w:pPr>
      <w:r>
        <w:rPr>
          <w:rFonts w:ascii="宋体" w:eastAsia="宋体" w:hAnsi="宋体"/>
          <w:sz w:val="21"/>
        </w:rPr>
        <w:t>(A)0度    (B)南纬23.5度和北纬23.5度    (C)南纬23.5度到北纬23.5度之间    (D)南纬90度和北纬90度</w:t>
      </w:r>
    </w:p>
    <w:p w14:paraId="7ED96157" w14:textId="77777777" w:rsidR="00A16346" w:rsidRDefault="00000000">
      <w:pPr>
        <w:spacing w:before="120" w:after="40" w:line="400" w:lineRule="exact"/>
      </w:pPr>
      <w:r>
        <w:rPr>
          <w:rFonts w:ascii="宋体" w:eastAsia="宋体" w:hAnsi="宋体"/>
        </w:rPr>
        <w:t>5. 如果把太阳系的质量都集中在太阳上，太阳最终将演化为一颗什么星？（ ）</w:t>
      </w:r>
    </w:p>
    <w:p w14:paraId="747840F6" w14:textId="77777777" w:rsidR="00A16346" w:rsidRDefault="00000000">
      <w:pPr>
        <w:spacing w:after="80" w:line="360" w:lineRule="exact"/>
      </w:pPr>
      <w:r>
        <w:rPr>
          <w:rFonts w:ascii="宋体" w:eastAsia="宋体" w:hAnsi="宋体"/>
          <w:sz w:val="21"/>
        </w:rPr>
        <w:t>(A)红巨星    (B)白矮星    (C)中子星    (D)黑洞</w:t>
      </w:r>
    </w:p>
    <w:p w14:paraId="44610F09" w14:textId="77777777" w:rsidR="00A16346" w:rsidRDefault="00000000">
      <w:pPr>
        <w:spacing w:before="120" w:after="40" w:line="400" w:lineRule="exact"/>
      </w:pPr>
      <w:r>
        <w:rPr>
          <w:rFonts w:ascii="宋体" w:eastAsia="宋体" w:hAnsi="宋体"/>
        </w:rPr>
        <w:t>6. 中国的第一次月球探测计划预计于（ ）举行。</w:t>
      </w:r>
    </w:p>
    <w:p w14:paraId="5A8A94E0" w14:textId="77777777" w:rsidR="00A16346" w:rsidRDefault="00000000">
      <w:pPr>
        <w:spacing w:after="80" w:line="360" w:lineRule="exact"/>
      </w:pPr>
      <w:r>
        <w:rPr>
          <w:rFonts w:ascii="宋体" w:eastAsia="宋体" w:hAnsi="宋体"/>
          <w:sz w:val="21"/>
        </w:rPr>
        <w:t>(A)2007年    (B)2009年    (C)2012年    (D)2015年以后</w:t>
      </w:r>
    </w:p>
    <w:p w14:paraId="117E2F98" w14:textId="77777777" w:rsidR="00A16346" w:rsidRDefault="00000000">
      <w:pPr>
        <w:spacing w:before="120" w:after="40" w:line="400" w:lineRule="exact"/>
      </w:pPr>
      <w:r>
        <w:rPr>
          <w:rFonts w:ascii="宋体" w:eastAsia="宋体" w:hAnsi="宋体"/>
        </w:rPr>
        <w:lastRenderedPageBreak/>
        <w:t>7. 前不久，新视野号探测器在距木星230万千米的最近距离飞过。它飞经木星的主要原因是（ ）。</w:t>
      </w:r>
    </w:p>
    <w:p w14:paraId="30F48202" w14:textId="77777777" w:rsidR="00A16346" w:rsidRDefault="00000000">
      <w:pPr>
        <w:spacing w:after="80" w:line="360" w:lineRule="exact"/>
      </w:pPr>
      <w:r>
        <w:rPr>
          <w:rFonts w:ascii="宋体" w:eastAsia="宋体" w:hAnsi="宋体"/>
          <w:sz w:val="21"/>
        </w:rPr>
        <w:t>(A)碰巧经过    (B)专门设计的轨道，以便同时对木星进行观测    (C)探索木星卫星中可能存在的地外生命    (D)借助木星的引力以加快它飞向冥王星的速度</w:t>
      </w:r>
    </w:p>
    <w:p w14:paraId="2F2C4B83" w14:textId="77777777" w:rsidR="00A16346" w:rsidRDefault="00000000">
      <w:pPr>
        <w:spacing w:before="120" w:after="40" w:line="400" w:lineRule="exact"/>
      </w:pPr>
      <w:r>
        <w:rPr>
          <w:rFonts w:ascii="宋体" w:eastAsia="宋体" w:hAnsi="宋体"/>
        </w:rPr>
        <w:t>8. 2006年1月成功回收的星尘号探测器采集的是（ ）彗星释放的尘埃颗粒。</w:t>
      </w:r>
    </w:p>
    <w:p w14:paraId="5159B0B0" w14:textId="77777777" w:rsidR="00A16346" w:rsidRDefault="00000000">
      <w:pPr>
        <w:spacing w:after="80" w:line="360" w:lineRule="exact"/>
      </w:pPr>
      <w:r>
        <w:rPr>
          <w:rFonts w:ascii="宋体" w:eastAsia="宋体" w:hAnsi="宋体"/>
          <w:sz w:val="21"/>
        </w:rPr>
        <w:t>(A)坦普尔1号    (B)怀尔德2号    (C)舒梅克-列维    (D)海尔-波普</w:t>
      </w:r>
    </w:p>
    <w:p w14:paraId="78DC3071" w14:textId="77777777" w:rsidR="00A16346" w:rsidRDefault="00000000">
      <w:pPr>
        <w:spacing w:before="120" w:after="40" w:line="400" w:lineRule="exact"/>
      </w:pPr>
      <w:r>
        <w:rPr>
          <w:rFonts w:ascii="宋体" w:eastAsia="宋体" w:hAnsi="宋体"/>
        </w:rPr>
        <w:t>9. 以下哪一年最有可能被联合国命名为“国际天文年”？（ ）</w:t>
      </w:r>
    </w:p>
    <w:p w14:paraId="323B5D75" w14:textId="77777777" w:rsidR="00A16346" w:rsidRDefault="00000000">
      <w:pPr>
        <w:spacing w:after="80" w:line="360" w:lineRule="exact"/>
      </w:pPr>
      <w:r>
        <w:rPr>
          <w:rFonts w:ascii="宋体" w:eastAsia="宋体" w:hAnsi="宋体"/>
          <w:sz w:val="21"/>
        </w:rPr>
        <w:t>(A)2008    (B)2009    (C)2010    (D)2012</w:t>
      </w:r>
    </w:p>
    <w:p w14:paraId="2A7D1577" w14:textId="77777777" w:rsidR="00A16346" w:rsidRDefault="00000000">
      <w:pPr>
        <w:spacing w:before="120" w:after="40" w:line="400" w:lineRule="exact"/>
      </w:pPr>
      <w:r>
        <w:rPr>
          <w:rFonts w:ascii="宋体" w:eastAsia="宋体" w:hAnsi="宋体"/>
        </w:rPr>
        <w:t>10. 一个月前日本天文爱好者发现的近几年来最亮的新星位于（ ）。</w:t>
      </w:r>
    </w:p>
    <w:p w14:paraId="1BAD4668" w14:textId="77777777" w:rsidR="00A16346" w:rsidRDefault="00000000">
      <w:pPr>
        <w:spacing w:after="80" w:line="360" w:lineRule="exact"/>
      </w:pPr>
      <w:r>
        <w:rPr>
          <w:rFonts w:ascii="宋体" w:eastAsia="宋体" w:hAnsi="宋体"/>
          <w:sz w:val="21"/>
        </w:rPr>
        <w:t>(A)室女座    (B)天鹅座    (C)天蝎座    (D)小熊座</w:t>
      </w:r>
    </w:p>
    <w:p w14:paraId="6172C4E4" w14:textId="77777777" w:rsidR="00A16346" w:rsidRDefault="00000000">
      <w:pPr>
        <w:spacing w:before="120" w:after="40" w:line="400" w:lineRule="exact"/>
      </w:pPr>
      <w:r>
        <w:rPr>
          <w:rFonts w:ascii="宋体" w:eastAsia="宋体" w:hAnsi="宋体"/>
        </w:rPr>
        <w:t>11. 最近太阳落山以后西南方向天空有一颗非常明亮的行星，下列对该行星描述正确的是（ ）。</w:t>
      </w:r>
    </w:p>
    <w:p w14:paraId="0AF8591D" w14:textId="77777777" w:rsidR="00A16346" w:rsidRDefault="00000000">
      <w:pPr>
        <w:spacing w:after="80" w:line="360" w:lineRule="exact"/>
      </w:pPr>
      <w:r>
        <w:rPr>
          <w:rFonts w:ascii="宋体" w:eastAsia="宋体" w:hAnsi="宋体"/>
          <w:sz w:val="21"/>
        </w:rPr>
        <w:t>(A)水星，2月初到达东大距    (B)水星，2月初到达西大距    (C)金星，6月将到达东大距    (D)金星，6月将到达西大距</w:t>
      </w:r>
    </w:p>
    <w:p w14:paraId="747F71CB" w14:textId="77777777" w:rsidR="00A16346" w:rsidRDefault="00000000">
      <w:pPr>
        <w:spacing w:before="120" w:after="40" w:line="400" w:lineRule="exact"/>
      </w:pPr>
      <w:r>
        <w:rPr>
          <w:rFonts w:ascii="宋体" w:eastAsia="宋体" w:hAnsi="宋体"/>
        </w:rPr>
        <w:t>12. 一个折射式望远镜物镜的口径如果增加了一倍，那么以下哪种说法是正确的？（ ）</w:t>
      </w:r>
    </w:p>
    <w:p w14:paraId="583D64CB" w14:textId="77777777" w:rsidR="00A16346" w:rsidRDefault="00000000">
      <w:pPr>
        <w:spacing w:after="80" w:line="360" w:lineRule="exact"/>
      </w:pPr>
      <w:r>
        <w:rPr>
          <w:rFonts w:ascii="宋体" w:eastAsia="宋体" w:hAnsi="宋体"/>
          <w:sz w:val="21"/>
        </w:rPr>
        <w:t>(A)其视场将提高一倍    (B)其放大倍数会提高一倍    (C)其光收集能力将提高一倍    (D)其理论分辨率会提高一倍</w:t>
      </w:r>
    </w:p>
    <w:p w14:paraId="465096E3" w14:textId="77777777" w:rsidR="00A16346" w:rsidRDefault="00000000">
      <w:pPr>
        <w:spacing w:before="120" w:after="40" w:line="400" w:lineRule="exact"/>
      </w:pPr>
      <w:r>
        <w:rPr>
          <w:rFonts w:ascii="宋体" w:eastAsia="宋体" w:hAnsi="宋体"/>
        </w:rPr>
        <w:t>13. 著名的狮子座流星雨与哪颗彗星有关？（ ）</w:t>
      </w:r>
    </w:p>
    <w:p w14:paraId="1CB965D2" w14:textId="77777777" w:rsidR="00A16346" w:rsidRDefault="00000000">
      <w:pPr>
        <w:spacing w:after="80" w:line="360" w:lineRule="exact"/>
      </w:pPr>
      <w:r>
        <w:rPr>
          <w:rFonts w:ascii="宋体" w:eastAsia="宋体" w:hAnsi="宋体"/>
          <w:sz w:val="21"/>
        </w:rPr>
        <w:t>(A)比拉彗星    (B)恩克彗星    (C)哈雷彗星    (D)坦普尔－塔特尔彗星</w:t>
      </w:r>
    </w:p>
    <w:p w14:paraId="0F83FD96" w14:textId="77777777" w:rsidR="00A16346" w:rsidRDefault="00000000">
      <w:pPr>
        <w:spacing w:before="120" w:after="40" w:line="400" w:lineRule="exact"/>
      </w:pPr>
      <w:r>
        <w:rPr>
          <w:rFonts w:ascii="宋体" w:eastAsia="宋体" w:hAnsi="宋体"/>
        </w:rPr>
        <w:t>14. 我国民间常用的农历严格讲应该是何种类型的历法？（ ）</w:t>
      </w:r>
    </w:p>
    <w:p w14:paraId="55A4243B" w14:textId="77777777" w:rsidR="00A16346" w:rsidRDefault="00000000">
      <w:pPr>
        <w:spacing w:after="80" w:line="360" w:lineRule="exact"/>
      </w:pPr>
      <w:r>
        <w:rPr>
          <w:rFonts w:ascii="宋体" w:eastAsia="宋体" w:hAnsi="宋体"/>
          <w:sz w:val="21"/>
        </w:rPr>
        <w:t>(A)基于月球绕地球运动的阴历    (B)基于地球绕太阳运动的太阳历    (C)综合考虑地球绕太阳运动和月球绕地球运动的阴阳合历    (D)是一种与地球和月球运动基本无关的历法</w:t>
      </w:r>
    </w:p>
    <w:p w14:paraId="150EC2E1" w14:textId="77777777" w:rsidR="00A16346" w:rsidRDefault="00000000">
      <w:pPr>
        <w:spacing w:before="120" w:after="40" w:line="400" w:lineRule="exact"/>
      </w:pPr>
      <w:r>
        <w:rPr>
          <w:rFonts w:ascii="宋体" w:eastAsia="宋体" w:hAnsi="宋体"/>
        </w:rPr>
        <w:t>15. 今天傍晚我们有可能看到的大行星是（ ）。</w:t>
      </w:r>
    </w:p>
    <w:p w14:paraId="7256E43D" w14:textId="77777777" w:rsidR="00A16346" w:rsidRDefault="00000000">
      <w:pPr>
        <w:spacing w:after="80" w:line="360" w:lineRule="exact"/>
      </w:pPr>
      <w:r>
        <w:rPr>
          <w:rFonts w:ascii="宋体" w:eastAsia="宋体" w:hAnsi="宋体"/>
          <w:sz w:val="21"/>
        </w:rPr>
        <w:t>(A)水星    (B)火星    (C)木星    (D)土星</w:t>
      </w:r>
    </w:p>
    <w:p w14:paraId="0A7EE256" w14:textId="77777777" w:rsidR="00A16346" w:rsidRDefault="00000000">
      <w:pPr>
        <w:spacing w:before="120" w:after="40" w:line="400" w:lineRule="exact"/>
      </w:pPr>
      <w:r>
        <w:rPr>
          <w:rFonts w:ascii="宋体" w:eastAsia="宋体" w:hAnsi="宋体"/>
        </w:rPr>
        <w:t>16. 春季夜晚北半球最不容易看到的星座是（ ）。</w:t>
      </w:r>
    </w:p>
    <w:p w14:paraId="40BDBF8E" w14:textId="77777777" w:rsidR="00A16346" w:rsidRDefault="00000000">
      <w:pPr>
        <w:spacing w:after="80" w:line="360" w:lineRule="exact"/>
      </w:pPr>
      <w:r>
        <w:rPr>
          <w:rFonts w:ascii="宋体" w:eastAsia="宋体" w:hAnsi="宋体"/>
          <w:sz w:val="21"/>
        </w:rPr>
        <w:t>(A)波江座    (B)双鱼座    (C)天鹰座    (D)乌鸦座</w:t>
      </w:r>
    </w:p>
    <w:p w14:paraId="4A6A7AE9" w14:textId="77777777" w:rsidR="00A16346" w:rsidRDefault="00000000">
      <w:pPr>
        <w:spacing w:before="120" w:after="40" w:line="400" w:lineRule="exact"/>
      </w:pPr>
      <w:r>
        <w:rPr>
          <w:rFonts w:ascii="宋体" w:eastAsia="宋体" w:hAnsi="宋体"/>
        </w:rPr>
        <w:t>17. 对于今年1月份出现的彗星C/2006P1(McNaught)，下面哪个描述是不正确的？（ ）</w:t>
      </w:r>
    </w:p>
    <w:p w14:paraId="71FA0BB1" w14:textId="77777777" w:rsidR="00A16346" w:rsidRDefault="00000000">
      <w:pPr>
        <w:spacing w:after="80" w:line="360" w:lineRule="exact"/>
      </w:pPr>
      <w:r>
        <w:rPr>
          <w:rFonts w:ascii="宋体" w:eastAsia="宋体" w:hAnsi="宋体"/>
          <w:sz w:val="21"/>
        </w:rPr>
        <w:t>(A)这颗彗星在白天就可以看到    (B)这颗彗星是近四十年来最亮的    (C)这颗彗星是在逆行轨道上运行的    (D)当这颗彗星的彗核仅能在南半球被观测到时，在北半球中纬度地区可以拍到它的彗尾</w:t>
      </w:r>
    </w:p>
    <w:p w14:paraId="209F7758" w14:textId="77777777" w:rsidR="00A16346" w:rsidRDefault="00000000">
      <w:pPr>
        <w:spacing w:before="120" w:after="40" w:line="400" w:lineRule="exact"/>
      </w:pPr>
      <w:r>
        <w:rPr>
          <w:rFonts w:ascii="宋体" w:eastAsia="宋体" w:hAnsi="宋体"/>
        </w:rPr>
        <w:lastRenderedPageBreak/>
        <w:t>18. 下列星座中，没有梅西叶天体的是（ ）。</w:t>
      </w:r>
    </w:p>
    <w:p w14:paraId="20B23021" w14:textId="77777777" w:rsidR="00A16346" w:rsidRDefault="00000000">
      <w:pPr>
        <w:spacing w:after="80" w:line="360" w:lineRule="exact"/>
      </w:pPr>
      <w:r>
        <w:rPr>
          <w:rFonts w:ascii="宋体" w:eastAsia="宋体" w:hAnsi="宋体"/>
          <w:sz w:val="21"/>
        </w:rPr>
        <w:t>(A)长蛇座    (B)后发座    (C)金牛座    (D)乌鸦座</w:t>
      </w:r>
    </w:p>
    <w:p w14:paraId="6EED2E90" w14:textId="77777777" w:rsidR="00A16346" w:rsidRDefault="00000000">
      <w:pPr>
        <w:spacing w:before="120" w:after="40" w:line="400" w:lineRule="exact"/>
      </w:pPr>
      <w:r>
        <w:rPr>
          <w:rFonts w:ascii="宋体" w:eastAsia="宋体" w:hAnsi="宋体"/>
        </w:rPr>
        <w:t>19. 猎户座α星对应的中文星名是（ ）。</w:t>
      </w:r>
    </w:p>
    <w:p w14:paraId="1C203C95" w14:textId="77777777" w:rsidR="00A16346" w:rsidRDefault="00000000">
      <w:pPr>
        <w:spacing w:after="80" w:line="360" w:lineRule="exact"/>
      </w:pPr>
      <w:r>
        <w:rPr>
          <w:rFonts w:ascii="宋体" w:eastAsia="宋体" w:hAnsi="宋体"/>
          <w:sz w:val="21"/>
        </w:rPr>
        <w:t>(A)南河三    (B)北河三    (C)参宿四    (D)参宿七</w:t>
      </w:r>
    </w:p>
    <w:p w14:paraId="1BC0D3C2" w14:textId="77777777" w:rsidR="00A16346" w:rsidRDefault="00000000">
      <w:pPr>
        <w:spacing w:before="120" w:after="40" w:line="400" w:lineRule="exact"/>
      </w:pPr>
      <w:r>
        <w:rPr>
          <w:rFonts w:ascii="宋体" w:eastAsia="宋体" w:hAnsi="宋体"/>
        </w:rPr>
        <w:t>20. 今年的元宵节发生了月全食，对于北京、广州、乌鲁木齐这三个地点来说，看到初亏的时间（ ）。</w:t>
      </w:r>
    </w:p>
    <w:p w14:paraId="4F8872B9" w14:textId="77777777" w:rsidR="00A16346" w:rsidRDefault="00000000">
      <w:pPr>
        <w:spacing w:after="80" w:line="360" w:lineRule="exact"/>
      </w:pPr>
      <w:r>
        <w:rPr>
          <w:rFonts w:ascii="宋体" w:eastAsia="宋体" w:hAnsi="宋体"/>
          <w:sz w:val="21"/>
        </w:rPr>
        <w:t>(A)北京最早    (B)广州最早    (C)乌鲁木齐最早    (D)同时看到</w:t>
      </w:r>
    </w:p>
    <w:p w14:paraId="40A5F45B" w14:textId="77777777" w:rsidR="00A16346" w:rsidRDefault="00000000">
      <w:pPr>
        <w:spacing w:before="120" w:after="40" w:line="400" w:lineRule="exact"/>
      </w:pPr>
      <w:r>
        <w:rPr>
          <w:rFonts w:ascii="宋体" w:eastAsia="宋体" w:hAnsi="宋体"/>
        </w:rPr>
        <w:t>21. 到2006年底为止，已经发现了（ ）太阳系以外的行星。</w:t>
      </w:r>
    </w:p>
    <w:p w14:paraId="399C1609" w14:textId="77777777" w:rsidR="00A16346" w:rsidRDefault="00000000">
      <w:pPr>
        <w:spacing w:after="80" w:line="360" w:lineRule="exact"/>
      </w:pPr>
      <w:r>
        <w:rPr>
          <w:rFonts w:ascii="宋体" w:eastAsia="宋体" w:hAnsi="宋体"/>
          <w:sz w:val="21"/>
        </w:rPr>
        <w:t>(A)不超过50颗    (B)100颗左右    (C)200颗左右    (D)至少500颗</w:t>
      </w:r>
    </w:p>
    <w:p w14:paraId="34061BFB" w14:textId="77777777" w:rsidR="00A16346" w:rsidRDefault="00000000">
      <w:pPr>
        <w:spacing w:before="120" w:after="40" w:line="400" w:lineRule="exact"/>
      </w:pPr>
      <w:r>
        <w:rPr>
          <w:rFonts w:ascii="宋体" w:eastAsia="宋体" w:hAnsi="宋体"/>
        </w:rPr>
        <w:t>22. 2006年7月初恢复发射的航天飞机的名字是（ ）。</w:t>
      </w:r>
    </w:p>
    <w:p w14:paraId="696C3550" w14:textId="77777777" w:rsidR="00A16346" w:rsidRDefault="00000000">
      <w:pPr>
        <w:spacing w:after="80" w:line="360" w:lineRule="exact"/>
      </w:pPr>
      <w:r>
        <w:rPr>
          <w:rFonts w:ascii="宋体" w:eastAsia="宋体" w:hAnsi="宋体"/>
          <w:sz w:val="21"/>
        </w:rPr>
        <w:t>(A)发现号    (B)挑战者号    (C)哥伦比亚号    (D)亚特兰提斯号</w:t>
      </w:r>
    </w:p>
    <w:p w14:paraId="774622B0" w14:textId="77777777" w:rsidR="00A16346" w:rsidRDefault="00000000">
      <w:pPr>
        <w:spacing w:before="120" w:after="40" w:line="400" w:lineRule="exact"/>
      </w:pPr>
      <w:r>
        <w:rPr>
          <w:rFonts w:ascii="宋体" w:eastAsia="宋体" w:hAnsi="宋体"/>
        </w:rPr>
        <w:t>23. 2006年8月，国际天文学联合会取消冥王星的行星资格的主要原因是（ ）。</w:t>
      </w:r>
    </w:p>
    <w:p w14:paraId="58ADB7F7" w14:textId="77777777" w:rsidR="00A16346" w:rsidRDefault="00000000">
      <w:pPr>
        <w:spacing w:after="80" w:line="360" w:lineRule="exact"/>
      </w:pPr>
      <w:r>
        <w:rPr>
          <w:rFonts w:ascii="宋体" w:eastAsia="宋体" w:hAnsi="宋体"/>
          <w:sz w:val="21"/>
        </w:rPr>
        <w:t>(A)冥王星与冥卫一的尺寸过于接近    (B)冥王星与太阳相距太远    (C)冥王星轨道面与黄道面的倾角过大    (D)冥王星轨道附近区域存在大量柯伊伯带天体</w:t>
      </w:r>
    </w:p>
    <w:p w14:paraId="1B776CA7" w14:textId="77777777" w:rsidR="00A16346" w:rsidRDefault="00000000">
      <w:pPr>
        <w:spacing w:before="120" w:after="40" w:line="400" w:lineRule="exact"/>
      </w:pPr>
      <w:r>
        <w:rPr>
          <w:rFonts w:ascii="宋体" w:eastAsia="宋体" w:hAnsi="宋体"/>
        </w:rPr>
        <w:t>24. 如果“月落乌啼霜满天，江枫渔火对愁眠。姑苏城外寒山寺，夜半钟声到客船”这首诗描写的是诗人同时看到的真实情景，那当晚的月相应该是（ ）。</w:t>
      </w:r>
    </w:p>
    <w:p w14:paraId="4F90080D" w14:textId="77777777" w:rsidR="00A16346" w:rsidRDefault="00000000">
      <w:pPr>
        <w:spacing w:after="80" w:line="360" w:lineRule="exact"/>
      </w:pPr>
      <w:r>
        <w:rPr>
          <w:rFonts w:ascii="宋体" w:eastAsia="宋体" w:hAnsi="宋体"/>
          <w:sz w:val="21"/>
        </w:rPr>
        <w:t>(A)新月    (B)上弦月    (C)满月    (D)下弦月</w:t>
      </w:r>
    </w:p>
    <w:p w14:paraId="6391BC34" w14:textId="77777777" w:rsidR="00A16346" w:rsidRDefault="00000000">
      <w:pPr>
        <w:spacing w:before="120" w:after="40" w:line="400" w:lineRule="exact"/>
      </w:pPr>
      <w:r>
        <w:rPr>
          <w:rFonts w:ascii="宋体" w:eastAsia="宋体" w:hAnsi="宋体"/>
        </w:rPr>
        <w:t>25. 在地球上观测，月亮在地平上升起（自上缘露出地平到下缘脱离地平）大约需要数分钟的时间。若在月球上观测，地球“升起”需多长时间？（ ）</w:t>
      </w:r>
    </w:p>
    <w:p w14:paraId="68EDFCCA" w14:textId="77777777" w:rsidR="00A16346" w:rsidRDefault="00000000">
      <w:pPr>
        <w:spacing w:after="80" w:line="360" w:lineRule="exact"/>
      </w:pPr>
      <w:r>
        <w:rPr>
          <w:rFonts w:ascii="宋体" w:eastAsia="宋体" w:hAnsi="宋体"/>
          <w:sz w:val="21"/>
        </w:rPr>
        <w:t>(A)和地球上看月球升起时间相等    (B)是地球上看月球升起时间的4倍    (C)是地球上看月球升起时间的8倍    (D)地球不会从“月平线”上升起</w:t>
      </w:r>
    </w:p>
    <w:p w14:paraId="0D07D2CA" w14:textId="77777777" w:rsidR="00A16346" w:rsidRDefault="00000000">
      <w:pPr>
        <w:spacing w:before="120" w:after="40" w:line="400" w:lineRule="exact"/>
      </w:pPr>
      <w:r>
        <w:rPr>
          <w:rFonts w:ascii="宋体" w:eastAsia="宋体" w:hAnsi="宋体"/>
        </w:rPr>
        <w:t>26. 下列对天体距离尺度的估值中正确的是哪一项？（ ）</w:t>
      </w:r>
    </w:p>
    <w:p w14:paraId="002E3719" w14:textId="77777777" w:rsidR="00A16346" w:rsidRDefault="00000000">
      <w:pPr>
        <w:spacing w:after="80" w:line="360" w:lineRule="exact"/>
      </w:pPr>
      <w:r>
        <w:rPr>
          <w:rFonts w:ascii="宋体" w:eastAsia="宋体" w:hAnsi="宋体"/>
          <w:sz w:val="21"/>
        </w:rPr>
        <w:t>(A)地球到月球的距离约为0.38光年    (B)大麦云到我们的距离约为16万光年    (C)M31到我们的距离约为24万光年    (D)银河系直径约为1百万光年</w:t>
      </w:r>
    </w:p>
    <w:p w14:paraId="080477E7" w14:textId="77777777" w:rsidR="00A16346" w:rsidRDefault="00000000">
      <w:pPr>
        <w:spacing w:before="120" w:after="40" w:line="400" w:lineRule="exact"/>
      </w:pPr>
      <w:r>
        <w:rPr>
          <w:rFonts w:ascii="宋体" w:eastAsia="宋体" w:hAnsi="宋体"/>
        </w:rPr>
        <w:t>27. 地球自转轨道平面与地球公转轨道平面的夹角大约是（ ）度。</w:t>
      </w:r>
    </w:p>
    <w:p w14:paraId="2E7886C7" w14:textId="77777777" w:rsidR="00A16346" w:rsidRDefault="00000000">
      <w:pPr>
        <w:spacing w:after="80" w:line="360" w:lineRule="exact"/>
      </w:pPr>
      <w:r>
        <w:rPr>
          <w:rFonts w:ascii="宋体" w:eastAsia="宋体" w:hAnsi="宋体"/>
          <w:sz w:val="21"/>
        </w:rPr>
        <w:t>(A)不到5    (B)15    (C)25    (D)至少35</w:t>
      </w:r>
    </w:p>
    <w:p w14:paraId="60D74870" w14:textId="77777777" w:rsidR="00A16346" w:rsidRDefault="00000000">
      <w:pPr>
        <w:spacing w:before="120" w:after="40" w:line="400" w:lineRule="exact"/>
      </w:pPr>
      <w:r>
        <w:rPr>
          <w:rFonts w:ascii="宋体" w:eastAsia="宋体" w:hAnsi="宋体"/>
        </w:rPr>
        <w:t>28. 太阳黑子应该具有多大的角直径才能使其线直径与地球的线直径相当？（ ）</w:t>
      </w:r>
    </w:p>
    <w:p w14:paraId="3E02DE92" w14:textId="77777777" w:rsidR="00A16346" w:rsidRDefault="00000000">
      <w:pPr>
        <w:spacing w:after="80" w:line="360" w:lineRule="exact"/>
      </w:pPr>
      <w:r>
        <w:rPr>
          <w:rFonts w:ascii="宋体" w:eastAsia="宋体" w:hAnsi="宋体"/>
          <w:sz w:val="21"/>
        </w:rPr>
        <w:t>(A)不到5角秒    (B)20角秒左右    (C)1角分左右    (D)至少10角分</w:t>
      </w:r>
    </w:p>
    <w:p w14:paraId="0F215C29" w14:textId="77777777" w:rsidR="00A16346" w:rsidRDefault="00000000">
      <w:pPr>
        <w:spacing w:before="120" w:after="40" w:line="400" w:lineRule="exact"/>
      </w:pPr>
      <w:r>
        <w:rPr>
          <w:rFonts w:ascii="宋体" w:eastAsia="宋体" w:hAnsi="宋体"/>
        </w:rPr>
        <w:t>29. 以下哪个事实最有可能是纯粹的巧合？（ ）</w:t>
      </w:r>
    </w:p>
    <w:p w14:paraId="0DD95190" w14:textId="77777777" w:rsidR="00A16346" w:rsidRDefault="00000000">
      <w:pPr>
        <w:spacing w:after="80" w:line="360" w:lineRule="exact"/>
      </w:pPr>
      <w:r>
        <w:rPr>
          <w:rFonts w:ascii="宋体" w:eastAsia="宋体" w:hAnsi="宋体"/>
          <w:sz w:val="21"/>
        </w:rPr>
        <w:lastRenderedPageBreak/>
        <w:t>(A)月球总有一面朝向地球    (B)月球朝向地球的一面和背向地球的一面环形山的分布情况有很大差异    (C)从地球上看上去太阳和月亮差不多一样大    (D)行星距太阳平均距离的分布满足非常简单的关系</w:t>
      </w:r>
    </w:p>
    <w:p w14:paraId="651AAB6C" w14:textId="77777777" w:rsidR="00A16346" w:rsidRDefault="00000000">
      <w:pPr>
        <w:spacing w:before="120" w:after="40" w:line="400" w:lineRule="exact"/>
      </w:pPr>
      <w:r>
        <w:rPr>
          <w:rFonts w:ascii="宋体" w:eastAsia="宋体" w:hAnsi="宋体"/>
        </w:rPr>
        <w:t>30. 2006年中国天文学家徐烨领导的研究小组在《科学》杂志发表了一个重要的研究结果，即以2%的误差测定了银河系中离太阳最近的英仙臂的距离为6360光年。请通过你对各种天文望远镜分辨能力的了解判断一下他们使用的是什么测量手段？（ ）</w:t>
      </w:r>
    </w:p>
    <w:p w14:paraId="4B2F2B38" w14:textId="77777777" w:rsidR="00A16346" w:rsidRDefault="00000000">
      <w:pPr>
        <w:spacing w:after="80" w:line="360" w:lineRule="exact"/>
      </w:pPr>
      <w:r>
        <w:rPr>
          <w:rFonts w:ascii="宋体" w:eastAsia="宋体" w:hAnsi="宋体"/>
          <w:sz w:val="21"/>
        </w:rPr>
        <w:t>(A)光学望远镜    (B)红外望远镜    (C)射电望远镜    (D)X射线望远镜</w:t>
      </w:r>
    </w:p>
    <w:p w14:paraId="6B99ED24" w14:textId="77777777" w:rsidR="00A16346" w:rsidRDefault="00000000">
      <w:pPr>
        <w:spacing w:before="120" w:after="40" w:line="400" w:lineRule="exact"/>
      </w:pPr>
      <w:r>
        <w:rPr>
          <w:rFonts w:ascii="宋体" w:eastAsia="宋体" w:hAnsi="宋体"/>
        </w:rPr>
        <w:t>31. 2006年的诺贝尔物理奖的工作是基于哪个探测器获得的数据？（ ）</w:t>
      </w:r>
    </w:p>
    <w:p w14:paraId="0B2B6A34" w14:textId="77777777" w:rsidR="00A16346" w:rsidRDefault="00000000">
      <w:pPr>
        <w:spacing w:after="80" w:line="360" w:lineRule="exact"/>
      </w:pPr>
      <w:r>
        <w:rPr>
          <w:rFonts w:ascii="宋体" w:eastAsia="宋体" w:hAnsi="宋体"/>
          <w:sz w:val="21"/>
        </w:rPr>
        <w:t>(A)Chandra    (B)COBE    (C)Spitzer    (D)WMAP</w:t>
      </w:r>
    </w:p>
    <w:p w14:paraId="1B960491" w14:textId="77777777" w:rsidR="00A16346" w:rsidRDefault="00000000">
      <w:pPr>
        <w:spacing w:before="120" w:after="40" w:line="400" w:lineRule="exact"/>
      </w:pPr>
      <w:r>
        <w:rPr>
          <w:rFonts w:ascii="宋体" w:eastAsia="宋体" w:hAnsi="宋体"/>
        </w:rPr>
        <w:t>32. 目前天文学家普遍接受的与众多观测事实吻合的宇宙模型是（ ）。</w:t>
      </w:r>
    </w:p>
    <w:p w14:paraId="6539E093" w14:textId="77777777" w:rsidR="00A16346" w:rsidRDefault="00000000">
      <w:pPr>
        <w:spacing w:after="80" w:line="360" w:lineRule="exact"/>
      </w:pPr>
      <w:r>
        <w:rPr>
          <w:rFonts w:ascii="宋体" w:eastAsia="宋体" w:hAnsi="宋体"/>
          <w:sz w:val="21"/>
        </w:rPr>
        <w:t>(A)稳恒的平直宇宙    (B)减速膨胀的平直宇宙    (C)加速膨胀的平直宇宙    (D)加速膨胀的闭合宇宙</w:t>
      </w:r>
    </w:p>
    <w:p w14:paraId="7869668D" w14:textId="77777777" w:rsidR="00A16346" w:rsidRDefault="00000000">
      <w:pPr>
        <w:spacing w:before="120" w:after="40" w:line="400" w:lineRule="exact"/>
      </w:pPr>
      <w:r>
        <w:rPr>
          <w:rFonts w:ascii="宋体" w:eastAsia="宋体" w:hAnsi="宋体"/>
        </w:rPr>
        <w:t>33. 天文学家们主要基于宇宙微波背景辐射探测器WMAP的数据确定了宇宙中暗物质和暗能量的比例大致为（ ）比1。</w:t>
      </w:r>
    </w:p>
    <w:p w14:paraId="7E9038CA" w14:textId="77777777" w:rsidR="00A16346" w:rsidRDefault="00000000">
      <w:pPr>
        <w:spacing w:after="80" w:line="360" w:lineRule="exact"/>
      </w:pPr>
      <w:r>
        <w:rPr>
          <w:rFonts w:ascii="宋体" w:eastAsia="宋体" w:hAnsi="宋体"/>
          <w:sz w:val="21"/>
        </w:rPr>
        <w:t>(A)小于0.1    (B)0.3    (C)1    (D)大于2</w:t>
      </w:r>
    </w:p>
    <w:p w14:paraId="7DDF8A1A" w14:textId="77777777" w:rsidR="00A16346" w:rsidRDefault="00000000">
      <w:pPr>
        <w:spacing w:before="120" w:after="40" w:line="400" w:lineRule="exact"/>
      </w:pPr>
      <w:r>
        <w:rPr>
          <w:rFonts w:ascii="宋体" w:eastAsia="宋体" w:hAnsi="宋体"/>
        </w:rPr>
        <w:t>34. 几天之后发生日偏食时北京当地的地方恒星时差不多是（ ）。</w:t>
      </w:r>
    </w:p>
    <w:p w14:paraId="03C1F6DE" w14:textId="77777777" w:rsidR="00A16346" w:rsidRDefault="00000000">
      <w:pPr>
        <w:spacing w:after="80" w:line="360" w:lineRule="exact"/>
      </w:pPr>
      <w:r>
        <w:rPr>
          <w:rFonts w:ascii="宋体" w:eastAsia="宋体" w:hAnsi="宋体"/>
          <w:sz w:val="21"/>
        </w:rPr>
        <w:t>(A)4时    (B)10时    (C)16时    (D)22时</w:t>
      </w:r>
    </w:p>
    <w:p w14:paraId="43285A05" w14:textId="77777777" w:rsidR="00A16346" w:rsidRDefault="00000000">
      <w:pPr>
        <w:spacing w:before="120" w:after="40" w:line="400" w:lineRule="exact"/>
      </w:pPr>
      <w:r>
        <w:rPr>
          <w:rFonts w:ascii="宋体" w:eastAsia="宋体" w:hAnsi="宋体"/>
        </w:rPr>
        <w:t>35. 即将在北京举办的国际奥林匹克运动会举办时当地的月出时刻大致是当地时间（ ）。</w:t>
      </w:r>
    </w:p>
    <w:p w14:paraId="7E125492" w14:textId="77777777" w:rsidR="00A16346" w:rsidRDefault="00000000">
      <w:pPr>
        <w:spacing w:after="80" w:line="360" w:lineRule="exact"/>
      </w:pPr>
      <w:r>
        <w:rPr>
          <w:rFonts w:ascii="宋体" w:eastAsia="宋体" w:hAnsi="宋体"/>
          <w:sz w:val="21"/>
        </w:rPr>
        <w:t>(A)凌晨0时    (B)上午6时    (C)中午12时    (D)下午18时</w:t>
      </w:r>
    </w:p>
    <w:p w14:paraId="20434E51" w14:textId="77777777" w:rsidR="00A16346" w:rsidRDefault="00000000">
      <w:r>
        <w:br w:type="page"/>
      </w:r>
    </w:p>
    <w:p w14:paraId="512034D8" w14:textId="77777777" w:rsidR="00A16346" w:rsidRDefault="00000000">
      <w:pPr>
        <w:spacing w:before="240" w:after="240" w:line="440" w:lineRule="exact"/>
        <w:jc w:val="center"/>
      </w:pPr>
      <w:r>
        <w:rPr>
          <w:rFonts w:ascii="黑体" w:eastAsia="黑体" w:hAnsi="黑体"/>
          <w:b/>
          <w:sz w:val="36"/>
        </w:rPr>
        <w:t>2007年CNAO天文奥赛预赛试题 答案解析</w:t>
      </w:r>
    </w:p>
    <w:p w14:paraId="5B981DE1" w14:textId="77777777" w:rsidR="00A16346" w:rsidRDefault="00000000">
      <w:pPr>
        <w:spacing w:before="160" w:after="120" w:line="440" w:lineRule="exact"/>
      </w:pPr>
      <w:r>
        <w:rPr>
          <w:rFonts w:ascii="黑体" w:eastAsia="黑体" w:hAnsi="黑体"/>
          <w:b/>
          <w:sz w:val="28"/>
        </w:rPr>
        <w:t>答案速查</w:t>
      </w:r>
    </w:p>
    <w:p w14:paraId="75BF31A7" w14:textId="77777777" w:rsidR="00A16346" w:rsidRDefault="00000000">
      <w:pPr>
        <w:spacing w:before="40" w:after="40" w:line="400" w:lineRule="exact"/>
      </w:pPr>
      <w:r>
        <w:rPr>
          <w:rFonts w:ascii="宋体" w:eastAsia="宋体" w:hAnsi="宋体"/>
          <w:b/>
          <w:color w:val="C00000"/>
        </w:rPr>
        <w:t>1-5：C A A C B</w:t>
      </w:r>
    </w:p>
    <w:p w14:paraId="42E0C99B" w14:textId="77777777" w:rsidR="00A16346" w:rsidRDefault="00000000">
      <w:pPr>
        <w:spacing w:before="40" w:after="40" w:line="400" w:lineRule="exact"/>
      </w:pPr>
      <w:r>
        <w:rPr>
          <w:rFonts w:ascii="宋体" w:eastAsia="宋体" w:hAnsi="宋体"/>
          <w:b/>
          <w:color w:val="C00000"/>
        </w:rPr>
        <w:t>6-10：A D B B C</w:t>
      </w:r>
    </w:p>
    <w:p w14:paraId="44A3158D" w14:textId="77777777" w:rsidR="00A16346" w:rsidRDefault="00000000">
      <w:pPr>
        <w:spacing w:before="40" w:after="40" w:line="400" w:lineRule="exact"/>
      </w:pPr>
      <w:r>
        <w:rPr>
          <w:rFonts w:ascii="宋体" w:eastAsia="宋体" w:hAnsi="宋体"/>
          <w:b/>
          <w:color w:val="C00000"/>
        </w:rPr>
        <w:t>11-15：C D D C D</w:t>
      </w:r>
    </w:p>
    <w:p w14:paraId="3F7E9EAF" w14:textId="77777777" w:rsidR="00A16346" w:rsidRDefault="00000000">
      <w:pPr>
        <w:spacing w:before="40" w:after="40" w:line="400" w:lineRule="exact"/>
      </w:pPr>
      <w:r>
        <w:rPr>
          <w:rFonts w:ascii="宋体" w:eastAsia="宋体" w:hAnsi="宋体"/>
          <w:b/>
          <w:color w:val="C00000"/>
        </w:rPr>
        <w:t>16-20：B C D C D</w:t>
      </w:r>
    </w:p>
    <w:p w14:paraId="779A7EF4" w14:textId="77777777" w:rsidR="00A16346" w:rsidRDefault="00000000">
      <w:pPr>
        <w:spacing w:before="40" w:after="40" w:line="400" w:lineRule="exact"/>
      </w:pPr>
      <w:r>
        <w:rPr>
          <w:rFonts w:ascii="宋体" w:eastAsia="宋体" w:hAnsi="宋体"/>
          <w:b/>
          <w:color w:val="C00000"/>
        </w:rPr>
        <w:t>21-25：C A D B D</w:t>
      </w:r>
    </w:p>
    <w:p w14:paraId="7D055F9B" w14:textId="77777777" w:rsidR="00A16346" w:rsidRDefault="00000000">
      <w:pPr>
        <w:spacing w:before="40" w:after="40" w:line="400" w:lineRule="exact"/>
      </w:pPr>
      <w:r>
        <w:rPr>
          <w:rFonts w:ascii="宋体" w:eastAsia="宋体" w:hAnsi="宋体"/>
          <w:b/>
          <w:color w:val="C00000"/>
        </w:rPr>
        <w:t>26-30：B C B C C</w:t>
      </w:r>
    </w:p>
    <w:p w14:paraId="5231BF02" w14:textId="77777777" w:rsidR="00A16346" w:rsidRDefault="00000000">
      <w:pPr>
        <w:spacing w:before="40" w:after="40" w:line="400" w:lineRule="exact"/>
      </w:pPr>
      <w:r>
        <w:rPr>
          <w:rFonts w:ascii="宋体" w:eastAsia="宋体" w:hAnsi="宋体"/>
          <w:b/>
          <w:color w:val="C00000"/>
        </w:rPr>
        <w:t>31-35：B C B D C</w:t>
      </w:r>
    </w:p>
    <w:p w14:paraId="597999C0" w14:textId="77777777" w:rsidR="00A16346" w:rsidRDefault="00000000">
      <w:pPr>
        <w:spacing w:before="200" w:after="120" w:line="440" w:lineRule="exact"/>
      </w:pPr>
      <w:r>
        <w:rPr>
          <w:rFonts w:ascii="黑体" w:eastAsia="黑体" w:hAnsi="黑体"/>
          <w:b/>
          <w:sz w:val="28"/>
        </w:rPr>
        <w:t>逐题解析</w:t>
      </w:r>
    </w:p>
    <w:p w14:paraId="290C356A" w14:textId="77777777" w:rsidR="00A16346" w:rsidRDefault="00000000">
      <w:pPr>
        <w:spacing w:before="40" w:after="80" w:line="400" w:lineRule="exact"/>
      </w:pPr>
      <w:r>
        <w:rPr>
          <w:rFonts w:ascii="宋体" w:eastAsia="宋体" w:hAnsi="宋体"/>
          <w:b/>
          <w:color w:val="C00000"/>
        </w:rPr>
        <w:t>1. 答案：C</w:t>
      </w:r>
      <w:r>
        <w:rPr>
          <w:rFonts w:ascii="宋体" w:eastAsia="宋体" w:hAnsi="宋体"/>
          <w:color w:val="808080"/>
          <w:sz w:val="20"/>
        </w:rPr>
        <w:t xml:space="preserve">  2006年《天文爱好者》增刊主题为“学校天文”。</w:t>
      </w:r>
    </w:p>
    <w:p w14:paraId="5469F51B" w14:textId="77777777" w:rsidR="00A16346" w:rsidRDefault="00000000">
      <w:pPr>
        <w:spacing w:before="40" w:after="80" w:line="400" w:lineRule="exact"/>
      </w:pPr>
      <w:r>
        <w:rPr>
          <w:rFonts w:ascii="宋体" w:eastAsia="宋体" w:hAnsi="宋体"/>
          <w:b/>
          <w:color w:val="C00000"/>
        </w:rPr>
        <w:t>2. 答案：A</w:t>
      </w:r>
      <w:r>
        <w:rPr>
          <w:rFonts w:ascii="宋体" w:eastAsia="宋体" w:hAnsi="宋体"/>
          <w:color w:val="808080"/>
          <w:sz w:val="20"/>
        </w:rPr>
        <w:t xml:space="preserve">  2006年第11届国际天文奥赛（印度孟买）中国队获4枚铜牌，金牌和银牌均为0块。</w:t>
      </w:r>
    </w:p>
    <w:p w14:paraId="7FECDF3A" w14:textId="77777777" w:rsidR="00A16346" w:rsidRDefault="00000000">
      <w:pPr>
        <w:spacing w:before="40" w:after="80" w:line="400" w:lineRule="exact"/>
      </w:pPr>
      <w:r>
        <w:rPr>
          <w:rFonts w:ascii="宋体" w:eastAsia="宋体" w:hAnsi="宋体"/>
          <w:b/>
          <w:color w:val="C00000"/>
        </w:rPr>
        <w:t>3. 答案：A</w:t>
      </w:r>
      <w:r>
        <w:rPr>
          <w:rFonts w:ascii="宋体" w:eastAsia="宋体" w:hAnsi="宋体"/>
          <w:color w:val="808080"/>
          <w:sz w:val="20"/>
        </w:rPr>
        <w:t xml:space="preserve">  流星由南向北划过天顶，正西100km的观测者因视差效应看到流星在天顶以东。</w:t>
      </w:r>
    </w:p>
    <w:p w14:paraId="3D3CACC8" w14:textId="77777777" w:rsidR="00A16346" w:rsidRDefault="00000000">
      <w:pPr>
        <w:spacing w:before="40" w:after="80" w:line="400" w:lineRule="exact"/>
      </w:pPr>
      <w:r>
        <w:rPr>
          <w:rFonts w:ascii="宋体" w:eastAsia="宋体" w:hAnsi="宋体"/>
          <w:b/>
          <w:color w:val="C00000"/>
        </w:rPr>
        <w:t>4. 答案：C</w:t>
      </w:r>
      <w:r>
        <w:rPr>
          <w:rFonts w:ascii="宋体" w:eastAsia="宋体" w:hAnsi="宋体"/>
          <w:color w:val="808080"/>
          <w:sz w:val="20"/>
        </w:rPr>
        <w:t xml:space="preserve">  “日中无影”发生在太阳直射点所在纬度范围，即南北回归线之间。</w:t>
      </w:r>
    </w:p>
    <w:p w14:paraId="5BBD401C" w14:textId="77777777" w:rsidR="00A16346" w:rsidRDefault="00000000">
      <w:pPr>
        <w:spacing w:before="40" w:after="80" w:line="400" w:lineRule="exact"/>
      </w:pPr>
      <w:r>
        <w:rPr>
          <w:rFonts w:ascii="宋体" w:eastAsia="宋体" w:hAnsi="宋体"/>
          <w:b/>
          <w:color w:val="C00000"/>
        </w:rPr>
        <w:t>5. 答案：B</w:t>
      </w:r>
      <w:r>
        <w:rPr>
          <w:rFonts w:ascii="宋体" w:eastAsia="宋体" w:hAnsi="宋体"/>
          <w:color w:val="808080"/>
          <w:sz w:val="20"/>
        </w:rPr>
        <w:t xml:space="preserve">  太阳质量小于钱德拉塞卡极限（约1.44M☉），演化终态为白矮星。</w:t>
      </w:r>
    </w:p>
    <w:p w14:paraId="065148A5" w14:textId="77777777" w:rsidR="00A16346" w:rsidRDefault="00000000">
      <w:pPr>
        <w:spacing w:before="40" w:after="80" w:line="400" w:lineRule="exact"/>
      </w:pPr>
      <w:r>
        <w:rPr>
          <w:rFonts w:ascii="宋体" w:eastAsia="宋体" w:hAnsi="宋体"/>
          <w:b/>
          <w:color w:val="C00000"/>
        </w:rPr>
        <w:t>6. 答案：A</w:t>
      </w:r>
      <w:r>
        <w:rPr>
          <w:rFonts w:ascii="宋体" w:eastAsia="宋体" w:hAnsi="宋体"/>
          <w:color w:val="808080"/>
          <w:sz w:val="20"/>
        </w:rPr>
        <w:t xml:space="preserve">  中国首次月球探测计划“嫦娥一号”于2007年发射。</w:t>
      </w:r>
    </w:p>
    <w:p w14:paraId="775C8694" w14:textId="77777777" w:rsidR="00A16346" w:rsidRDefault="00000000">
      <w:pPr>
        <w:spacing w:before="40" w:after="80" w:line="400" w:lineRule="exact"/>
      </w:pPr>
      <w:r>
        <w:rPr>
          <w:rFonts w:ascii="宋体" w:eastAsia="宋体" w:hAnsi="宋体"/>
          <w:b/>
          <w:color w:val="C00000"/>
        </w:rPr>
        <w:t>7. 答案：D</w:t>
      </w:r>
      <w:r>
        <w:rPr>
          <w:rFonts w:ascii="宋体" w:eastAsia="宋体" w:hAnsi="宋体"/>
          <w:color w:val="808080"/>
          <w:sz w:val="20"/>
        </w:rPr>
        <w:t xml:space="preserve">  新视野号借助木星引力加速，以缩短飞向冥王星的时间。</w:t>
      </w:r>
    </w:p>
    <w:p w14:paraId="33A3D527" w14:textId="77777777" w:rsidR="00A16346" w:rsidRDefault="00000000">
      <w:pPr>
        <w:spacing w:before="40" w:after="80" w:line="400" w:lineRule="exact"/>
      </w:pPr>
      <w:r>
        <w:rPr>
          <w:rFonts w:ascii="宋体" w:eastAsia="宋体" w:hAnsi="宋体"/>
          <w:b/>
          <w:color w:val="C00000"/>
        </w:rPr>
        <w:t>8. 答案：B</w:t>
      </w:r>
      <w:r>
        <w:rPr>
          <w:rFonts w:ascii="宋体" w:eastAsia="宋体" w:hAnsi="宋体"/>
          <w:color w:val="808080"/>
          <w:sz w:val="20"/>
        </w:rPr>
        <w:t xml:space="preserve">  星尘号采集的是怀尔德2号彗星的尘埃颗粒。</w:t>
      </w:r>
    </w:p>
    <w:p w14:paraId="2F34F689" w14:textId="77777777" w:rsidR="00A16346" w:rsidRDefault="00000000">
      <w:pPr>
        <w:spacing w:before="40" w:after="80" w:line="400" w:lineRule="exact"/>
      </w:pPr>
      <w:r>
        <w:rPr>
          <w:rFonts w:ascii="宋体" w:eastAsia="宋体" w:hAnsi="宋体"/>
          <w:b/>
          <w:color w:val="C00000"/>
        </w:rPr>
        <w:t>9. 答案：B</w:t>
      </w:r>
      <w:r>
        <w:rPr>
          <w:rFonts w:ascii="宋体" w:eastAsia="宋体" w:hAnsi="宋体"/>
          <w:color w:val="808080"/>
          <w:sz w:val="20"/>
        </w:rPr>
        <w:t xml:space="preserve">  2009年被联合国命名为“国际天文年”，纪念伽利略首次用望远镜观测天空400周年。</w:t>
      </w:r>
    </w:p>
    <w:p w14:paraId="1DE2B68B" w14:textId="77777777" w:rsidR="00A16346" w:rsidRDefault="00000000">
      <w:pPr>
        <w:spacing w:before="40" w:after="80" w:line="400" w:lineRule="exact"/>
      </w:pPr>
      <w:r>
        <w:rPr>
          <w:rFonts w:ascii="宋体" w:eastAsia="宋体" w:hAnsi="宋体"/>
          <w:b/>
          <w:color w:val="C00000"/>
        </w:rPr>
        <w:t>10. 答案：C</w:t>
      </w:r>
      <w:r>
        <w:rPr>
          <w:rFonts w:ascii="宋体" w:eastAsia="宋体" w:hAnsi="宋体"/>
          <w:color w:val="808080"/>
          <w:sz w:val="20"/>
        </w:rPr>
        <w:t xml:space="preserve">  2007年2月初日本业余天文学家发现天蝎座新星V1280 Sco，最亮时约4等，是近年最亮的新星之一。</w:t>
      </w:r>
    </w:p>
    <w:p w14:paraId="1D81C4FF" w14:textId="77777777" w:rsidR="00A16346" w:rsidRDefault="00000000">
      <w:pPr>
        <w:spacing w:before="40" w:after="80" w:line="400" w:lineRule="exact"/>
      </w:pPr>
      <w:r>
        <w:rPr>
          <w:rFonts w:ascii="宋体" w:eastAsia="宋体" w:hAnsi="宋体"/>
          <w:b/>
          <w:color w:val="C00000"/>
        </w:rPr>
        <w:t>11. 答案：C</w:t>
      </w:r>
      <w:r>
        <w:rPr>
          <w:rFonts w:ascii="宋体" w:eastAsia="宋体" w:hAnsi="宋体"/>
          <w:color w:val="808080"/>
          <w:sz w:val="20"/>
        </w:rPr>
        <w:t xml:space="preserve">  西南方向明亮行星为金星，6月将到达东大距。</w:t>
      </w:r>
    </w:p>
    <w:p w14:paraId="166F1D97" w14:textId="77777777" w:rsidR="00A16346" w:rsidRDefault="00000000">
      <w:pPr>
        <w:spacing w:before="40" w:after="80" w:line="400" w:lineRule="exact"/>
      </w:pPr>
      <w:r>
        <w:rPr>
          <w:rFonts w:ascii="宋体" w:eastAsia="宋体" w:hAnsi="宋体"/>
          <w:b/>
          <w:color w:val="C00000"/>
        </w:rPr>
        <w:t>12. 答案：D</w:t>
      </w:r>
      <w:r>
        <w:rPr>
          <w:rFonts w:ascii="宋体" w:eastAsia="宋体" w:hAnsi="宋体"/>
          <w:color w:val="808080"/>
          <w:sz w:val="20"/>
        </w:rPr>
        <w:t xml:space="preserve">  口径加倍，理论分辨率提高一倍（衍射极限与口径成反比）。</w:t>
      </w:r>
    </w:p>
    <w:p w14:paraId="3FCEF11D" w14:textId="77777777" w:rsidR="00A16346" w:rsidRDefault="00000000">
      <w:pPr>
        <w:spacing w:before="40" w:after="80" w:line="400" w:lineRule="exact"/>
      </w:pPr>
      <w:r>
        <w:rPr>
          <w:rFonts w:ascii="宋体" w:eastAsia="宋体" w:hAnsi="宋体"/>
          <w:b/>
          <w:color w:val="C00000"/>
        </w:rPr>
        <w:t>13. 答案：D</w:t>
      </w:r>
      <w:r>
        <w:rPr>
          <w:rFonts w:ascii="宋体" w:eastAsia="宋体" w:hAnsi="宋体"/>
          <w:color w:val="808080"/>
          <w:sz w:val="20"/>
        </w:rPr>
        <w:t xml:space="preserve">  狮子座流星雨与坦普尔-塔特尔彗星（55P/Tempel-Tuttle）有关。</w:t>
      </w:r>
    </w:p>
    <w:p w14:paraId="0104B56A" w14:textId="77777777" w:rsidR="00A16346" w:rsidRDefault="00000000">
      <w:pPr>
        <w:spacing w:before="40" w:after="80" w:line="400" w:lineRule="exact"/>
      </w:pPr>
      <w:r>
        <w:rPr>
          <w:rFonts w:ascii="宋体" w:eastAsia="宋体" w:hAnsi="宋体"/>
          <w:b/>
          <w:color w:val="C00000"/>
        </w:rPr>
        <w:t>14. 答案：C</w:t>
      </w:r>
      <w:r>
        <w:rPr>
          <w:rFonts w:ascii="宋体" w:eastAsia="宋体" w:hAnsi="宋体"/>
          <w:color w:val="808080"/>
          <w:sz w:val="20"/>
        </w:rPr>
        <w:t xml:space="preserve">  农历是阴阳合历，既考虑月相变化又通过置闰协调回归年。</w:t>
      </w:r>
    </w:p>
    <w:p w14:paraId="2CB048C0" w14:textId="77777777" w:rsidR="00A16346" w:rsidRDefault="00000000">
      <w:pPr>
        <w:spacing w:before="40" w:after="80" w:line="400" w:lineRule="exact"/>
      </w:pPr>
      <w:r>
        <w:rPr>
          <w:rFonts w:ascii="宋体" w:eastAsia="宋体" w:hAnsi="宋体"/>
          <w:b/>
          <w:color w:val="C00000"/>
        </w:rPr>
        <w:lastRenderedPageBreak/>
        <w:t>15. 答案：D</w:t>
      </w:r>
      <w:r>
        <w:rPr>
          <w:rFonts w:ascii="宋体" w:eastAsia="宋体" w:hAnsi="宋体"/>
          <w:color w:val="808080"/>
          <w:sz w:val="20"/>
        </w:rPr>
        <w:t xml:space="preserve">  傍晚可见的大行星为土星。</w:t>
      </w:r>
    </w:p>
    <w:p w14:paraId="01E3ABCC" w14:textId="77777777" w:rsidR="00A16346" w:rsidRDefault="00000000">
      <w:pPr>
        <w:spacing w:before="40" w:after="80" w:line="400" w:lineRule="exact"/>
      </w:pPr>
      <w:r>
        <w:rPr>
          <w:rFonts w:ascii="宋体" w:eastAsia="宋体" w:hAnsi="宋体"/>
          <w:b/>
          <w:color w:val="C00000"/>
        </w:rPr>
        <w:t>16. 答案：B</w:t>
      </w:r>
      <w:r>
        <w:rPr>
          <w:rFonts w:ascii="宋体" w:eastAsia="宋体" w:hAnsi="宋体"/>
          <w:color w:val="808080"/>
          <w:sz w:val="20"/>
        </w:rPr>
        <w:t xml:space="preserve">  春季太阳正位于双鱼座—白羊座一带，双鱼座淹没在暮光中并很快西沉，是春季夜晚最难看到的星座；天鹰座在后半夜已经升起，乌鸦座是春季南天的显著星座。</w:t>
      </w:r>
    </w:p>
    <w:p w14:paraId="16425903" w14:textId="77777777" w:rsidR="00A16346" w:rsidRDefault="00000000">
      <w:pPr>
        <w:spacing w:before="40" w:after="80" w:line="400" w:lineRule="exact"/>
      </w:pPr>
      <w:r>
        <w:rPr>
          <w:rFonts w:ascii="宋体" w:eastAsia="宋体" w:hAnsi="宋体"/>
          <w:b/>
          <w:color w:val="C00000"/>
        </w:rPr>
        <w:t>17. 答案：C</w:t>
      </w:r>
      <w:r>
        <w:rPr>
          <w:rFonts w:ascii="宋体" w:eastAsia="宋体" w:hAnsi="宋体"/>
          <w:color w:val="808080"/>
          <w:sz w:val="20"/>
        </w:rPr>
        <w:t xml:space="preserve">  C/2006P1(McNaught)为顺行轨道彗星，非逆行，故(C)不正确。</w:t>
      </w:r>
    </w:p>
    <w:p w14:paraId="0A5D8427" w14:textId="77777777" w:rsidR="00A16346" w:rsidRDefault="00000000">
      <w:pPr>
        <w:spacing w:before="40" w:after="80" w:line="400" w:lineRule="exact"/>
      </w:pPr>
      <w:r>
        <w:rPr>
          <w:rFonts w:ascii="宋体" w:eastAsia="宋体" w:hAnsi="宋体"/>
          <w:b/>
          <w:color w:val="C00000"/>
        </w:rPr>
        <w:t>18. 答案：D</w:t>
      </w:r>
      <w:r>
        <w:rPr>
          <w:rFonts w:ascii="宋体" w:eastAsia="宋体" w:hAnsi="宋体"/>
          <w:color w:val="808080"/>
          <w:sz w:val="20"/>
        </w:rPr>
        <w:t xml:space="preserve">  乌鸦座中没有梅西叶天体。</w:t>
      </w:r>
    </w:p>
    <w:p w14:paraId="40A3738B" w14:textId="77777777" w:rsidR="00A16346" w:rsidRDefault="00000000">
      <w:pPr>
        <w:spacing w:before="40" w:after="80" w:line="400" w:lineRule="exact"/>
      </w:pPr>
      <w:r>
        <w:rPr>
          <w:rFonts w:ascii="宋体" w:eastAsia="宋体" w:hAnsi="宋体"/>
          <w:b/>
          <w:color w:val="C00000"/>
        </w:rPr>
        <w:t>19. 答案：C</w:t>
      </w:r>
      <w:r>
        <w:rPr>
          <w:rFonts w:ascii="宋体" w:eastAsia="宋体" w:hAnsi="宋体"/>
          <w:color w:val="808080"/>
          <w:sz w:val="20"/>
        </w:rPr>
        <w:t xml:space="preserve">  猎户座α星即参宿四（Betelgeuse）。</w:t>
      </w:r>
    </w:p>
    <w:p w14:paraId="59947380" w14:textId="77777777" w:rsidR="00A16346" w:rsidRDefault="00000000">
      <w:pPr>
        <w:spacing w:before="40" w:after="80" w:line="400" w:lineRule="exact"/>
      </w:pPr>
      <w:r>
        <w:rPr>
          <w:rFonts w:ascii="宋体" w:eastAsia="宋体" w:hAnsi="宋体"/>
          <w:b/>
          <w:color w:val="C00000"/>
        </w:rPr>
        <w:t>20. 答案：D</w:t>
      </w:r>
      <w:r>
        <w:rPr>
          <w:rFonts w:ascii="宋体" w:eastAsia="宋体" w:hAnsi="宋体"/>
          <w:color w:val="808080"/>
          <w:sz w:val="20"/>
        </w:rPr>
        <w:t xml:space="preserve">  月全食是月球进入地球影子，这一事件在全球几乎同时发生（各地所见时刻相差不到1分钟），因此北京、广州、乌鲁木齐三地看到初亏的时间几乎相同。</w:t>
      </w:r>
    </w:p>
    <w:p w14:paraId="2F1FC91F" w14:textId="77777777" w:rsidR="00A16346" w:rsidRDefault="00000000">
      <w:pPr>
        <w:spacing w:before="40" w:after="80" w:line="400" w:lineRule="exact"/>
      </w:pPr>
      <w:r>
        <w:rPr>
          <w:rFonts w:ascii="宋体" w:eastAsia="宋体" w:hAnsi="宋体"/>
          <w:b/>
          <w:color w:val="C00000"/>
        </w:rPr>
        <w:t>21. 答案：C</w:t>
      </w:r>
      <w:r>
        <w:rPr>
          <w:rFonts w:ascii="宋体" w:eastAsia="宋体" w:hAnsi="宋体"/>
          <w:color w:val="808080"/>
          <w:sz w:val="20"/>
        </w:rPr>
        <w:t xml:space="preserve">  到2006年底已发现约200颗系外行星。</w:t>
      </w:r>
    </w:p>
    <w:p w14:paraId="71737902" w14:textId="77777777" w:rsidR="00A16346" w:rsidRDefault="00000000">
      <w:pPr>
        <w:spacing w:before="40" w:after="80" w:line="400" w:lineRule="exact"/>
      </w:pPr>
      <w:r>
        <w:rPr>
          <w:rFonts w:ascii="宋体" w:eastAsia="宋体" w:hAnsi="宋体"/>
          <w:b/>
          <w:color w:val="C00000"/>
        </w:rPr>
        <w:t>22. 答案：A</w:t>
      </w:r>
      <w:r>
        <w:rPr>
          <w:rFonts w:ascii="宋体" w:eastAsia="宋体" w:hAnsi="宋体"/>
          <w:color w:val="808080"/>
          <w:sz w:val="20"/>
        </w:rPr>
        <w:t xml:space="preserve">  2006年7月恢复发射的航天飞机为发现号（Discovery）。</w:t>
      </w:r>
    </w:p>
    <w:p w14:paraId="75F63E41" w14:textId="77777777" w:rsidR="00A16346" w:rsidRDefault="00000000">
      <w:pPr>
        <w:spacing w:before="40" w:after="80" w:line="400" w:lineRule="exact"/>
      </w:pPr>
      <w:r>
        <w:rPr>
          <w:rFonts w:ascii="宋体" w:eastAsia="宋体" w:hAnsi="宋体"/>
          <w:b/>
          <w:color w:val="C00000"/>
        </w:rPr>
        <w:t>23. 答案：D</w:t>
      </w:r>
      <w:r>
        <w:rPr>
          <w:rFonts w:ascii="宋体" w:eastAsia="宋体" w:hAnsi="宋体"/>
          <w:color w:val="808080"/>
          <w:sz w:val="20"/>
        </w:rPr>
        <w:t xml:space="preserve">  冥王星被降级的主要原因是其轨道附近存在大量柯伊伯带天体，未能清除轨道附近区域。</w:t>
      </w:r>
    </w:p>
    <w:p w14:paraId="02BF3FA0" w14:textId="77777777" w:rsidR="00A16346" w:rsidRDefault="00000000">
      <w:pPr>
        <w:spacing w:before="40" w:after="80" w:line="400" w:lineRule="exact"/>
      </w:pPr>
      <w:r>
        <w:rPr>
          <w:rFonts w:ascii="宋体" w:eastAsia="宋体" w:hAnsi="宋体"/>
          <w:b/>
          <w:color w:val="C00000"/>
        </w:rPr>
        <w:t>24. 答案：B</w:t>
      </w:r>
      <w:r>
        <w:rPr>
          <w:rFonts w:ascii="宋体" w:eastAsia="宋体" w:hAnsi="宋体"/>
          <w:color w:val="808080"/>
          <w:sz w:val="20"/>
        </w:rPr>
        <w:t xml:space="preserve">  诗中“月落”与“夜半钟声”同时出现，说明月亮在半夜落下。上弦月傍晚位于上中天、约午夜落下，正合此景（新月不可见，满月日出时才落，下弦月半夜才升起）。</w:t>
      </w:r>
    </w:p>
    <w:p w14:paraId="7DF881E9" w14:textId="77777777" w:rsidR="00A16346" w:rsidRDefault="00000000">
      <w:pPr>
        <w:spacing w:before="40" w:after="80" w:line="400" w:lineRule="exact"/>
      </w:pPr>
      <w:r>
        <w:rPr>
          <w:rFonts w:ascii="宋体" w:eastAsia="宋体" w:hAnsi="宋体"/>
          <w:b/>
          <w:color w:val="C00000"/>
        </w:rPr>
        <w:t>25. 答案：D</w:t>
      </w:r>
      <w:r>
        <w:rPr>
          <w:rFonts w:ascii="宋体" w:eastAsia="宋体" w:hAnsi="宋体"/>
          <w:color w:val="808080"/>
          <w:sz w:val="20"/>
        </w:rPr>
        <w:t xml:space="preserve">  月球被潮汐锁定，自转周期与公转周期相同，地球在月球天空中几乎固定不动（只随天平动轻微摆动），所以地球不会像月亮那样“升起”；只有站在月面边缘的人才可能看到地球因天平动而短暂出没。</w:t>
      </w:r>
    </w:p>
    <w:p w14:paraId="419CCEF8" w14:textId="77777777" w:rsidR="00A16346" w:rsidRDefault="00000000">
      <w:pPr>
        <w:spacing w:before="40" w:after="80" w:line="400" w:lineRule="exact"/>
      </w:pPr>
      <w:r>
        <w:rPr>
          <w:rFonts w:ascii="宋体" w:eastAsia="宋体" w:hAnsi="宋体"/>
          <w:b/>
          <w:color w:val="C00000"/>
        </w:rPr>
        <w:t>26. 答案：B</w:t>
      </w:r>
      <w:r>
        <w:rPr>
          <w:rFonts w:ascii="宋体" w:eastAsia="宋体" w:hAnsi="宋体"/>
          <w:color w:val="808080"/>
          <w:sz w:val="20"/>
        </w:rPr>
        <w:t xml:space="preserve">  大麦哲伦云距离约16万光年，其他选项数量级均有误。</w:t>
      </w:r>
    </w:p>
    <w:p w14:paraId="37BCCC4C" w14:textId="77777777" w:rsidR="00A16346" w:rsidRDefault="00000000">
      <w:pPr>
        <w:spacing w:before="40" w:after="80" w:line="400" w:lineRule="exact"/>
      </w:pPr>
      <w:r>
        <w:rPr>
          <w:rFonts w:ascii="宋体" w:eastAsia="宋体" w:hAnsi="宋体"/>
          <w:b/>
          <w:color w:val="C00000"/>
        </w:rPr>
        <w:t>27. 答案：C</w:t>
      </w:r>
      <w:r>
        <w:rPr>
          <w:rFonts w:ascii="宋体" w:eastAsia="宋体" w:hAnsi="宋体"/>
          <w:color w:val="808080"/>
          <w:sz w:val="20"/>
        </w:rPr>
        <w:t xml:space="preserve">  黄赤交角约为23.5°，接近25°。</w:t>
      </w:r>
    </w:p>
    <w:p w14:paraId="60F64F08" w14:textId="77777777" w:rsidR="00A16346" w:rsidRDefault="00000000">
      <w:pPr>
        <w:spacing w:before="40" w:after="80" w:line="400" w:lineRule="exact"/>
      </w:pPr>
      <w:r>
        <w:rPr>
          <w:rFonts w:ascii="宋体" w:eastAsia="宋体" w:hAnsi="宋体"/>
          <w:b/>
          <w:color w:val="C00000"/>
        </w:rPr>
        <w:t>28. 答案：B</w:t>
      </w:r>
      <w:r>
        <w:rPr>
          <w:rFonts w:ascii="宋体" w:eastAsia="宋体" w:hAnsi="宋体"/>
          <w:color w:val="808080"/>
          <w:sz w:val="20"/>
        </w:rPr>
        <w:t xml:space="preserve">  太阳黑子线直径与地球相当时，角直径约20角秒。</w:t>
      </w:r>
    </w:p>
    <w:p w14:paraId="6442D46C" w14:textId="77777777" w:rsidR="00A16346" w:rsidRDefault="00000000">
      <w:pPr>
        <w:spacing w:before="40" w:after="80" w:line="400" w:lineRule="exact"/>
      </w:pPr>
      <w:r>
        <w:rPr>
          <w:rFonts w:ascii="宋体" w:eastAsia="宋体" w:hAnsi="宋体"/>
          <w:b/>
          <w:color w:val="C00000"/>
        </w:rPr>
        <w:t>29. 答案：C</w:t>
      </w:r>
      <w:r>
        <w:rPr>
          <w:rFonts w:ascii="宋体" w:eastAsia="宋体" w:hAnsi="宋体"/>
          <w:color w:val="808080"/>
          <w:sz w:val="20"/>
        </w:rPr>
        <w:t xml:space="preserve">  太阳和月亮从地球看去角直径几乎相同（约0.5°），纯属巧合。</w:t>
      </w:r>
    </w:p>
    <w:p w14:paraId="72DC305D" w14:textId="77777777" w:rsidR="00A16346" w:rsidRDefault="00000000">
      <w:pPr>
        <w:spacing w:before="40" w:after="80" w:line="400" w:lineRule="exact"/>
      </w:pPr>
      <w:r>
        <w:rPr>
          <w:rFonts w:ascii="宋体" w:eastAsia="宋体" w:hAnsi="宋体"/>
          <w:b/>
          <w:color w:val="C00000"/>
        </w:rPr>
        <w:t>30. 答案：C</w:t>
      </w:r>
      <w:r>
        <w:rPr>
          <w:rFonts w:ascii="宋体" w:eastAsia="宋体" w:hAnsi="宋体"/>
          <w:color w:val="808080"/>
          <w:sz w:val="20"/>
        </w:rPr>
        <w:t xml:space="preserve">  测量6360光年的距离需要射电望远镜的视差测量手段。</w:t>
      </w:r>
    </w:p>
    <w:p w14:paraId="043846AA" w14:textId="77777777" w:rsidR="00A16346" w:rsidRDefault="00000000">
      <w:pPr>
        <w:spacing w:before="40" w:after="80" w:line="400" w:lineRule="exact"/>
      </w:pPr>
      <w:r>
        <w:rPr>
          <w:rFonts w:ascii="宋体" w:eastAsia="宋体" w:hAnsi="宋体"/>
          <w:b/>
          <w:color w:val="C00000"/>
        </w:rPr>
        <w:t>31. 答案：B</w:t>
      </w:r>
      <w:r>
        <w:rPr>
          <w:rFonts w:ascii="宋体" w:eastAsia="宋体" w:hAnsi="宋体"/>
          <w:color w:val="808080"/>
          <w:sz w:val="20"/>
        </w:rPr>
        <w:t xml:space="preserve">  2006年诺贝尔物理学奖授予马瑟和斯穆特，表彰他们利用COBE卫星发现宇宙微波背景辐射的黑体谱和微小各向异性；WMAP是2001年发射的后续探测器。</w:t>
      </w:r>
    </w:p>
    <w:p w14:paraId="7DFBAA5E" w14:textId="77777777" w:rsidR="00A16346" w:rsidRDefault="00000000">
      <w:pPr>
        <w:spacing w:before="40" w:after="80" w:line="400" w:lineRule="exact"/>
      </w:pPr>
      <w:r>
        <w:rPr>
          <w:rFonts w:ascii="宋体" w:eastAsia="宋体" w:hAnsi="宋体"/>
          <w:b/>
          <w:color w:val="C00000"/>
        </w:rPr>
        <w:t>32. 答案：C</w:t>
      </w:r>
      <w:r>
        <w:rPr>
          <w:rFonts w:ascii="宋体" w:eastAsia="宋体" w:hAnsi="宋体"/>
          <w:color w:val="808080"/>
          <w:sz w:val="20"/>
        </w:rPr>
        <w:t xml:space="preserve">  当前宇宙模型为加速膨胀的平直宇宙（暗能量驱动加速膨胀）。</w:t>
      </w:r>
    </w:p>
    <w:p w14:paraId="3AC3C458" w14:textId="77777777" w:rsidR="00A16346" w:rsidRDefault="00000000">
      <w:pPr>
        <w:spacing w:before="40" w:after="80" w:line="400" w:lineRule="exact"/>
      </w:pPr>
      <w:r>
        <w:rPr>
          <w:rFonts w:ascii="宋体" w:eastAsia="宋体" w:hAnsi="宋体"/>
          <w:b/>
          <w:color w:val="C00000"/>
        </w:rPr>
        <w:t>33. 答案：B</w:t>
      </w:r>
      <w:r>
        <w:rPr>
          <w:rFonts w:ascii="宋体" w:eastAsia="宋体" w:hAnsi="宋体"/>
          <w:color w:val="808080"/>
          <w:sz w:val="20"/>
        </w:rPr>
        <w:t xml:space="preserve">  WMAP给出暗能量约72%、暗物质约23%、普通物质约5%，暗物质与暗能量之比约为23:72≈0.32:1，最接近0.3。</w:t>
      </w:r>
    </w:p>
    <w:p w14:paraId="035048E7" w14:textId="77777777" w:rsidR="00A16346" w:rsidRDefault="00000000">
      <w:pPr>
        <w:spacing w:before="40" w:after="80" w:line="400" w:lineRule="exact"/>
      </w:pPr>
      <w:r>
        <w:rPr>
          <w:rFonts w:ascii="宋体" w:eastAsia="宋体" w:hAnsi="宋体"/>
          <w:b/>
          <w:color w:val="C00000"/>
        </w:rPr>
        <w:lastRenderedPageBreak/>
        <w:t>34. 答案：D</w:t>
      </w:r>
      <w:r>
        <w:rPr>
          <w:rFonts w:ascii="宋体" w:eastAsia="宋体" w:hAnsi="宋体"/>
          <w:color w:val="808080"/>
          <w:sz w:val="20"/>
        </w:rPr>
        <w:t xml:space="preserve">  2007年3月19日的日偏食发生在朔，当时太阳赤经约23h50m。上午10时前后北京的地方恒星时约21.5小时，最接近22时。</w:t>
      </w:r>
    </w:p>
    <w:p w14:paraId="3A096CBB" w14:textId="77777777" w:rsidR="00A16346" w:rsidRDefault="00000000">
      <w:pPr>
        <w:spacing w:before="40" w:after="80" w:line="400" w:lineRule="exact"/>
      </w:pPr>
      <w:r>
        <w:rPr>
          <w:rFonts w:ascii="宋体" w:eastAsia="宋体" w:hAnsi="宋体"/>
          <w:b/>
          <w:color w:val="C00000"/>
        </w:rPr>
        <w:t>35. 答案：C</w:t>
      </w:r>
      <w:r>
        <w:rPr>
          <w:rFonts w:ascii="宋体" w:eastAsia="宋体" w:hAnsi="宋体"/>
          <w:color w:val="808080"/>
          <w:sz w:val="20"/>
        </w:rPr>
        <w:t xml:space="preserve">  2008年8月1日为朔（当天发生日全食），8月8日开幕式时月龄约7天，正是上弦月——上弦月约中午升起、午夜落下，故选中午12时。</w:t>
      </w:r>
    </w:p>
    <w:sectPr w:rsidR="00A16346"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3848555">
    <w:abstractNumId w:val="8"/>
  </w:num>
  <w:num w:numId="2" w16cid:durableId="1617444164">
    <w:abstractNumId w:val="6"/>
  </w:num>
  <w:num w:numId="3" w16cid:durableId="138302757">
    <w:abstractNumId w:val="5"/>
  </w:num>
  <w:num w:numId="4" w16cid:durableId="1762601221">
    <w:abstractNumId w:val="4"/>
  </w:num>
  <w:num w:numId="5" w16cid:durableId="1402172822">
    <w:abstractNumId w:val="7"/>
  </w:num>
  <w:num w:numId="6" w16cid:durableId="1097676690">
    <w:abstractNumId w:val="3"/>
  </w:num>
  <w:num w:numId="7" w16cid:durableId="1027216899">
    <w:abstractNumId w:val="2"/>
  </w:num>
  <w:num w:numId="8" w16cid:durableId="132913875">
    <w:abstractNumId w:val="1"/>
  </w:num>
  <w:num w:numId="9" w16cid:durableId="1767845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355FF"/>
    <w:rsid w:val="00A16346"/>
    <w:rsid w:val="00AA1D8D"/>
    <w:rsid w:val="00AB3EF9"/>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840899"/>
  <w14:defaultImageDpi w14:val="300"/>
  <w15:docId w15:val="{9D54B9E7-40A8-4EBF-9BBD-A3440CBAA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5394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zh f</cp:lastModifiedBy>
  <cp:revision>2</cp:revision>
  <dcterms:created xsi:type="dcterms:W3CDTF">2013-12-23T23:15:00Z</dcterms:created>
  <dcterms:modified xsi:type="dcterms:W3CDTF">2026-10-27T05:36:00Z</dcterms:modified>
  <cp:category/>
</cp:coreProperties>
</file>