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FA085" w14:textId="527F3574" w:rsidR="00AC5663" w:rsidRDefault="00000000">
      <w:pPr>
        <w:spacing w:after="120"/>
        <w:jc w:val="center"/>
        <w:rPr>
          <w:rFonts w:hint="eastAsia"/>
        </w:rPr>
      </w:pPr>
      <w:r>
        <w:rPr>
          <w:rFonts w:ascii="黑体" w:eastAsia="黑体" w:hAnsi="黑体"/>
          <w:b/>
          <w:sz w:val="36"/>
        </w:rPr>
        <w:t>2006年CNAO天文奥赛预赛试题</w:t>
      </w:r>
    </w:p>
    <w:p w14:paraId="727DDA84" w14:textId="77777777" w:rsidR="00AC5663" w:rsidRDefault="00000000">
      <w:pPr>
        <w:spacing w:after="120"/>
        <w:jc w:val="center"/>
        <w:rPr>
          <w:rFonts w:hint="eastAsia"/>
        </w:rPr>
      </w:pPr>
      <w:r>
        <w:t>姓名__________  年级__________  班级__________  得分__________</w:t>
      </w:r>
    </w:p>
    <w:p w14:paraId="6134EFBD" w14:textId="77777777" w:rsidR="00AC5663" w:rsidRDefault="00000000">
      <w:pPr>
        <w:spacing w:before="120" w:after="60"/>
        <w:rPr>
          <w:rFonts w:hint="eastAsia"/>
        </w:rPr>
      </w:pPr>
      <w:r>
        <w:rPr>
          <w:rFonts w:ascii="黑体" w:eastAsia="黑体" w:hAnsi="黑体"/>
          <w:b/>
        </w:rPr>
        <w:t>注意事项：</w:t>
      </w:r>
    </w:p>
    <w:p w14:paraId="46DE142E" w14:textId="77777777" w:rsidR="00AC5663" w:rsidRDefault="00000000">
      <w:pPr>
        <w:spacing w:before="20" w:after="20" w:line="312" w:lineRule="auto"/>
        <w:rPr>
          <w:rFonts w:hint="eastAsia"/>
        </w:rPr>
      </w:pPr>
      <w:r>
        <w:rPr>
          <w:sz w:val="22"/>
        </w:rPr>
        <w:t>1. 本试卷共30道单项选择题，每题只有一个正确答案。</w:t>
      </w:r>
    </w:p>
    <w:p w14:paraId="50B8FF7A" w14:textId="77777777" w:rsidR="00AC5663" w:rsidRDefault="00000000">
      <w:pPr>
        <w:spacing w:before="20" w:after="20" w:line="312" w:lineRule="auto"/>
        <w:rPr>
          <w:rFonts w:hint="eastAsia"/>
        </w:rPr>
      </w:pPr>
      <w:r>
        <w:rPr>
          <w:sz w:val="22"/>
        </w:rPr>
        <w:t>2. 请将正确答案的字母代号填入答题卷中。</w:t>
      </w:r>
    </w:p>
    <w:p w14:paraId="642DD232" w14:textId="77777777" w:rsidR="00AC5663" w:rsidRDefault="00000000">
      <w:pPr>
        <w:spacing w:before="20" w:after="20" w:line="312" w:lineRule="auto"/>
        <w:rPr>
          <w:rFonts w:hint="eastAsia"/>
        </w:rPr>
      </w:pPr>
      <w:r>
        <w:rPr>
          <w:sz w:val="22"/>
        </w:rPr>
        <w:t>3. 本试卷共6页，满分150分，考试时间120分钟。</w:t>
      </w:r>
    </w:p>
    <w:p w14:paraId="4CE5B110" w14:textId="77777777" w:rsidR="00AC5663" w:rsidRDefault="00000000">
      <w:pPr>
        <w:spacing w:before="20" w:after="20" w:line="312" w:lineRule="auto"/>
        <w:rPr>
          <w:rFonts w:hint="eastAsia"/>
        </w:rPr>
      </w:pPr>
      <w:r>
        <w:rPr>
          <w:sz w:val="22"/>
        </w:rPr>
        <w:t>4. 考试结束前请勿翻阅试题和答题卷。</w:t>
      </w:r>
    </w:p>
    <w:p w14:paraId="22C6980B" w14:textId="77777777" w:rsidR="00AC5663" w:rsidRDefault="00000000">
      <w:pPr>
        <w:spacing w:before="20" w:after="20" w:line="312" w:lineRule="auto"/>
        <w:rPr>
          <w:rFonts w:hint="eastAsia"/>
        </w:rPr>
      </w:pPr>
      <w:r>
        <w:rPr>
          <w:sz w:val="22"/>
        </w:rPr>
        <w:t>5. 本试卷中部分题目涉及近期天文事件，请以出题时的天文背景为准。</w:t>
      </w:r>
    </w:p>
    <w:p w14:paraId="37C3A0AF" w14:textId="77777777" w:rsidR="00AC5663" w:rsidRDefault="00AC5663">
      <w:pPr>
        <w:rPr>
          <w:rFonts w:hint="eastAsia"/>
        </w:rPr>
      </w:pPr>
    </w:p>
    <w:p w14:paraId="66F82660" w14:textId="77777777" w:rsidR="00AC5663" w:rsidRDefault="00000000">
      <w:pPr>
        <w:spacing w:before="120" w:line="336" w:lineRule="auto"/>
        <w:rPr>
          <w:rFonts w:hint="eastAsia"/>
        </w:rPr>
      </w:pPr>
      <w:r>
        <w:t>1. 乘坐我国神舟六号载人飞船进入太空的宇航员是（ ）。</w:t>
      </w:r>
    </w:p>
    <w:p w14:paraId="58E511AE" w14:textId="77777777" w:rsidR="00AC5663" w:rsidRDefault="00000000">
      <w:pPr>
        <w:spacing w:before="20" w:after="20" w:line="312" w:lineRule="auto"/>
        <w:ind w:left="283"/>
        <w:rPr>
          <w:rFonts w:hint="eastAsia"/>
        </w:rPr>
      </w:pPr>
      <w:r>
        <w:rPr>
          <w:sz w:val="22"/>
        </w:rPr>
        <w:t>(A)杨利伟        (B)聂海胜和翟志刚</w:t>
      </w:r>
    </w:p>
    <w:p w14:paraId="66E4341F" w14:textId="77777777" w:rsidR="00AC5663" w:rsidRDefault="00000000">
      <w:pPr>
        <w:spacing w:before="20" w:after="20" w:line="312" w:lineRule="auto"/>
        <w:ind w:left="283"/>
        <w:rPr>
          <w:rFonts w:hint="eastAsia"/>
        </w:rPr>
      </w:pPr>
      <w:r>
        <w:rPr>
          <w:sz w:val="22"/>
        </w:rPr>
        <w:t>(C)翟志刚和聂海胜        (D)费俊龙和聂海胜</w:t>
      </w:r>
    </w:p>
    <w:p w14:paraId="5BB08963" w14:textId="77777777" w:rsidR="00AC5663" w:rsidRDefault="00000000">
      <w:pPr>
        <w:spacing w:before="120" w:line="336" w:lineRule="auto"/>
        <w:rPr>
          <w:rFonts w:hint="eastAsia"/>
        </w:rPr>
      </w:pPr>
      <w:r>
        <w:t>2. 中国学生在2005年国际和亚太地区的天文奥林匹克竞赛中获得的金、银、铜牌总数为（ ）。</w:t>
      </w:r>
    </w:p>
    <w:p w14:paraId="1E938C09" w14:textId="77777777" w:rsidR="00AC5663" w:rsidRDefault="00000000">
      <w:pPr>
        <w:spacing w:before="20" w:after="20" w:line="312" w:lineRule="auto"/>
        <w:ind w:left="283"/>
        <w:rPr>
          <w:rFonts w:hint="eastAsia"/>
        </w:rPr>
      </w:pPr>
      <w:r>
        <w:rPr>
          <w:sz w:val="22"/>
        </w:rPr>
        <w:t>(A)5        (B)10</w:t>
      </w:r>
    </w:p>
    <w:p w14:paraId="1D6FEC6B" w14:textId="77777777" w:rsidR="00AC5663" w:rsidRDefault="00000000">
      <w:pPr>
        <w:spacing w:before="20" w:after="20" w:line="312" w:lineRule="auto"/>
        <w:ind w:left="283"/>
        <w:rPr>
          <w:rFonts w:hint="eastAsia"/>
        </w:rPr>
      </w:pPr>
      <w:r>
        <w:rPr>
          <w:sz w:val="22"/>
        </w:rPr>
        <w:t>(C)15        (D)20</w:t>
      </w:r>
    </w:p>
    <w:p w14:paraId="69CD92B8" w14:textId="77777777" w:rsidR="00AC5663" w:rsidRDefault="00000000">
      <w:pPr>
        <w:spacing w:before="120" w:line="336" w:lineRule="auto"/>
        <w:rPr>
          <w:rFonts w:hint="eastAsia"/>
        </w:rPr>
      </w:pPr>
      <w:r>
        <w:t>3. 第一届亚太地区天文奥林匹克竞赛的举办国是（ ）。</w:t>
      </w:r>
    </w:p>
    <w:p w14:paraId="0E82927C" w14:textId="77777777" w:rsidR="00AC5663" w:rsidRDefault="00000000">
      <w:pPr>
        <w:spacing w:before="20" w:after="20" w:line="312" w:lineRule="auto"/>
        <w:ind w:left="283"/>
        <w:rPr>
          <w:rFonts w:hint="eastAsia"/>
        </w:rPr>
      </w:pPr>
      <w:r>
        <w:rPr>
          <w:sz w:val="22"/>
        </w:rPr>
        <w:t>(A)中国        (B)印度</w:t>
      </w:r>
    </w:p>
    <w:p w14:paraId="423A5944" w14:textId="77777777" w:rsidR="00AC5663" w:rsidRDefault="00000000">
      <w:pPr>
        <w:spacing w:before="20" w:after="20" w:line="312" w:lineRule="auto"/>
        <w:ind w:left="283"/>
        <w:rPr>
          <w:rFonts w:hint="eastAsia"/>
        </w:rPr>
      </w:pPr>
      <w:r>
        <w:rPr>
          <w:sz w:val="22"/>
        </w:rPr>
        <w:t>(C)俄罗斯        (D)乌克兰</w:t>
      </w:r>
    </w:p>
    <w:p w14:paraId="537F64B6" w14:textId="77777777" w:rsidR="00AC5663" w:rsidRDefault="00000000">
      <w:pPr>
        <w:spacing w:before="120" w:line="336" w:lineRule="auto"/>
        <w:rPr>
          <w:rFonts w:hint="eastAsia"/>
        </w:rPr>
      </w:pPr>
      <w:r>
        <w:t>4. 2006年第4期《天文爱好者》杂志的出版日期应该是2006年（ ）。</w:t>
      </w:r>
    </w:p>
    <w:p w14:paraId="5947803E" w14:textId="77777777" w:rsidR="00AC5663" w:rsidRDefault="00000000">
      <w:pPr>
        <w:spacing w:before="20" w:after="20" w:line="312" w:lineRule="auto"/>
        <w:ind w:left="283"/>
        <w:rPr>
          <w:rFonts w:hint="eastAsia"/>
        </w:rPr>
      </w:pPr>
      <w:r>
        <w:rPr>
          <w:sz w:val="22"/>
        </w:rPr>
        <w:t>(A)3月20日        (B)4月1日</w:t>
      </w:r>
    </w:p>
    <w:p w14:paraId="270FBA78" w14:textId="77777777" w:rsidR="00AC5663" w:rsidRDefault="00000000">
      <w:pPr>
        <w:spacing w:before="20" w:after="20" w:line="312" w:lineRule="auto"/>
        <w:ind w:left="283"/>
        <w:rPr>
          <w:rFonts w:hint="eastAsia"/>
        </w:rPr>
      </w:pPr>
      <w:r>
        <w:rPr>
          <w:sz w:val="22"/>
        </w:rPr>
        <w:t>(C)4月15日        (D)4月20日</w:t>
      </w:r>
    </w:p>
    <w:p w14:paraId="21714F4F" w14:textId="77777777" w:rsidR="00AC5663" w:rsidRDefault="00000000">
      <w:pPr>
        <w:spacing w:before="120" w:line="336" w:lineRule="auto"/>
        <w:rPr>
          <w:rFonts w:hint="eastAsia"/>
        </w:rPr>
      </w:pPr>
      <w:r>
        <w:t>5. 2004年11月美国发射的伽玛射线探测卫星的名称是（ ）。</w:t>
      </w:r>
    </w:p>
    <w:p w14:paraId="12FC48A4" w14:textId="77777777" w:rsidR="00AC5663" w:rsidRDefault="00000000">
      <w:pPr>
        <w:spacing w:before="20" w:after="20" w:line="312" w:lineRule="auto"/>
        <w:ind w:left="283"/>
        <w:rPr>
          <w:rFonts w:hint="eastAsia"/>
        </w:rPr>
      </w:pPr>
      <w:r>
        <w:rPr>
          <w:sz w:val="22"/>
        </w:rPr>
        <w:t>(A)雨燕        (B)新视野</w:t>
      </w:r>
    </w:p>
    <w:p w14:paraId="737B853B" w14:textId="77777777" w:rsidR="00AC5663" w:rsidRDefault="00000000">
      <w:pPr>
        <w:spacing w:before="20" w:after="20" w:line="312" w:lineRule="auto"/>
        <w:ind w:left="283"/>
        <w:rPr>
          <w:rFonts w:hint="eastAsia"/>
        </w:rPr>
      </w:pPr>
      <w:r>
        <w:rPr>
          <w:sz w:val="22"/>
        </w:rPr>
        <w:t>(C)斯必泽        (D)深度撞击</w:t>
      </w:r>
    </w:p>
    <w:p w14:paraId="64B3177A" w14:textId="77777777" w:rsidR="00AC5663" w:rsidRDefault="00000000">
      <w:pPr>
        <w:spacing w:before="120" w:line="336" w:lineRule="auto"/>
        <w:rPr>
          <w:rFonts w:hint="eastAsia"/>
        </w:rPr>
      </w:pPr>
      <w:r>
        <w:t>6. 2005年7月，美国科学家宣布发现太阳系"第十大行星"。其编号是（ ）。</w:t>
      </w:r>
    </w:p>
    <w:p w14:paraId="459884A7" w14:textId="77777777" w:rsidR="00AC5663" w:rsidRDefault="00000000">
      <w:pPr>
        <w:spacing w:before="20" w:after="20" w:line="312" w:lineRule="auto"/>
        <w:ind w:left="283"/>
        <w:rPr>
          <w:rFonts w:hint="eastAsia"/>
        </w:rPr>
      </w:pPr>
      <w:r>
        <w:rPr>
          <w:sz w:val="22"/>
        </w:rPr>
        <w:t>(A)2003EL61        (B)2003UB313</w:t>
      </w:r>
    </w:p>
    <w:p w14:paraId="0725D2A3" w14:textId="77777777" w:rsidR="00AC5663" w:rsidRDefault="00000000">
      <w:pPr>
        <w:spacing w:before="20" w:after="20" w:line="312" w:lineRule="auto"/>
        <w:ind w:left="283"/>
        <w:rPr>
          <w:rFonts w:hint="eastAsia"/>
        </w:rPr>
      </w:pPr>
      <w:r>
        <w:rPr>
          <w:sz w:val="22"/>
        </w:rPr>
        <w:t>(C)2005FY9        (D)(90377)Sedna</w:t>
      </w:r>
    </w:p>
    <w:p w14:paraId="510E7421" w14:textId="77777777" w:rsidR="00AC5663" w:rsidRDefault="00000000">
      <w:pPr>
        <w:spacing w:before="120" w:line="336" w:lineRule="auto"/>
        <w:rPr>
          <w:rFonts w:hint="eastAsia"/>
        </w:rPr>
      </w:pPr>
      <w:r>
        <w:t>7. 离2009年日全食的全食带中心线最近的城市是（ ）。</w:t>
      </w:r>
    </w:p>
    <w:p w14:paraId="328A09AE" w14:textId="77777777" w:rsidR="00AC5663" w:rsidRDefault="00000000">
      <w:pPr>
        <w:spacing w:before="20" w:after="20" w:line="312" w:lineRule="auto"/>
        <w:ind w:left="283"/>
        <w:rPr>
          <w:rFonts w:hint="eastAsia"/>
        </w:rPr>
      </w:pPr>
      <w:r>
        <w:rPr>
          <w:sz w:val="22"/>
        </w:rPr>
        <w:t>(A)大连        (B)北京</w:t>
      </w:r>
    </w:p>
    <w:p w14:paraId="74A21D11" w14:textId="77777777" w:rsidR="00AC5663" w:rsidRDefault="00000000">
      <w:pPr>
        <w:spacing w:before="20" w:after="20" w:line="312" w:lineRule="auto"/>
        <w:ind w:left="283"/>
        <w:rPr>
          <w:rFonts w:hint="eastAsia"/>
        </w:rPr>
      </w:pPr>
      <w:r>
        <w:rPr>
          <w:sz w:val="22"/>
        </w:rPr>
        <w:lastRenderedPageBreak/>
        <w:t>(C)上海        (D)广州</w:t>
      </w:r>
    </w:p>
    <w:p w14:paraId="0A42129C" w14:textId="77777777" w:rsidR="00AC5663" w:rsidRDefault="00000000">
      <w:pPr>
        <w:spacing w:before="120" w:line="336" w:lineRule="auto"/>
        <w:rPr>
          <w:rFonts w:hint="eastAsia"/>
        </w:rPr>
      </w:pPr>
      <w:r>
        <w:t>8. 目前发现的冥王星的卫星数目是（ ）。</w:t>
      </w:r>
    </w:p>
    <w:p w14:paraId="23D0A0D9" w14:textId="77777777" w:rsidR="00AC5663" w:rsidRDefault="00000000">
      <w:pPr>
        <w:spacing w:before="20" w:after="20" w:line="312" w:lineRule="auto"/>
        <w:ind w:left="283"/>
        <w:rPr>
          <w:rFonts w:hint="eastAsia"/>
        </w:rPr>
      </w:pPr>
      <w:r>
        <w:rPr>
          <w:sz w:val="22"/>
        </w:rPr>
        <w:t>(A)0        (B)1</w:t>
      </w:r>
    </w:p>
    <w:p w14:paraId="15B764D3" w14:textId="77777777" w:rsidR="00AC5663" w:rsidRDefault="00000000">
      <w:pPr>
        <w:spacing w:before="20" w:after="20" w:line="312" w:lineRule="auto"/>
        <w:ind w:left="283"/>
        <w:rPr>
          <w:rFonts w:hint="eastAsia"/>
        </w:rPr>
      </w:pPr>
      <w:r>
        <w:rPr>
          <w:sz w:val="22"/>
        </w:rPr>
        <w:t>(C)3        (D)至少5</w:t>
      </w:r>
    </w:p>
    <w:p w14:paraId="37A3AAC6" w14:textId="77777777" w:rsidR="00AC5663" w:rsidRDefault="00000000">
      <w:pPr>
        <w:spacing w:before="120" w:line="336" w:lineRule="auto"/>
        <w:rPr>
          <w:rFonts w:hint="eastAsia"/>
        </w:rPr>
      </w:pPr>
      <w:r>
        <w:t>9. 不久前被人类航天器撞击过的彗星是（ ）。</w:t>
      </w:r>
    </w:p>
    <w:p w14:paraId="1CDB49A5" w14:textId="77777777" w:rsidR="00AC5663" w:rsidRDefault="00000000">
      <w:pPr>
        <w:spacing w:before="20" w:after="20" w:line="312" w:lineRule="auto"/>
        <w:ind w:left="283"/>
        <w:rPr>
          <w:rFonts w:hint="eastAsia"/>
        </w:rPr>
      </w:pPr>
      <w:r>
        <w:rPr>
          <w:sz w:val="22"/>
        </w:rPr>
        <w:t>(A)1P/Halley        (B)9P/Temple1</w:t>
      </w:r>
    </w:p>
    <w:p w14:paraId="23A4FF02" w14:textId="77777777" w:rsidR="00AC5663" w:rsidRDefault="00000000">
      <w:pPr>
        <w:spacing w:before="20" w:after="20" w:line="312" w:lineRule="auto"/>
        <w:ind w:left="283"/>
        <w:rPr>
          <w:rFonts w:hint="eastAsia"/>
        </w:rPr>
      </w:pPr>
      <w:r>
        <w:rPr>
          <w:sz w:val="22"/>
        </w:rPr>
        <w:t>(C)19P/Borrelly        (D)(25143)Itokawa</w:t>
      </w:r>
    </w:p>
    <w:p w14:paraId="0BD7AED2" w14:textId="77777777" w:rsidR="00AC5663" w:rsidRDefault="00000000">
      <w:pPr>
        <w:spacing w:before="120" w:line="336" w:lineRule="auto"/>
        <w:rPr>
          <w:rFonts w:hint="eastAsia"/>
        </w:rPr>
      </w:pPr>
      <w:r>
        <w:t>10. 半个月前北半球最有可能被肉眼观测到的彗星的编号是（ ）。</w:t>
      </w:r>
    </w:p>
    <w:p w14:paraId="6C5A5F84" w14:textId="77777777" w:rsidR="00AC5663" w:rsidRDefault="00000000">
      <w:pPr>
        <w:spacing w:before="20" w:after="20" w:line="312" w:lineRule="auto"/>
        <w:ind w:left="283"/>
        <w:rPr>
          <w:rFonts w:hint="eastAsia"/>
        </w:rPr>
      </w:pPr>
      <w:r>
        <w:rPr>
          <w:sz w:val="22"/>
        </w:rPr>
        <w:t>(A)73P        (B)C/2004Q2</w:t>
      </w:r>
    </w:p>
    <w:p w14:paraId="620F31C1" w14:textId="77777777" w:rsidR="00AC5663" w:rsidRDefault="00000000">
      <w:pPr>
        <w:spacing w:before="20" w:after="20" w:line="312" w:lineRule="auto"/>
        <w:ind w:left="283"/>
        <w:rPr>
          <w:rFonts w:hint="eastAsia"/>
        </w:rPr>
      </w:pPr>
      <w:r>
        <w:rPr>
          <w:sz w:val="22"/>
        </w:rPr>
        <w:t>(C)C/2006A1        (D)P/2006G5</w:t>
      </w:r>
    </w:p>
    <w:p w14:paraId="7BF49B0B" w14:textId="77777777" w:rsidR="00AC5663" w:rsidRDefault="00000000">
      <w:pPr>
        <w:spacing w:before="120" w:line="336" w:lineRule="auto"/>
        <w:rPr>
          <w:rFonts w:hint="eastAsia"/>
        </w:rPr>
      </w:pPr>
      <w:r>
        <w:t>11. 本周刚刚发生的半影月食的发生时段是北京时间的（ ）。</w:t>
      </w:r>
    </w:p>
    <w:p w14:paraId="71ECDE58" w14:textId="77777777" w:rsidR="00AC5663" w:rsidRDefault="00000000">
      <w:pPr>
        <w:spacing w:before="20" w:after="20" w:line="312" w:lineRule="auto"/>
        <w:ind w:left="283"/>
        <w:rPr>
          <w:rFonts w:hint="eastAsia"/>
        </w:rPr>
      </w:pPr>
      <w:r>
        <w:rPr>
          <w:sz w:val="22"/>
        </w:rPr>
        <w:t>(A)上午        (B)下午</w:t>
      </w:r>
    </w:p>
    <w:p w14:paraId="271ABECC" w14:textId="77777777" w:rsidR="00AC5663" w:rsidRDefault="00000000">
      <w:pPr>
        <w:spacing w:before="20" w:after="20" w:line="312" w:lineRule="auto"/>
        <w:ind w:left="283"/>
        <w:rPr>
          <w:rFonts w:hint="eastAsia"/>
        </w:rPr>
      </w:pPr>
      <w:r>
        <w:rPr>
          <w:sz w:val="22"/>
        </w:rPr>
        <w:t>(C)前半夜        (D)后半夜</w:t>
      </w:r>
    </w:p>
    <w:p w14:paraId="48165015" w14:textId="77777777" w:rsidR="00AC5663" w:rsidRDefault="00000000">
      <w:pPr>
        <w:spacing w:before="120" w:line="336" w:lineRule="auto"/>
        <w:rPr>
          <w:rFonts w:hint="eastAsia"/>
        </w:rPr>
      </w:pPr>
      <w:r>
        <w:t>12. 以下哪些不是最近一个月之内发生的天文事件（ ）。</w:t>
      </w:r>
    </w:p>
    <w:p w14:paraId="1B0B0368" w14:textId="77777777" w:rsidR="00AC5663" w:rsidRDefault="00000000">
      <w:pPr>
        <w:spacing w:before="20" w:after="20" w:line="312" w:lineRule="auto"/>
        <w:ind w:left="283"/>
        <w:rPr>
          <w:rFonts w:hint="eastAsia"/>
        </w:rPr>
      </w:pPr>
      <w:r>
        <w:rPr>
          <w:sz w:val="22"/>
        </w:rPr>
        <w:t>(A)木星上发现"小红斑"        (B)Spacewatch宣布终止FMO项目</w:t>
      </w:r>
    </w:p>
    <w:p w14:paraId="108E7517" w14:textId="77777777" w:rsidR="00AC5663" w:rsidRDefault="00000000">
      <w:pPr>
        <w:spacing w:before="20" w:after="20" w:line="312" w:lineRule="auto"/>
        <w:ind w:left="283"/>
        <w:rPr>
          <w:rFonts w:hint="eastAsia"/>
        </w:rPr>
      </w:pPr>
      <w:r>
        <w:rPr>
          <w:sz w:val="22"/>
        </w:rPr>
        <w:t>(C)欧洲最大推力火箭一箭双星发射失败        (D)美国火星探测器成功进入火星轨道</w:t>
      </w:r>
    </w:p>
    <w:p w14:paraId="442EB1B2" w14:textId="77777777" w:rsidR="00AC5663" w:rsidRDefault="00000000">
      <w:pPr>
        <w:spacing w:before="120" w:line="336" w:lineRule="auto"/>
        <w:rPr>
          <w:rFonts w:hint="eastAsia"/>
        </w:rPr>
      </w:pPr>
      <w:r>
        <w:t>13. 下一次水星凌日的时间是（ ）。</w:t>
      </w:r>
    </w:p>
    <w:p w14:paraId="4E63D84C" w14:textId="77777777" w:rsidR="00AC5663" w:rsidRDefault="00000000">
      <w:pPr>
        <w:spacing w:before="20" w:after="20" w:line="312" w:lineRule="auto"/>
        <w:ind w:left="283"/>
        <w:rPr>
          <w:rFonts w:hint="eastAsia"/>
        </w:rPr>
      </w:pPr>
      <w:r>
        <w:rPr>
          <w:sz w:val="22"/>
        </w:rPr>
        <w:t>(A)2006年11月        (B)2008年4月</w:t>
      </w:r>
    </w:p>
    <w:p w14:paraId="676DC542" w14:textId="77777777" w:rsidR="00AC5663" w:rsidRDefault="00000000">
      <w:pPr>
        <w:spacing w:before="20" w:after="20" w:line="312" w:lineRule="auto"/>
        <w:ind w:left="283"/>
        <w:rPr>
          <w:rFonts w:hint="eastAsia"/>
        </w:rPr>
      </w:pPr>
      <w:r>
        <w:rPr>
          <w:sz w:val="22"/>
        </w:rPr>
        <w:t>(C)2013年11月        (D)2016年5月</w:t>
      </w:r>
    </w:p>
    <w:p w14:paraId="79355329" w14:textId="77777777" w:rsidR="00AC5663" w:rsidRDefault="00000000">
      <w:pPr>
        <w:spacing w:before="120" w:line="336" w:lineRule="auto"/>
        <w:rPr>
          <w:rFonts w:hint="eastAsia"/>
        </w:rPr>
      </w:pPr>
      <w:r>
        <w:t>14. 以下最适合于进行梅西叶天体马拉松观测的时间是（ ）。</w:t>
      </w:r>
    </w:p>
    <w:p w14:paraId="0DC4321A" w14:textId="77777777" w:rsidR="00AC5663" w:rsidRDefault="00000000">
      <w:pPr>
        <w:spacing w:before="20" w:after="20" w:line="312" w:lineRule="auto"/>
        <w:ind w:left="283"/>
        <w:rPr>
          <w:rFonts w:hint="eastAsia"/>
        </w:rPr>
      </w:pPr>
      <w:r>
        <w:rPr>
          <w:sz w:val="22"/>
        </w:rPr>
        <w:t>(A)2006年1月19日        (B)2006年2月2日</w:t>
      </w:r>
    </w:p>
    <w:p w14:paraId="3AC2B9A1" w14:textId="77777777" w:rsidR="00AC5663" w:rsidRDefault="00000000">
      <w:pPr>
        <w:spacing w:before="20" w:after="20" w:line="312" w:lineRule="auto"/>
        <w:ind w:left="283"/>
        <w:rPr>
          <w:rFonts w:hint="eastAsia"/>
        </w:rPr>
      </w:pPr>
      <w:r>
        <w:rPr>
          <w:sz w:val="22"/>
        </w:rPr>
        <w:t>(C)2006年3月29日        (D)2006年5月10日</w:t>
      </w:r>
    </w:p>
    <w:p w14:paraId="5B583971" w14:textId="77777777" w:rsidR="00AC5663" w:rsidRDefault="00000000">
      <w:pPr>
        <w:spacing w:before="120" w:line="336" w:lineRule="auto"/>
        <w:rPr>
          <w:rFonts w:hint="eastAsia"/>
        </w:rPr>
      </w:pPr>
      <w:r>
        <w:t>15. 下列梅西叶天体离我们最近的是（ ）。</w:t>
      </w:r>
    </w:p>
    <w:p w14:paraId="62A089BA" w14:textId="77777777" w:rsidR="00AC5663" w:rsidRDefault="00000000">
      <w:pPr>
        <w:spacing w:before="20" w:after="20" w:line="312" w:lineRule="auto"/>
        <w:ind w:left="283"/>
        <w:rPr>
          <w:rFonts w:hint="eastAsia"/>
        </w:rPr>
      </w:pPr>
      <w:r>
        <w:rPr>
          <w:sz w:val="22"/>
        </w:rPr>
        <w:t>(A)M33        (B)M57</w:t>
      </w:r>
    </w:p>
    <w:p w14:paraId="43D09111" w14:textId="77777777" w:rsidR="00AC5663" w:rsidRDefault="00000000">
      <w:pPr>
        <w:spacing w:before="20" w:after="20" w:line="312" w:lineRule="auto"/>
        <w:ind w:left="283"/>
        <w:rPr>
          <w:rFonts w:hint="eastAsia"/>
        </w:rPr>
      </w:pPr>
      <w:r>
        <w:rPr>
          <w:sz w:val="22"/>
        </w:rPr>
        <w:t>(C)M81        (D)M101</w:t>
      </w:r>
    </w:p>
    <w:p w14:paraId="335A139E" w14:textId="77777777" w:rsidR="00AC5663" w:rsidRDefault="00000000">
      <w:pPr>
        <w:spacing w:before="120" w:line="336" w:lineRule="auto"/>
        <w:rPr>
          <w:rFonts w:hint="eastAsia"/>
        </w:rPr>
      </w:pPr>
      <w:r>
        <w:t>16. M51位于（ ）座。</w:t>
      </w:r>
    </w:p>
    <w:p w14:paraId="21AF5118" w14:textId="77777777" w:rsidR="00AC5663" w:rsidRDefault="00000000">
      <w:pPr>
        <w:spacing w:before="20" w:after="20" w:line="312" w:lineRule="auto"/>
        <w:ind w:left="283"/>
        <w:rPr>
          <w:rFonts w:hint="eastAsia"/>
        </w:rPr>
      </w:pPr>
      <w:r>
        <w:rPr>
          <w:sz w:val="22"/>
        </w:rPr>
        <w:t>(A)大熊        (B)小熊</w:t>
      </w:r>
    </w:p>
    <w:p w14:paraId="5DC6BE23" w14:textId="77777777" w:rsidR="00AC5663" w:rsidRDefault="00000000">
      <w:pPr>
        <w:spacing w:before="20" w:after="20" w:line="312" w:lineRule="auto"/>
        <w:ind w:left="283"/>
        <w:rPr>
          <w:rFonts w:hint="eastAsia"/>
        </w:rPr>
      </w:pPr>
      <w:r>
        <w:rPr>
          <w:sz w:val="22"/>
        </w:rPr>
        <w:t>(C)巨蟹        (D)猎犬</w:t>
      </w:r>
    </w:p>
    <w:p w14:paraId="2C793C4D" w14:textId="77777777" w:rsidR="00AC5663" w:rsidRDefault="00000000">
      <w:pPr>
        <w:spacing w:before="120" w:line="336" w:lineRule="auto"/>
        <w:rPr>
          <w:rFonts w:hint="eastAsia"/>
        </w:rPr>
      </w:pPr>
      <w:r>
        <w:t>17. 白羊座中一等星和亮于一等星的恒星数目总和是（ ）颗。</w:t>
      </w:r>
    </w:p>
    <w:p w14:paraId="420B2BEA" w14:textId="77777777" w:rsidR="00AC5663" w:rsidRDefault="00000000">
      <w:pPr>
        <w:spacing w:before="20" w:after="20" w:line="312" w:lineRule="auto"/>
        <w:ind w:left="283"/>
        <w:rPr>
          <w:rFonts w:hint="eastAsia"/>
        </w:rPr>
      </w:pPr>
      <w:r>
        <w:rPr>
          <w:sz w:val="22"/>
        </w:rPr>
        <w:t>(A)0        (B)1</w:t>
      </w:r>
    </w:p>
    <w:p w14:paraId="41A096F6" w14:textId="77777777" w:rsidR="00AC5663" w:rsidRDefault="00000000">
      <w:pPr>
        <w:spacing w:before="20" w:after="20" w:line="312" w:lineRule="auto"/>
        <w:ind w:left="283"/>
        <w:rPr>
          <w:rFonts w:hint="eastAsia"/>
        </w:rPr>
      </w:pPr>
      <w:r>
        <w:rPr>
          <w:sz w:val="22"/>
        </w:rPr>
        <w:lastRenderedPageBreak/>
        <w:t>(C)2        (D)大于或等于3</w:t>
      </w:r>
    </w:p>
    <w:p w14:paraId="48CC24DF" w14:textId="77777777" w:rsidR="00AC5663" w:rsidRDefault="00000000">
      <w:pPr>
        <w:spacing w:before="120" w:line="336" w:lineRule="auto"/>
        <w:rPr>
          <w:rFonts w:hint="eastAsia"/>
        </w:rPr>
      </w:pPr>
      <w:r>
        <w:t>18. 下列恒星中看上去最暗的是（ ）。</w:t>
      </w:r>
    </w:p>
    <w:p w14:paraId="5AAF601E" w14:textId="77777777" w:rsidR="00AC5663" w:rsidRDefault="00000000">
      <w:pPr>
        <w:spacing w:before="20" w:after="20" w:line="312" w:lineRule="auto"/>
        <w:ind w:left="283"/>
        <w:rPr>
          <w:rFonts w:hint="eastAsia"/>
        </w:rPr>
      </w:pPr>
      <w:r>
        <w:rPr>
          <w:sz w:val="22"/>
        </w:rPr>
        <w:t>(A)天狼星        (B)大角星</w:t>
      </w:r>
    </w:p>
    <w:p w14:paraId="15074853" w14:textId="77777777" w:rsidR="00AC5663" w:rsidRDefault="00000000">
      <w:pPr>
        <w:spacing w:before="20" w:after="20" w:line="312" w:lineRule="auto"/>
        <w:ind w:left="283"/>
        <w:rPr>
          <w:rFonts w:hint="eastAsia"/>
        </w:rPr>
      </w:pPr>
      <w:r>
        <w:rPr>
          <w:sz w:val="22"/>
        </w:rPr>
        <w:t>(C)北极星        (D)北河三</w:t>
      </w:r>
    </w:p>
    <w:p w14:paraId="536E616E" w14:textId="77777777" w:rsidR="00AC5663" w:rsidRDefault="00000000">
      <w:pPr>
        <w:spacing w:before="120" w:line="336" w:lineRule="auto"/>
        <w:rPr>
          <w:rFonts w:hint="eastAsia"/>
        </w:rPr>
      </w:pPr>
      <w:r>
        <w:t>19. 木星伽利略卫星中最小的一颗是（ ）。</w:t>
      </w:r>
    </w:p>
    <w:p w14:paraId="4C9CAB87" w14:textId="77777777" w:rsidR="00AC5663" w:rsidRDefault="00000000">
      <w:pPr>
        <w:spacing w:before="20" w:after="20" w:line="312" w:lineRule="auto"/>
        <w:ind w:left="283"/>
        <w:rPr>
          <w:rFonts w:hint="eastAsia"/>
        </w:rPr>
      </w:pPr>
      <w:r>
        <w:rPr>
          <w:sz w:val="22"/>
        </w:rPr>
        <w:t>(A)木卫一        (B)木卫二</w:t>
      </w:r>
    </w:p>
    <w:p w14:paraId="316D2978" w14:textId="77777777" w:rsidR="00AC5663" w:rsidRDefault="00000000">
      <w:pPr>
        <w:spacing w:before="20" w:after="20" w:line="312" w:lineRule="auto"/>
        <w:ind w:left="283"/>
        <w:rPr>
          <w:rFonts w:hint="eastAsia"/>
        </w:rPr>
      </w:pPr>
      <w:r>
        <w:rPr>
          <w:sz w:val="22"/>
        </w:rPr>
        <w:t>(C)木卫三        (D)木卫四</w:t>
      </w:r>
    </w:p>
    <w:p w14:paraId="43DCA8C0" w14:textId="77777777" w:rsidR="00AC5663" w:rsidRDefault="00000000">
      <w:pPr>
        <w:spacing w:before="120" w:line="336" w:lineRule="auto"/>
        <w:rPr>
          <w:rFonts w:hint="eastAsia"/>
        </w:rPr>
      </w:pPr>
      <w:r>
        <w:t>20. 今天对于北京的观测者，月亮升起来的时间大致是（ ）。</w:t>
      </w:r>
    </w:p>
    <w:p w14:paraId="0342A485" w14:textId="77777777" w:rsidR="00AC5663" w:rsidRDefault="00000000">
      <w:pPr>
        <w:spacing w:before="20" w:after="20" w:line="312" w:lineRule="auto"/>
        <w:ind w:left="283"/>
        <w:rPr>
          <w:rFonts w:hint="eastAsia"/>
        </w:rPr>
      </w:pPr>
      <w:r>
        <w:rPr>
          <w:sz w:val="22"/>
        </w:rPr>
        <w:t>(A)凌晨4点        (B)上午10点</w:t>
      </w:r>
    </w:p>
    <w:p w14:paraId="2EAE42D5" w14:textId="77777777" w:rsidR="00AC5663" w:rsidRDefault="00000000">
      <w:pPr>
        <w:spacing w:before="20" w:after="20" w:line="312" w:lineRule="auto"/>
        <w:ind w:left="283"/>
        <w:rPr>
          <w:rFonts w:hint="eastAsia"/>
        </w:rPr>
      </w:pPr>
      <w:r>
        <w:rPr>
          <w:sz w:val="22"/>
        </w:rPr>
        <w:t>(C)下午4点        (D)晚上10点</w:t>
      </w:r>
    </w:p>
    <w:p w14:paraId="6E46A7EA" w14:textId="77777777" w:rsidR="00AC5663" w:rsidRDefault="00000000">
      <w:pPr>
        <w:spacing w:before="120" w:line="336" w:lineRule="auto"/>
        <w:rPr>
          <w:rFonts w:hint="eastAsia"/>
        </w:rPr>
      </w:pPr>
      <w:r>
        <w:t>21. 一周之后金星西大距。对于你所在考场的观测者，那天金星落入地平线以下的时间是（ ）。</w:t>
      </w:r>
    </w:p>
    <w:p w14:paraId="27A4B83E" w14:textId="77777777" w:rsidR="00AC5663" w:rsidRDefault="00000000">
      <w:pPr>
        <w:spacing w:before="20" w:after="20" w:line="312" w:lineRule="auto"/>
        <w:ind w:left="283"/>
        <w:rPr>
          <w:rFonts w:hint="eastAsia"/>
        </w:rPr>
      </w:pPr>
      <w:r>
        <w:rPr>
          <w:sz w:val="22"/>
        </w:rPr>
        <w:t>(A)天亮之前        (B)上午</w:t>
      </w:r>
    </w:p>
    <w:p w14:paraId="753CDC4A" w14:textId="77777777" w:rsidR="00AC5663" w:rsidRDefault="00000000">
      <w:pPr>
        <w:spacing w:before="20" w:after="20" w:line="312" w:lineRule="auto"/>
        <w:ind w:left="283"/>
        <w:rPr>
          <w:rFonts w:hint="eastAsia"/>
        </w:rPr>
      </w:pPr>
      <w:r>
        <w:rPr>
          <w:sz w:val="22"/>
        </w:rPr>
        <w:t>(C)下午        (D)天黑之后</w:t>
      </w:r>
    </w:p>
    <w:p w14:paraId="3ADC04CF" w14:textId="77777777" w:rsidR="00AC5663" w:rsidRDefault="00000000">
      <w:pPr>
        <w:spacing w:before="120" w:line="336" w:lineRule="auto"/>
        <w:rPr>
          <w:rFonts w:hint="eastAsia"/>
        </w:rPr>
      </w:pPr>
      <w:r>
        <w:t>22. 今天晚上观测，以下各对天体中哪对之间的角距离最远（ ）。</w:t>
      </w:r>
    </w:p>
    <w:p w14:paraId="25B151D7" w14:textId="77777777" w:rsidR="00AC5663" w:rsidRDefault="00000000">
      <w:pPr>
        <w:spacing w:before="20" w:after="20" w:line="312" w:lineRule="auto"/>
        <w:ind w:left="283"/>
        <w:rPr>
          <w:rFonts w:hint="eastAsia"/>
        </w:rPr>
      </w:pPr>
      <w:r>
        <w:rPr>
          <w:sz w:val="22"/>
        </w:rPr>
        <w:t>(A)月球和木星        (B)金星和大角星</w:t>
      </w:r>
    </w:p>
    <w:p w14:paraId="1E9D7A60" w14:textId="77777777" w:rsidR="00AC5663" w:rsidRDefault="00000000">
      <w:pPr>
        <w:spacing w:before="20" w:after="20" w:line="312" w:lineRule="auto"/>
        <w:ind w:left="283"/>
        <w:rPr>
          <w:rFonts w:hint="eastAsia"/>
        </w:rPr>
      </w:pPr>
      <w:r>
        <w:rPr>
          <w:sz w:val="22"/>
        </w:rPr>
        <w:t>(C)牛郎星和织女星        (D)天狼星和参宿七</w:t>
      </w:r>
    </w:p>
    <w:p w14:paraId="1A6C837A" w14:textId="77777777" w:rsidR="00AC5663" w:rsidRDefault="00000000">
      <w:pPr>
        <w:spacing w:before="120" w:line="336" w:lineRule="auto"/>
        <w:rPr>
          <w:rFonts w:hint="eastAsia"/>
        </w:rPr>
      </w:pPr>
      <w:r>
        <w:t>23. 普通天文折射望远镜不加天顶镜等附件直接在目镜中看到的图象跟实际星空在方向上的关系是（ ）。</w:t>
      </w:r>
    </w:p>
    <w:p w14:paraId="4FFCA78D" w14:textId="77777777" w:rsidR="00AC5663" w:rsidRDefault="00000000">
      <w:pPr>
        <w:spacing w:before="20" w:after="20" w:line="312" w:lineRule="auto"/>
        <w:ind w:left="283"/>
        <w:rPr>
          <w:rFonts w:hint="eastAsia"/>
        </w:rPr>
      </w:pPr>
      <w:r>
        <w:rPr>
          <w:sz w:val="22"/>
        </w:rPr>
        <w:t>(A)上下和左右都相同        (B)上下反，左右相同</w:t>
      </w:r>
    </w:p>
    <w:p w14:paraId="2AB4A9F6" w14:textId="77777777" w:rsidR="00AC5663" w:rsidRDefault="00000000">
      <w:pPr>
        <w:spacing w:before="20" w:after="20" w:line="312" w:lineRule="auto"/>
        <w:ind w:left="283"/>
        <w:rPr>
          <w:rFonts w:hint="eastAsia"/>
        </w:rPr>
      </w:pPr>
      <w:r>
        <w:rPr>
          <w:sz w:val="22"/>
        </w:rPr>
        <w:t>(C)上下相同，左右反        (D)上下和左右都相反</w:t>
      </w:r>
    </w:p>
    <w:p w14:paraId="6FE8FEC2" w14:textId="77777777" w:rsidR="00AC5663" w:rsidRDefault="00000000">
      <w:pPr>
        <w:spacing w:before="120" w:line="336" w:lineRule="auto"/>
        <w:rPr>
          <w:rFonts w:hint="eastAsia"/>
        </w:rPr>
      </w:pPr>
      <w:r>
        <w:t>24. 以下描述哪句是最不正确的（ ）。</w:t>
      </w:r>
    </w:p>
    <w:p w14:paraId="588241C0" w14:textId="77777777" w:rsidR="00AC5663" w:rsidRDefault="00000000">
      <w:pPr>
        <w:spacing w:before="20" w:after="20" w:line="312" w:lineRule="auto"/>
        <w:ind w:left="283"/>
        <w:rPr>
          <w:rFonts w:hint="eastAsia"/>
        </w:rPr>
      </w:pPr>
      <w:r>
        <w:rPr>
          <w:sz w:val="22"/>
        </w:rPr>
        <w:t>(A)有人在2006年1月1日观测到了一颗属于象限仪座流星雨的流星        (B)有人在2006年1月22日凌晨观测到月掩角宿一，恒星从开始被掩到完全消失的过程持续约2分钟</w:t>
      </w:r>
    </w:p>
    <w:p w14:paraId="18214489" w14:textId="77777777" w:rsidR="00AC5663" w:rsidRDefault="00000000">
      <w:pPr>
        <w:spacing w:before="20" w:after="20" w:line="312" w:lineRule="auto"/>
        <w:ind w:left="283"/>
        <w:rPr>
          <w:rFonts w:hint="eastAsia"/>
        </w:rPr>
      </w:pPr>
      <w:r>
        <w:rPr>
          <w:sz w:val="22"/>
        </w:rPr>
        <w:t>(C)有人在2006年2月7日凌晨观测到在北极星的方向附近出现了一个黄绿色雾状的物体        (D)有人在2006年3月1日观测到了一次持续了30秒左右的小行星掩星</w:t>
      </w:r>
    </w:p>
    <w:p w14:paraId="4F4EF0D1" w14:textId="77777777" w:rsidR="00AC5663" w:rsidRDefault="00000000">
      <w:pPr>
        <w:spacing w:before="120" w:line="336" w:lineRule="auto"/>
        <w:rPr>
          <w:rFonts w:hint="eastAsia"/>
        </w:rPr>
      </w:pPr>
      <w:r>
        <w:t>25. 太阳此刻大概位于（ ）座。</w:t>
      </w:r>
    </w:p>
    <w:p w14:paraId="227972D8" w14:textId="77777777" w:rsidR="00AC5663" w:rsidRDefault="00000000">
      <w:pPr>
        <w:spacing w:before="20" w:after="20" w:line="312" w:lineRule="auto"/>
        <w:ind w:left="283"/>
        <w:rPr>
          <w:rFonts w:hint="eastAsia"/>
        </w:rPr>
      </w:pPr>
      <w:r>
        <w:rPr>
          <w:sz w:val="22"/>
        </w:rPr>
        <w:t>(A)天秤        (B)双鱼</w:t>
      </w:r>
    </w:p>
    <w:p w14:paraId="2837980B" w14:textId="77777777" w:rsidR="00AC5663" w:rsidRDefault="00000000">
      <w:pPr>
        <w:spacing w:before="20" w:after="20" w:line="312" w:lineRule="auto"/>
        <w:ind w:left="283"/>
        <w:rPr>
          <w:rFonts w:hint="eastAsia"/>
        </w:rPr>
      </w:pPr>
      <w:r>
        <w:rPr>
          <w:sz w:val="22"/>
        </w:rPr>
        <w:t>(C)狮子        (D)英仙</w:t>
      </w:r>
    </w:p>
    <w:p w14:paraId="77D0B416" w14:textId="77777777" w:rsidR="00AC5663" w:rsidRDefault="00000000">
      <w:pPr>
        <w:spacing w:before="120" w:line="336" w:lineRule="auto"/>
        <w:rPr>
          <w:rFonts w:hint="eastAsia"/>
        </w:rPr>
      </w:pPr>
      <w:r>
        <w:lastRenderedPageBreak/>
        <w:t>26. 在目前已经被发现的小行星中在未来100年撞击地球概率不为0的大概有（ ）颗。</w:t>
      </w:r>
    </w:p>
    <w:p w14:paraId="1C99A4E2" w14:textId="77777777" w:rsidR="00AC5663" w:rsidRDefault="00000000">
      <w:pPr>
        <w:spacing w:before="20" w:after="20" w:line="312" w:lineRule="auto"/>
        <w:ind w:left="283"/>
        <w:rPr>
          <w:rFonts w:hint="eastAsia"/>
        </w:rPr>
      </w:pPr>
      <w:r>
        <w:rPr>
          <w:sz w:val="22"/>
        </w:rPr>
        <w:t>(A)不到10        (B)50左右</w:t>
      </w:r>
    </w:p>
    <w:p w14:paraId="4D57335D" w14:textId="77777777" w:rsidR="00AC5663" w:rsidRDefault="00000000">
      <w:pPr>
        <w:spacing w:before="20" w:after="20" w:line="312" w:lineRule="auto"/>
        <w:ind w:left="283"/>
        <w:rPr>
          <w:rFonts w:hint="eastAsia"/>
        </w:rPr>
      </w:pPr>
      <w:r>
        <w:rPr>
          <w:sz w:val="22"/>
        </w:rPr>
        <w:t>(C)100左右        (D)超过200</w:t>
      </w:r>
    </w:p>
    <w:p w14:paraId="255A58A5" w14:textId="77777777" w:rsidR="00AC5663" w:rsidRDefault="00000000">
      <w:pPr>
        <w:spacing w:before="120" w:line="336" w:lineRule="auto"/>
        <w:rPr>
          <w:rFonts w:hint="eastAsia"/>
        </w:rPr>
      </w:pPr>
      <w:r>
        <w:t>27. 仙女座大星系M31距我们的距离大约是（ ）。</w:t>
      </w:r>
    </w:p>
    <w:p w14:paraId="16076DF6" w14:textId="77777777" w:rsidR="00AC5663" w:rsidRDefault="00000000">
      <w:pPr>
        <w:spacing w:before="20" w:after="20" w:line="312" w:lineRule="auto"/>
        <w:ind w:left="283"/>
        <w:rPr>
          <w:rFonts w:hint="eastAsia"/>
        </w:rPr>
      </w:pPr>
      <w:r>
        <w:rPr>
          <w:sz w:val="22"/>
        </w:rPr>
        <w:t>(A)1千万秒差距        (B)2亿天文单位</w:t>
      </w:r>
    </w:p>
    <w:p w14:paraId="36123CCD" w14:textId="77777777" w:rsidR="00AC5663" w:rsidRDefault="00000000">
      <w:pPr>
        <w:spacing w:before="20" w:after="20" w:line="312" w:lineRule="auto"/>
        <w:ind w:left="283"/>
        <w:rPr>
          <w:rFonts w:hint="eastAsia"/>
        </w:rPr>
      </w:pPr>
      <w:r>
        <w:rPr>
          <w:sz w:val="22"/>
        </w:rPr>
        <w:t>(C)3百万光年        (D)5亿亿千米</w:t>
      </w:r>
    </w:p>
    <w:p w14:paraId="74B3546B" w14:textId="77777777" w:rsidR="00AC5663" w:rsidRDefault="00000000">
      <w:pPr>
        <w:spacing w:before="120" w:line="336" w:lineRule="auto"/>
        <w:rPr>
          <w:rFonts w:hint="eastAsia"/>
        </w:rPr>
      </w:pPr>
      <w:r>
        <w:t>28. 以下哪个日子里最有可能不借助望远镜而直接用肉眼看到最多的太阳系的大行星（ ）。</w:t>
      </w:r>
    </w:p>
    <w:p w14:paraId="1EBA85CF" w14:textId="77777777" w:rsidR="00AC5663" w:rsidRDefault="00000000">
      <w:pPr>
        <w:spacing w:before="20" w:after="20" w:line="312" w:lineRule="auto"/>
        <w:ind w:left="283"/>
        <w:rPr>
          <w:rFonts w:hint="eastAsia"/>
        </w:rPr>
      </w:pPr>
      <w:r>
        <w:rPr>
          <w:sz w:val="22"/>
        </w:rPr>
        <w:t>(A)2005年10月22日        (B)2006年1月12日</w:t>
      </w:r>
    </w:p>
    <w:p w14:paraId="74AC1044" w14:textId="77777777" w:rsidR="00AC5663" w:rsidRDefault="00000000">
      <w:pPr>
        <w:spacing w:before="20" w:after="20" w:line="312" w:lineRule="auto"/>
        <w:ind w:left="283"/>
        <w:rPr>
          <w:rFonts w:hint="eastAsia"/>
        </w:rPr>
      </w:pPr>
      <w:r>
        <w:rPr>
          <w:sz w:val="22"/>
        </w:rPr>
        <w:t>(C)2006年2月24日        (D)2006年3月12日</w:t>
      </w:r>
    </w:p>
    <w:p w14:paraId="07F8F825" w14:textId="77777777" w:rsidR="00AC5663" w:rsidRDefault="00000000">
      <w:pPr>
        <w:spacing w:before="120" w:line="336" w:lineRule="auto"/>
        <w:rPr>
          <w:rFonts w:hint="eastAsia"/>
        </w:rPr>
      </w:pPr>
      <w:r>
        <w:t>29. 已知第6题中的太阳系小天体的近日距约为38天文单位，远日距约为98天文单位，那么它绕日公转的周期约为（ ）。</w:t>
      </w:r>
    </w:p>
    <w:p w14:paraId="7554453B" w14:textId="77777777" w:rsidR="00AC5663" w:rsidRDefault="00000000">
      <w:pPr>
        <w:spacing w:before="20" w:after="20" w:line="312" w:lineRule="auto"/>
        <w:ind w:left="283"/>
        <w:rPr>
          <w:rFonts w:hint="eastAsia"/>
        </w:rPr>
      </w:pPr>
      <w:r>
        <w:rPr>
          <w:sz w:val="22"/>
        </w:rPr>
        <w:t>(A)不到50年        (B)100年左右</w:t>
      </w:r>
    </w:p>
    <w:p w14:paraId="3CF0E590" w14:textId="77777777" w:rsidR="00AC5663" w:rsidRDefault="00000000">
      <w:pPr>
        <w:spacing w:before="20" w:after="20" w:line="312" w:lineRule="auto"/>
        <w:ind w:left="283"/>
        <w:rPr>
          <w:rFonts w:hint="eastAsia"/>
        </w:rPr>
      </w:pPr>
      <w:r>
        <w:rPr>
          <w:sz w:val="22"/>
        </w:rPr>
        <w:t>(C)500年左右        (D)大于1000年</w:t>
      </w:r>
    </w:p>
    <w:p w14:paraId="00A3AC58" w14:textId="77777777" w:rsidR="00AC5663" w:rsidRDefault="00000000">
      <w:pPr>
        <w:spacing w:before="120" w:line="336" w:lineRule="auto"/>
        <w:rPr>
          <w:rFonts w:hint="eastAsia"/>
        </w:rPr>
      </w:pPr>
      <w:r>
        <w:t>30. 目前月球可以为地球挡住（ ）的随机撞向地球的小天体。</w:t>
      </w:r>
    </w:p>
    <w:p w14:paraId="22175615" w14:textId="77777777" w:rsidR="00AC5663" w:rsidRDefault="00000000">
      <w:pPr>
        <w:spacing w:before="20" w:after="20" w:line="312" w:lineRule="auto"/>
        <w:ind w:left="283"/>
        <w:rPr>
          <w:rFonts w:hint="eastAsia"/>
        </w:rPr>
      </w:pPr>
      <w:r>
        <w:rPr>
          <w:sz w:val="22"/>
        </w:rPr>
        <w:t>(A)50%以上        (B)10%左右</w:t>
      </w:r>
    </w:p>
    <w:p w14:paraId="744E1A40" w14:textId="77777777" w:rsidR="00AC5663" w:rsidRDefault="00000000">
      <w:pPr>
        <w:spacing w:before="20" w:after="20" w:line="312" w:lineRule="auto"/>
        <w:ind w:left="283"/>
        <w:rPr>
          <w:rFonts w:hint="eastAsia"/>
        </w:rPr>
      </w:pPr>
      <w:r>
        <w:rPr>
          <w:sz w:val="22"/>
        </w:rPr>
        <w:t>(C)1%左右        (D)不到万分之一</w:t>
      </w:r>
    </w:p>
    <w:p w14:paraId="7351FE8C" w14:textId="77777777" w:rsidR="00AC5663" w:rsidRDefault="00000000">
      <w:pPr>
        <w:rPr>
          <w:rFonts w:hint="eastAsia"/>
        </w:rPr>
      </w:pPr>
      <w:r>
        <w:br w:type="page"/>
      </w:r>
    </w:p>
    <w:p w14:paraId="2B9F3BAB" w14:textId="77777777" w:rsidR="00AC5663" w:rsidRDefault="00000000">
      <w:pPr>
        <w:spacing w:after="200"/>
        <w:jc w:val="center"/>
        <w:rPr>
          <w:rFonts w:hint="eastAsia"/>
        </w:rPr>
      </w:pPr>
      <w:r>
        <w:rPr>
          <w:rFonts w:ascii="黑体" w:eastAsia="黑体" w:hAnsi="黑体"/>
          <w:b/>
          <w:sz w:val="32"/>
        </w:rPr>
        <w:t>2006年CNAO天文奥赛预赛试题 答案解析</w:t>
      </w:r>
    </w:p>
    <w:p w14:paraId="16C0DDE0" w14:textId="77777777" w:rsidR="00AC5663" w:rsidRDefault="00000000">
      <w:pPr>
        <w:spacing w:before="120" w:after="120"/>
        <w:rPr>
          <w:rFonts w:hint="eastAsia"/>
        </w:rPr>
      </w:pPr>
      <w:r>
        <w:rPr>
          <w:rFonts w:ascii="黑体" w:eastAsia="黑体" w:hAnsi="黑体"/>
          <w:b/>
          <w:sz w:val="26"/>
        </w:rPr>
        <w:t>答案速查表</w:t>
      </w:r>
    </w:p>
    <w:tbl>
      <w:tblPr>
        <w:tblStyle w:val="aff1"/>
        <w:tblW w:w="0" w:type="auto"/>
        <w:jc w:val="center"/>
        <w:tblLook w:val="04A0" w:firstRow="1" w:lastRow="0" w:firstColumn="1" w:lastColumn="0" w:noHBand="0" w:noVBand="1"/>
      </w:tblPr>
      <w:tblGrid>
        <w:gridCol w:w="1701"/>
        <w:gridCol w:w="4535"/>
      </w:tblGrid>
      <w:tr w:rsidR="00AC5663" w14:paraId="20959A66" w14:textId="77777777">
        <w:trPr>
          <w:jc w:val="center"/>
        </w:trPr>
        <w:tc>
          <w:tcPr>
            <w:tcW w:w="1701" w:type="dxa"/>
            <w:shd w:val="clear" w:color="auto" w:fill="2E4057"/>
          </w:tcPr>
          <w:p w14:paraId="000C8A2F" w14:textId="77777777" w:rsidR="00AC5663" w:rsidRDefault="00000000">
            <w:pPr>
              <w:jc w:val="center"/>
              <w:rPr>
                <w:rFonts w:hint="eastAsia"/>
              </w:rPr>
            </w:pPr>
            <w:r>
              <w:rPr>
                <w:rFonts w:ascii="黑体" w:eastAsia="黑体" w:hAnsi="黑体"/>
                <w:b/>
                <w:color w:val="FFFFFF"/>
              </w:rPr>
              <w:t>题号</w:t>
            </w:r>
          </w:p>
        </w:tc>
        <w:tc>
          <w:tcPr>
            <w:tcW w:w="4535" w:type="dxa"/>
            <w:shd w:val="clear" w:color="auto" w:fill="2E4057"/>
          </w:tcPr>
          <w:p w14:paraId="7C1DDC33" w14:textId="77777777" w:rsidR="00AC5663" w:rsidRDefault="00000000">
            <w:pPr>
              <w:jc w:val="center"/>
              <w:rPr>
                <w:rFonts w:hint="eastAsia"/>
              </w:rPr>
            </w:pPr>
            <w:r>
              <w:rPr>
                <w:rFonts w:ascii="黑体" w:eastAsia="黑体" w:hAnsi="黑体"/>
                <w:b/>
                <w:color w:val="FFFFFF"/>
              </w:rPr>
              <w:t>答案</w:t>
            </w:r>
          </w:p>
        </w:tc>
      </w:tr>
      <w:tr w:rsidR="00AC5663" w14:paraId="4C5CAD4A" w14:textId="77777777">
        <w:trPr>
          <w:jc w:val="center"/>
        </w:trPr>
        <w:tc>
          <w:tcPr>
            <w:tcW w:w="1701" w:type="dxa"/>
          </w:tcPr>
          <w:p w14:paraId="265104B6" w14:textId="77777777" w:rsidR="00AC5663" w:rsidRDefault="00000000">
            <w:pPr>
              <w:jc w:val="center"/>
              <w:rPr>
                <w:rFonts w:hint="eastAsia"/>
              </w:rPr>
            </w:pPr>
            <w:r>
              <w:rPr>
                <w:color w:val="C0392B"/>
              </w:rPr>
              <w:t>1-5</w:t>
            </w:r>
          </w:p>
        </w:tc>
        <w:tc>
          <w:tcPr>
            <w:tcW w:w="4535" w:type="dxa"/>
          </w:tcPr>
          <w:p w14:paraId="0D2E82CD" w14:textId="77777777" w:rsidR="00AC5663" w:rsidRDefault="00000000">
            <w:pPr>
              <w:jc w:val="center"/>
              <w:rPr>
                <w:rFonts w:hint="eastAsia"/>
              </w:rPr>
            </w:pPr>
            <w:r>
              <w:rPr>
                <w:color w:val="C0392B"/>
              </w:rPr>
              <w:t>D C C B A</w:t>
            </w:r>
          </w:p>
        </w:tc>
      </w:tr>
      <w:tr w:rsidR="00AC5663" w14:paraId="24220538" w14:textId="77777777">
        <w:trPr>
          <w:jc w:val="center"/>
        </w:trPr>
        <w:tc>
          <w:tcPr>
            <w:tcW w:w="1701" w:type="dxa"/>
          </w:tcPr>
          <w:p w14:paraId="1A70E047" w14:textId="77777777" w:rsidR="00AC5663" w:rsidRDefault="00000000">
            <w:pPr>
              <w:jc w:val="center"/>
              <w:rPr>
                <w:rFonts w:hint="eastAsia"/>
              </w:rPr>
            </w:pPr>
            <w:r>
              <w:rPr>
                <w:color w:val="C0392B"/>
              </w:rPr>
              <w:t>6-10</w:t>
            </w:r>
          </w:p>
        </w:tc>
        <w:tc>
          <w:tcPr>
            <w:tcW w:w="4535" w:type="dxa"/>
          </w:tcPr>
          <w:p w14:paraId="7758C8F3" w14:textId="77777777" w:rsidR="00AC5663" w:rsidRDefault="00000000">
            <w:pPr>
              <w:jc w:val="center"/>
              <w:rPr>
                <w:rFonts w:hint="eastAsia"/>
              </w:rPr>
            </w:pPr>
            <w:r>
              <w:rPr>
                <w:color w:val="C0392B"/>
              </w:rPr>
              <w:t>B C C B C</w:t>
            </w:r>
          </w:p>
        </w:tc>
      </w:tr>
      <w:tr w:rsidR="00AC5663" w14:paraId="3D720FE5" w14:textId="77777777">
        <w:trPr>
          <w:jc w:val="center"/>
        </w:trPr>
        <w:tc>
          <w:tcPr>
            <w:tcW w:w="1701" w:type="dxa"/>
          </w:tcPr>
          <w:p w14:paraId="482F0165" w14:textId="77777777" w:rsidR="00AC5663" w:rsidRDefault="00000000">
            <w:pPr>
              <w:jc w:val="center"/>
              <w:rPr>
                <w:rFonts w:hint="eastAsia"/>
              </w:rPr>
            </w:pPr>
            <w:r>
              <w:rPr>
                <w:color w:val="C0392B"/>
              </w:rPr>
              <w:t>11-15</w:t>
            </w:r>
          </w:p>
        </w:tc>
        <w:tc>
          <w:tcPr>
            <w:tcW w:w="4535" w:type="dxa"/>
          </w:tcPr>
          <w:p w14:paraId="4E55678B" w14:textId="77777777" w:rsidR="00AC5663" w:rsidRDefault="00000000">
            <w:pPr>
              <w:jc w:val="center"/>
              <w:rPr>
                <w:rFonts w:hint="eastAsia"/>
              </w:rPr>
            </w:pPr>
            <w:r>
              <w:rPr>
                <w:color w:val="C0392B"/>
              </w:rPr>
              <w:t>A C A C B</w:t>
            </w:r>
          </w:p>
        </w:tc>
      </w:tr>
      <w:tr w:rsidR="00AC5663" w14:paraId="778570BA" w14:textId="77777777">
        <w:trPr>
          <w:jc w:val="center"/>
        </w:trPr>
        <w:tc>
          <w:tcPr>
            <w:tcW w:w="1701" w:type="dxa"/>
          </w:tcPr>
          <w:p w14:paraId="5BD89A35" w14:textId="77777777" w:rsidR="00AC5663" w:rsidRDefault="00000000">
            <w:pPr>
              <w:jc w:val="center"/>
              <w:rPr>
                <w:rFonts w:hint="eastAsia"/>
              </w:rPr>
            </w:pPr>
            <w:r>
              <w:rPr>
                <w:color w:val="2C3E50"/>
              </w:rPr>
              <w:t>16-20</w:t>
            </w:r>
          </w:p>
        </w:tc>
        <w:tc>
          <w:tcPr>
            <w:tcW w:w="4535" w:type="dxa"/>
          </w:tcPr>
          <w:p w14:paraId="1FA0D12D" w14:textId="77777777" w:rsidR="00AC5663" w:rsidRDefault="00000000">
            <w:pPr>
              <w:jc w:val="center"/>
              <w:rPr>
                <w:rFonts w:hint="eastAsia"/>
              </w:rPr>
            </w:pPr>
            <w:r>
              <w:rPr>
                <w:color w:val="2C3E50"/>
              </w:rPr>
              <w:t>D A C B D</w:t>
            </w:r>
          </w:p>
        </w:tc>
      </w:tr>
      <w:tr w:rsidR="00AC5663" w14:paraId="7E07AE0D" w14:textId="77777777">
        <w:trPr>
          <w:jc w:val="center"/>
        </w:trPr>
        <w:tc>
          <w:tcPr>
            <w:tcW w:w="1701" w:type="dxa"/>
          </w:tcPr>
          <w:p w14:paraId="5542976A" w14:textId="77777777" w:rsidR="00AC5663" w:rsidRDefault="00000000">
            <w:pPr>
              <w:jc w:val="center"/>
              <w:rPr>
                <w:rFonts w:hint="eastAsia"/>
              </w:rPr>
            </w:pPr>
            <w:r>
              <w:rPr>
                <w:color w:val="2C3E50"/>
              </w:rPr>
              <w:t>21-25</w:t>
            </w:r>
          </w:p>
        </w:tc>
        <w:tc>
          <w:tcPr>
            <w:tcW w:w="4535" w:type="dxa"/>
          </w:tcPr>
          <w:p w14:paraId="76B7A37B" w14:textId="77777777" w:rsidR="00AC5663" w:rsidRDefault="00000000">
            <w:pPr>
              <w:jc w:val="center"/>
              <w:rPr>
                <w:rFonts w:hint="eastAsia"/>
              </w:rPr>
            </w:pPr>
            <w:r>
              <w:rPr>
                <w:color w:val="2C3E50"/>
              </w:rPr>
              <w:t>C B D B B</w:t>
            </w:r>
          </w:p>
        </w:tc>
      </w:tr>
      <w:tr w:rsidR="00AC5663" w14:paraId="0B86D702" w14:textId="77777777">
        <w:trPr>
          <w:jc w:val="center"/>
        </w:trPr>
        <w:tc>
          <w:tcPr>
            <w:tcW w:w="1701" w:type="dxa"/>
          </w:tcPr>
          <w:p w14:paraId="07AD190B" w14:textId="77777777" w:rsidR="00AC5663" w:rsidRDefault="00000000">
            <w:pPr>
              <w:jc w:val="center"/>
              <w:rPr>
                <w:rFonts w:hint="eastAsia"/>
              </w:rPr>
            </w:pPr>
            <w:r>
              <w:rPr>
                <w:color w:val="2C3E50"/>
              </w:rPr>
              <w:t>26-30</w:t>
            </w:r>
          </w:p>
        </w:tc>
        <w:tc>
          <w:tcPr>
            <w:tcW w:w="4535" w:type="dxa"/>
          </w:tcPr>
          <w:p w14:paraId="16A67944" w14:textId="77777777" w:rsidR="00AC5663" w:rsidRDefault="00000000">
            <w:pPr>
              <w:jc w:val="center"/>
              <w:rPr>
                <w:rFonts w:hint="eastAsia"/>
              </w:rPr>
            </w:pPr>
            <w:r>
              <w:rPr>
                <w:color w:val="2C3E50"/>
              </w:rPr>
              <w:t>C C C C D</w:t>
            </w:r>
          </w:p>
        </w:tc>
      </w:tr>
    </w:tbl>
    <w:p w14:paraId="4EF32F22" w14:textId="77777777" w:rsidR="00AC5663" w:rsidRDefault="00AC5663">
      <w:pPr>
        <w:rPr>
          <w:rFonts w:hint="eastAsia"/>
        </w:rPr>
      </w:pPr>
    </w:p>
    <w:p w14:paraId="62640929" w14:textId="77777777" w:rsidR="00AC5663" w:rsidRDefault="00000000">
      <w:pPr>
        <w:spacing w:before="200" w:after="120"/>
        <w:rPr>
          <w:rFonts w:hint="eastAsia"/>
        </w:rPr>
      </w:pPr>
      <w:r>
        <w:rPr>
          <w:rFonts w:ascii="黑体" w:eastAsia="黑体" w:hAnsi="黑体"/>
          <w:b/>
          <w:sz w:val="26"/>
        </w:rPr>
        <w:t>逐题答案与解析</w:t>
      </w:r>
    </w:p>
    <w:p w14:paraId="32C0539F" w14:textId="77777777" w:rsidR="00AC5663" w:rsidRDefault="00000000">
      <w:pPr>
        <w:spacing w:before="60" w:after="60" w:line="312" w:lineRule="auto"/>
        <w:rPr>
          <w:rFonts w:hint="eastAsia"/>
        </w:rPr>
      </w:pPr>
      <w:r>
        <w:rPr>
          <w:b/>
        </w:rPr>
        <w:t>第1题：</w:t>
      </w:r>
      <w:r>
        <w:rPr>
          <w:b/>
          <w:color w:val="C0392B"/>
        </w:rPr>
        <w:t>答案：D</w:t>
      </w:r>
      <w:r>
        <w:rPr>
          <w:color w:val="555555"/>
          <w:sz w:val="22"/>
        </w:rPr>
        <w:t xml:space="preserve">  神舟六号（2005年10月12日发射）的航天员是费俊龙和聂海胜，两人在轨飞行5天。</w:t>
      </w:r>
    </w:p>
    <w:p w14:paraId="1754B98E" w14:textId="77777777" w:rsidR="00AC5663" w:rsidRDefault="00000000">
      <w:pPr>
        <w:spacing w:before="60" w:after="60" w:line="312" w:lineRule="auto"/>
        <w:rPr>
          <w:rFonts w:hint="eastAsia"/>
        </w:rPr>
      </w:pPr>
      <w:r>
        <w:rPr>
          <w:b/>
        </w:rPr>
        <w:t>第2题：</w:t>
      </w:r>
      <w:r>
        <w:rPr>
          <w:b/>
          <w:color w:val="C0392B"/>
        </w:rPr>
        <w:t>答案：C</w:t>
      </w:r>
      <w:r>
        <w:rPr>
          <w:color w:val="555555"/>
          <w:sz w:val="22"/>
        </w:rPr>
        <w:t xml:space="preserve">  2005年第10届国际天文奥赛（北京怀柔）中国队获3金2银3铜，首届亚太天文奥赛中国队获1金4银2铜，合计15枚奖牌。</w:t>
      </w:r>
    </w:p>
    <w:p w14:paraId="285F384E" w14:textId="77777777" w:rsidR="00AC5663" w:rsidRDefault="00000000">
      <w:pPr>
        <w:spacing w:before="60" w:after="60" w:line="312" w:lineRule="auto"/>
        <w:rPr>
          <w:rFonts w:hint="eastAsia"/>
        </w:rPr>
      </w:pPr>
      <w:r>
        <w:rPr>
          <w:b/>
        </w:rPr>
        <w:t>第3题：</w:t>
      </w:r>
      <w:r>
        <w:rPr>
          <w:b/>
          <w:color w:val="C0392B"/>
        </w:rPr>
        <w:t>答案：C</w:t>
      </w:r>
      <w:r>
        <w:rPr>
          <w:color w:val="555555"/>
          <w:sz w:val="22"/>
        </w:rPr>
        <w:t xml:space="preserve">  第一届亚太地区天文奥赛2005年12月在俄罗斯伊尔库茨克举行；同年10月的第10届国际天文奥赛在北京怀柔举行。</w:t>
      </w:r>
    </w:p>
    <w:p w14:paraId="67FFD942" w14:textId="77777777" w:rsidR="00AC5663" w:rsidRDefault="00000000">
      <w:pPr>
        <w:spacing w:before="60" w:after="60" w:line="312" w:lineRule="auto"/>
        <w:rPr>
          <w:rFonts w:hint="eastAsia"/>
        </w:rPr>
      </w:pPr>
      <w:r>
        <w:rPr>
          <w:b/>
        </w:rPr>
        <w:t>第4题：</w:t>
      </w:r>
      <w:r>
        <w:rPr>
          <w:b/>
          <w:color w:val="C0392B"/>
        </w:rPr>
        <w:t>答案：B</w:t>
      </w:r>
      <w:r>
        <w:rPr>
          <w:color w:val="555555"/>
          <w:sz w:val="22"/>
        </w:rPr>
        <w:t xml:space="preserve">  《天文爱好者》是月刊，2006年第4期即4月号，出版日期为4月1日。</w:t>
      </w:r>
    </w:p>
    <w:p w14:paraId="5D3E9968" w14:textId="77777777" w:rsidR="00AC5663" w:rsidRDefault="00000000">
      <w:pPr>
        <w:spacing w:before="60" w:after="60" w:line="312" w:lineRule="auto"/>
        <w:rPr>
          <w:rFonts w:hint="eastAsia"/>
        </w:rPr>
      </w:pPr>
      <w:r>
        <w:rPr>
          <w:b/>
        </w:rPr>
        <w:t>第5题：</w:t>
      </w:r>
      <w:r>
        <w:rPr>
          <w:b/>
          <w:color w:val="C0392B"/>
        </w:rPr>
        <w:t>答案：A</w:t>
      </w:r>
      <w:r>
        <w:rPr>
          <w:color w:val="555555"/>
          <w:sz w:val="22"/>
        </w:rPr>
        <w:t xml:space="preserve">  雨燕（Swift）伽玛射线暴探测器2004年11月20日发射。斯必泽是2003年8月发射的红外望远镜，新视野是2006年1月发射的冥王星探测器，深度撞击是2005年1月发射的彗星探测器。</w:t>
      </w:r>
    </w:p>
    <w:p w14:paraId="45902238" w14:textId="77777777" w:rsidR="00AC5663" w:rsidRDefault="00000000">
      <w:pPr>
        <w:spacing w:before="60" w:after="60" w:line="312" w:lineRule="auto"/>
        <w:rPr>
          <w:rFonts w:hint="eastAsia"/>
        </w:rPr>
      </w:pPr>
      <w:r>
        <w:rPr>
          <w:b/>
        </w:rPr>
        <w:t>第6题：</w:t>
      </w:r>
      <w:r>
        <w:rPr>
          <w:b/>
          <w:color w:val="C0392B"/>
        </w:rPr>
        <w:t>答案：B</w:t>
      </w:r>
      <w:r>
        <w:rPr>
          <w:color w:val="555555"/>
          <w:sz w:val="22"/>
        </w:rPr>
        <w:t xml:space="preserve">  编号2003 UB313，后命名为阋神星（Eris）。它比冥王星还大，正是它的发现促成了2006年国际天文学联合会重新定义“行星”。</w:t>
      </w:r>
    </w:p>
    <w:p w14:paraId="457D865A" w14:textId="77777777" w:rsidR="00AC5663" w:rsidRDefault="00000000">
      <w:pPr>
        <w:spacing w:before="60" w:after="60" w:line="312" w:lineRule="auto"/>
        <w:rPr>
          <w:rFonts w:hint="eastAsia"/>
        </w:rPr>
      </w:pPr>
      <w:r>
        <w:rPr>
          <w:b/>
        </w:rPr>
        <w:t>第7题：</w:t>
      </w:r>
      <w:r>
        <w:rPr>
          <w:b/>
          <w:color w:val="C0392B"/>
        </w:rPr>
        <w:t>答案：C</w:t>
      </w:r>
      <w:r>
        <w:rPr>
          <w:color w:val="555555"/>
          <w:sz w:val="22"/>
        </w:rPr>
        <w:t xml:space="preserve">  2009年7月22日的日全食全食带沿长江流域自西向东扫过，上海离中心线最近（不足200km），是观测条件最好的大城市。</w:t>
      </w:r>
    </w:p>
    <w:p w14:paraId="7B97F386" w14:textId="77777777" w:rsidR="00AC5663" w:rsidRDefault="00000000">
      <w:pPr>
        <w:spacing w:before="60" w:after="60" w:line="312" w:lineRule="auto"/>
        <w:rPr>
          <w:rFonts w:hint="eastAsia"/>
        </w:rPr>
      </w:pPr>
      <w:r>
        <w:rPr>
          <w:b/>
        </w:rPr>
        <w:t>第8题：</w:t>
      </w:r>
      <w:r>
        <w:rPr>
          <w:b/>
          <w:color w:val="C0392B"/>
        </w:rPr>
        <w:t>答案：C</w:t>
      </w:r>
      <w:r>
        <w:rPr>
          <w:color w:val="555555"/>
          <w:sz w:val="22"/>
        </w:rPr>
        <w:t xml:space="preserve">  2006年初冥王星已知卫星为3颗：卡戎（1978年发现）、尼克斯和许德拉（2005年发现）；2011年、2012年又各发现一颗，现共5颗。</w:t>
      </w:r>
    </w:p>
    <w:p w14:paraId="0F664ACD" w14:textId="77777777" w:rsidR="00AC5663" w:rsidRDefault="00000000">
      <w:pPr>
        <w:spacing w:before="60" w:after="60" w:line="312" w:lineRule="auto"/>
        <w:rPr>
          <w:rFonts w:hint="eastAsia"/>
        </w:rPr>
      </w:pPr>
      <w:r>
        <w:rPr>
          <w:b/>
        </w:rPr>
        <w:lastRenderedPageBreak/>
        <w:t>第9题：</w:t>
      </w:r>
      <w:r>
        <w:rPr>
          <w:b/>
          <w:color w:val="C0392B"/>
        </w:rPr>
        <w:t>答案：B</w:t>
      </w:r>
      <w:r>
        <w:rPr>
          <w:color w:val="555555"/>
          <w:sz w:val="22"/>
        </w:rPr>
        <w:t xml:space="preserve">  2005年7月4日“深度撞击”号的撞击器撞上坦普尔1号彗星（9P/Tempel 1）。Itokawa是“隼鸟”号造访的小行星，不是彗星。</w:t>
      </w:r>
    </w:p>
    <w:p w14:paraId="62505C55" w14:textId="77777777" w:rsidR="00AC5663" w:rsidRDefault="00000000">
      <w:pPr>
        <w:spacing w:before="60" w:after="60" w:line="312" w:lineRule="auto"/>
        <w:rPr>
          <w:rFonts w:hint="eastAsia"/>
        </w:rPr>
      </w:pPr>
      <w:r>
        <w:rPr>
          <w:b/>
        </w:rPr>
        <w:t>第10题：</w:t>
      </w:r>
      <w:r>
        <w:rPr>
          <w:b/>
          <w:color w:val="C0392B"/>
        </w:rPr>
        <w:t>答案：C</w:t>
      </w:r>
      <w:r>
        <w:rPr>
          <w:color w:val="555555"/>
          <w:sz w:val="22"/>
        </w:rPr>
        <w:t xml:space="preserve">  C/2006 A1（波伊曼斯基彗星）在2006年2~3月增亮到5等左右，是当时北半球肉眼可见的彗星；C/2004 Q2是上一年的彗星。</w:t>
      </w:r>
    </w:p>
    <w:p w14:paraId="3FF31C1E" w14:textId="77777777" w:rsidR="00AC5663" w:rsidRDefault="00000000">
      <w:pPr>
        <w:spacing w:before="60" w:after="60" w:line="312" w:lineRule="auto"/>
        <w:rPr>
          <w:rFonts w:hint="eastAsia"/>
        </w:rPr>
      </w:pPr>
      <w:r>
        <w:rPr>
          <w:b/>
        </w:rPr>
        <w:t>第11题：</w:t>
      </w:r>
      <w:r>
        <w:rPr>
          <w:b/>
          <w:color w:val="C0392B"/>
        </w:rPr>
        <w:t>答案：A</w:t>
      </w:r>
      <w:r>
        <w:rPr>
          <w:color w:val="555555"/>
          <w:sz w:val="22"/>
        </w:rPr>
        <w:t xml:space="preserve">  2006年3月14—15日的半影月食，食甚在格林尼治时间3月14日23时48分，即北京时间3月15日7时48分，发生在上午。</w:t>
      </w:r>
    </w:p>
    <w:p w14:paraId="6C8A92AC" w14:textId="77777777" w:rsidR="00AC5663" w:rsidRDefault="00000000">
      <w:pPr>
        <w:spacing w:before="60" w:after="60" w:line="312" w:lineRule="auto"/>
        <w:rPr>
          <w:rFonts w:hint="eastAsia"/>
        </w:rPr>
      </w:pPr>
      <w:r>
        <w:rPr>
          <w:b/>
        </w:rPr>
        <w:t>第12题：</w:t>
      </w:r>
      <w:r>
        <w:rPr>
          <w:b/>
          <w:color w:val="C0392B"/>
        </w:rPr>
        <w:t>答案：C</w:t>
      </w:r>
      <w:r>
        <w:rPr>
          <w:color w:val="555555"/>
          <w:sz w:val="22"/>
        </w:rPr>
        <w:t xml:space="preserve">  阿丽亚娜5ECA“一箭双星”发射失败发生在2002年12月，是四年前的事。木星“小红斑”、Spacewatch终止FMO项目、火星勘测轨道器进入火星轨道（2006年3月10日）都是当时一个月内的新闻。</w:t>
      </w:r>
    </w:p>
    <w:p w14:paraId="1B29C048" w14:textId="77777777" w:rsidR="00AC5663" w:rsidRDefault="00000000">
      <w:pPr>
        <w:spacing w:before="60" w:after="60" w:line="312" w:lineRule="auto"/>
        <w:rPr>
          <w:rFonts w:hint="eastAsia"/>
        </w:rPr>
      </w:pPr>
      <w:r>
        <w:rPr>
          <w:b/>
        </w:rPr>
        <w:t>第13题：</w:t>
      </w:r>
      <w:r>
        <w:rPr>
          <w:b/>
          <w:color w:val="C0392B"/>
        </w:rPr>
        <w:t>答案：A</w:t>
      </w:r>
      <w:r>
        <w:rPr>
          <w:color w:val="555555"/>
          <w:sz w:val="22"/>
        </w:rPr>
        <w:t xml:space="preserve">  下一次水星凌日在2006年11月8日，再下一次要等到2016年5月9日。</w:t>
      </w:r>
    </w:p>
    <w:p w14:paraId="2BC23DEF" w14:textId="77777777" w:rsidR="00AC5663" w:rsidRDefault="00000000">
      <w:pPr>
        <w:spacing w:before="60" w:after="60" w:line="312" w:lineRule="auto"/>
        <w:rPr>
          <w:rFonts w:hint="eastAsia"/>
        </w:rPr>
      </w:pPr>
      <w:r>
        <w:rPr>
          <w:b/>
        </w:rPr>
        <w:t>第14题：</w:t>
      </w:r>
      <w:r>
        <w:rPr>
          <w:b/>
          <w:color w:val="C0392B"/>
        </w:rPr>
        <w:t>答案：C</w:t>
      </w:r>
      <w:r>
        <w:rPr>
          <w:color w:val="555555"/>
          <w:sz w:val="22"/>
        </w:rPr>
        <w:t xml:space="preserve">  梅西耶马拉松要赶在太阳位于黄道上梅西耶天体最稀疏的位置时进行，即春分前后的新月夜。2006年3月29日正是新月前后，最为合适。</w:t>
      </w:r>
    </w:p>
    <w:p w14:paraId="55CEC101" w14:textId="77777777" w:rsidR="00AC5663" w:rsidRDefault="00000000">
      <w:pPr>
        <w:spacing w:before="60" w:after="60" w:line="312" w:lineRule="auto"/>
        <w:rPr>
          <w:rFonts w:hint="eastAsia"/>
        </w:rPr>
      </w:pPr>
      <w:r>
        <w:rPr>
          <w:b/>
        </w:rPr>
        <w:t>第15题：</w:t>
      </w:r>
      <w:r>
        <w:rPr>
          <w:b/>
          <w:color w:val="C0392B"/>
        </w:rPr>
        <w:t>答案：B</w:t>
      </w:r>
      <w:r>
        <w:rPr>
          <w:color w:val="555555"/>
          <w:sz w:val="22"/>
        </w:rPr>
        <w:t xml:space="preserve">  M57（环状星云）距离约2300光年，是四个选项里最近的；M33约270万光年、M81约1200万光年、M101约2300万光年。</w:t>
      </w:r>
    </w:p>
    <w:p w14:paraId="77CF32A1" w14:textId="77777777" w:rsidR="00AC5663" w:rsidRDefault="00000000">
      <w:pPr>
        <w:spacing w:before="60" w:after="60" w:line="312" w:lineRule="auto"/>
        <w:rPr>
          <w:rFonts w:hint="eastAsia"/>
        </w:rPr>
      </w:pPr>
      <w:r>
        <w:rPr>
          <w:b/>
        </w:rPr>
        <w:t>第16题：</w:t>
      </w:r>
      <w:r>
        <w:rPr>
          <w:b/>
          <w:color w:val="C0392B"/>
        </w:rPr>
        <w:t>答案：D</w:t>
      </w:r>
      <w:r>
        <w:rPr>
          <w:color w:val="555555"/>
          <w:sz w:val="22"/>
        </w:rPr>
        <w:t xml:space="preserve">  M51（涡状星系）位于猎犬座，是人类第一个辨认出旋涡结构的星系。</w:t>
      </w:r>
    </w:p>
    <w:p w14:paraId="62D64093" w14:textId="77777777" w:rsidR="00AC5663" w:rsidRDefault="00000000">
      <w:pPr>
        <w:spacing w:before="60" w:after="60" w:line="312" w:lineRule="auto"/>
        <w:rPr>
          <w:rFonts w:hint="eastAsia"/>
        </w:rPr>
      </w:pPr>
      <w:r>
        <w:rPr>
          <w:b/>
        </w:rPr>
        <w:t>第17题：</w:t>
      </w:r>
      <w:r>
        <w:rPr>
          <w:b/>
          <w:color w:val="C0392B"/>
        </w:rPr>
        <w:t>答案：A</w:t>
      </w:r>
      <w:r>
        <w:rPr>
          <w:color w:val="555555"/>
          <w:sz w:val="22"/>
        </w:rPr>
        <w:t xml:space="preserve">  白羊座最亮的娄宿三只有约2.0等，没有1等及更亮的恒星，故数目为0。</w:t>
      </w:r>
    </w:p>
    <w:p w14:paraId="50782B6E" w14:textId="77777777" w:rsidR="00AC5663" w:rsidRDefault="00000000">
      <w:pPr>
        <w:spacing w:before="60" w:after="60" w:line="312" w:lineRule="auto"/>
        <w:rPr>
          <w:rFonts w:hint="eastAsia"/>
        </w:rPr>
      </w:pPr>
      <w:r>
        <w:rPr>
          <w:b/>
        </w:rPr>
        <w:t>第18题：</w:t>
      </w:r>
      <w:r>
        <w:rPr>
          <w:b/>
          <w:color w:val="C0392B"/>
        </w:rPr>
        <w:t>答案：C</w:t>
      </w:r>
      <w:r>
        <w:rPr>
          <w:color w:val="555555"/>
          <w:sz w:val="22"/>
        </w:rPr>
        <w:t xml:space="preserve">  北极星（勾陈一）约2.0等；天狼星-1.46等、大角星-0.05等、北河三1.14等，所以看上去北极星最暗。</w:t>
      </w:r>
    </w:p>
    <w:p w14:paraId="2D27079C" w14:textId="77777777" w:rsidR="00AC5663" w:rsidRDefault="00000000">
      <w:pPr>
        <w:spacing w:before="60" w:after="60" w:line="312" w:lineRule="auto"/>
        <w:rPr>
          <w:rFonts w:hint="eastAsia"/>
        </w:rPr>
      </w:pPr>
      <w:r>
        <w:rPr>
          <w:b/>
        </w:rPr>
        <w:t>第19题：</w:t>
      </w:r>
      <w:r>
        <w:rPr>
          <w:b/>
          <w:color w:val="C0392B"/>
        </w:rPr>
        <w:t>答案：B</w:t>
      </w:r>
      <w:r>
        <w:rPr>
          <w:color w:val="555555"/>
          <w:sz w:val="22"/>
        </w:rPr>
        <w:t xml:space="preserve">  伽利略卫星直径：木卫三5268km＞木卫四4821km＞木卫一3643km＞木卫二3122km，木卫二最小。</w:t>
      </w:r>
    </w:p>
    <w:p w14:paraId="4D5BADAF" w14:textId="77777777" w:rsidR="00AC5663" w:rsidRDefault="00000000">
      <w:pPr>
        <w:spacing w:before="60" w:after="60" w:line="312" w:lineRule="auto"/>
        <w:rPr>
          <w:rFonts w:hint="eastAsia"/>
        </w:rPr>
      </w:pPr>
      <w:r>
        <w:rPr>
          <w:b/>
        </w:rPr>
        <w:t>第20题：</w:t>
      </w:r>
      <w:r>
        <w:rPr>
          <w:b/>
          <w:color w:val="C0392B"/>
        </w:rPr>
        <w:t>答案：D</w:t>
      </w:r>
      <w:r>
        <w:rPr>
          <w:color w:val="555555"/>
          <w:sz w:val="22"/>
        </w:rPr>
        <w:t xml:space="preserve">  2006年3月15日为望（当天发生半影月食），考试当周已是亏凸月，月亮要等到21~22时才升起，故选“晚上10点”。</w:t>
      </w:r>
    </w:p>
    <w:p w14:paraId="5122ED63" w14:textId="77777777" w:rsidR="00AC5663" w:rsidRDefault="00000000">
      <w:pPr>
        <w:spacing w:before="60" w:after="60" w:line="312" w:lineRule="auto"/>
        <w:rPr>
          <w:rFonts w:hint="eastAsia"/>
        </w:rPr>
      </w:pPr>
      <w:r>
        <w:rPr>
          <w:b/>
        </w:rPr>
        <w:t>第21题：</w:t>
      </w:r>
      <w:r>
        <w:rPr>
          <w:b/>
          <w:color w:val="C0392B"/>
        </w:rPr>
        <w:t>答案：C</w:t>
      </w:r>
      <w:r>
        <w:rPr>
          <w:color w:val="555555"/>
          <w:sz w:val="22"/>
        </w:rPr>
        <w:t xml:space="preserve">  西大距时金星位于太阳以西，是“启明星”：凌晨先于太阳升起，下午先于太阳落下，所以落入地平线以下的时间在下午。</w:t>
      </w:r>
    </w:p>
    <w:p w14:paraId="43F9CE80" w14:textId="77777777" w:rsidR="00AC5663" w:rsidRDefault="00000000">
      <w:pPr>
        <w:spacing w:before="60" w:after="60" w:line="312" w:lineRule="auto"/>
        <w:rPr>
          <w:rFonts w:hint="eastAsia"/>
        </w:rPr>
      </w:pPr>
      <w:r>
        <w:rPr>
          <w:b/>
        </w:rPr>
        <w:t>第22题：</w:t>
      </w:r>
      <w:r>
        <w:rPr>
          <w:b/>
          <w:color w:val="C0392B"/>
        </w:rPr>
        <w:t>答案：B</w:t>
      </w:r>
      <w:r>
        <w:rPr>
          <w:color w:val="555555"/>
          <w:sz w:val="22"/>
        </w:rPr>
        <w:t xml:space="preserve">  2006年3月下旬金星位于宝瓶座（赤经约21h30m、赤纬-14°），大角星在牧夫座（14h16m、+19°），两者角距约110°；牛郎—织女约34°，天狼—参宿七约20°，月球与木星更近。</w:t>
      </w:r>
    </w:p>
    <w:p w14:paraId="6173CEAD" w14:textId="77777777" w:rsidR="00AC5663" w:rsidRDefault="00000000">
      <w:pPr>
        <w:spacing w:before="60" w:after="60" w:line="312" w:lineRule="auto"/>
        <w:rPr>
          <w:rFonts w:hint="eastAsia"/>
        </w:rPr>
      </w:pPr>
      <w:r>
        <w:rPr>
          <w:b/>
        </w:rPr>
        <w:t>第23题：</w:t>
      </w:r>
      <w:r>
        <w:rPr>
          <w:b/>
          <w:color w:val="C0392B"/>
        </w:rPr>
        <w:t>答案：D</w:t>
      </w:r>
      <w:r>
        <w:rPr>
          <w:color w:val="555555"/>
          <w:sz w:val="22"/>
        </w:rPr>
        <w:t xml:space="preserve">  普通开普勒式折射望远镜（不接天顶镜、正像棱镜）成倒像，上下和左右都相反。</w:t>
      </w:r>
    </w:p>
    <w:p w14:paraId="32CCBC4F" w14:textId="77777777" w:rsidR="00AC5663" w:rsidRDefault="00000000">
      <w:pPr>
        <w:spacing w:before="60" w:after="60" w:line="312" w:lineRule="auto"/>
        <w:rPr>
          <w:rFonts w:hint="eastAsia"/>
        </w:rPr>
      </w:pPr>
      <w:r>
        <w:rPr>
          <w:b/>
        </w:rPr>
        <w:lastRenderedPageBreak/>
        <w:t>第24题：</w:t>
      </w:r>
      <w:r>
        <w:rPr>
          <w:b/>
          <w:color w:val="C0392B"/>
        </w:rPr>
        <w:t>答案：B</w:t>
      </w:r>
      <w:r>
        <w:rPr>
          <w:color w:val="555555"/>
          <w:sz w:val="22"/>
        </w:rPr>
        <w:t xml:space="preserve">  月掩星时恒星几乎是瞬间消失的（月面没有大气，恒星的视直径又极小），不可能持续2分钟。象限仪流星雨在1月初活动、极光可呈黄绿色雾状、小行星掩星可持续几十秒，都是可能的。</w:t>
      </w:r>
    </w:p>
    <w:p w14:paraId="7360E708" w14:textId="77777777" w:rsidR="00AC5663" w:rsidRDefault="00000000">
      <w:pPr>
        <w:spacing w:before="60" w:after="60" w:line="312" w:lineRule="auto"/>
        <w:rPr>
          <w:rFonts w:hint="eastAsia"/>
        </w:rPr>
      </w:pPr>
      <w:r>
        <w:rPr>
          <w:b/>
        </w:rPr>
        <w:t>第25题：</w:t>
      </w:r>
      <w:r>
        <w:rPr>
          <w:b/>
          <w:color w:val="C0392B"/>
        </w:rPr>
        <w:t>答案：B</w:t>
      </w:r>
      <w:r>
        <w:rPr>
          <w:color w:val="555555"/>
          <w:sz w:val="22"/>
        </w:rPr>
        <w:t xml:space="preserve">  3月中下旬太阳赤经约0h（春分点在双鱼座），太阳正位于双鱼座。</w:t>
      </w:r>
    </w:p>
    <w:p w14:paraId="678C10EB" w14:textId="77777777" w:rsidR="00AC5663" w:rsidRDefault="00000000">
      <w:pPr>
        <w:spacing w:before="60" w:after="60" w:line="312" w:lineRule="auto"/>
        <w:rPr>
          <w:rFonts w:hint="eastAsia"/>
        </w:rPr>
      </w:pPr>
      <w:r>
        <w:rPr>
          <w:b/>
        </w:rPr>
        <w:t>第26题：</w:t>
      </w:r>
      <w:r>
        <w:rPr>
          <w:b/>
          <w:color w:val="C0392B"/>
        </w:rPr>
        <w:t>答案：C</w:t>
      </w:r>
      <w:r>
        <w:rPr>
          <w:color w:val="555555"/>
          <w:sz w:val="22"/>
        </w:rPr>
        <w:t xml:space="preserve">  本世纪初，已定轨的近地小行星中未来百年撞击概率不为0的约有一百颗左右（随着巡天进展，现已增至数百颗），但概率都极小。</w:t>
      </w:r>
    </w:p>
    <w:p w14:paraId="037200AF" w14:textId="77777777" w:rsidR="00AC5663" w:rsidRDefault="00000000">
      <w:pPr>
        <w:spacing w:before="60" w:after="60" w:line="312" w:lineRule="auto"/>
        <w:rPr>
          <w:rFonts w:hint="eastAsia"/>
        </w:rPr>
      </w:pPr>
      <w:r>
        <w:rPr>
          <w:b/>
        </w:rPr>
        <w:t>第27题：</w:t>
      </w:r>
      <w:r>
        <w:rPr>
          <w:b/>
          <w:color w:val="C0392B"/>
        </w:rPr>
        <w:t>答案：C</w:t>
      </w:r>
      <w:r>
        <w:rPr>
          <w:color w:val="555555"/>
          <w:sz w:val="22"/>
        </w:rPr>
        <w:t xml:space="preserve">  M31距离约250万光年（约78万秒差距），选项中以“3百万光年”最接近；1千万秒差距、2亿天文单位、5亿亿千米都差了几个数量级。</w:t>
      </w:r>
    </w:p>
    <w:p w14:paraId="4790EFF9" w14:textId="77777777" w:rsidR="00AC5663" w:rsidRDefault="00000000">
      <w:pPr>
        <w:spacing w:before="60" w:after="60" w:line="312" w:lineRule="auto"/>
        <w:rPr>
          <w:rFonts w:hint="eastAsia"/>
        </w:rPr>
      </w:pPr>
      <w:r>
        <w:rPr>
          <w:b/>
        </w:rPr>
        <w:t>第28题：</w:t>
      </w:r>
      <w:r>
        <w:rPr>
          <w:b/>
          <w:color w:val="C0392B"/>
        </w:rPr>
        <w:t>答案：C</w:t>
      </w:r>
      <w:r>
        <w:rPr>
          <w:color w:val="555555"/>
          <w:sz w:val="22"/>
        </w:rPr>
        <w:t xml:space="preserve">  2006年2月下旬五大行星在天空中的分布相对集中，日落后西方天空可同时看到多颗大行星，是当年观测条件最好的一段。</w:t>
      </w:r>
    </w:p>
    <w:p w14:paraId="1E52F85A" w14:textId="77777777" w:rsidR="00AC5663" w:rsidRDefault="00000000">
      <w:pPr>
        <w:spacing w:before="60" w:after="60" w:line="312" w:lineRule="auto"/>
        <w:rPr>
          <w:rFonts w:hint="eastAsia"/>
        </w:rPr>
      </w:pPr>
      <w:r>
        <w:rPr>
          <w:b/>
        </w:rPr>
        <w:t>第29题：</w:t>
      </w:r>
      <w:r>
        <w:rPr>
          <w:b/>
          <w:color w:val="C0392B"/>
        </w:rPr>
        <w:t>答案：C</w:t>
      </w:r>
      <w:r>
        <w:rPr>
          <w:color w:val="555555"/>
          <w:sz w:val="22"/>
        </w:rPr>
        <w:t xml:space="preserve">  半长轴a=(38+98)/2=68AU，由开普勒第三定律 T=a^1.5=68^1.5≈561年，约500年。（该天体即2003 UB313，实际公转周期约557年。）</w:t>
      </w:r>
    </w:p>
    <w:p w14:paraId="700E66D0" w14:textId="77777777" w:rsidR="00AC5663" w:rsidRDefault="00000000">
      <w:pPr>
        <w:spacing w:before="60" w:after="60" w:line="312" w:lineRule="auto"/>
        <w:rPr>
          <w:rFonts w:hint="eastAsia"/>
        </w:rPr>
      </w:pPr>
      <w:r>
        <w:rPr>
          <w:b/>
        </w:rPr>
        <w:t>第30题：</w:t>
      </w:r>
      <w:r>
        <w:rPr>
          <w:b/>
          <w:color w:val="C0392B"/>
        </w:rPr>
        <w:t>答案：D  月球半径1737千米、距地约38万千米，其圆面在“撞向地球”的来流方向上所能遮蔽的立体角只占全天球的约百万分之五——等效于来流必须穿过的横截面之比约为(1737/384400)²量级，即使计入月球引力聚焦也不过增大百分之几，仍远小于万分之一。月球对地球的“挡弹”作用微乎其微，真正替地球清扫小天体的是木星等大行星的摄动作用。故选D。</w:t>
      </w:r>
      <w:r>
        <w:rPr>
          <w:color w:val="555555"/>
          <w:sz w:val="22"/>
        </w:rPr>
      </w:r>
    </w:p>
    <w:sectPr w:rsidR="00AC5663"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19567028">
    <w:abstractNumId w:val="8"/>
  </w:num>
  <w:num w:numId="2" w16cid:durableId="1806317164">
    <w:abstractNumId w:val="6"/>
  </w:num>
  <w:num w:numId="3" w16cid:durableId="2089761755">
    <w:abstractNumId w:val="5"/>
  </w:num>
  <w:num w:numId="4" w16cid:durableId="301735069">
    <w:abstractNumId w:val="4"/>
  </w:num>
  <w:num w:numId="5" w16cid:durableId="153841655">
    <w:abstractNumId w:val="7"/>
  </w:num>
  <w:num w:numId="6" w16cid:durableId="780799815">
    <w:abstractNumId w:val="3"/>
  </w:num>
  <w:num w:numId="7" w16cid:durableId="2061898113">
    <w:abstractNumId w:val="2"/>
  </w:num>
  <w:num w:numId="8" w16cid:durableId="1654215484">
    <w:abstractNumId w:val="1"/>
  </w:num>
  <w:num w:numId="9" w16cid:durableId="1459832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43BED"/>
    <w:rsid w:val="00AA1D8D"/>
    <w:rsid w:val="00AC5663"/>
    <w:rsid w:val="00B47730"/>
    <w:rsid w:val="00BA449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A0757"/>
  <w14:defaultImageDpi w14:val="300"/>
  <w15:docId w15:val="{EC45B011-D459-4C4C-9E84-002427D0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before="40" w:after="40" w:line="360" w:lineRule="auto"/>
    </w:pPr>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2026-10-27T05:35:00Z</dcterms:modified>
  <cp:category/>
</cp:coreProperties>
</file>