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654A4" w14:textId="34369352" w:rsidR="003845EB" w:rsidRDefault="00000000">
      <w:pPr>
        <w:jc w:val="center"/>
        <w:rPr>
          <w:rFonts w:hint="eastAsia"/>
        </w:rPr>
      </w:pPr>
      <w:r>
        <w:rPr>
          <w:rFonts w:ascii="黑体" w:eastAsia="黑体" w:hAnsi="黑体"/>
          <w:b/>
          <w:sz w:val="36"/>
        </w:rPr>
        <w:t>2005年CNAO天文奥赛预赛试题</w:t>
      </w:r>
    </w:p>
    <w:p w14:paraId="7E79D0F8" w14:textId="77777777" w:rsidR="003845EB" w:rsidRDefault="00000000">
      <w:pPr>
        <w:spacing w:before="40" w:after="40"/>
        <w:rPr>
          <w:rFonts w:hint="eastAsia"/>
        </w:rPr>
      </w:pPr>
      <w:r>
        <w:rPr>
          <w:sz w:val="21"/>
        </w:rPr>
        <w:t>1. 本试卷共30道单项选择题，每题只有一个正确答案。</w:t>
      </w:r>
    </w:p>
    <w:p w14:paraId="2252BF8B" w14:textId="77777777" w:rsidR="003845EB" w:rsidRDefault="00000000">
      <w:pPr>
        <w:spacing w:before="40" w:after="40"/>
        <w:rPr>
          <w:rFonts w:hint="eastAsia"/>
        </w:rPr>
      </w:pPr>
      <w:r>
        <w:rPr>
          <w:sz w:val="21"/>
        </w:rPr>
        <w:t>2. 请将答案填涂在答题卡上，写在试卷上无效。</w:t>
      </w:r>
    </w:p>
    <w:p w14:paraId="5B8AFE4D" w14:textId="77777777" w:rsidR="003845EB" w:rsidRDefault="00000000">
      <w:pPr>
        <w:spacing w:before="40" w:after="40"/>
        <w:rPr>
          <w:rFonts w:hint="eastAsia"/>
        </w:rPr>
      </w:pPr>
      <w:r>
        <w:rPr>
          <w:sz w:val="21"/>
        </w:rPr>
        <w:t>3. 考试时间为120分钟。</w:t>
      </w:r>
    </w:p>
    <w:p w14:paraId="7E4AC2C2" w14:textId="77777777" w:rsidR="003845EB" w:rsidRDefault="00000000">
      <w:pPr>
        <w:spacing w:before="40" w:after="40"/>
        <w:rPr>
          <w:rFonts w:hint="eastAsia"/>
        </w:rPr>
      </w:pPr>
      <w:r>
        <w:rPr>
          <w:sz w:val="21"/>
        </w:rPr>
        <w:t>4. 请使用黑色签字笔作答。</w:t>
      </w:r>
    </w:p>
    <w:p w14:paraId="151E972C" w14:textId="77777777" w:rsidR="003845EB" w:rsidRDefault="00000000">
      <w:pPr>
        <w:spacing w:before="40" w:after="40"/>
        <w:rPr>
          <w:rFonts w:hint="eastAsia"/>
        </w:rPr>
      </w:pPr>
      <w:r>
        <w:rPr>
          <w:sz w:val="21"/>
        </w:rPr>
        <w:t>5. 考生答题前请将姓名、年级、班级、考号填写清楚。</w:t>
      </w:r>
    </w:p>
    <w:p w14:paraId="519A2EDA" w14:textId="77777777" w:rsidR="003845EB" w:rsidRDefault="00000000">
      <w:pPr>
        <w:spacing w:before="240" w:after="240"/>
        <w:rPr>
          <w:rFonts w:hint="eastAsia"/>
        </w:rPr>
      </w:pPr>
      <w:r>
        <w:t>姓名：__________    年级：__________    班级：__________    得分：__________</w:t>
      </w:r>
    </w:p>
    <w:p w14:paraId="2304400E" w14:textId="77777777" w:rsidR="003845EB" w:rsidRDefault="00000000">
      <w:pPr>
        <w:rPr>
          <w:rFonts w:hint="eastAsia"/>
        </w:rPr>
      </w:pPr>
      <w:r>
        <w:br w:type="page"/>
      </w:r>
    </w:p>
    <w:p w14:paraId="751A3146" w14:textId="77777777" w:rsidR="003845EB" w:rsidRDefault="00000000">
      <w:pPr>
        <w:jc w:val="center"/>
        <w:rPr>
          <w:rFonts w:hint="eastAsia"/>
        </w:rPr>
      </w:pPr>
      <w:r>
        <w:rPr>
          <w:rFonts w:ascii="黑体" w:eastAsia="黑体" w:hAnsi="黑体"/>
          <w:b/>
          <w:sz w:val="32"/>
        </w:rPr>
        <w:lastRenderedPageBreak/>
        <w:t>试题部分</w:t>
      </w:r>
    </w:p>
    <w:p w14:paraId="08E1429E" w14:textId="77777777" w:rsidR="003845EB" w:rsidRDefault="00000000">
      <w:pPr>
        <w:spacing w:before="160" w:after="80" w:line="440" w:lineRule="exact"/>
        <w:rPr>
          <w:rFonts w:hint="eastAsia"/>
        </w:rPr>
      </w:pPr>
      <w:r>
        <w:t>1. 中国月球探测计划的名称是（ ）。</w:t>
      </w:r>
    </w:p>
    <w:p w14:paraId="44C5685C" w14:textId="77777777" w:rsidR="003845EB" w:rsidRDefault="00000000">
      <w:pPr>
        <w:spacing w:before="40" w:after="40" w:line="400" w:lineRule="exact"/>
        <w:ind w:left="567"/>
        <w:rPr>
          <w:rFonts w:hint="eastAsia"/>
        </w:rPr>
      </w:pPr>
      <w:r>
        <w:rPr>
          <w:sz w:val="22"/>
        </w:rPr>
        <w:t>(A) 神舟    (B) 嫦娥</w:t>
      </w:r>
    </w:p>
    <w:p w14:paraId="64417DC4" w14:textId="77777777" w:rsidR="003845EB" w:rsidRDefault="00000000">
      <w:pPr>
        <w:spacing w:before="40" w:after="40" w:line="400" w:lineRule="exact"/>
        <w:ind w:left="567"/>
        <w:rPr>
          <w:rFonts w:hint="eastAsia"/>
        </w:rPr>
      </w:pPr>
      <w:r>
        <w:rPr>
          <w:sz w:val="22"/>
        </w:rPr>
        <w:t>(C) 飞天    (D) 夸父</w:t>
      </w:r>
    </w:p>
    <w:p w14:paraId="3F82BB12" w14:textId="77777777" w:rsidR="003845EB" w:rsidRDefault="00000000">
      <w:pPr>
        <w:spacing w:before="40" w:after="40" w:line="400" w:lineRule="exact"/>
        <w:ind w:left="567"/>
        <w:rPr>
          <w:rFonts w:hint="eastAsia"/>
        </w:rPr>
      </w:pPr>
      <w:r>
        <w:rPr>
          <w:sz w:val="22"/>
        </w:rPr>
        <w:t>(E) 不知道</w:t>
      </w:r>
    </w:p>
    <w:p w14:paraId="154F667A" w14:textId="77777777" w:rsidR="003845EB" w:rsidRDefault="00000000">
      <w:pPr>
        <w:spacing w:before="160" w:after="80" w:line="440" w:lineRule="exact"/>
        <w:rPr>
          <w:rFonts w:hint="eastAsia"/>
        </w:rPr>
      </w:pPr>
      <w:r>
        <w:t>2. 在土卫六着陆的探测器的名字是（ ）。</w:t>
      </w:r>
    </w:p>
    <w:p w14:paraId="221B0DFF" w14:textId="77777777" w:rsidR="003845EB" w:rsidRDefault="00000000">
      <w:pPr>
        <w:spacing w:before="40" w:after="40" w:line="400" w:lineRule="exact"/>
        <w:ind w:left="567"/>
        <w:rPr>
          <w:rFonts w:hint="eastAsia"/>
        </w:rPr>
      </w:pPr>
      <w:r>
        <w:rPr>
          <w:sz w:val="22"/>
        </w:rPr>
        <w:t>(A) 卡西尼    (B) 惠更斯</w:t>
      </w:r>
    </w:p>
    <w:p w14:paraId="02F4A18B" w14:textId="77777777" w:rsidR="003845EB" w:rsidRDefault="00000000">
      <w:pPr>
        <w:spacing w:before="40" w:after="40" w:line="400" w:lineRule="exact"/>
        <w:ind w:left="567"/>
        <w:rPr>
          <w:rFonts w:hint="eastAsia"/>
        </w:rPr>
      </w:pPr>
      <w:r>
        <w:rPr>
          <w:sz w:val="22"/>
        </w:rPr>
        <w:t>(C) 钱德拉    (D) 深入撞击</w:t>
      </w:r>
    </w:p>
    <w:p w14:paraId="7DE603EB" w14:textId="77777777" w:rsidR="003845EB" w:rsidRDefault="00000000">
      <w:pPr>
        <w:spacing w:before="40" w:after="40" w:line="400" w:lineRule="exact"/>
        <w:ind w:left="567"/>
        <w:rPr>
          <w:rFonts w:hint="eastAsia"/>
        </w:rPr>
      </w:pPr>
      <w:r>
        <w:rPr>
          <w:sz w:val="22"/>
        </w:rPr>
        <w:t>(E) 不知道</w:t>
      </w:r>
    </w:p>
    <w:p w14:paraId="7C3157F0" w14:textId="77777777" w:rsidR="003845EB" w:rsidRDefault="00000000">
      <w:pPr>
        <w:spacing w:before="160" w:after="80" w:line="440" w:lineRule="exact"/>
        <w:rPr>
          <w:rFonts w:hint="eastAsia"/>
        </w:rPr>
      </w:pPr>
      <w:r>
        <w:t>3. 在2004年的第九届国际天文奥赛上，中国队获得（ ）块奖牌。</w:t>
      </w:r>
    </w:p>
    <w:p w14:paraId="0C0795FD" w14:textId="77777777" w:rsidR="003845EB" w:rsidRDefault="00000000">
      <w:pPr>
        <w:spacing w:before="40" w:after="40" w:line="400" w:lineRule="exact"/>
        <w:ind w:left="567"/>
        <w:rPr>
          <w:rFonts w:hint="eastAsia"/>
        </w:rPr>
      </w:pPr>
      <w:r>
        <w:rPr>
          <w:sz w:val="22"/>
        </w:rPr>
        <w:t>(A) 0    (B) 2</w:t>
      </w:r>
    </w:p>
    <w:p w14:paraId="1A11D1DF" w14:textId="77777777" w:rsidR="003845EB" w:rsidRDefault="00000000">
      <w:pPr>
        <w:spacing w:before="40" w:after="40" w:line="400" w:lineRule="exact"/>
        <w:ind w:left="567"/>
        <w:rPr>
          <w:rFonts w:hint="eastAsia"/>
        </w:rPr>
      </w:pPr>
      <w:r>
        <w:rPr>
          <w:sz w:val="22"/>
        </w:rPr>
        <w:t>(C) 4    (D) 5</w:t>
      </w:r>
    </w:p>
    <w:p w14:paraId="38AD0C03" w14:textId="77777777" w:rsidR="003845EB" w:rsidRDefault="00000000">
      <w:pPr>
        <w:spacing w:before="40" w:after="40" w:line="400" w:lineRule="exact"/>
        <w:ind w:left="567"/>
        <w:rPr>
          <w:rFonts w:hint="eastAsia"/>
        </w:rPr>
      </w:pPr>
      <w:r>
        <w:rPr>
          <w:sz w:val="22"/>
        </w:rPr>
        <w:t>(E) 不知道</w:t>
      </w:r>
    </w:p>
    <w:p w14:paraId="61B2AB2D" w14:textId="77777777" w:rsidR="003845EB" w:rsidRDefault="00000000">
      <w:pPr>
        <w:spacing w:before="160" w:after="80" w:line="440" w:lineRule="exact"/>
        <w:rPr>
          <w:rFonts w:hint="eastAsia"/>
        </w:rPr>
      </w:pPr>
      <w:r>
        <w:t>4. 截止到2005年3月中旬，发现过SOHO彗星的中国人有（ ）位。</w:t>
      </w:r>
    </w:p>
    <w:p w14:paraId="1E5DC041" w14:textId="77777777" w:rsidR="003845EB" w:rsidRDefault="00000000">
      <w:pPr>
        <w:spacing w:before="40" w:after="40" w:line="400" w:lineRule="exact"/>
        <w:ind w:left="567"/>
        <w:rPr>
          <w:rFonts w:hint="eastAsia"/>
        </w:rPr>
      </w:pPr>
      <w:r>
        <w:rPr>
          <w:sz w:val="22"/>
        </w:rPr>
        <w:t>(A) 2    (B) 4</w:t>
      </w:r>
    </w:p>
    <w:p w14:paraId="0DA54E77" w14:textId="77777777" w:rsidR="003845EB" w:rsidRDefault="00000000">
      <w:pPr>
        <w:spacing w:before="40" w:after="40" w:line="400" w:lineRule="exact"/>
        <w:ind w:left="567"/>
        <w:rPr>
          <w:rFonts w:hint="eastAsia"/>
        </w:rPr>
      </w:pPr>
      <w:r>
        <w:rPr>
          <w:sz w:val="22"/>
        </w:rPr>
        <w:t>(C) 5    (D) 至少6</w:t>
      </w:r>
    </w:p>
    <w:p w14:paraId="19BFDE56" w14:textId="77777777" w:rsidR="003845EB" w:rsidRDefault="00000000">
      <w:pPr>
        <w:spacing w:before="40" w:after="40" w:line="400" w:lineRule="exact"/>
        <w:ind w:left="567"/>
        <w:rPr>
          <w:rFonts w:hint="eastAsia"/>
        </w:rPr>
      </w:pPr>
      <w:r>
        <w:rPr>
          <w:sz w:val="22"/>
        </w:rPr>
        <w:t>(E) 不知道</w:t>
      </w:r>
    </w:p>
    <w:p w14:paraId="70C13812" w14:textId="77777777" w:rsidR="003845EB" w:rsidRDefault="00000000">
      <w:pPr>
        <w:spacing w:before="160" w:after="80" w:line="440" w:lineRule="exact"/>
        <w:rPr>
          <w:rFonts w:hint="eastAsia"/>
        </w:rPr>
      </w:pPr>
      <w:r>
        <w:t>5. 截止到2005年3月中旬，由中国人发现并获得命名的彗星有（ ）颗。</w:t>
      </w:r>
    </w:p>
    <w:p w14:paraId="3F90F889" w14:textId="77777777" w:rsidR="003845EB" w:rsidRDefault="00000000">
      <w:pPr>
        <w:spacing w:before="40" w:after="40" w:line="400" w:lineRule="exact"/>
        <w:ind w:left="567"/>
        <w:rPr>
          <w:rFonts w:hint="eastAsia"/>
        </w:rPr>
      </w:pPr>
      <w:r>
        <w:rPr>
          <w:sz w:val="22"/>
        </w:rPr>
        <w:t>(A) 0    (B) 1</w:t>
      </w:r>
    </w:p>
    <w:p w14:paraId="379B6C1F" w14:textId="77777777" w:rsidR="003845EB" w:rsidRDefault="00000000">
      <w:pPr>
        <w:spacing w:before="40" w:after="40" w:line="400" w:lineRule="exact"/>
        <w:ind w:left="567"/>
        <w:rPr>
          <w:rFonts w:hint="eastAsia"/>
        </w:rPr>
      </w:pPr>
      <w:r>
        <w:rPr>
          <w:sz w:val="22"/>
        </w:rPr>
        <w:t>(C) 5    (D) 8</w:t>
      </w:r>
    </w:p>
    <w:p w14:paraId="608FBE9F" w14:textId="77777777" w:rsidR="003845EB" w:rsidRDefault="00000000">
      <w:pPr>
        <w:spacing w:before="40" w:after="40" w:line="400" w:lineRule="exact"/>
        <w:ind w:left="567"/>
        <w:rPr>
          <w:rFonts w:hint="eastAsia"/>
        </w:rPr>
      </w:pPr>
      <w:r>
        <w:rPr>
          <w:sz w:val="22"/>
        </w:rPr>
        <w:t>(E) 不知道</w:t>
      </w:r>
    </w:p>
    <w:p w14:paraId="0590C00B" w14:textId="77777777" w:rsidR="003845EB" w:rsidRDefault="00000000">
      <w:pPr>
        <w:spacing w:before="160" w:after="80" w:line="440" w:lineRule="exact"/>
        <w:rPr>
          <w:rFonts w:hint="eastAsia"/>
        </w:rPr>
      </w:pPr>
      <w:r>
        <w:t>6. 北京天文馆新馆落成的时间是（ ）。</w:t>
      </w:r>
    </w:p>
    <w:p w14:paraId="1D241727" w14:textId="77777777" w:rsidR="003845EB" w:rsidRDefault="00000000">
      <w:pPr>
        <w:spacing w:before="40" w:after="40" w:line="400" w:lineRule="exact"/>
        <w:ind w:left="567"/>
        <w:rPr>
          <w:rFonts w:hint="eastAsia"/>
        </w:rPr>
      </w:pPr>
      <w:r>
        <w:rPr>
          <w:sz w:val="22"/>
        </w:rPr>
        <w:t>(A) 2003年5月    (B) 2003年10月</w:t>
      </w:r>
    </w:p>
    <w:p w14:paraId="0C98ECA4" w14:textId="77777777" w:rsidR="003845EB" w:rsidRDefault="00000000">
      <w:pPr>
        <w:spacing w:before="40" w:after="40" w:line="400" w:lineRule="exact"/>
        <w:ind w:left="567"/>
        <w:rPr>
          <w:rFonts w:hint="eastAsia"/>
        </w:rPr>
      </w:pPr>
      <w:r>
        <w:rPr>
          <w:sz w:val="22"/>
        </w:rPr>
        <w:t>(C) 2004年12月    (D) 2005年2月</w:t>
      </w:r>
    </w:p>
    <w:p w14:paraId="61BB0F44" w14:textId="77777777" w:rsidR="003845EB" w:rsidRDefault="00000000">
      <w:pPr>
        <w:spacing w:before="40" w:after="40" w:line="400" w:lineRule="exact"/>
        <w:ind w:left="567"/>
        <w:rPr>
          <w:rFonts w:hint="eastAsia"/>
        </w:rPr>
      </w:pPr>
      <w:r>
        <w:rPr>
          <w:sz w:val="22"/>
        </w:rPr>
        <w:t>(E) 不知道</w:t>
      </w:r>
    </w:p>
    <w:p w14:paraId="60458CAD" w14:textId="77777777" w:rsidR="003845EB" w:rsidRDefault="00000000">
      <w:pPr>
        <w:spacing w:before="160" w:after="80" w:line="440" w:lineRule="exact"/>
        <w:rPr>
          <w:rFonts w:hint="eastAsia"/>
        </w:rPr>
      </w:pPr>
      <w:r>
        <w:t>7. 《天文爱好者》杂志目前是（ ）。</w:t>
      </w:r>
    </w:p>
    <w:p w14:paraId="6732B50B" w14:textId="77777777" w:rsidR="003845EB" w:rsidRDefault="00000000">
      <w:pPr>
        <w:spacing w:before="40" w:after="40" w:line="400" w:lineRule="exact"/>
        <w:ind w:left="567"/>
        <w:rPr>
          <w:rFonts w:hint="eastAsia"/>
        </w:rPr>
      </w:pPr>
      <w:r>
        <w:rPr>
          <w:sz w:val="22"/>
        </w:rPr>
        <w:lastRenderedPageBreak/>
        <w:t>(A) 周刊    (B) 月刊</w:t>
      </w:r>
    </w:p>
    <w:p w14:paraId="1F584BED" w14:textId="77777777" w:rsidR="003845EB" w:rsidRDefault="00000000">
      <w:pPr>
        <w:spacing w:before="40" w:after="40" w:line="400" w:lineRule="exact"/>
        <w:ind w:left="567"/>
        <w:rPr>
          <w:rFonts w:hint="eastAsia"/>
        </w:rPr>
      </w:pPr>
      <w:r>
        <w:rPr>
          <w:sz w:val="22"/>
        </w:rPr>
        <w:t>(C) 双月刊    (D) 季刊</w:t>
      </w:r>
    </w:p>
    <w:p w14:paraId="19659047" w14:textId="77777777" w:rsidR="003845EB" w:rsidRDefault="00000000">
      <w:pPr>
        <w:spacing w:before="40" w:after="40" w:line="400" w:lineRule="exact"/>
        <w:ind w:left="567"/>
        <w:rPr>
          <w:rFonts w:hint="eastAsia"/>
        </w:rPr>
      </w:pPr>
      <w:r>
        <w:rPr>
          <w:sz w:val="22"/>
        </w:rPr>
        <w:t>(E) 不知道</w:t>
      </w:r>
    </w:p>
    <w:p w14:paraId="685CAAB7" w14:textId="77777777" w:rsidR="003845EB" w:rsidRDefault="00000000">
      <w:pPr>
        <w:spacing w:before="160" w:after="80" w:line="440" w:lineRule="exact"/>
        <w:rPr>
          <w:rFonts w:hint="eastAsia"/>
        </w:rPr>
      </w:pPr>
      <w:r>
        <w:t>8. “蟹状星云”在梅西叶星云星团表中的编号是（ ）。</w:t>
      </w:r>
    </w:p>
    <w:p w14:paraId="460E0DCA" w14:textId="77777777" w:rsidR="003845EB" w:rsidRDefault="00000000">
      <w:pPr>
        <w:spacing w:before="40" w:after="40" w:line="400" w:lineRule="exact"/>
        <w:ind w:left="567"/>
        <w:rPr>
          <w:rFonts w:hint="eastAsia"/>
        </w:rPr>
      </w:pPr>
      <w:r>
        <w:rPr>
          <w:sz w:val="22"/>
        </w:rPr>
        <w:t>(A) M1    (B) M7</w:t>
      </w:r>
    </w:p>
    <w:p w14:paraId="2433DA06" w14:textId="77777777" w:rsidR="003845EB" w:rsidRDefault="00000000">
      <w:pPr>
        <w:spacing w:before="40" w:after="40" w:line="400" w:lineRule="exact"/>
        <w:ind w:left="567"/>
        <w:rPr>
          <w:rFonts w:hint="eastAsia"/>
        </w:rPr>
      </w:pPr>
      <w:r>
        <w:rPr>
          <w:sz w:val="22"/>
        </w:rPr>
        <w:t>(C) M44    (D) M81</w:t>
      </w:r>
    </w:p>
    <w:p w14:paraId="743FD146" w14:textId="77777777" w:rsidR="003845EB" w:rsidRDefault="00000000">
      <w:pPr>
        <w:spacing w:before="40" w:after="40" w:line="400" w:lineRule="exact"/>
        <w:ind w:left="567"/>
        <w:rPr>
          <w:rFonts w:hint="eastAsia"/>
        </w:rPr>
      </w:pPr>
      <w:r>
        <w:rPr>
          <w:sz w:val="22"/>
        </w:rPr>
        <w:t>(E) 不知道</w:t>
      </w:r>
    </w:p>
    <w:p w14:paraId="4F4C5401" w14:textId="77777777" w:rsidR="003845EB" w:rsidRDefault="00000000">
      <w:pPr>
        <w:spacing w:before="160" w:after="80" w:line="440" w:lineRule="exact"/>
        <w:rPr>
          <w:rFonts w:hint="eastAsia"/>
        </w:rPr>
      </w:pPr>
      <w:r>
        <w:t>9. 蜂巢星团（鬼星团）位于（ ）。</w:t>
      </w:r>
    </w:p>
    <w:p w14:paraId="3E3F81A8" w14:textId="77777777" w:rsidR="003845EB" w:rsidRDefault="00000000">
      <w:pPr>
        <w:spacing w:before="40" w:after="40" w:line="400" w:lineRule="exact"/>
        <w:ind w:left="567"/>
        <w:rPr>
          <w:rFonts w:hint="eastAsia"/>
        </w:rPr>
      </w:pPr>
      <w:r>
        <w:rPr>
          <w:sz w:val="22"/>
        </w:rPr>
        <w:t>(A) 巨蟹座    (B) 室女座</w:t>
      </w:r>
    </w:p>
    <w:p w14:paraId="255DD4F6" w14:textId="77777777" w:rsidR="003845EB" w:rsidRDefault="00000000">
      <w:pPr>
        <w:spacing w:before="40" w:after="40" w:line="400" w:lineRule="exact"/>
        <w:ind w:left="567"/>
        <w:rPr>
          <w:rFonts w:hint="eastAsia"/>
        </w:rPr>
      </w:pPr>
      <w:r>
        <w:rPr>
          <w:sz w:val="22"/>
        </w:rPr>
        <w:t>(C) 双子座    (D) 金牛座</w:t>
      </w:r>
    </w:p>
    <w:p w14:paraId="1BBFAD6C" w14:textId="77777777" w:rsidR="003845EB" w:rsidRDefault="00000000">
      <w:pPr>
        <w:spacing w:before="40" w:after="40" w:line="400" w:lineRule="exact"/>
        <w:ind w:left="567"/>
        <w:rPr>
          <w:rFonts w:hint="eastAsia"/>
        </w:rPr>
      </w:pPr>
      <w:r>
        <w:rPr>
          <w:sz w:val="22"/>
        </w:rPr>
        <w:t>(E) 不知道</w:t>
      </w:r>
    </w:p>
    <w:p w14:paraId="236CC9B9" w14:textId="77777777" w:rsidR="003845EB" w:rsidRDefault="00000000">
      <w:pPr>
        <w:spacing w:before="160" w:after="80" w:line="440" w:lineRule="exact"/>
        <w:rPr>
          <w:rFonts w:hint="eastAsia"/>
        </w:rPr>
      </w:pPr>
      <w:r>
        <w:t>10. 从地球上看，以下哪些天体在天球上的角距离最近？（ ）</w:t>
      </w:r>
    </w:p>
    <w:p w14:paraId="1F838E9B" w14:textId="77777777" w:rsidR="003845EB" w:rsidRDefault="00000000">
      <w:pPr>
        <w:spacing w:before="40" w:after="40" w:line="400" w:lineRule="exact"/>
        <w:ind w:left="567"/>
        <w:rPr>
          <w:rFonts w:hint="eastAsia"/>
        </w:rPr>
      </w:pPr>
      <w:r>
        <w:rPr>
          <w:sz w:val="22"/>
        </w:rPr>
        <w:t>(A) M44和M67    (B) M31和M110</w:t>
      </w:r>
    </w:p>
    <w:p w14:paraId="1502A654" w14:textId="77777777" w:rsidR="003845EB" w:rsidRDefault="00000000">
      <w:pPr>
        <w:spacing w:before="40" w:after="40" w:line="400" w:lineRule="exact"/>
        <w:ind w:left="567"/>
        <w:rPr>
          <w:rFonts w:hint="eastAsia"/>
        </w:rPr>
      </w:pPr>
      <w:r>
        <w:rPr>
          <w:sz w:val="22"/>
        </w:rPr>
        <w:t>(C) M33和M34    (D) M41和M42</w:t>
      </w:r>
    </w:p>
    <w:p w14:paraId="21B3AC13" w14:textId="77777777" w:rsidR="003845EB" w:rsidRDefault="00000000">
      <w:pPr>
        <w:spacing w:before="40" w:after="40" w:line="400" w:lineRule="exact"/>
        <w:ind w:left="567"/>
        <w:rPr>
          <w:rFonts w:hint="eastAsia"/>
        </w:rPr>
      </w:pPr>
      <w:r>
        <w:rPr>
          <w:sz w:val="22"/>
        </w:rPr>
        <w:t>(E) 不知道</w:t>
      </w:r>
    </w:p>
    <w:p w14:paraId="04DD1A4A" w14:textId="77777777" w:rsidR="003845EB" w:rsidRDefault="00000000">
      <w:pPr>
        <w:spacing w:before="160" w:after="80" w:line="440" w:lineRule="exact"/>
        <w:rPr>
          <w:rFonts w:hint="eastAsia"/>
        </w:rPr>
      </w:pPr>
      <w:r>
        <w:t>11. 银河在以下哪两个相邻的星座之间（ ）穿过？</w:t>
      </w:r>
    </w:p>
    <w:p w14:paraId="31464401" w14:textId="77777777" w:rsidR="003845EB" w:rsidRDefault="00000000">
      <w:pPr>
        <w:spacing w:before="40" w:after="40" w:line="400" w:lineRule="exact"/>
        <w:ind w:left="567"/>
        <w:rPr>
          <w:rFonts w:hint="eastAsia"/>
        </w:rPr>
      </w:pPr>
      <w:r>
        <w:rPr>
          <w:sz w:val="22"/>
        </w:rPr>
        <w:t>(A) 武仙座和北冕座    (B) 大熊座和小熊座</w:t>
      </w:r>
    </w:p>
    <w:p w14:paraId="6FAB99E6" w14:textId="77777777" w:rsidR="003845EB" w:rsidRDefault="00000000">
      <w:pPr>
        <w:spacing w:before="40" w:after="40" w:line="400" w:lineRule="exact"/>
        <w:ind w:left="567"/>
        <w:rPr>
          <w:rFonts w:hint="eastAsia"/>
        </w:rPr>
      </w:pPr>
      <w:r>
        <w:rPr>
          <w:sz w:val="22"/>
        </w:rPr>
        <w:t>(C) 双子座和猎户座    (D) 南鱼座和宝瓶座</w:t>
      </w:r>
    </w:p>
    <w:p w14:paraId="253C0DF5" w14:textId="77777777" w:rsidR="003845EB" w:rsidRDefault="00000000">
      <w:pPr>
        <w:spacing w:before="40" w:after="40" w:line="400" w:lineRule="exact"/>
        <w:ind w:left="567"/>
        <w:rPr>
          <w:rFonts w:hint="eastAsia"/>
        </w:rPr>
      </w:pPr>
      <w:r>
        <w:rPr>
          <w:sz w:val="22"/>
        </w:rPr>
        <w:t>(E) 不知道</w:t>
      </w:r>
    </w:p>
    <w:p w14:paraId="0BF03E28" w14:textId="77777777" w:rsidR="003845EB" w:rsidRDefault="00000000">
      <w:pPr>
        <w:spacing w:before="160" w:after="80" w:line="440" w:lineRule="exact"/>
        <w:rPr>
          <w:rFonts w:hint="eastAsia"/>
        </w:rPr>
      </w:pPr>
      <w:r>
        <w:t>12. 北斗七星大多数的亮度约为（ ）。</w:t>
      </w:r>
    </w:p>
    <w:p w14:paraId="1A8D4951" w14:textId="77777777" w:rsidR="003845EB" w:rsidRDefault="00000000">
      <w:pPr>
        <w:spacing w:before="40" w:after="40" w:line="400" w:lineRule="exact"/>
        <w:ind w:left="567"/>
        <w:rPr>
          <w:rFonts w:hint="eastAsia"/>
        </w:rPr>
      </w:pPr>
      <w:r>
        <w:rPr>
          <w:sz w:val="22"/>
        </w:rPr>
        <w:t>(A) 0等左右    (B) 2等左右</w:t>
      </w:r>
    </w:p>
    <w:p w14:paraId="39427886" w14:textId="77777777" w:rsidR="003845EB" w:rsidRDefault="00000000">
      <w:pPr>
        <w:spacing w:before="40" w:after="40" w:line="400" w:lineRule="exact"/>
        <w:ind w:left="567"/>
        <w:rPr>
          <w:rFonts w:hint="eastAsia"/>
        </w:rPr>
      </w:pPr>
      <w:r>
        <w:rPr>
          <w:sz w:val="22"/>
        </w:rPr>
        <w:t>(C) 3等左右    (D) 4等及以上</w:t>
      </w:r>
    </w:p>
    <w:p w14:paraId="46168D30" w14:textId="77777777" w:rsidR="003845EB" w:rsidRDefault="00000000">
      <w:pPr>
        <w:spacing w:before="40" w:after="40" w:line="400" w:lineRule="exact"/>
        <w:ind w:left="567"/>
        <w:rPr>
          <w:rFonts w:hint="eastAsia"/>
        </w:rPr>
      </w:pPr>
      <w:r>
        <w:rPr>
          <w:sz w:val="22"/>
        </w:rPr>
        <w:t>(E) 不知道</w:t>
      </w:r>
    </w:p>
    <w:p w14:paraId="6A33427A" w14:textId="77777777" w:rsidR="003845EB" w:rsidRDefault="00000000">
      <w:pPr>
        <w:spacing w:before="160" w:after="80" w:line="440" w:lineRule="exact"/>
        <w:rPr>
          <w:rFonts w:hint="eastAsia"/>
        </w:rPr>
      </w:pPr>
      <w:r>
        <w:t>13. 北斗七星在天空中所占的角度大约是（ ）度。</w:t>
      </w:r>
    </w:p>
    <w:p w14:paraId="4B8A2C91" w14:textId="77777777" w:rsidR="003845EB" w:rsidRDefault="00000000">
      <w:pPr>
        <w:spacing w:before="40" w:after="40" w:line="400" w:lineRule="exact"/>
        <w:ind w:left="567"/>
        <w:rPr>
          <w:rFonts w:hint="eastAsia"/>
        </w:rPr>
      </w:pPr>
      <w:r>
        <w:rPr>
          <w:sz w:val="22"/>
        </w:rPr>
        <w:t>(A) 小于5    (B) 10</w:t>
      </w:r>
    </w:p>
    <w:p w14:paraId="0EDCA63F" w14:textId="77777777" w:rsidR="003845EB" w:rsidRDefault="00000000">
      <w:pPr>
        <w:spacing w:before="40" w:after="40" w:line="400" w:lineRule="exact"/>
        <w:ind w:left="567"/>
        <w:rPr>
          <w:rFonts w:hint="eastAsia"/>
        </w:rPr>
      </w:pPr>
      <w:r>
        <w:rPr>
          <w:sz w:val="22"/>
        </w:rPr>
        <w:t>(C) 25    (D) 至少35</w:t>
      </w:r>
    </w:p>
    <w:p w14:paraId="41E2841F" w14:textId="77777777" w:rsidR="003845EB" w:rsidRDefault="00000000">
      <w:pPr>
        <w:spacing w:before="40" w:after="40" w:line="400" w:lineRule="exact"/>
        <w:ind w:left="567"/>
        <w:rPr>
          <w:rFonts w:hint="eastAsia"/>
        </w:rPr>
      </w:pPr>
      <w:r>
        <w:rPr>
          <w:sz w:val="22"/>
        </w:rPr>
        <w:lastRenderedPageBreak/>
        <w:t>(E) 不知道</w:t>
      </w:r>
    </w:p>
    <w:p w14:paraId="29F36CCF" w14:textId="77777777" w:rsidR="003845EB" w:rsidRDefault="00000000">
      <w:pPr>
        <w:spacing w:before="160" w:after="80" w:line="440" w:lineRule="exact"/>
        <w:rPr>
          <w:rFonts w:hint="eastAsia"/>
        </w:rPr>
      </w:pPr>
      <w:r>
        <w:t>14. 每年10月8日左右有可能出现极大的是（ ）流星雨。</w:t>
      </w:r>
    </w:p>
    <w:p w14:paraId="7AA208FA" w14:textId="77777777" w:rsidR="003845EB" w:rsidRDefault="00000000">
      <w:pPr>
        <w:spacing w:before="40" w:after="40" w:line="400" w:lineRule="exact"/>
        <w:ind w:left="567"/>
        <w:rPr>
          <w:rFonts w:hint="eastAsia"/>
        </w:rPr>
      </w:pPr>
      <w:r>
        <w:rPr>
          <w:sz w:val="22"/>
        </w:rPr>
        <w:t>(A) 猎户座    (B) 双子座</w:t>
      </w:r>
    </w:p>
    <w:p w14:paraId="353F5F79" w14:textId="77777777" w:rsidR="003845EB" w:rsidRDefault="00000000">
      <w:pPr>
        <w:spacing w:before="40" w:after="40" w:line="400" w:lineRule="exact"/>
        <w:ind w:left="567"/>
        <w:rPr>
          <w:rFonts w:hint="eastAsia"/>
        </w:rPr>
      </w:pPr>
      <w:r>
        <w:rPr>
          <w:sz w:val="22"/>
        </w:rPr>
        <w:t>(C) 天龙座    (D) 英仙座</w:t>
      </w:r>
    </w:p>
    <w:p w14:paraId="5B3E7A26" w14:textId="77777777" w:rsidR="003845EB" w:rsidRDefault="00000000">
      <w:pPr>
        <w:spacing w:before="40" w:after="40" w:line="400" w:lineRule="exact"/>
        <w:ind w:left="567"/>
        <w:rPr>
          <w:rFonts w:hint="eastAsia"/>
        </w:rPr>
      </w:pPr>
      <w:r>
        <w:rPr>
          <w:sz w:val="22"/>
        </w:rPr>
        <w:t>(E) 不知道</w:t>
      </w:r>
    </w:p>
    <w:p w14:paraId="06E0F1CE" w14:textId="77777777" w:rsidR="003845EB" w:rsidRDefault="00000000">
      <w:pPr>
        <w:spacing w:before="160" w:after="80" w:line="440" w:lineRule="exact"/>
        <w:rPr>
          <w:rFonts w:hint="eastAsia"/>
        </w:rPr>
      </w:pPr>
      <w:r>
        <w:t>15. 中国发现近地小行星最多的单位是（ ）。</w:t>
      </w:r>
    </w:p>
    <w:p w14:paraId="7EA911D2" w14:textId="77777777" w:rsidR="003845EB" w:rsidRDefault="00000000">
      <w:pPr>
        <w:spacing w:before="40" w:after="40" w:line="400" w:lineRule="exact"/>
        <w:ind w:left="567"/>
        <w:rPr>
          <w:rFonts w:hint="eastAsia"/>
        </w:rPr>
      </w:pPr>
      <w:r>
        <w:rPr>
          <w:sz w:val="22"/>
        </w:rPr>
        <w:t>(A) 紫金山天文台    (B) 北京天文台</w:t>
      </w:r>
    </w:p>
    <w:p w14:paraId="371DA904" w14:textId="77777777" w:rsidR="003845EB" w:rsidRDefault="00000000">
      <w:pPr>
        <w:spacing w:before="40" w:after="40" w:line="400" w:lineRule="exact"/>
        <w:ind w:left="567"/>
        <w:rPr>
          <w:rFonts w:hint="eastAsia"/>
        </w:rPr>
      </w:pPr>
      <w:r>
        <w:rPr>
          <w:sz w:val="22"/>
        </w:rPr>
        <w:t>(C) 上海天文台    (D) 北京天文馆</w:t>
      </w:r>
    </w:p>
    <w:p w14:paraId="07E9BE85" w14:textId="77777777" w:rsidR="003845EB" w:rsidRDefault="00000000">
      <w:pPr>
        <w:spacing w:before="40" w:after="40" w:line="400" w:lineRule="exact"/>
        <w:ind w:left="567"/>
        <w:rPr>
          <w:rFonts w:hint="eastAsia"/>
        </w:rPr>
      </w:pPr>
      <w:r>
        <w:rPr>
          <w:sz w:val="22"/>
        </w:rPr>
        <w:t>(E) 不知道</w:t>
      </w:r>
    </w:p>
    <w:p w14:paraId="2D3EB368" w14:textId="77777777" w:rsidR="003845EB" w:rsidRDefault="00000000">
      <w:pPr>
        <w:spacing w:before="160" w:after="80" w:line="440" w:lineRule="exact"/>
        <w:rPr>
          <w:rFonts w:hint="eastAsia"/>
        </w:rPr>
      </w:pPr>
      <w:r>
        <w:t>16. 中文星名“南河三”对应的西方星名是（ ）。</w:t>
      </w:r>
    </w:p>
    <w:p w14:paraId="5975745F" w14:textId="77777777" w:rsidR="003845EB" w:rsidRDefault="00000000">
      <w:pPr>
        <w:spacing w:before="40" w:after="40" w:line="400" w:lineRule="exact"/>
        <w:ind w:left="567"/>
        <w:rPr>
          <w:rFonts w:hint="eastAsia"/>
        </w:rPr>
      </w:pPr>
      <w:r>
        <w:rPr>
          <w:sz w:val="22"/>
        </w:rPr>
        <w:t>(A) 双子座α    (B) 双子座β</w:t>
      </w:r>
    </w:p>
    <w:p w14:paraId="09FE4751" w14:textId="77777777" w:rsidR="003845EB" w:rsidRDefault="00000000">
      <w:pPr>
        <w:spacing w:before="40" w:after="40" w:line="400" w:lineRule="exact"/>
        <w:ind w:left="567"/>
        <w:rPr>
          <w:rFonts w:hint="eastAsia"/>
        </w:rPr>
      </w:pPr>
      <w:r>
        <w:rPr>
          <w:sz w:val="22"/>
        </w:rPr>
        <w:t>(C) 大犬座α    (D) 小犬座α</w:t>
      </w:r>
    </w:p>
    <w:p w14:paraId="7B02A9FE" w14:textId="77777777" w:rsidR="003845EB" w:rsidRDefault="00000000">
      <w:pPr>
        <w:spacing w:before="40" w:after="40" w:line="400" w:lineRule="exact"/>
        <w:ind w:left="567"/>
        <w:rPr>
          <w:rFonts w:hint="eastAsia"/>
        </w:rPr>
      </w:pPr>
      <w:r>
        <w:rPr>
          <w:sz w:val="22"/>
        </w:rPr>
        <w:t>(E) 不知道</w:t>
      </w:r>
    </w:p>
    <w:p w14:paraId="30405EA0" w14:textId="77777777" w:rsidR="003845EB" w:rsidRDefault="00000000">
      <w:pPr>
        <w:spacing w:before="160" w:after="80" w:line="440" w:lineRule="exact"/>
        <w:rPr>
          <w:rFonts w:hint="eastAsia"/>
        </w:rPr>
      </w:pPr>
      <w:r>
        <w:t>17. 在下一次农历十五，月亮落山时，正对月亮看，第谷环形山在月面的（ ）。</w:t>
      </w:r>
    </w:p>
    <w:p w14:paraId="307AE296" w14:textId="77777777" w:rsidR="003845EB" w:rsidRDefault="00000000">
      <w:pPr>
        <w:spacing w:before="40" w:after="40" w:line="400" w:lineRule="exact"/>
        <w:ind w:left="567"/>
        <w:rPr>
          <w:rFonts w:hint="eastAsia"/>
        </w:rPr>
      </w:pPr>
      <w:r>
        <w:rPr>
          <w:sz w:val="22"/>
        </w:rPr>
        <w:t>(A) 左上角    (B) 右上角</w:t>
      </w:r>
    </w:p>
    <w:p w14:paraId="755372C0" w14:textId="77777777" w:rsidR="003845EB" w:rsidRDefault="00000000">
      <w:pPr>
        <w:spacing w:before="40" w:after="40" w:line="400" w:lineRule="exact"/>
        <w:ind w:left="567"/>
        <w:rPr>
          <w:rFonts w:hint="eastAsia"/>
        </w:rPr>
      </w:pPr>
      <w:r>
        <w:rPr>
          <w:sz w:val="22"/>
        </w:rPr>
        <w:t>(C) 左下角    (D) 右下角</w:t>
      </w:r>
    </w:p>
    <w:p w14:paraId="1D661CEC" w14:textId="77777777" w:rsidR="003845EB" w:rsidRDefault="00000000">
      <w:pPr>
        <w:spacing w:before="40" w:after="40" w:line="400" w:lineRule="exact"/>
        <w:ind w:left="567"/>
        <w:rPr>
          <w:rFonts w:hint="eastAsia"/>
        </w:rPr>
      </w:pPr>
      <w:r>
        <w:rPr>
          <w:sz w:val="22"/>
        </w:rPr>
        <w:t>(E) 不知道</w:t>
      </w:r>
    </w:p>
    <w:p w14:paraId="7170563C" w14:textId="77777777" w:rsidR="003845EB" w:rsidRDefault="00000000">
      <w:pPr>
        <w:spacing w:before="160" w:after="80" w:line="440" w:lineRule="exact"/>
        <w:rPr>
          <w:rFonts w:hint="eastAsia"/>
        </w:rPr>
      </w:pPr>
      <w:r>
        <w:t>18. 在北京的观测者有可能在天顶附近看到的天体是（ ）。</w:t>
      </w:r>
    </w:p>
    <w:p w14:paraId="7DA92717" w14:textId="77777777" w:rsidR="003845EB" w:rsidRDefault="00000000">
      <w:pPr>
        <w:spacing w:before="40" w:after="40" w:line="400" w:lineRule="exact"/>
        <w:ind w:left="567"/>
        <w:rPr>
          <w:rFonts w:hint="eastAsia"/>
        </w:rPr>
      </w:pPr>
      <w:r>
        <w:rPr>
          <w:sz w:val="22"/>
        </w:rPr>
        <w:t>(A) 太阳    (B) 月亮</w:t>
      </w:r>
    </w:p>
    <w:p w14:paraId="5D4DA1C1" w14:textId="77777777" w:rsidR="003845EB" w:rsidRDefault="00000000">
      <w:pPr>
        <w:spacing w:before="40" w:after="40" w:line="400" w:lineRule="exact"/>
        <w:ind w:left="567"/>
        <w:rPr>
          <w:rFonts w:hint="eastAsia"/>
        </w:rPr>
      </w:pPr>
      <w:r>
        <w:rPr>
          <w:sz w:val="22"/>
        </w:rPr>
        <w:t>(C) 谷神星    (D) 国际空间站</w:t>
      </w:r>
    </w:p>
    <w:p w14:paraId="06434175" w14:textId="77777777" w:rsidR="003845EB" w:rsidRDefault="00000000">
      <w:pPr>
        <w:spacing w:before="40" w:after="40" w:line="400" w:lineRule="exact"/>
        <w:ind w:left="567"/>
        <w:rPr>
          <w:rFonts w:hint="eastAsia"/>
        </w:rPr>
      </w:pPr>
      <w:r>
        <w:rPr>
          <w:sz w:val="22"/>
        </w:rPr>
        <w:t>(E) 不知道</w:t>
      </w:r>
    </w:p>
    <w:p w14:paraId="5D32DEE6" w14:textId="77777777" w:rsidR="003845EB" w:rsidRDefault="00000000">
      <w:pPr>
        <w:spacing w:before="160" w:after="80" w:line="440" w:lineRule="exact"/>
        <w:rPr>
          <w:rFonts w:hint="eastAsia"/>
        </w:rPr>
      </w:pPr>
      <w:r>
        <w:t>19. 某望远镜物镜的口径和焦距分别为60和900毫米，目镜的口径和焦距分别为15和20毫米，则望远镜的放大倍数为（ ）倍。</w:t>
      </w:r>
    </w:p>
    <w:p w14:paraId="039DFCA5" w14:textId="77777777" w:rsidR="003845EB" w:rsidRDefault="00000000">
      <w:pPr>
        <w:spacing w:before="40" w:after="40" w:line="400" w:lineRule="exact"/>
        <w:ind w:left="567"/>
        <w:rPr>
          <w:rFonts w:hint="eastAsia"/>
        </w:rPr>
      </w:pPr>
      <w:r>
        <w:rPr>
          <w:sz w:val="22"/>
        </w:rPr>
        <w:t>(A) 3    (B) 4</w:t>
      </w:r>
    </w:p>
    <w:p w14:paraId="5EF1E64F" w14:textId="77777777" w:rsidR="003845EB" w:rsidRDefault="00000000">
      <w:pPr>
        <w:spacing w:before="40" w:after="40" w:line="400" w:lineRule="exact"/>
        <w:ind w:left="567"/>
        <w:rPr>
          <w:rFonts w:hint="eastAsia"/>
        </w:rPr>
      </w:pPr>
      <w:r>
        <w:rPr>
          <w:sz w:val="22"/>
        </w:rPr>
        <w:t>(C) 45    (D) 60</w:t>
      </w:r>
    </w:p>
    <w:p w14:paraId="011D5086" w14:textId="77777777" w:rsidR="003845EB" w:rsidRDefault="00000000">
      <w:pPr>
        <w:spacing w:before="40" w:after="40" w:line="400" w:lineRule="exact"/>
        <w:ind w:left="567"/>
        <w:rPr>
          <w:rFonts w:hint="eastAsia"/>
        </w:rPr>
      </w:pPr>
      <w:r>
        <w:rPr>
          <w:sz w:val="22"/>
        </w:rPr>
        <w:t>(E) 不知道</w:t>
      </w:r>
    </w:p>
    <w:p w14:paraId="5CA6E6C4" w14:textId="77777777" w:rsidR="003845EB" w:rsidRDefault="00000000">
      <w:pPr>
        <w:spacing w:before="160" w:after="80" w:line="440" w:lineRule="exact"/>
        <w:rPr>
          <w:rFonts w:hint="eastAsia"/>
        </w:rPr>
      </w:pPr>
      <w:r>
        <w:lastRenderedPageBreak/>
        <w:t>20. 以下哪些媒体报道的内容是最不可能的（ ）。</w:t>
      </w:r>
    </w:p>
    <w:p w14:paraId="09EFCEFD" w14:textId="77777777" w:rsidR="003845EB" w:rsidRDefault="00000000">
      <w:pPr>
        <w:spacing w:before="40" w:after="40" w:line="400" w:lineRule="exact"/>
        <w:ind w:left="567"/>
        <w:rPr>
          <w:rFonts w:hint="eastAsia"/>
        </w:rPr>
      </w:pPr>
      <w:r>
        <w:rPr>
          <w:sz w:val="22"/>
        </w:rPr>
        <w:t>(A) 有人于2003年11月20日晚在北京附近看到了极光    (B) 2004年12月的兰州陨石事件与随后不久的印尼海啸存在某种物理联系</w:t>
      </w:r>
    </w:p>
    <w:p w14:paraId="4FE4806C" w14:textId="77777777" w:rsidR="003845EB" w:rsidRDefault="00000000">
      <w:pPr>
        <w:spacing w:before="40" w:after="40" w:line="400" w:lineRule="exact"/>
        <w:ind w:left="567"/>
        <w:rPr>
          <w:rFonts w:hint="eastAsia"/>
        </w:rPr>
      </w:pPr>
      <w:r>
        <w:rPr>
          <w:sz w:val="22"/>
        </w:rPr>
        <w:t>(C) 有人用家用摄像机拍到了大小、颜色、形状都不断变化的未知物体    (D) 中国第19次南极科考队在格罗夫山收集到4000多块陨石</w:t>
      </w:r>
    </w:p>
    <w:p w14:paraId="0C1F9823" w14:textId="77777777" w:rsidR="003845EB" w:rsidRDefault="00000000">
      <w:pPr>
        <w:spacing w:before="40" w:after="40" w:line="400" w:lineRule="exact"/>
        <w:ind w:left="567"/>
        <w:rPr>
          <w:rFonts w:hint="eastAsia"/>
        </w:rPr>
      </w:pPr>
      <w:r>
        <w:rPr>
          <w:sz w:val="22"/>
        </w:rPr>
        <w:t>(E) 不知道</w:t>
      </w:r>
    </w:p>
    <w:p w14:paraId="331C3595" w14:textId="77777777" w:rsidR="003845EB" w:rsidRDefault="00000000">
      <w:pPr>
        <w:spacing w:before="160" w:after="80" w:line="440" w:lineRule="exact"/>
        <w:rPr>
          <w:rFonts w:hint="eastAsia"/>
        </w:rPr>
      </w:pPr>
      <w:r>
        <w:t>21. 某报称，某地发现了在一天当中太阳和月亮同现天空的“日月同辉”罕见天象。在天气晴朗时，这种现象平均（ ）出现一次。</w:t>
      </w:r>
    </w:p>
    <w:p w14:paraId="5C4057D0" w14:textId="77777777" w:rsidR="003845EB" w:rsidRDefault="00000000">
      <w:pPr>
        <w:spacing w:before="40" w:after="40" w:line="400" w:lineRule="exact"/>
        <w:ind w:left="567"/>
        <w:rPr>
          <w:rFonts w:hint="eastAsia"/>
        </w:rPr>
      </w:pPr>
      <w:r>
        <w:rPr>
          <w:sz w:val="22"/>
        </w:rPr>
        <w:t>(A) 一两天    (B) 一周左右</w:t>
      </w:r>
    </w:p>
    <w:p w14:paraId="2B75B9BB" w14:textId="77777777" w:rsidR="003845EB" w:rsidRDefault="00000000">
      <w:pPr>
        <w:spacing w:before="40" w:after="40" w:line="400" w:lineRule="exact"/>
        <w:ind w:left="567"/>
        <w:rPr>
          <w:rFonts w:hint="eastAsia"/>
        </w:rPr>
      </w:pPr>
      <w:r>
        <w:rPr>
          <w:sz w:val="22"/>
        </w:rPr>
        <w:t>(C) 一个月    (D) 百年不遇</w:t>
      </w:r>
    </w:p>
    <w:p w14:paraId="5E62F560" w14:textId="77777777" w:rsidR="003845EB" w:rsidRDefault="00000000">
      <w:pPr>
        <w:spacing w:before="40" w:after="40" w:line="400" w:lineRule="exact"/>
        <w:ind w:left="567"/>
        <w:rPr>
          <w:rFonts w:hint="eastAsia"/>
        </w:rPr>
      </w:pPr>
      <w:r>
        <w:rPr>
          <w:sz w:val="22"/>
        </w:rPr>
        <w:t>(E) 不知道</w:t>
      </w:r>
    </w:p>
    <w:p w14:paraId="156C57CB" w14:textId="77777777" w:rsidR="003845EB" w:rsidRDefault="00000000">
      <w:pPr>
        <w:spacing w:before="160" w:after="80" w:line="440" w:lineRule="exact"/>
        <w:rPr>
          <w:rFonts w:hint="eastAsia"/>
        </w:rPr>
      </w:pPr>
      <w:r>
        <w:t>22. 2005年出现的日、月食次数总共是（ ）次。</w:t>
      </w:r>
    </w:p>
    <w:p w14:paraId="7870BA25" w14:textId="77777777" w:rsidR="003845EB" w:rsidRDefault="00000000">
      <w:pPr>
        <w:spacing w:before="40" w:after="40" w:line="400" w:lineRule="exact"/>
        <w:ind w:left="567"/>
        <w:rPr>
          <w:rFonts w:hint="eastAsia"/>
        </w:rPr>
      </w:pPr>
      <w:r>
        <w:rPr>
          <w:sz w:val="22"/>
        </w:rPr>
        <w:t>(A) 少于3次    (B) 4</w:t>
      </w:r>
    </w:p>
    <w:p w14:paraId="17A20E83" w14:textId="77777777" w:rsidR="003845EB" w:rsidRDefault="00000000">
      <w:pPr>
        <w:spacing w:before="40" w:after="40" w:line="400" w:lineRule="exact"/>
        <w:ind w:left="567"/>
        <w:rPr>
          <w:rFonts w:hint="eastAsia"/>
        </w:rPr>
      </w:pPr>
      <w:r>
        <w:rPr>
          <w:sz w:val="22"/>
        </w:rPr>
        <w:t>(C) 6    (D) 至少7次</w:t>
      </w:r>
    </w:p>
    <w:p w14:paraId="3F136ED0" w14:textId="77777777" w:rsidR="003845EB" w:rsidRDefault="00000000">
      <w:pPr>
        <w:spacing w:before="40" w:after="40" w:line="400" w:lineRule="exact"/>
        <w:ind w:left="567"/>
        <w:rPr>
          <w:rFonts w:hint="eastAsia"/>
        </w:rPr>
      </w:pPr>
      <w:r>
        <w:rPr>
          <w:sz w:val="22"/>
        </w:rPr>
        <w:t>(E) 不知道</w:t>
      </w:r>
    </w:p>
    <w:p w14:paraId="678EF661" w14:textId="77777777" w:rsidR="003845EB" w:rsidRDefault="00000000">
      <w:pPr>
        <w:spacing w:before="160" w:after="80" w:line="440" w:lineRule="exact"/>
        <w:rPr>
          <w:rFonts w:hint="eastAsia"/>
        </w:rPr>
      </w:pPr>
      <w:r>
        <w:t>23. 2005年1月上旬C/2004 Q2（麦克霍尔兹彗星）位于（ ）附近。</w:t>
      </w:r>
    </w:p>
    <w:p w14:paraId="728ED8C0" w14:textId="77777777" w:rsidR="003845EB" w:rsidRDefault="00000000">
      <w:pPr>
        <w:spacing w:before="40" w:after="40" w:line="400" w:lineRule="exact"/>
        <w:ind w:left="567"/>
        <w:rPr>
          <w:rFonts w:hint="eastAsia"/>
        </w:rPr>
      </w:pPr>
      <w:r>
        <w:rPr>
          <w:sz w:val="22"/>
        </w:rPr>
        <w:t>(A) 双子座    (B) 大熊座</w:t>
      </w:r>
    </w:p>
    <w:p w14:paraId="6D1E4511" w14:textId="77777777" w:rsidR="003845EB" w:rsidRDefault="00000000">
      <w:pPr>
        <w:spacing w:before="40" w:after="40" w:line="400" w:lineRule="exact"/>
        <w:ind w:left="567"/>
        <w:rPr>
          <w:rFonts w:hint="eastAsia"/>
        </w:rPr>
      </w:pPr>
      <w:r>
        <w:rPr>
          <w:sz w:val="22"/>
        </w:rPr>
        <w:t>(C) 金牛座    (D) 巨蟹座</w:t>
      </w:r>
    </w:p>
    <w:p w14:paraId="3D4C9F2D" w14:textId="77777777" w:rsidR="003845EB" w:rsidRDefault="00000000">
      <w:pPr>
        <w:spacing w:before="40" w:after="40" w:line="400" w:lineRule="exact"/>
        <w:ind w:left="567"/>
        <w:rPr>
          <w:rFonts w:hint="eastAsia"/>
        </w:rPr>
      </w:pPr>
      <w:r>
        <w:rPr>
          <w:sz w:val="22"/>
        </w:rPr>
        <w:t>(E) 不知道</w:t>
      </w:r>
    </w:p>
    <w:p w14:paraId="3F8360E2" w14:textId="77777777" w:rsidR="003845EB" w:rsidRDefault="00000000">
      <w:pPr>
        <w:spacing w:before="160" w:after="80" w:line="440" w:lineRule="exact"/>
        <w:rPr>
          <w:rFonts w:hint="eastAsia"/>
        </w:rPr>
      </w:pPr>
      <w:r>
        <w:t>24. 下一次发生在中国境内的日全食的时间是（ ）。</w:t>
      </w:r>
    </w:p>
    <w:p w14:paraId="2E288848" w14:textId="77777777" w:rsidR="003845EB" w:rsidRDefault="00000000">
      <w:pPr>
        <w:spacing w:before="40" w:after="40" w:line="400" w:lineRule="exact"/>
        <w:ind w:left="567"/>
        <w:rPr>
          <w:rFonts w:hint="eastAsia"/>
        </w:rPr>
      </w:pPr>
      <w:r>
        <w:rPr>
          <w:sz w:val="22"/>
        </w:rPr>
        <w:t>(A) 2006年3月    (B) 2007年3月</w:t>
      </w:r>
    </w:p>
    <w:p w14:paraId="64010540" w14:textId="77777777" w:rsidR="003845EB" w:rsidRDefault="00000000">
      <w:pPr>
        <w:spacing w:before="40" w:after="40" w:line="400" w:lineRule="exact"/>
        <w:ind w:left="567"/>
        <w:rPr>
          <w:rFonts w:hint="eastAsia"/>
        </w:rPr>
      </w:pPr>
      <w:r>
        <w:rPr>
          <w:sz w:val="22"/>
        </w:rPr>
        <w:t>(C) 2008年8月    (D) 2009年7月</w:t>
      </w:r>
    </w:p>
    <w:p w14:paraId="163352F3" w14:textId="77777777" w:rsidR="003845EB" w:rsidRDefault="00000000">
      <w:pPr>
        <w:spacing w:before="40" w:after="40" w:line="400" w:lineRule="exact"/>
        <w:ind w:left="567"/>
        <w:rPr>
          <w:rFonts w:hint="eastAsia"/>
        </w:rPr>
      </w:pPr>
      <w:r>
        <w:rPr>
          <w:sz w:val="22"/>
        </w:rPr>
        <w:t>(E) 不知道</w:t>
      </w:r>
    </w:p>
    <w:p w14:paraId="4A0200EE" w14:textId="77777777" w:rsidR="003845EB" w:rsidRDefault="00000000">
      <w:pPr>
        <w:spacing w:before="160" w:after="80" w:line="440" w:lineRule="exact"/>
        <w:rPr>
          <w:rFonts w:hint="eastAsia"/>
        </w:rPr>
      </w:pPr>
      <w:r>
        <w:t>25. 外行星在冲日的时候处于（ ）。</w:t>
      </w:r>
    </w:p>
    <w:p w14:paraId="49EA7D55" w14:textId="77777777" w:rsidR="003845EB" w:rsidRDefault="00000000">
      <w:pPr>
        <w:spacing w:before="40" w:after="40" w:line="400" w:lineRule="exact"/>
        <w:ind w:left="567"/>
        <w:rPr>
          <w:rFonts w:hint="eastAsia"/>
        </w:rPr>
      </w:pPr>
      <w:r>
        <w:rPr>
          <w:sz w:val="22"/>
        </w:rPr>
        <w:t>(A) 顺行    (B) 逆行</w:t>
      </w:r>
    </w:p>
    <w:p w14:paraId="43D6FBAC" w14:textId="77777777" w:rsidR="003845EB" w:rsidRDefault="00000000">
      <w:pPr>
        <w:spacing w:before="40" w:after="40" w:line="400" w:lineRule="exact"/>
        <w:ind w:left="567"/>
        <w:rPr>
          <w:rFonts w:hint="eastAsia"/>
        </w:rPr>
      </w:pPr>
      <w:r>
        <w:rPr>
          <w:sz w:val="22"/>
        </w:rPr>
        <w:t>(C) 留    (D) 顺行和逆行都有可能</w:t>
      </w:r>
    </w:p>
    <w:p w14:paraId="2981CE80" w14:textId="77777777" w:rsidR="003845EB" w:rsidRDefault="00000000">
      <w:pPr>
        <w:spacing w:before="40" w:after="40" w:line="400" w:lineRule="exact"/>
        <w:ind w:left="567"/>
        <w:rPr>
          <w:rFonts w:hint="eastAsia"/>
        </w:rPr>
      </w:pPr>
      <w:r>
        <w:rPr>
          <w:sz w:val="22"/>
        </w:rPr>
        <w:t>(E) 不知道</w:t>
      </w:r>
    </w:p>
    <w:p w14:paraId="73DBD63E" w14:textId="77777777" w:rsidR="003845EB" w:rsidRDefault="00000000">
      <w:pPr>
        <w:spacing w:before="160" w:after="80" w:line="440" w:lineRule="exact"/>
        <w:rPr>
          <w:rFonts w:hint="eastAsia"/>
        </w:rPr>
      </w:pPr>
      <w:r>
        <w:lastRenderedPageBreak/>
        <w:t>26. 在以下哪些日期在观测条件允许时太阳表面没有肉眼可以看到的黑子（ ）。</w:t>
      </w:r>
    </w:p>
    <w:p w14:paraId="53B70F3E" w14:textId="77777777" w:rsidR="003845EB" w:rsidRDefault="00000000">
      <w:pPr>
        <w:spacing w:before="40" w:after="40" w:line="400" w:lineRule="exact"/>
        <w:ind w:left="567"/>
        <w:rPr>
          <w:rFonts w:hint="eastAsia"/>
        </w:rPr>
      </w:pPr>
      <w:r>
        <w:rPr>
          <w:sz w:val="22"/>
        </w:rPr>
        <w:t>(A) 2003年10月28日    (B) 2003年11月25日</w:t>
      </w:r>
    </w:p>
    <w:p w14:paraId="30D0AE24" w14:textId="77777777" w:rsidR="003845EB" w:rsidRDefault="00000000">
      <w:pPr>
        <w:spacing w:before="40" w:after="40" w:line="400" w:lineRule="exact"/>
        <w:ind w:left="567"/>
        <w:rPr>
          <w:rFonts w:hint="eastAsia"/>
        </w:rPr>
      </w:pPr>
      <w:r>
        <w:rPr>
          <w:sz w:val="22"/>
        </w:rPr>
        <w:t>(C) 2004年12月15日    (D) 2005年1月15日</w:t>
      </w:r>
    </w:p>
    <w:p w14:paraId="50B57524" w14:textId="77777777" w:rsidR="003845EB" w:rsidRDefault="00000000">
      <w:pPr>
        <w:spacing w:before="40" w:after="40" w:line="400" w:lineRule="exact"/>
        <w:ind w:left="567"/>
        <w:rPr>
          <w:rFonts w:hint="eastAsia"/>
        </w:rPr>
      </w:pPr>
      <w:r>
        <w:rPr>
          <w:sz w:val="22"/>
        </w:rPr>
        <w:t>(E) 不知道</w:t>
      </w:r>
    </w:p>
    <w:p w14:paraId="5C5BCCA7" w14:textId="77777777" w:rsidR="003845EB" w:rsidRDefault="00000000">
      <w:pPr>
        <w:spacing w:before="160" w:after="80" w:line="440" w:lineRule="exact"/>
        <w:rPr>
          <w:rFonts w:hint="eastAsia"/>
        </w:rPr>
      </w:pPr>
      <w:r>
        <w:t>27. 2005年3月20日北京时间0时北京的观测者的天顶附近的星座是（ ）。</w:t>
      </w:r>
    </w:p>
    <w:p w14:paraId="48C7160F" w14:textId="77777777" w:rsidR="003845EB" w:rsidRDefault="00000000">
      <w:pPr>
        <w:spacing w:before="40" w:after="40" w:line="400" w:lineRule="exact"/>
        <w:ind w:left="567"/>
        <w:rPr>
          <w:rFonts w:hint="eastAsia"/>
        </w:rPr>
      </w:pPr>
      <w:r>
        <w:rPr>
          <w:sz w:val="22"/>
        </w:rPr>
        <w:t>(A) 大熊座    (B) 牧夫座</w:t>
      </w:r>
    </w:p>
    <w:p w14:paraId="18A60CCD" w14:textId="77777777" w:rsidR="003845EB" w:rsidRDefault="00000000">
      <w:pPr>
        <w:spacing w:before="40" w:after="40" w:line="400" w:lineRule="exact"/>
        <w:ind w:left="567"/>
        <w:rPr>
          <w:rFonts w:hint="eastAsia"/>
        </w:rPr>
      </w:pPr>
      <w:r>
        <w:rPr>
          <w:sz w:val="22"/>
        </w:rPr>
        <w:t>(C) 猎户座    (D) 天鹅座</w:t>
      </w:r>
    </w:p>
    <w:p w14:paraId="3545D5A9" w14:textId="77777777" w:rsidR="003845EB" w:rsidRDefault="00000000">
      <w:pPr>
        <w:spacing w:before="40" w:after="40" w:line="400" w:lineRule="exact"/>
        <w:ind w:left="567"/>
        <w:rPr>
          <w:rFonts w:hint="eastAsia"/>
        </w:rPr>
      </w:pPr>
      <w:r>
        <w:rPr>
          <w:sz w:val="22"/>
        </w:rPr>
        <w:t>(E) 不知道</w:t>
      </w:r>
    </w:p>
    <w:p w14:paraId="53228F48" w14:textId="77777777" w:rsidR="003845EB" w:rsidRDefault="00000000">
      <w:pPr>
        <w:spacing w:before="160" w:after="80" w:line="440" w:lineRule="exact"/>
        <w:rPr>
          <w:rFonts w:hint="eastAsia"/>
        </w:rPr>
      </w:pPr>
      <w:r>
        <w:t>28. 2005年2月9日中午12时月亮的方位角（南点起算）大约是（ ）度。</w:t>
      </w:r>
    </w:p>
    <w:p w14:paraId="6FDFA3A8" w14:textId="77777777" w:rsidR="003845EB" w:rsidRDefault="00000000">
      <w:pPr>
        <w:spacing w:before="40" w:after="40" w:line="400" w:lineRule="exact"/>
        <w:ind w:left="567"/>
        <w:rPr>
          <w:rFonts w:hint="eastAsia"/>
        </w:rPr>
      </w:pPr>
      <w:r>
        <w:rPr>
          <w:sz w:val="22"/>
        </w:rPr>
        <w:t>(A) 0    (B) 90</w:t>
      </w:r>
    </w:p>
    <w:p w14:paraId="71965073" w14:textId="77777777" w:rsidR="003845EB" w:rsidRDefault="00000000">
      <w:pPr>
        <w:spacing w:before="40" w:after="40" w:line="400" w:lineRule="exact"/>
        <w:ind w:left="567"/>
        <w:rPr>
          <w:rFonts w:hint="eastAsia"/>
        </w:rPr>
      </w:pPr>
      <w:r>
        <w:rPr>
          <w:sz w:val="22"/>
        </w:rPr>
        <w:t>(C) 180    (D) 270</w:t>
      </w:r>
    </w:p>
    <w:p w14:paraId="2E9945B0" w14:textId="77777777" w:rsidR="003845EB" w:rsidRDefault="00000000">
      <w:pPr>
        <w:spacing w:before="40" w:after="40" w:line="400" w:lineRule="exact"/>
        <w:ind w:left="567"/>
        <w:rPr>
          <w:rFonts w:hint="eastAsia"/>
        </w:rPr>
      </w:pPr>
      <w:r>
        <w:rPr>
          <w:sz w:val="22"/>
        </w:rPr>
        <w:t>(E) 不知道</w:t>
      </w:r>
    </w:p>
    <w:p w14:paraId="491338CB" w14:textId="77777777" w:rsidR="003845EB" w:rsidRDefault="00000000">
      <w:pPr>
        <w:spacing w:before="160" w:after="80" w:line="440" w:lineRule="exact"/>
        <w:rPr>
          <w:rFonts w:hint="eastAsia"/>
        </w:rPr>
      </w:pPr>
      <w:r>
        <w:t>29. 你也许观测过铱星闪光。在满月的夜晚，月光把天空背景照得很亮，此时只有亮度（ ）的铱星闪光才容易被肉眼注意到。</w:t>
      </w:r>
    </w:p>
    <w:p w14:paraId="0176A502" w14:textId="77777777" w:rsidR="003845EB" w:rsidRDefault="00000000">
      <w:pPr>
        <w:spacing w:before="40" w:after="40" w:line="400" w:lineRule="exact"/>
        <w:ind w:left="567"/>
        <w:rPr>
          <w:rFonts w:hint="eastAsia"/>
        </w:rPr>
      </w:pPr>
      <w:r>
        <w:rPr>
          <w:sz w:val="22"/>
        </w:rPr>
        <w:t>(A) 亮于-3等    (B) 0等左右</w:t>
      </w:r>
    </w:p>
    <w:p w14:paraId="3FA4E85C" w14:textId="77777777" w:rsidR="003845EB" w:rsidRDefault="00000000">
      <w:pPr>
        <w:spacing w:before="40" w:after="40" w:line="400" w:lineRule="exact"/>
        <w:ind w:left="567"/>
        <w:rPr>
          <w:rFonts w:hint="eastAsia"/>
        </w:rPr>
      </w:pPr>
      <w:r>
        <w:rPr>
          <w:sz w:val="22"/>
        </w:rPr>
        <w:t>(C) 5等左右    (D) 暗于8等</w:t>
      </w:r>
    </w:p>
    <w:p w14:paraId="3472F8D3" w14:textId="77777777" w:rsidR="003845EB" w:rsidRDefault="00000000">
      <w:pPr>
        <w:spacing w:before="40" w:after="40" w:line="400" w:lineRule="exact"/>
        <w:ind w:left="567"/>
        <w:rPr>
          <w:rFonts w:hint="eastAsia"/>
        </w:rPr>
      </w:pPr>
      <w:r>
        <w:rPr>
          <w:sz w:val="22"/>
        </w:rPr>
        <w:t>(E) 不知道</w:t>
      </w:r>
    </w:p>
    <w:p w14:paraId="39C08F12" w14:textId="77777777" w:rsidR="003845EB" w:rsidRDefault="00000000">
      <w:pPr>
        <w:spacing w:before="160" w:after="80" w:line="440" w:lineRule="exact"/>
        <w:rPr>
          <w:rFonts w:hint="eastAsia"/>
        </w:rPr>
      </w:pPr>
      <w:r>
        <w:t>30. 2005年3月20日北京时间15时，北京的地方恒星时约为（ ）小时。</w:t>
      </w:r>
    </w:p>
    <w:p w14:paraId="2B3D65E7" w14:textId="77777777" w:rsidR="003845EB" w:rsidRDefault="00000000">
      <w:pPr>
        <w:spacing w:before="40" w:after="40" w:line="400" w:lineRule="exact"/>
        <w:ind w:left="567"/>
        <w:rPr>
          <w:rFonts w:hint="eastAsia"/>
        </w:rPr>
      </w:pPr>
      <w:r>
        <w:rPr>
          <w:sz w:val="22"/>
        </w:rPr>
        <w:t>(A) 3    (B) 9</w:t>
      </w:r>
    </w:p>
    <w:p w14:paraId="6D7B29E1" w14:textId="77777777" w:rsidR="003845EB" w:rsidRDefault="00000000">
      <w:pPr>
        <w:spacing w:before="40" w:after="40" w:line="400" w:lineRule="exact"/>
        <w:ind w:left="567"/>
        <w:rPr>
          <w:rFonts w:hint="eastAsia"/>
        </w:rPr>
      </w:pPr>
      <w:r>
        <w:rPr>
          <w:sz w:val="22"/>
        </w:rPr>
        <w:t>(C) 15    (D) 21</w:t>
      </w:r>
    </w:p>
    <w:p w14:paraId="29028A36" w14:textId="77777777" w:rsidR="003845EB" w:rsidRDefault="00000000">
      <w:pPr>
        <w:spacing w:before="40" w:after="40" w:line="400" w:lineRule="exact"/>
        <w:ind w:left="567"/>
        <w:rPr>
          <w:rFonts w:hint="eastAsia"/>
        </w:rPr>
      </w:pPr>
      <w:r>
        <w:rPr>
          <w:sz w:val="22"/>
        </w:rPr>
        <w:t>(E) 不知道</w:t>
      </w:r>
    </w:p>
    <w:p w14:paraId="617CFBA1" w14:textId="77777777" w:rsidR="003845EB" w:rsidRDefault="00000000">
      <w:pPr>
        <w:rPr>
          <w:rFonts w:hint="eastAsia"/>
        </w:rPr>
      </w:pPr>
      <w:r>
        <w:br w:type="page"/>
      </w:r>
    </w:p>
    <w:p w14:paraId="12CE2A4E" w14:textId="77777777" w:rsidR="003845EB" w:rsidRDefault="00000000">
      <w:pPr>
        <w:jc w:val="center"/>
        <w:rPr>
          <w:rFonts w:hint="eastAsia"/>
        </w:rPr>
      </w:pPr>
      <w:r>
        <w:rPr>
          <w:rFonts w:ascii="黑体" w:eastAsia="黑体" w:hAnsi="黑体"/>
          <w:b/>
          <w:sz w:val="32"/>
        </w:rPr>
        <w:t>2005年CNAO天文奥赛预赛试题 答案解析</w:t>
      </w:r>
    </w:p>
    <w:p w14:paraId="0A39AB83" w14:textId="77777777" w:rsidR="003845EB" w:rsidRDefault="00000000">
      <w:pPr>
        <w:spacing w:before="240" w:after="120"/>
        <w:rPr>
          <w:rFonts w:hint="eastAsia"/>
        </w:rPr>
      </w:pPr>
      <w:r>
        <w:rPr>
          <w:rFonts w:ascii="黑体" w:eastAsia="黑体" w:hAnsi="黑体"/>
          <w:b/>
        </w:rPr>
        <w:t>答案速查：</w:t>
      </w:r>
    </w:p>
    <w:p w14:paraId="61756467" w14:textId="77777777" w:rsidR="003845EB" w:rsidRDefault="00000000">
      <w:pPr>
        <w:spacing w:before="80" w:after="80"/>
        <w:jc w:val="center"/>
        <w:rPr>
          <w:rFonts w:hint="eastAsia"/>
        </w:rPr>
      </w:pPr>
      <w:r>
        <w:rPr>
          <w:rFonts w:ascii="Arial" w:hAnsi="Arial"/>
          <w:b/>
          <w:color w:val="CC0000"/>
          <w:sz w:val="28"/>
        </w:rPr>
        <w:t>BBCDD</w:t>
      </w:r>
    </w:p>
    <w:p w14:paraId="6F99BCE0" w14:textId="77777777" w:rsidR="003845EB" w:rsidRDefault="00000000">
      <w:pPr>
        <w:spacing w:before="80" w:after="80"/>
        <w:jc w:val="center"/>
        <w:rPr>
          <w:rFonts w:hint="eastAsia"/>
        </w:rPr>
      </w:pPr>
      <w:r>
        <w:rPr>
          <w:rFonts w:ascii="Arial" w:hAnsi="Arial"/>
          <w:b/>
          <w:color w:val="CC0000"/>
          <w:sz w:val="28"/>
        </w:rPr>
        <w:t>CBAAB</w:t>
      </w:r>
    </w:p>
    <w:p w14:paraId="77EFC812" w14:textId="77777777" w:rsidR="003845EB" w:rsidRDefault="00000000">
      <w:pPr>
        <w:spacing w:before="80" w:after="80"/>
        <w:jc w:val="center"/>
        <w:rPr>
          <w:rFonts w:hint="eastAsia"/>
        </w:rPr>
      </w:pPr>
      <w:r>
        <w:rPr>
          <w:rFonts w:ascii="Arial" w:hAnsi="Arial"/>
          <w:b/>
          <w:color w:val="CC0000"/>
          <w:sz w:val="28"/>
        </w:rPr>
        <w:t>CBCCB</w:t>
      </w:r>
    </w:p>
    <w:p w14:paraId="44DB4D8E" w14:textId="77777777" w:rsidR="003845EB" w:rsidRDefault="00000000">
      <w:pPr>
        <w:spacing w:before="80" w:after="80"/>
        <w:jc w:val="center"/>
        <w:rPr>
          <w:rFonts w:hint="eastAsia"/>
        </w:rPr>
      </w:pPr>
      <w:r>
        <w:rPr>
          <w:rFonts w:ascii="Arial" w:hAnsi="Arial"/>
          <w:b/>
          <w:color w:val="CC0000"/>
          <w:sz w:val="28"/>
        </w:rPr>
        <w:t>DCDCB</w:t>
      </w:r>
    </w:p>
    <w:p w14:paraId="2C3B1388" w14:textId="77777777" w:rsidR="003845EB" w:rsidRDefault="00000000">
      <w:pPr>
        <w:spacing w:before="80" w:after="80"/>
        <w:jc w:val="center"/>
        <w:rPr>
          <w:rFonts w:hint="eastAsia"/>
        </w:rPr>
      </w:pPr>
      <w:r>
        <w:rPr>
          <w:rFonts w:ascii="Arial" w:hAnsi="Arial"/>
          <w:b/>
          <w:color w:val="CC0000"/>
          <w:sz w:val="28"/>
        </w:rPr>
        <w:t>ABCCB</w:t>
      </w:r>
    </w:p>
    <w:p w14:paraId="7169252A" w14:textId="77777777" w:rsidR="003845EB" w:rsidRDefault="00000000">
      <w:pPr>
        <w:spacing w:before="80" w:after="80"/>
        <w:jc w:val="center"/>
        <w:rPr>
          <w:rFonts w:hint="eastAsia"/>
        </w:rPr>
      </w:pPr>
      <w:r>
        <w:rPr>
          <w:rFonts w:ascii="Arial" w:hAnsi="Arial"/>
          <w:b/>
          <w:color w:val="CC0000"/>
          <w:sz w:val="28"/>
        </w:rPr>
        <w:t>CAABA</w:t>
      </w:r>
    </w:p>
    <w:p w14:paraId="69C3B783" w14:textId="77777777" w:rsidR="003845EB" w:rsidRDefault="00000000">
      <w:pPr>
        <w:spacing w:before="240"/>
        <w:rPr>
          <w:rFonts w:hint="eastAsia"/>
        </w:rPr>
      </w:pPr>
      <w:r>
        <w:rPr>
          <w:rFonts w:ascii="黑体" w:eastAsia="黑体" w:hAnsi="黑体"/>
          <w:b/>
        </w:rPr>
        <w:t>逐题解析：</w:t>
      </w:r>
    </w:p>
    <w:p w14:paraId="14641527" w14:textId="77777777" w:rsidR="003845EB" w:rsidRDefault="00000000">
      <w:pPr>
        <w:spacing w:before="60" w:after="60" w:line="400" w:lineRule="exact"/>
        <w:rPr>
          <w:rFonts w:hint="eastAsia"/>
        </w:rPr>
      </w:pPr>
      <w:r>
        <w:rPr>
          <w:sz w:val="22"/>
        </w:rPr>
        <w:t xml:space="preserve">1. </w:t>
      </w:r>
      <w:r>
        <w:rPr>
          <w:rFonts w:ascii="Arial" w:hAnsi="Arial"/>
          <w:b/>
          <w:color w:val="CC0000"/>
        </w:rPr>
        <w:t>答案：</w:t>
      </w:r>
      <w:r>
        <w:rPr>
          <w:rFonts w:ascii="Arial" w:hAnsi="Arial"/>
          <w:b/>
          <w:color w:val="CC0000"/>
        </w:rPr>
        <w:t>B</w:t>
      </w:r>
      <w:r>
        <w:rPr>
          <w:color w:val="666666"/>
          <w:sz w:val="20"/>
        </w:rPr>
        <w:t xml:space="preserve">  中国月球探测工程命名为“嫦娥工程”，取自嫦娥奔月的传说。</w:t>
      </w:r>
    </w:p>
    <w:p w14:paraId="5E8C369C" w14:textId="77777777" w:rsidR="003845EB" w:rsidRDefault="00000000">
      <w:pPr>
        <w:spacing w:before="60" w:after="60" w:line="400" w:lineRule="exact"/>
        <w:rPr>
          <w:rFonts w:hint="eastAsia"/>
        </w:rPr>
      </w:pPr>
      <w:r>
        <w:rPr>
          <w:sz w:val="22"/>
        </w:rPr>
        <w:t xml:space="preserve">2. </w:t>
      </w:r>
      <w:r>
        <w:rPr>
          <w:rFonts w:ascii="Arial" w:hAnsi="Arial"/>
          <w:b/>
          <w:color w:val="CC0000"/>
        </w:rPr>
        <w:t>答案：</w:t>
      </w:r>
      <w:r>
        <w:rPr>
          <w:rFonts w:ascii="Arial" w:hAnsi="Arial"/>
          <w:b/>
          <w:color w:val="CC0000"/>
        </w:rPr>
        <w:t>B</w:t>
      </w:r>
      <w:r>
        <w:rPr>
          <w:color w:val="666666"/>
          <w:sz w:val="20"/>
        </w:rPr>
        <w:t xml:space="preserve">  惠更斯（Huygens）着陆器2005年1月14日降落在土卫六表面；卡西尼是环绕土星的轨道器。</w:t>
      </w:r>
    </w:p>
    <w:p w14:paraId="4417D66A" w14:textId="77777777" w:rsidR="003845EB" w:rsidRDefault="00000000">
      <w:pPr>
        <w:spacing w:before="60" w:after="60" w:line="400" w:lineRule="exact"/>
        <w:rPr>
          <w:rFonts w:hint="eastAsia"/>
        </w:rPr>
      </w:pPr>
      <w:r>
        <w:rPr>
          <w:sz w:val="22"/>
        </w:rPr>
        <w:t xml:space="preserve">3. </w:t>
      </w:r>
      <w:r>
        <w:rPr>
          <w:rFonts w:ascii="Arial" w:hAnsi="Arial"/>
          <w:b/>
          <w:color w:val="CC0000"/>
        </w:rPr>
        <w:t>答案：</w:t>
      </w:r>
      <w:r>
        <w:rPr>
          <w:rFonts w:ascii="Arial" w:hAnsi="Arial"/>
          <w:b/>
          <w:color w:val="CC0000"/>
        </w:rPr>
        <w:t>C</w:t>
      </w:r>
      <w:r>
        <w:rPr>
          <w:color w:val="666666"/>
          <w:sz w:val="20"/>
        </w:rPr>
        <w:t xml:space="preserve">  2004年第九届国际天文奥林匹克竞赛（乌克兰Simeiz）上，中国队获2枚银牌和2枚铜牌，共4枚奖牌。</w:t>
      </w:r>
    </w:p>
    <w:p w14:paraId="61896EE2" w14:textId="77777777" w:rsidR="003845EB" w:rsidRDefault="00000000">
      <w:pPr>
        <w:spacing w:before="60" w:after="60" w:line="400" w:lineRule="exact"/>
        <w:rPr>
          <w:rFonts w:hint="eastAsia"/>
        </w:rPr>
      </w:pPr>
      <w:r>
        <w:rPr>
          <w:sz w:val="22"/>
        </w:rPr>
        <w:t xml:space="preserve">4. </w:t>
      </w:r>
      <w:r>
        <w:rPr>
          <w:rFonts w:ascii="Arial" w:hAnsi="Arial"/>
          <w:b/>
          <w:color w:val="CC0000"/>
        </w:rPr>
        <w:t>答案：</w:t>
      </w:r>
      <w:r>
        <w:rPr>
          <w:rFonts w:ascii="Arial" w:hAnsi="Arial"/>
          <w:b/>
          <w:color w:val="CC0000"/>
        </w:rPr>
        <w:t>D</w:t>
      </w:r>
      <w:r>
        <w:rPr>
          <w:color w:val="666666"/>
          <w:sz w:val="20"/>
        </w:rPr>
        <w:t xml:space="preserve">  中国爱好者从2000年底开始参与SOHO彗星的搜寻，到2005年3月已有周兴明、陈栋华等至少6人先后发现SOHO彗星，其中周兴明一人就发现60余颗，曾居国际第4位。</w:t>
      </w:r>
    </w:p>
    <w:p w14:paraId="706FADCA" w14:textId="77777777" w:rsidR="003845EB" w:rsidRDefault="00000000">
      <w:pPr>
        <w:spacing w:before="60" w:after="60" w:line="400" w:lineRule="exact"/>
        <w:rPr>
          <w:rFonts w:hint="eastAsia"/>
        </w:rPr>
      </w:pPr>
      <w:r>
        <w:rPr>
          <w:sz w:val="22"/>
        </w:rPr>
        <w:t xml:space="preserve">5. </w:t>
      </w:r>
      <w:r>
        <w:rPr>
          <w:rFonts w:ascii="Arial" w:hAnsi="Arial"/>
          <w:b/>
          <w:color w:val="CC0000"/>
        </w:rPr>
        <w:t>答案：</w:t>
      </w:r>
      <w:r>
        <w:rPr>
          <w:rFonts w:ascii="Arial" w:hAnsi="Arial"/>
          <w:b/>
          <w:color w:val="CC0000"/>
        </w:rPr>
        <w:t>D</w:t>
      </w:r>
      <w:r>
        <w:rPr>
          <w:color w:val="666666"/>
          <w:sz w:val="20"/>
        </w:rPr>
        <w:t xml:space="preserve">  到2005年初，由中国人发现并获命名的彗星约有8颗，包括紫金山天文台发现的一系列“紫金山”彗星、1988年的葛永良—汪琦彗星、2002年的池谷—张彗星等。</w:t>
      </w:r>
    </w:p>
    <w:p w14:paraId="076B087C" w14:textId="77777777" w:rsidR="003845EB" w:rsidRDefault="00000000">
      <w:pPr>
        <w:spacing w:before="60" w:after="60" w:line="400" w:lineRule="exact"/>
        <w:rPr>
          <w:rFonts w:hint="eastAsia"/>
        </w:rPr>
      </w:pPr>
      <w:r>
        <w:rPr>
          <w:sz w:val="22"/>
        </w:rPr>
        <w:t xml:space="preserve">6. </w:t>
      </w:r>
      <w:r>
        <w:rPr>
          <w:rFonts w:ascii="Arial" w:hAnsi="Arial"/>
          <w:b/>
          <w:color w:val="CC0000"/>
        </w:rPr>
        <w:t>答案：</w:t>
      </w:r>
      <w:r>
        <w:rPr>
          <w:rFonts w:ascii="Arial" w:hAnsi="Arial"/>
          <w:b/>
          <w:color w:val="CC0000"/>
        </w:rPr>
        <w:t>C</w:t>
      </w:r>
      <w:r>
        <w:rPr>
          <w:color w:val="666666"/>
          <w:sz w:val="20"/>
        </w:rPr>
        <w:t xml:space="preserve">  北京天文馆新馆于2004年12月落成开放（2004年12月24日）。</w:t>
      </w:r>
    </w:p>
    <w:p w14:paraId="30313851" w14:textId="77777777" w:rsidR="003845EB" w:rsidRDefault="00000000">
      <w:pPr>
        <w:spacing w:before="60" w:after="60" w:line="400" w:lineRule="exact"/>
        <w:rPr>
          <w:rFonts w:hint="eastAsia"/>
        </w:rPr>
      </w:pPr>
      <w:r>
        <w:rPr>
          <w:sz w:val="22"/>
        </w:rPr>
        <w:t xml:space="preserve">7. </w:t>
      </w:r>
      <w:r>
        <w:rPr>
          <w:rFonts w:ascii="Arial" w:hAnsi="Arial"/>
          <w:b/>
          <w:color w:val="CC0000"/>
        </w:rPr>
        <w:t>答案：</w:t>
      </w:r>
      <w:r>
        <w:rPr>
          <w:rFonts w:ascii="Arial" w:hAnsi="Arial"/>
          <w:b/>
          <w:color w:val="CC0000"/>
        </w:rPr>
        <w:t>B</w:t>
      </w:r>
      <w:r>
        <w:rPr>
          <w:color w:val="666666"/>
          <w:sz w:val="20"/>
        </w:rPr>
        <w:t xml:space="preserve">  《天文爱好者》1958年创刊，由中国天文学会、北京天文馆主办，目前为月刊。</w:t>
      </w:r>
    </w:p>
    <w:p w14:paraId="6B4A48E6" w14:textId="77777777" w:rsidR="003845EB" w:rsidRDefault="00000000">
      <w:pPr>
        <w:spacing w:before="60" w:after="60" w:line="400" w:lineRule="exact"/>
        <w:rPr>
          <w:rFonts w:hint="eastAsia"/>
        </w:rPr>
      </w:pPr>
      <w:r>
        <w:rPr>
          <w:sz w:val="22"/>
        </w:rPr>
        <w:t xml:space="preserve">8. </w:t>
      </w:r>
      <w:r>
        <w:rPr>
          <w:rFonts w:ascii="Arial" w:hAnsi="Arial"/>
          <w:b/>
          <w:color w:val="CC0000"/>
        </w:rPr>
        <w:t>答案：</w:t>
      </w:r>
      <w:r>
        <w:rPr>
          <w:rFonts w:ascii="Arial" w:hAnsi="Arial"/>
          <w:b/>
          <w:color w:val="CC0000"/>
        </w:rPr>
        <w:t>A</w:t>
      </w:r>
      <w:r>
        <w:rPr>
          <w:color w:val="666666"/>
          <w:sz w:val="20"/>
        </w:rPr>
        <w:t xml:space="preserve">  蟹状星云是梅西叶星表的第一号天体，编号M1，是1054年超新星的遗迹。</w:t>
      </w:r>
    </w:p>
    <w:p w14:paraId="1BDB98B7" w14:textId="77777777" w:rsidR="003845EB" w:rsidRDefault="00000000">
      <w:pPr>
        <w:spacing w:before="60" w:after="60" w:line="400" w:lineRule="exact"/>
        <w:rPr>
          <w:rFonts w:hint="eastAsia"/>
        </w:rPr>
      </w:pPr>
      <w:r>
        <w:rPr>
          <w:sz w:val="22"/>
        </w:rPr>
        <w:t xml:space="preserve">9. </w:t>
      </w:r>
      <w:r>
        <w:rPr>
          <w:rFonts w:ascii="Arial" w:hAnsi="Arial"/>
          <w:b/>
          <w:color w:val="CC0000"/>
        </w:rPr>
        <w:t>答案：</w:t>
      </w:r>
      <w:r>
        <w:rPr>
          <w:rFonts w:ascii="Arial" w:hAnsi="Arial"/>
          <w:b/>
          <w:color w:val="CC0000"/>
        </w:rPr>
        <w:t>A</w:t>
      </w:r>
      <w:r>
        <w:rPr>
          <w:color w:val="666666"/>
          <w:sz w:val="20"/>
        </w:rPr>
        <w:t xml:space="preserve">  蜂巢星团即鬼星团M44，位于巨蟹座，肉眼可见为一团模糊光斑。</w:t>
      </w:r>
    </w:p>
    <w:p w14:paraId="527E7361" w14:textId="77777777" w:rsidR="003845EB" w:rsidRDefault="00000000">
      <w:pPr>
        <w:spacing w:before="60" w:after="60" w:line="400" w:lineRule="exact"/>
        <w:rPr>
          <w:rFonts w:hint="eastAsia"/>
        </w:rPr>
      </w:pPr>
      <w:r>
        <w:rPr>
          <w:sz w:val="22"/>
        </w:rPr>
        <w:t xml:space="preserve">10. </w:t>
      </w:r>
      <w:r>
        <w:rPr>
          <w:rFonts w:ascii="Arial" w:hAnsi="Arial"/>
          <w:b/>
          <w:color w:val="CC0000"/>
        </w:rPr>
        <w:t>答案：</w:t>
      </w:r>
      <w:r>
        <w:rPr>
          <w:rFonts w:ascii="Arial" w:hAnsi="Arial"/>
          <w:b/>
          <w:color w:val="CC0000"/>
        </w:rPr>
        <w:t>B</w:t>
      </w:r>
      <w:r>
        <w:rPr>
          <w:color w:val="666666"/>
          <w:sz w:val="20"/>
        </w:rPr>
        <w:t xml:space="preserve">  M110是仙女座星系M31的伴星系，与M31中心只相距约0.5°，是四个选项里角距离最近的一对。M44与M67相距约1.5°，M33与M34相距十几度，M41与M42相距更远。</w:t>
      </w:r>
    </w:p>
    <w:p w14:paraId="581D3457" w14:textId="77777777" w:rsidR="003845EB" w:rsidRDefault="00000000">
      <w:pPr>
        <w:spacing w:before="60" w:after="60" w:line="400" w:lineRule="exact"/>
        <w:rPr>
          <w:rFonts w:hint="eastAsia"/>
        </w:rPr>
      </w:pPr>
      <w:r>
        <w:rPr>
          <w:sz w:val="22"/>
        </w:rPr>
        <w:t xml:space="preserve">11. </w:t>
      </w:r>
      <w:r>
        <w:rPr>
          <w:rFonts w:ascii="Arial" w:hAnsi="Arial"/>
          <w:b/>
          <w:color w:val="CC0000"/>
        </w:rPr>
        <w:t>答案：</w:t>
      </w:r>
      <w:r>
        <w:rPr>
          <w:rFonts w:ascii="Arial" w:hAnsi="Arial"/>
          <w:b/>
          <w:color w:val="CC0000"/>
        </w:rPr>
        <w:t>C</w:t>
      </w:r>
      <w:r>
        <w:rPr>
          <w:color w:val="666666"/>
          <w:sz w:val="20"/>
        </w:rPr>
        <w:t xml:space="preserve">  银河（银道带）从双子座与猎户座之间穿过，这两座都是冬季银河上的相邻星座。大熊座、小熊座、南鱼座都离银道较远。</w:t>
      </w:r>
    </w:p>
    <w:p w14:paraId="736DE138" w14:textId="77777777" w:rsidR="003845EB" w:rsidRDefault="00000000">
      <w:pPr>
        <w:spacing w:before="60" w:after="60" w:line="400" w:lineRule="exact"/>
        <w:rPr>
          <w:rFonts w:hint="eastAsia"/>
        </w:rPr>
      </w:pPr>
      <w:r>
        <w:rPr>
          <w:sz w:val="22"/>
        </w:rPr>
        <w:t xml:space="preserve">12. </w:t>
      </w:r>
      <w:r>
        <w:rPr>
          <w:rFonts w:ascii="Arial" w:hAnsi="Arial"/>
          <w:b/>
          <w:color w:val="CC0000"/>
        </w:rPr>
        <w:t>答案：</w:t>
      </w:r>
      <w:r>
        <w:rPr>
          <w:rFonts w:ascii="Arial" w:hAnsi="Arial"/>
          <w:b/>
          <w:color w:val="CC0000"/>
        </w:rPr>
        <w:t>B</w:t>
      </w:r>
      <w:r>
        <w:rPr>
          <w:color w:val="666666"/>
          <w:sz w:val="20"/>
        </w:rPr>
        <w:t xml:space="preserve">  北斗七星中除天权（3.3等）较暗外，天枢、天璇、玉衡、开阳、摇光、天玑都在1.8~2.4等，所以整体约2等。</w:t>
      </w:r>
    </w:p>
    <w:p w14:paraId="59660599" w14:textId="77777777" w:rsidR="003845EB" w:rsidRDefault="00000000">
      <w:pPr>
        <w:spacing w:before="60" w:after="60" w:line="400" w:lineRule="exact"/>
        <w:rPr>
          <w:rFonts w:hint="eastAsia"/>
        </w:rPr>
      </w:pPr>
      <w:r>
        <w:rPr>
          <w:sz w:val="22"/>
        </w:rPr>
        <w:lastRenderedPageBreak/>
        <w:t xml:space="preserve">13. </w:t>
      </w:r>
      <w:r>
        <w:rPr>
          <w:rFonts w:ascii="Arial" w:hAnsi="Arial"/>
          <w:b/>
          <w:color w:val="CC0000"/>
        </w:rPr>
        <w:t>答案：</w:t>
      </w:r>
      <w:r>
        <w:rPr>
          <w:rFonts w:ascii="Arial" w:hAnsi="Arial"/>
          <w:b/>
          <w:color w:val="CC0000"/>
        </w:rPr>
        <w:t>C</w:t>
      </w:r>
      <w:r>
        <w:rPr>
          <w:color w:val="666666"/>
          <w:sz w:val="20"/>
        </w:rPr>
        <w:t xml:space="preserve">  从斗口的天璇到斗柄末端的摇光，北斗七星在天空中的跨度约25°。</w:t>
      </w:r>
    </w:p>
    <w:p w14:paraId="39F199EC" w14:textId="77777777" w:rsidR="003845EB" w:rsidRDefault="00000000">
      <w:pPr>
        <w:spacing w:before="60" w:after="60" w:line="400" w:lineRule="exact"/>
        <w:rPr>
          <w:rFonts w:hint="eastAsia"/>
        </w:rPr>
      </w:pPr>
      <w:r>
        <w:rPr>
          <w:sz w:val="22"/>
        </w:rPr>
        <w:t xml:space="preserve">14. </w:t>
      </w:r>
      <w:r>
        <w:rPr>
          <w:rFonts w:ascii="Arial" w:hAnsi="Arial"/>
          <w:b/>
          <w:color w:val="CC0000"/>
        </w:rPr>
        <w:t>答案：</w:t>
      </w:r>
      <w:r>
        <w:rPr>
          <w:rFonts w:ascii="Arial" w:hAnsi="Arial"/>
          <w:b/>
          <w:color w:val="CC0000"/>
        </w:rPr>
        <w:t>C</w:t>
      </w:r>
      <w:r>
        <w:rPr>
          <w:color w:val="666666"/>
          <w:sz w:val="20"/>
        </w:rPr>
        <w:t xml:space="preserve">  天龙座流星雨的极大出现在每年10月8~9日前后，是著名的“短暴”型流星雨。</w:t>
      </w:r>
    </w:p>
    <w:p w14:paraId="04AAB653" w14:textId="77777777" w:rsidR="003845EB" w:rsidRDefault="00000000">
      <w:pPr>
        <w:spacing w:before="60" w:after="60" w:line="400" w:lineRule="exact"/>
        <w:rPr>
          <w:rFonts w:hint="eastAsia"/>
        </w:rPr>
      </w:pPr>
      <w:r>
        <w:rPr>
          <w:sz w:val="22"/>
        </w:rPr>
        <w:t xml:space="preserve">15. </w:t>
      </w:r>
      <w:r>
        <w:rPr>
          <w:rFonts w:ascii="Arial" w:hAnsi="Arial"/>
          <w:b/>
          <w:color w:val="CC0000"/>
        </w:rPr>
        <w:t>答案：</w:t>
      </w:r>
      <w:r>
        <w:rPr>
          <w:rFonts w:ascii="Arial" w:hAnsi="Arial"/>
          <w:b/>
          <w:color w:val="CC0000"/>
        </w:rPr>
        <w:t>B</w:t>
      </w:r>
      <w:r>
        <w:rPr>
          <w:color w:val="666666"/>
          <w:sz w:val="20"/>
        </w:rPr>
        <w:t xml:space="preserve">  截至2005年前后，国内发现近地小行星最多的单位是北京天文台（今国家天文台）：其兴隆观测站的施密特望远镜在1990年代末至2000年代初的小行星巡天中发现的近地小行星数量居国内各单位之首；紫金山天文台盱眙观测站的1米近地天体望远镜2007年前后才建成投入使用，此后才成为我国近地天体巡天的主力。故选B。</w:t>
      </w:r>
    </w:p>
    <w:p w14:paraId="24213B7C" w14:textId="77777777" w:rsidR="003845EB" w:rsidRDefault="00000000">
      <w:pPr>
        <w:spacing w:before="60" w:after="60" w:line="400" w:lineRule="exact"/>
        <w:rPr>
          <w:rFonts w:hint="eastAsia"/>
        </w:rPr>
      </w:pPr>
      <w:r>
        <w:rPr>
          <w:sz w:val="22"/>
        </w:rPr>
        <w:t xml:space="preserve">16. </w:t>
      </w:r>
      <w:r>
        <w:rPr>
          <w:rFonts w:ascii="Arial" w:hAnsi="Arial"/>
          <w:b/>
          <w:color w:val="CC0000"/>
        </w:rPr>
        <w:t>答案：</w:t>
      </w:r>
      <w:r>
        <w:rPr>
          <w:rFonts w:ascii="Arial" w:hAnsi="Arial"/>
          <w:b/>
          <w:color w:val="CC0000"/>
        </w:rPr>
        <w:t>D</w:t>
      </w:r>
      <w:r>
        <w:rPr>
          <w:color w:val="666666"/>
          <w:sz w:val="20"/>
        </w:rPr>
        <w:t xml:space="preserve">  南河三是小犬座α（Procyon），与天狼星、参宿四组成“冬季大三角”；双子座α是北河二、β是北河三。</w:t>
      </w:r>
    </w:p>
    <w:p w14:paraId="29F3D9C4" w14:textId="77777777" w:rsidR="003845EB" w:rsidRDefault="00000000">
      <w:pPr>
        <w:spacing w:before="60" w:after="60" w:line="400" w:lineRule="exact"/>
        <w:rPr>
          <w:rFonts w:hint="eastAsia"/>
        </w:rPr>
      </w:pPr>
      <w:r>
        <w:rPr>
          <w:sz w:val="22"/>
        </w:rPr>
        <w:t xml:space="preserve">17. </w:t>
      </w:r>
      <w:r>
        <w:rPr>
          <w:rFonts w:ascii="Arial" w:hAnsi="Arial"/>
          <w:b/>
          <w:color w:val="CC0000"/>
        </w:rPr>
        <w:t>答案：</w:t>
      </w:r>
      <w:r>
        <w:rPr>
          <w:rFonts w:ascii="Arial" w:hAnsi="Arial"/>
          <w:b/>
          <w:color w:val="CC0000"/>
        </w:rPr>
        <w:t>C</w:t>
      </w:r>
      <w:r>
        <w:rPr>
          <w:color w:val="666666"/>
          <w:sz w:val="20"/>
        </w:rPr>
        <w:t xml:space="preserve">  第谷环形山位于月面南半球（南纬约43°），靠近月面南缘。农历十五月落时月亮在西方低空，月面的南方朝向左下方，正对月亮看，第谷环形山位于月面左下角。</w:t>
      </w:r>
    </w:p>
    <w:p w14:paraId="0AF60641" w14:textId="77777777" w:rsidR="003845EB" w:rsidRDefault="00000000">
      <w:pPr>
        <w:spacing w:before="60" w:after="60" w:line="400" w:lineRule="exact"/>
        <w:rPr>
          <w:rFonts w:hint="eastAsia"/>
        </w:rPr>
      </w:pPr>
      <w:r>
        <w:rPr>
          <w:sz w:val="22"/>
        </w:rPr>
        <w:t xml:space="preserve">18. </w:t>
      </w:r>
      <w:r>
        <w:rPr>
          <w:rFonts w:ascii="Arial" w:hAnsi="Arial"/>
          <w:b/>
          <w:color w:val="CC0000"/>
        </w:rPr>
        <w:t>答案：</w:t>
      </w:r>
      <w:r>
        <w:rPr>
          <w:rFonts w:ascii="Arial" w:hAnsi="Arial"/>
          <w:b/>
          <w:color w:val="CC0000"/>
        </w:rPr>
        <w:t>D</w:t>
      </w:r>
      <w:r>
        <w:rPr>
          <w:color w:val="666666"/>
          <w:sz w:val="20"/>
        </w:rPr>
        <w:t xml:space="preserve">  北京纬度约40°，太阳赤纬最大只有+23.5°、月亮最大约+28.5°，都不可能到天顶；谷神星轨道倾角大但赤纬也到不了+40°。国际空间站轨道倾角51.6°，可以几乎过北京天顶。</w:t>
      </w:r>
    </w:p>
    <w:p w14:paraId="1B5A9B1F" w14:textId="77777777" w:rsidR="003845EB" w:rsidRDefault="00000000">
      <w:pPr>
        <w:spacing w:before="60" w:after="60" w:line="400" w:lineRule="exact"/>
        <w:rPr>
          <w:rFonts w:hint="eastAsia"/>
        </w:rPr>
      </w:pPr>
      <w:r>
        <w:rPr>
          <w:sz w:val="22"/>
        </w:rPr>
        <w:t xml:space="preserve">19. </w:t>
      </w:r>
      <w:r>
        <w:rPr>
          <w:rFonts w:ascii="Arial" w:hAnsi="Arial"/>
          <w:b/>
          <w:color w:val="CC0000"/>
        </w:rPr>
        <w:t>答案：</w:t>
      </w:r>
      <w:r>
        <w:rPr>
          <w:rFonts w:ascii="Arial" w:hAnsi="Arial"/>
          <w:b/>
          <w:color w:val="CC0000"/>
        </w:rPr>
        <w:t>C</w:t>
      </w:r>
      <w:r>
        <w:rPr>
          <w:color w:val="666666"/>
          <w:sz w:val="20"/>
        </w:rPr>
        <w:t xml:space="preserve">  望远镜放大倍数=物镜焦距÷目镜焦距=900÷20=45倍，与物镜、目镜的口径无关（目镜口径是干扰项）。</w:t>
      </w:r>
    </w:p>
    <w:p w14:paraId="7DFDADE1" w14:textId="77777777" w:rsidR="003845EB" w:rsidRDefault="00000000">
      <w:pPr>
        <w:spacing w:before="60" w:after="60" w:line="400" w:lineRule="exact"/>
        <w:rPr>
          <w:rFonts w:hint="eastAsia"/>
        </w:rPr>
      </w:pPr>
      <w:r>
        <w:rPr>
          <w:sz w:val="22"/>
        </w:rPr>
        <w:t xml:space="preserve">20. </w:t>
      </w:r>
      <w:r>
        <w:rPr>
          <w:rFonts w:ascii="Arial" w:hAnsi="Arial"/>
          <w:b/>
          <w:color w:val="CC0000"/>
        </w:rPr>
        <w:t>答案：</w:t>
      </w:r>
      <w:r>
        <w:rPr>
          <w:rFonts w:ascii="Arial" w:hAnsi="Arial"/>
          <w:b/>
          <w:color w:val="CC0000"/>
        </w:rPr>
        <w:t>B</w:t>
      </w:r>
      <w:r>
        <w:rPr>
          <w:color w:val="666666"/>
          <w:sz w:val="20"/>
        </w:rPr>
        <w:t xml:space="preserve">  兰州陨石（2004年12月11日）与12月26日的印尼大海啸之间没有任何物理联系，把两者扯在一起是典型的伪科学报道。A中2003年11月20日的强磁暴确实使我国北方出现极光，D中南极格罗夫山也确有数千块陨石。</w:t>
      </w:r>
    </w:p>
    <w:p w14:paraId="080484BB" w14:textId="77777777" w:rsidR="003845EB" w:rsidRDefault="00000000">
      <w:pPr>
        <w:spacing w:before="60" w:after="60" w:line="400" w:lineRule="exact"/>
        <w:rPr>
          <w:rFonts w:hint="eastAsia"/>
        </w:rPr>
      </w:pPr>
      <w:r>
        <w:rPr>
          <w:sz w:val="22"/>
        </w:rPr>
        <w:t xml:space="preserve">21. </w:t>
      </w:r>
      <w:r>
        <w:rPr>
          <w:rFonts w:ascii="Arial" w:hAnsi="Arial"/>
          <w:b/>
          <w:color w:val="CC0000"/>
        </w:rPr>
        <w:t>答案：</w:t>
      </w:r>
      <w:r>
        <w:rPr>
          <w:rFonts w:ascii="Arial" w:hAnsi="Arial"/>
          <w:b/>
          <w:color w:val="CC0000"/>
        </w:rPr>
        <w:t>A</w:t>
      </w:r>
      <w:r>
        <w:rPr>
          <w:color w:val="666666"/>
          <w:sz w:val="20"/>
        </w:rPr>
        <w:t xml:space="preserve">  月亮离太阳不远时白天就能看到，“日月同辉”是极常见的现象，天气晴好时几乎一两天就有一次。</w:t>
      </w:r>
    </w:p>
    <w:p w14:paraId="3064B44E" w14:textId="77777777" w:rsidR="003845EB" w:rsidRDefault="00000000">
      <w:pPr>
        <w:spacing w:before="60" w:after="60" w:line="400" w:lineRule="exact"/>
        <w:rPr>
          <w:rFonts w:hint="eastAsia"/>
        </w:rPr>
      </w:pPr>
      <w:r>
        <w:rPr>
          <w:sz w:val="22"/>
        </w:rPr>
        <w:t xml:space="preserve">22. </w:t>
      </w:r>
      <w:r>
        <w:rPr>
          <w:rFonts w:ascii="Arial" w:hAnsi="Arial"/>
          <w:b/>
          <w:color w:val="CC0000"/>
        </w:rPr>
        <w:t>答案：</w:t>
      </w:r>
      <w:r>
        <w:rPr>
          <w:rFonts w:ascii="Arial" w:hAnsi="Arial"/>
          <w:b/>
          <w:color w:val="CC0000"/>
        </w:rPr>
        <w:t>B</w:t>
      </w:r>
      <w:r>
        <w:rPr>
          <w:color w:val="666666"/>
          <w:sz w:val="20"/>
        </w:rPr>
        <w:t xml:space="preserve">  2005年共有2次日食（4月8日全环食、10月3日环食）和2次月食（4月24日半影月食、10月17日月偏食），共4次。</w:t>
      </w:r>
    </w:p>
    <w:p w14:paraId="2265DAEC" w14:textId="77777777" w:rsidR="003845EB" w:rsidRDefault="00000000">
      <w:pPr>
        <w:spacing w:before="60" w:after="60" w:line="400" w:lineRule="exact"/>
        <w:rPr>
          <w:rFonts w:hint="eastAsia"/>
        </w:rPr>
      </w:pPr>
      <w:r>
        <w:rPr>
          <w:sz w:val="22"/>
        </w:rPr>
        <w:t xml:space="preserve">23. </w:t>
      </w:r>
      <w:r>
        <w:rPr>
          <w:rFonts w:ascii="Arial" w:hAnsi="Arial"/>
          <w:b/>
          <w:color w:val="CC0000"/>
        </w:rPr>
        <w:t>答案：</w:t>
      </w:r>
      <w:r>
        <w:rPr>
          <w:rFonts w:ascii="Arial" w:hAnsi="Arial"/>
          <w:b/>
          <w:color w:val="CC0000"/>
        </w:rPr>
        <w:t>C</w:t>
      </w:r>
      <w:r>
        <w:rPr>
          <w:color w:val="666666"/>
          <w:sz w:val="20"/>
        </w:rPr>
        <w:t xml:space="preserve">  2005年1月上旬麦克霍尔兹彗星（C/2004 Q2）正位于金牛座，从昴星团附近经过，亮度约4等，是当年最便于观测的彗星。</w:t>
      </w:r>
    </w:p>
    <w:p w14:paraId="388C4742" w14:textId="77777777" w:rsidR="003845EB" w:rsidRDefault="00000000">
      <w:pPr>
        <w:spacing w:before="60" w:after="60" w:line="400" w:lineRule="exact"/>
        <w:rPr>
          <w:rFonts w:hint="eastAsia"/>
        </w:rPr>
      </w:pPr>
      <w:r>
        <w:rPr>
          <w:sz w:val="22"/>
        </w:rPr>
        <w:t xml:space="preserve">24. </w:t>
      </w:r>
      <w:r>
        <w:rPr>
          <w:rFonts w:ascii="Arial" w:hAnsi="Arial"/>
          <w:b/>
          <w:color w:val="CC0000"/>
        </w:rPr>
        <w:t>答案：</w:t>
      </w:r>
      <w:r>
        <w:rPr>
          <w:rFonts w:ascii="Arial" w:hAnsi="Arial"/>
          <w:b/>
          <w:color w:val="CC0000"/>
        </w:rPr>
        <w:t>C</w:t>
      </w:r>
      <w:r>
        <w:rPr>
          <w:color w:val="666666"/>
          <w:sz w:val="20"/>
        </w:rPr>
        <w:t xml:space="preserve">  下一次经过中国境内的日全食是2008年8月1日，全食带经过新疆、甘肃、内蒙古等地。</w:t>
      </w:r>
    </w:p>
    <w:p w14:paraId="7896794D" w14:textId="77777777" w:rsidR="003845EB" w:rsidRDefault="00000000">
      <w:pPr>
        <w:spacing w:before="60" w:after="60" w:line="400" w:lineRule="exact"/>
        <w:rPr>
          <w:rFonts w:hint="eastAsia"/>
        </w:rPr>
      </w:pPr>
      <w:r>
        <w:rPr>
          <w:sz w:val="22"/>
        </w:rPr>
        <w:t xml:space="preserve">25. </w:t>
      </w:r>
      <w:r>
        <w:rPr>
          <w:rFonts w:ascii="Arial" w:hAnsi="Arial"/>
          <w:b/>
          <w:color w:val="CC0000"/>
        </w:rPr>
        <w:t>答案：</w:t>
      </w:r>
      <w:r>
        <w:rPr>
          <w:rFonts w:ascii="Arial" w:hAnsi="Arial"/>
          <w:b/>
          <w:color w:val="CC0000"/>
        </w:rPr>
        <w:t>B</w:t>
      </w:r>
      <w:r>
        <w:rPr>
          <w:color w:val="666666"/>
          <w:sz w:val="20"/>
        </w:rPr>
        <w:t xml:space="preserve">  外行星冲日时地球位于太阳与行星之间，行星在其轨道上距地球最近，此时视运动由顺行转为逆行。</w:t>
      </w:r>
    </w:p>
    <w:p w14:paraId="3FB8865E" w14:textId="77777777" w:rsidR="003845EB" w:rsidRDefault="00000000">
      <w:pPr>
        <w:spacing w:before="60" w:after="60" w:line="400" w:lineRule="exact"/>
        <w:rPr>
          <w:rFonts w:hint="eastAsia"/>
        </w:rPr>
      </w:pPr>
      <w:r>
        <w:rPr>
          <w:sz w:val="22"/>
        </w:rPr>
        <w:t xml:space="preserve">26. </w:t>
      </w:r>
      <w:r>
        <w:rPr>
          <w:rFonts w:ascii="Arial" w:hAnsi="Arial"/>
          <w:b/>
          <w:color w:val="CC0000"/>
        </w:rPr>
        <w:t>答案：</w:t>
      </w:r>
      <w:r>
        <w:rPr>
          <w:rFonts w:ascii="Arial" w:hAnsi="Arial"/>
          <w:b/>
          <w:color w:val="CC0000"/>
        </w:rPr>
        <w:t>C</w:t>
      </w:r>
      <w:r>
        <w:rPr>
          <w:color w:val="666666"/>
          <w:sz w:val="20"/>
        </w:rPr>
        <w:t xml:space="preserve">  2004年12月中旬太阳活动处于相对平静期，日面上没有肉眼可见的大黑子；而2003年10月下旬（万圣节太阳风暴的10486活动区）和11月下旬，日面都有肉眼可见的大黑子。</w:t>
      </w:r>
    </w:p>
    <w:p w14:paraId="2507A6AE" w14:textId="77777777" w:rsidR="003845EB" w:rsidRDefault="00000000">
      <w:pPr>
        <w:spacing w:before="60" w:after="60" w:line="400" w:lineRule="exact"/>
        <w:rPr>
          <w:rFonts w:hint="eastAsia"/>
        </w:rPr>
      </w:pPr>
      <w:r>
        <w:rPr>
          <w:sz w:val="22"/>
        </w:rPr>
        <w:t xml:space="preserve">27. </w:t>
      </w:r>
      <w:r>
        <w:rPr>
          <w:rFonts w:ascii="Arial" w:hAnsi="Arial"/>
          <w:b/>
          <w:color w:val="CC0000"/>
        </w:rPr>
        <w:t>答案：</w:t>
      </w:r>
      <w:r>
        <w:rPr>
          <w:rFonts w:ascii="Arial" w:hAnsi="Arial"/>
          <w:b/>
          <w:color w:val="CC0000"/>
        </w:rPr>
        <w:t>A</w:t>
      </w:r>
      <w:r>
        <w:rPr>
          <w:color w:val="666666"/>
          <w:sz w:val="20"/>
        </w:rPr>
        <w:t xml:space="preserve">  2005年3月20日北京时间0时，北京的地方恒星时约11.5小时，上中天的赤经约11h30m，天顶赤纬约+40°，正对大熊座（北斗所在）。猎户座赤经约5h，此时已西沉。</w:t>
      </w:r>
    </w:p>
    <w:p w14:paraId="31923595" w14:textId="77777777" w:rsidR="003845EB" w:rsidRDefault="00000000">
      <w:pPr>
        <w:spacing w:before="60" w:after="60" w:line="400" w:lineRule="exact"/>
        <w:rPr>
          <w:rFonts w:hint="eastAsia"/>
        </w:rPr>
      </w:pPr>
      <w:r>
        <w:rPr>
          <w:sz w:val="22"/>
        </w:rPr>
        <w:lastRenderedPageBreak/>
        <w:t xml:space="preserve">28. </w:t>
      </w:r>
      <w:r>
        <w:rPr>
          <w:rFonts w:ascii="Arial" w:hAnsi="Arial"/>
          <w:b/>
          <w:color w:val="CC0000"/>
        </w:rPr>
        <w:t>答案：</w:t>
      </w:r>
      <w:r>
        <w:rPr>
          <w:rFonts w:ascii="Arial" w:hAnsi="Arial"/>
          <w:b/>
          <w:color w:val="CC0000"/>
        </w:rPr>
        <w:t>A</w:t>
      </w:r>
      <w:r>
        <w:rPr>
          <w:color w:val="666666"/>
          <w:sz w:val="20"/>
        </w:rPr>
        <w:t xml:space="preserve">  2005年2月9日是农历正月初一（朔），月亮与太阳几乎同方向。中午12时太阳在正南，月亮也接近正南，按南点起算方位角约0°。</w:t>
      </w:r>
    </w:p>
    <w:p w14:paraId="511E5CD6" w14:textId="77777777" w:rsidR="003845EB" w:rsidRDefault="00000000">
      <w:pPr>
        <w:spacing w:before="60" w:after="60" w:line="400" w:lineRule="exact"/>
        <w:rPr>
          <w:rFonts w:hint="eastAsia"/>
        </w:rPr>
      </w:pPr>
      <w:r>
        <w:rPr>
          <w:sz w:val="22"/>
        </w:rPr>
        <w:t xml:space="preserve">29. </w:t>
      </w:r>
      <w:r>
        <w:rPr>
          <w:rFonts w:ascii="Arial" w:hAnsi="Arial"/>
          <w:b/>
          <w:color w:val="CC0000"/>
        </w:rPr>
        <w:t>答案：</w:t>
      </w:r>
      <w:r>
        <w:rPr>
          <w:rFonts w:ascii="Arial" w:hAnsi="Arial"/>
          <w:b/>
          <w:color w:val="CC0000"/>
        </w:rPr>
        <w:t>B</w:t>
      </w:r>
      <w:r>
        <w:rPr>
          <w:color w:val="666666"/>
          <w:sz w:val="20"/>
        </w:rPr>
        <w:t xml:space="preserve">  满月夜天空背景比无月夜亮约1~2个星等，肉眼极限星等由约6.5等恶化到+3~+4等。闪光是突然出现的瞬变现象，容易被“顺带注意到”的门槛大致就在0等上下——0等的闪光与满月夜肉眼可见的亮星相当；5等、8等的闪光低于月光下的极限星等，根本看不见；-3等又远高于必要的门槛，不是“才容易被注意到”的下限。故选B。</w:t>
      </w:r>
    </w:p>
    <w:p w14:paraId="14DC5111" w14:textId="77777777" w:rsidR="003845EB" w:rsidRDefault="00000000">
      <w:pPr>
        <w:spacing w:before="60" w:after="60" w:line="400" w:lineRule="exact"/>
        <w:rPr>
          <w:rFonts w:hint="eastAsia"/>
        </w:rPr>
      </w:pPr>
      <w:r>
        <w:rPr>
          <w:sz w:val="22"/>
        </w:rPr>
        <w:t xml:space="preserve">30. </w:t>
      </w:r>
      <w:r>
        <w:rPr>
          <w:rFonts w:ascii="Arial" w:hAnsi="Arial"/>
          <w:b/>
          <w:color w:val="CC0000"/>
        </w:rPr>
        <w:t>答案：</w:t>
      </w:r>
      <w:r>
        <w:rPr>
          <w:rFonts w:ascii="Arial" w:hAnsi="Arial"/>
          <w:b/>
          <w:color w:val="CC0000"/>
        </w:rPr>
        <w:t>A</w:t>
      </w:r>
      <w:r>
        <w:rPr>
          <w:color w:val="666666"/>
          <w:sz w:val="20"/>
        </w:rPr>
        <w:t xml:space="preserve">  2005年3月20日北京时间15时（世界时7时），格林尼治恒星时约18h48m，加上北京经度116.4°E对应的7h46m，地方恒星时约26h34m，即约2.5小时，最接近3小时。</w:t>
      </w:r>
    </w:p>
    <w:sectPr w:rsidR="003845EB"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70673441">
    <w:abstractNumId w:val="8"/>
  </w:num>
  <w:num w:numId="2" w16cid:durableId="1723752019">
    <w:abstractNumId w:val="6"/>
  </w:num>
  <w:num w:numId="3" w16cid:durableId="1067071246">
    <w:abstractNumId w:val="5"/>
  </w:num>
  <w:num w:numId="4" w16cid:durableId="125397345">
    <w:abstractNumId w:val="4"/>
  </w:num>
  <w:num w:numId="5" w16cid:durableId="731389814">
    <w:abstractNumId w:val="7"/>
  </w:num>
  <w:num w:numId="6" w16cid:durableId="563637035">
    <w:abstractNumId w:val="3"/>
  </w:num>
  <w:num w:numId="7" w16cid:durableId="1455323697">
    <w:abstractNumId w:val="2"/>
  </w:num>
  <w:num w:numId="8" w16cid:durableId="1023704110">
    <w:abstractNumId w:val="1"/>
  </w:num>
  <w:num w:numId="9" w16cid:durableId="46812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45EB"/>
    <w:rsid w:val="00924A6F"/>
    <w:rsid w:val="0095476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C717DE"/>
  <w14:defaultImageDpi w14:val="300"/>
  <w15:docId w15:val="{A1EFFEFF-AD91-41DC-BB5D-09BA9922D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宋体" w:eastAsia="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2026-10-27T05:35:00Z</dcterms:modified>
  <cp:category/>
</cp:coreProperties>
</file>