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12A3E" w14:textId="31664C17" w:rsidR="00B33BB5" w:rsidRDefault="00000000">
      <w:pPr>
        <w:jc w:val="center"/>
        <w:rPr>
          <w:rFonts w:hint="eastAsia"/>
        </w:rPr>
      </w:pPr>
      <w:r>
        <w:rPr>
          <w:rFonts w:ascii="黑体" w:eastAsia="黑体" w:hAnsi="黑体"/>
          <w:b/>
          <w:sz w:val="36"/>
        </w:rPr>
        <w:t>2004年CNAO天文奥赛预赛试题</w:t>
      </w:r>
    </w:p>
    <w:p w14:paraId="4C5E4385" w14:textId="77777777" w:rsidR="00B33BB5" w:rsidRDefault="00B33BB5">
      <w:pPr>
        <w:rPr>
          <w:rFonts w:hint="eastAsia"/>
        </w:rPr>
      </w:pPr>
    </w:p>
    <w:p w14:paraId="57512B98" w14:textId="77777777" w:rsidR="00B33BB5" w:rsidRDefault="00000000">
      <w:pPr>
        <w:spacing w:before="40" w:after="40" w:line="360" w:lineRule="auto"/>
        <w:rPr>
          <w:rFonts w:hint="eastAsia"/>
        </w:rPr>
      </w:pPr>
      <w:r>
        <w:rPr>
          <w:b/>
          <w:sz w:val="22"/>
        </w:rPr>
        <w:t>注意事项：</w:t>
      </w:r>
    </w:p>
    <w:p w14:paraId="60023DBC" w14:textId="77777777" w:rsidR="00B33BB5" w:rsidRDefault="00000000">
      <w:pPr>
        <w:spacing w:before="40" w:after="40" w:line="360" w:lineRule="auto"/>
        <w:rPr>
          <w:rFonts w:hint="eastAsia"/>
        </w:rPr>
      </w:pPr>
      <w:r>
        <w:rPr>
          <w:sz w:val="22"/>
        </w:rPr>
        <w:t>1. 本卷为闭卷考试，请答卷人按照自己的真实水平独立完成答卷。</w:t>
      </w:r>
    </w:p>
    <w:p w14:paraId="51073521" w14:textId="77777777" w:rsidR="00B33BB5" w:rsidRDefault="00000000">
      <w:pPr>
        <w:spacing w:before="40" w:after="40" w:line="360" w:lineRule="auto"/>
        <w:rPr>
          <w:rFonts w:hint="eastAsia"/>
        </w:rPr>
      </w:pPr>
      <w:r>
        <w:rPr>
          <w:sz w:val="22"/>
        </w:rPr>
        <w:t>2. 每题选择一个最接近正确的答案，将对应的字母填在括号之内。</w:t>
      </w:r>
    </w:p>
    <w:p w14:paraId="1C8E190B" w14:textId="77777777" w:rsidR="00B33BB5" w:rsidRDefault="00000000">
      <w:pPr>
        <w:spacing w:before="40" w:after="40" w:line="360" w:lineRule="auto"/>
        <w:rPr>
          <w:rFonts w:hint="eastAsia"/>
        </w:rPr>
      </w:pPr>
      <w:r>
        <w:rPr>
          <w:sz w:val="22"/>
        </w:rPr>
        <w:t>3. 答案和入选决赛的名单将在2004年4月20日出版的第4期《天文爱好者》杂志上刊出。</w:t>
      </w:r>
    </w:p>
    <w:p w14:paraId="12637D9C" w14:textId="77777777" w:rsidR="00B33BB5" w:rsidRDefault="00000000">
      <w:pPr>
        <w:spacing w:before="40" w:after="40" w:line="360" w:lineRule="auto"/>
        <w:rPr>
          <w:rFonts w:hint="eastAsia"/>
        </w:rPr>
      </w:pPr>
      <w:r>
        <w:rPr>
          <w:sz w:val="22"/>
        </w:rPr>
        <w:t>4. 本卷分为低年级组和高年级组，请考生根据自身情况选择对应组别作答。</w:t>
      </w:r>
    </w:p>
    <w:p w14:paraId="0DD68F82" w14:textId="77777777" w:rsidR="00B33BB5" w:rsidRDefault="00000000">
      <w:pPr>
        <w:spacing w:before="40" w:after="40" w:line="360" w:lineRule="auto"/>
        <w:rPr>
          <w:rFonts w:hint="eastAsia"/>
        </w:rPr>
      </w:pPr>
      <w:r>
        <w:rPr>
          <w:sz w:val="22"/>
        </w:rPr>
        <w:t>5. 草稿可写在题目旁边空白处或背面。</w:t>
      </w:r>
    </w:p>
    <w:p w14:paraId="7B4C2CCA" w14:textId="77777777" w:rsidR="00B33BB5" w:rsidRDefault="00000000">
      <w:pPr>
        <w:spacing w:before="120"/>
        <w:rPr>
          <w:rFonts w:hint="eastAsia"/>
        </w:rPr>
      </w:pPr>
      <w:r>
        <w:t>姓名：___________    年级：___________    班级：___________    得分：___________</w:t>
      </w:r>
    </w:p>
    <w:p w14:paraId="345F34EC" w14:textId="77777777" w:rsidR="00B33BB5" w:rsidRDefault="00000000">
      <w:pPr>
        <w:spacing w:before="240" w:after="160"/>
        <w:rPr>
          <w:rFonts w:hint="eastAsia"/>
        </w:rPr>
      </w:pPr>
      <w:r>
        <w:rPr>
          <w:rFonts w:ascii="黑体" w:eastAsia="黑体" w:hAnsi="黑体"/>
          <w:b/>
          <w:sz w:val="28"/>
        </w:rPr>
        <w:t>低年级组（共25题，单项选择题）</w:t>
      </w:r>
    </w:p>
    <w:p w14:paraId="437E1F2C" w14:textId="77777777" w:rsidR="00B33BB5" w:rsidRDefault="00000000">
      <w:pPr>
        <w:spacing w:before="120" w:after="60"/>
        <w:rPr>
          <w:rFonts w:hint="eastAsia"/>
        </w:rPr>
      </w:pPr>
      <w:r>
        <w:rPr>
          <w:szCs w:val="24"/>
        </w:rPr>
        <w:t>01. 牛郎星位于（  ）。 (A)金牛座  (B)天鹰座  (C)飞马座  (D)天鹅座</w:t>
      </w:r>
    </w:p>
    <w:p w14:paraId="587EA1DE" w14:textId="77777777" w:rsidR="00B33BB5" w:rsidRDefault="00000000">
      <w:pPr>
        <w:spacing w:before="120" w:after="60"/>
        <w:rPr>
          <w:rFonts w:hint="eastAsia"/>
        </w:rPr>
      </w:pPr>
      <w:r>
        <w:rPr>
          <w:szCs w:val="24"/>
        </w:rPr>
        <w:t>02. 天狼星位于（  ）。 (A)大熊座  (B)小熊座  (C)大犬座  (D)小犬座</w:t>
      </w:r>
    </w:p>
    <w:p w14:paraId="0D14950C" w14:textId="77777777" w:rsidR="00B33BB5" w:rsidRDefault="00000000">
      <w:pPr>
        <w:spacing w:before="120" w:after="60"/>
        <w:rPr>
          <w:rFonts w:hint="eastAsia"/>
        </w:rPr>
      </w:pPr>
      <w:r>
        <w:rPr>
          <w:szCs w:val="24"/>
        </w:rPr>
        <w:t>03. 昴星团位于（  ）。 (A)武仙座  (B)仙女座  (C)双子座  (D)金牛座</w:t>
      </w:r>
    </w:p>
    <w:p w14:paraId="69A6A734" w14:textId="77777777" w:rsidR="00B33BB5" w:rsidRDefault="00000000">
      <w:pPr>
        <w:spacing w:before="120" w:after="60"/>
        <w:rPr>
          <w:rFonts w:hint="eastAsia"/>
        </w:rPr>
      </w:pPr>
      <w:r>
        <w:rPr>
          <w:szCs w:val="24"/>
        </w:rPr>
        <w:t>04. M42位于（  ）。 (A)金牛座  (B)天蝎座  (C)大熊座  (D)猎户座</w:t>
      </w:r>
    </w:p>
    <w:p w14:paraId="3969586C" w14:textId="77777777" w:rsidR="00B33BB5" w:rsidRDefault="00000000">
      <w:pPr>
        <w:spacing w:before="120" w:after="60"/>
        <w:rPr>
          <w:rFonts w:hint="eastAsia"/>
        </w:rPr>
      </w:pPr>
      <w:r>
        <w:rPr>
          <w:szCs w:val="24"/>
        </w:rPr>
        <w:t>05. 下述星座中离银河方向最远的是（  ）。 (A)天鹅座  (B)牧夫座  (C)仙后座  (D)英仙座</w:t>
      </w:r>
    </w:p>
    <w:p w14:paraId="1971FB9B" w14:textId="77777777" w:rsidR="00B33BB5" w:rsidRDefault="00000000">
      <w:pPr>
        <w:spacing w:before="120" w:after="60"/>
        <w:rPr>
          <w:rFonts w:hint="eastAsia"/>
        </w:rPr>
      </w:pPr>
      <w:r>
        <w:rPr>
          <w:szCs w:val="24"/>
        </w:rPr>
        <w:t>06. 目前国内正式发行的天文科普刊物是（  ）。 (A)天空与望远镜  (B)星光快讯  (C)天文爱好者  (D)天文馆研究</w:t>
      </w:r>
    </w:p>
    <w:p w14:paraId="44CE3104" w14:textId="77777777" w:rsidR="00B33BB5" w:rsidRDefault="00000000">
      <w:pPr>
        <w:spacing w:before="120" w:after="60"/>
        <w:rPr>
          <w:rFonts w:hint="eastAsia"/>
        </w:rPr>
      </w:pPr>
      <w:r>
        <w:rPr>
          <w:szCs w:val="24"/>
        </w:rPr>
        <w:t>07. 在2003年国际天文奥林匹克竞赛中，中国队获得了（  ）块奖牌。 (A)0  (B)1  (C)3  (D)5</w:t>
      </w:r>
    </w:p>
    <w:p w14:paraId="353B39C6" w14:textId="77777777" w:rsidR="00B33BB5" w:rsidRDefault="00000000">
      <w:pPr>
        <w:spacing w:before="120" w:after="60"/>
        <w:rPr>
          <w:rFonts w:hint="eastAsia"/>
        </w:rPr>
      </w:pPr>
      <w:r>
        <w:rPr>
          <w:szCs w:val="24"/>
        </w:rPr>
        <w:t>08. 近年来获得Intel国际科学和工程学大奖赛天文学方面奖项的中国队选手是（  ）。 (A)曾理  (B)孟奂  (C)梁岳  (D)赵卫红</w:t>
      </w:r>
    </w:p>
    <w:p w14:paraId="3C243A2B" w14:textId="77777777" w:rsidR="00B33BB5" w:rsidRDefault="00000000">
      <w:pPr>
        <w:spacing w:before="120" w:after="60"/>
        <w:rPr>
          <w:rFonts w:hint="eastAsia"/>
        </w:rPr>
      </w:pPr>
      <w:r>
        <w:rPr>
          <w:szCs w:val="24"/>
        </w:rPr>
        <w:t>09. 到目前为止发现SOHO彗星最多的中国人是（  ）。 (A)葛永良和汪琦  (B)张大庆和孟奂  (C)周兴明和陈栋华  (D)李卫东和朱进</w:t>
      </w:r>
    </w:p>
    <w:p w14:paraId="54D86A46" w14:textId="77777777" w:rsidR="00B33BB5" w:rsidRDefault="00000000">
      <w:pPr>
        <w:spacing w:before="120" w:after="60"/>
        <w:rPr>
          <w:rFonts w:hint="eastAsia"/>
        </w:rPr>
      </w:pPr>
      <w:r>
        <w:rPr>
          <w:szCs w:val="24"/>
        </w:rPr>
        <w:t>10. 下面的名字里已经被命名为小行星名字的是（  ）。 (A)朱进  (B)孟奂  (C)张大庆  (D)齐锐</w:t>
      </w:r>
    </w:p>
    <w:p w14:paraId="0D71D36D" w14:textId="77777777" w:rsidR="00B33BB5" w:rsidRDefault="00000000">
      <w:pPr>
        <w:spacing w:before="120" w:after="60"/>
        <w:rPr>
          <w:rFonts w:hint="eastAsia"/>
        </w:rPr>
      </w:pPr>
      <w:r>
        <w:rPr>
          <w:szCs w:val="24"/>
        </w:rPr>
        <w:t>11. 一光年大约是（  ）天文单位。 (A)3.3  (B)38  (C)6.3万  (D)1.5亿</w:t>
      </w:r>
    </w:p>
    <w:p w14:paraId="62C8C7D3" w14:textId="77777777" w:rsidR="00B33BB5" w:rsidRDefault="00000000">
      <w:pPr>
        <w:spacing w:before="120" w:after="60"/>
        <w:rPr>
          <w:rFonts w:hint="eastAsia"/>
        </w:rPr>
      </w:pPr>
      <w:r>
        <w:rPr>
          <w:szCs w:val="24"/>
        </w:rPr>
        <w:lastRenderedPageBreak/>
        <w:t>12. 银河系的大小约（  ）光年。 (A)不足10  (B)1000  (C)10万  (D)大于1000万</w:t>
      </w:r>
    </w:p>
    <w:p w14:paraId="4BA6D194" w14:textId="77777777" w:rsidR="00B33BB5" w:rsidRDefault="00000000">
      <w:pPr>
        <w:spacing w:before="120" w:after="60"/>
        <w:rPr>
          <w:rFonts w:hint="eastAsia"/>
        </w:rPr>
      </w:pPr>
      <w:r>
        <w:rPr>
          <w:szCs w:val="24"/>
        </w:rPr>
        <w:t>13. 从地球上看太阳和月亮，它们看上去的大小（  ）。 (A)差不多大  (B)太阳比月亮大的多  (C)月亮比太阳大的多  (D)至少差20%以上</w:t>
      </w:r>
    </w:p>
    <w:p w14:paraId="59C2F221" w14:textId="77777777" w:rsidR="00B33BB5" w:rsidRDefault="00000000">
      <w:pPr>
        <w:spacing w:before="120" w:after="60"/>
        <w:rPr>
          <w:rFonts w:hint="eastAsia"/>
        </w:rPr>
      </w:pPr>
      <w:r>
        <w:rPr>
          <w:szCs w:val="24"/>
        </w:rPr>
        <w:t>14. 从地面观测，金星在天气晴好的黑夜看上去非常亮，但在天气不好或者天不是很黑的时候看上去却不那么亮。在这两种情况下，金星的星等（  ）。 (A)没有变化 (B)有一定差异，天黑的时候星等值更高一些 (C)有一定差异，天不黑的时候星等值更高一些 (D)相差非常大</w:t>
      </w:r>
    </w:p>
    <w:p w14:paraId="26CFD440" w14:textId="77777777" w:rsidR="00B33BB5" w:rsidRDefault="00000000">
      <w:pPr>
        <w:spacing w:before="120" w:after="60"/>
        <w:rPr>
          <w:rFonts w:hint="eastAsia"/>
        </w:rPr>
      </w:pPr>
      <w:r>
        <w:rPr>
          <w:szCs w:val="24"/>
        </w:rPr>
        <w:t>15. 2004年5月上旬，在北京最可能用肉眼直接观测到的彗星的编号是（  ）。 (A)55P  (B)C/2001Q4  (C)C/2002C1  (D)C/2002T7</w:t>
      </w:r>
    </w:p>
    <w:p w14:paraId="0E0E632F" w14:textId="77777777" w:rsidR="00B33BB5" w:rsidRDefault="00000000">
      <w:pPr>
        <w:spacing w:before="120" w:after="60"/>
        <w:rPr>
          <w:rFonts w:hint="eastAsia"/>
        </w:rPr>
      </w:pPr>
      <w:r>
        <w:rPr>
          <w:szCs w:val="24"/>
        </w:rPr>
        <w:t>16. 我们夜晚看到的流星发光的高度与一般民航飞机的飞行高度相比（  ）。 (A)要低  (B)差不多  (C)要高10倍左右  (D)要高至少100倍</w:t>
      </w:r>
    </w:p>
    <w:p w14:paraId="58FFC3EF" w14:textId="77777777" w:rsidR="00B33BB5" w:rsidRDefault="00000000">
      <w:pPr>
        <w:spacing w:before="120" w:after="60"/>
        <w:rPr>
          <w:rFonts w:hint="eastAsia"/>
        </w:rPr>
      </w:pPr>
      <w:r>
        <w:rPr>
          <w:szCs w:val="24"/>
        </w:rPr>
        <w:t>17. 在木星上不可能观测到（  ）。 (A)地球西大距  (B)土星合日  (C)火星冲日  (D)海王星冲日</w:t>
      </w:r>
    </w:p>
    <w:p w14:paraId="670C9B10" w14:textId="77777777" w:rsidR="00B33BB5" w:rsidRDefault="00000000">
      <w:pPr>
        <w:spacing w:before="120" w:after="60"/>
        <w:rPr>
          <w:rFonts w:hint="eastAsia"/>
        </w:rPr>
      </w:pPr>
      <w:r>
        <w:rPr>
          <w:szCs w:val="24"/>
        </w:rPr>
        <w:t>18. 使用8厘米的折射望远镜观测火星大冲，以下放大倍数中最合适的是（  ）倍。 (A)5  (B)50  (C)500  (D)5000</w:t>
      </w:r>
    </w:p>
    <w:p w14:paraId="69A59C96" w14:textId="77777777" w:rsidR="00B33BB5" w:rsidRDefault="00000000">
      <w:pPr>
        <w:spacing w:before="120" w:after="60"/>
        <w:rPr>
          <w:rFonts w:hint="eastAsia"/>
        </w:rPr>
      </w:pPr>
      <w:r>
        <w:rPr>
          <w:szCs w:val="24"/>
        </w:rPr>
        <w:t>19. 最近几年中金星凌日的时间是（  ）。 (A)2003年5月7日  (B)2004年6月8日  (C)2005年10月12日  (D)2006年11月9日</w:t>
      </w:r>
    </w:p>
    <w:p w14:paraId="1175164A" w14:textId="77777777" w:rsidR="00B33BB5" w:rsidRDefault="00000000">
      <w:pPr>
        <w:spacing w:before="120" w:after="60"/>
        <w:rPr>
          <w:rFonts w:hint="eastAsia"/>
        </w:rPr>
      </w:pPr>
      <w:r>
        <w:rPr>
          <w:szCs w:val="24"/>
        </w:rPr>
        <w:t>20. 有的媒体称2004年3月下旬出现的"五星连珠"，实际上指的是五颗大行星（  ）的现象。</w:t>
      </w:r>
      <w:r>
        <w:rPr>
          <w:szCs w:val="24"/>
        </w:rPr>
        <w:br/>
        <w:t>(A)从地面上观测，它们彼此之间的最大角距不超过60度</w:t>
      </w:r>
      <w:r>
        <w:rPr>
          <w:szCs w:val="24"/>
        </w:rPr>
        <w:br/>
        <w:t>(B)同时出现在观测地点的地平线以上</w:t>
      </w:r>
      <w:r>
        <w:rPr>
          <w:szCs w:val="24"/>
        </w:rPr>
        <w:br/>
        <w:t>(C)从太阳系以外垂直于黄道面方向看，它们在黄道面上的投影近似在一条直线上</w:t>
      </w:r>
      <w:r>
        <w:rPr>
          <w:szCs w:val="24"/>
        </w:rPr>
        <w:br/>
        <w:t>(D)五颗行星同时位于太阳的同一侧，与太阳的角距都不超过60度</w:t>
      </w:r>
    </w:p>
    <w:p w14:paraId="53E4C8A8" w14:textId="77777777" w:rsidR="00B33BB5" w:rsidRDefault="00000000">
      <w:pPr>
        <w:spacing w:before="120" w:after="60"/>
        <w:rPr>
          <w:rFonts w:hint="eastAsia"/>
        </w:rPr>
      </w:pPr>
      <w:r>
        <w:rPr>
          <w:szCs w:val="24"/>
        </w:rPr>
        <w:t>21. 2004年3月15日，美国天文学家宣布发现了一个距太阳最远的太阳系天体"赛德娜"。跟人们发现的其他太阳系天体相比，（  ）。 (A)它的近日距最大  (B)它到太阳的平均距离最大  (C)它的远日距最大  (D)它绕日运行周期最长</w:t>
      </w:r>
    </w:p>
    <w:p w14:paraId="0AF2C294" w14:textId="77777777" w:rsidR="00B33BB5" w:rsidRDefault="00000000">
      <w:pPr>
        <w:spacing w:before="120" w:after="60"/>
        <w:rPr>
          <w:rFonts w:hint="eastAsia"/>
        </w:rPr>
      </w:pPr>
      <w:r>
        <w:rPr>
          <w:szCs w:val="24"/>
        </w:rPr>
        <w:t>22. 据报载，专家指出，"人眼分辨率的张角是0.1度。假设航天器的飞行高度是300公里，则只有长宽都能达到500米的物体才能在人眼中表现为一个点，从而被人看见。而长城的宽度仅在10米左右，显然不够标准。在36公里的高度，长城就会从我们的视线内消失。因此从太空中不可能看到长城"。如果记者报道的时候没有写错，你对这个问题的看法是（  ）。 (A)专家说的基本是对的 (B)专家的论证逻辑和结论正确，但具体计算有误 (C)专家说的不全面，应</w:t>
      </w:r>
      <w:r>
        <w:rPr>
          <w:szCs w:val="24"/>
        </w:rPr>
        <w:lastRenderedPageBreak/>
        <w:t>该考虑长城的长度而不是宽度 (D)专家说的不对，能否看见一个物体并不取决于它有多小</w:t>
      </w:r>
    </w:p>
    <w:p w14:paraId="1E1F70AC" w14:textId="77777777" w:rsidR="00B33BB5" w:rsidRDefault="00000000">
      <w:pPr>
        <w:spacing w:before="120" w:after="60"/>
        <w:rPr>
          <w:rFonts w:hint="eastAsia"/>
        </w:rPr>
      </w:pPr>
      <w:r>
        <w:rPr>
          <w:szCs w:val="24"/>
        </w:rPr>
        <w:t>23. 世界时12时的时候，当时的北京时间是（  ）时。 (A)前一天的20  (B)4  (C)20  (D)第二天的4</w:t>
      </w:r>
    </w:p>
    <w:p w14:paraId="37324635" w14:textId="77777777" w:rsidR="00B33BB5" w:rsidRDefault="00000000">
      <w:pPr>
        <w:spacing w:before="120" w:after="60"/>
        <w:rPr>
          <w:rFonts w:hint="eastAsia"/>
        </w:rPr>
      </w:pPr>
      <w:r>
        <w:rPr>
          <w:szCs w:val="24"/>
        </w:rPr>
        <w:t>24. 使用同一台设备间隔半年时间观测同一颗恒星，发现它的位置相对于边上的一个星系移动了0.5角秒。而再过半年，发现它的位置又回到了一年前的地方。那么这颗恒星离我们的距离大致是（  ）天文单位。 (A)5万  (B)21万  (C)41万  (D)83万</w:t>
      </w:r>
    </w:p>
    <w:p w14:paraId="1EBC4349" w14:textId="77777777" w:rsidR="00B33BB5" w:rsidRDefault="00000000">
      <w:pPr>
        <w:spacing w:before="120" w:after="60"/>
        <w:rPr>
          <w:rFonts w:hint="eastAsia"/>
        </w:rPr>
      </w:pPr>
      <w:r>
        <w:rPr>
          <w:szCs w:val="24"/>
        </w:rPr>
        <w:t>25. 在著名的童话故事《皇帝的新衣》中，最符合天文学家性格的人物是（  ）。 (A)国王  (B)大臣  (C)裁缝  (D)小孩</w:t>
      </w:r>
    </w:p>
    <w:p w14:paraId="376E0DCE" w14:textId="77777777" w:rsidR="00B33BB5" w:rsidRDefault="00000000">
      <w:pPr>
        <w:spacing w:before="240" w:after="160"/>
        <w:rPr>
          <w:rFonts w:hint="eastAsia"/>
        </w:rPr>
      </w:pPr>
      <w:r>
        <w:rPr>
          <w:rFonts w:ascii="黑体" w:eastAsia="黑体" w:hAnsi="黑体"/>
          <w:b/>
          <w:sz w:val="28"/>
        </w:rPr>
        <w:t>高年级组（共30题，单项选择题，部分题目与低年级重复）</w:t>
      </w:r>
    </w:p>
    <w:p w14:paraId="141459DA" w14:textId="77777777" w:rsidR="00B33BB5" w:rsidRDefault="00000000">
      <w:pPr>
        <w:spacing w:before="120" w:after="60"/>
        <w:rPr>
          <w:rFonts w:hint="eastAsia"/>
        </w:rPr>
      </w:pPr>
      <w:r>
        <w:rPr>
          <w:szCs w:val="24"/>
        </w:rPr>
        <w:t>01. 昴星团位于（  ）。 (A)武仙座  (B)仙女座  (C)双子座  (D)金牛座</w:t>
      </w:r>
    </w:p>
    <w:p w14:paraId="6BC7B4A5" w14:textId="77777777" w:rsidR="00B33BB5" w:rsidRDefault="00000000">
      <w:pPr>
        <w:spacing w:before="120" w:after="60"/>
        <w:rPr>
          <w:rFonts w:hint="eastAsia"/>
        </w:rPr>
      </w:pPr>
      <w:r>
        <w:rPr>
          <w:szCs w:val="24"/>
        </w:rPr>
        <w:t>02. 星团M7位于（  ）。 (A)金牛座  (B)天蝎座  (C)大熊座  (D)猎户座</w:t>
      </w:r>
    </w:p>
    <w:p w14:paraId="6769FD79" w14:textId="77777777" w:rsidR="00B33BB5" w:rsidRDefault="00000000">
      <w:pPr>
        <w:spacing w:before="120" w:after="60"/>
        <w:rPr>
          <w:rFonts w:hint="eastAsia"/>
        </w:rPr>
      </w:pPr>
      <w:r>
        <w:rPr>
          <w:szCs w:val="24"/>
        </w:rPr>
        <w:t>03. 以下星座中与北冕座相邻的是（  ）。 (A)武仙座  (B)半人马座  (C)大熊座  (D)后发座</w:t>
      </w:r>
    </w:p>
    <w:p w14:paraId="682DFB92" w14:textId="77777777" w:rsidR="00B33BB5" w:rsidRDefault="00000000">
      <w:pPr>
        <w:spacing w:before="120" w:after="60"/>
        <w:rPr>
          <w:rFonts w:hint="eastAsia"/>
        </w:rPr>
      </w:pPr>
      <w:r>
        <w:rPr>
          <w:szCs w:val="24"/>
        </w:rPr>
        <w:t>04. 下述星座中离银河方向最远的是（  ）。 (A)天鹅座  (B)牧夫座  (C)仙后座  (D)英仙座</w:t>
      </w:r>
    </w:p>
    <w:p w14:paraId="47191077" w14:textId="77777777" w:rsidR="00B33BB5" w:rsidRDefault="00000000">
      <w:pPr>
        <w:spacing w:before="120" w:after="60"/>
        <w:rPr>
          <w:rFonts w:hint="eastAsia"/>
        </w:rPr>
      </w:pPr>
      <w:r>
        <w:rPr>
          <w:szCs w:val="24"/>
        </w:rPr>
        <w:t>05. 目前春分点所在的星座是（  ）。 (A)白羊座  (B)猎户座  (C)巨蟹座  (D)双鱼座</w:t>
      </w:r>
    </w:p>
    <w:p w14:paraId="27998BCF" w14:textId="77777777" w:rsidR="00B33BB5" w:rsidRDefault="00000000">
      <w:pPr>
        <w:spacing w:before="120" w:after="60"/>
        <w:rPr>
          <w:rFonts w:hint="eastAsia"/>
        </w:rPr>
      </w:pPr>
      <w:r>
        <w:rPr>
          <w:szCs w:val="24"/>
        </w:rPr>
        <w:t>06. 到目前为止发现SOHO彗星最多的中国人是（  ）。 (A)葛永良和汪琦  (B)张大庆和孟奂  (C)周兴明和陈栋华  (D)李卫东和朱进</w:t>
      </w:r>
    </w:p>
    <w:p w14:paraId="4895513A" w14:textId="77777777" w:rsidR="00B33BB5" w:rsidRDefault="00000000">
      <w:pPr>
        <w:spacing w:before="120" w:after="60"/>
        <w:rPr>
          <w:rFonts w:hint="eastAsia"/>
        </w:rPr>
      </w:pPr>
      <w:r>
        <w:rPr>
          <w:szCs w:val="24"/>
        </w:rPr>
        <w:t>07. 下面的名字里已经被命名为小行星名字的是（  ）。 (A)朱进  (B)孟奂  (C)张大庆  (D)齐锐</w:t>
      </w:r>
    </w:p>
    <w:p w14:paraId="2359ED6C" w14:textId="77777777" w:rsidR="00B33BB5" w:rsidRDefault="00000000">
      <w:pPr>
        <w:spacing w:before="120" w:after="60"/>
        <w:rPr>
          <w:rFonts w:hint="eastAsia"/>
        </w:rPr>
      </w:pPr>
      <w:r>
        <w:rPr>
          <w:szCs w:val="24"/>
        </w:rPr>
        <w:t>08. "梅西叶天体马拉松"指的是用肉眼借助双筒望远镜在一个晚上尽可能多地观测几乎所有的梅西叶天体。进行这个活动的最佳时间是每年（  ）的新月前后。 (A)三、四月份  (B)七、八月份  (C)十一、十二月份  (D)每个月的观测条件都差不多</w:t>
      </w:r>
    </w:p>
    <w:p w14:paraId="4BF6096C" w14:textId="77777777" w:rsidR="00B33BB5" w:rsidRDefault="00000000">
      <w:pPr>
        <w:spacing w:before="120" w:after="60"/>
        <w:rPr>
          <w:rFonts w:hint="eastAsia"/>
        </w:rPr>
      </w:pPr>
      <w:r>
        <w:rPr>
          <w:szCs w:val="24"/>
        </w:rPr>
        <w:t>09. 一光年大约是（  ）天文单位。 (A)3.3  (B)38  (C)6.3万  (D)1.5亿</w:t>
      </w:r>
    </w:p>
    <w:p w14:paraId="38D44F20" w14:textId="77777777" w:rsidR="00B33BB5" w:rsidRDefault="00000000">
      <w:pPr>
        <w:spacing w:before="120" w:after="60"/>
        <w:rPr>
          <w:rFonts w:hint="eastAsia"/>
        </w:rPr>
      </w:pPr>
      <w:r>
        <w:rPr>
          <w:szCs w:val="24"/>
        </w:rPr>
        <w:t>10. 银河系的大小约（  ）光年。 (A)不足10  (B)1000  (C)10万  (D)大于1000万</w:t>
      </w:r>
    </w:p>
    <w:p w14:paraId="43EC3EC4" w14:textId="77777777" w:rsidR="00B33BB5" w:rsidRDefault="00000000">
      <w:pPr>
        <w:spacing w:before="120" w:after="60"/>
        <w:rPr>
          <w:rFonts w:hint="eastAsia"/>
        </w:rPr>
      </w:pPr>
      <w:r>
        <w:rPr>
          <w:szCs w:val="24"/>
        </w:rPr>
        <w:t>11. 2003年8月下旬火星大冲时，地面观测到的火星视直径约为（  ）角秒。 (A)不到1  (B)10  (C)25  (D)80或以上</w:t>
      </w:r>
    </w:p>
    <w:p w14:paraId="5930AB43" w14:textId="77777777" w:rsidR="00B33BB5" w:rsidRDefault="00000000">
      <w:pPr>
        <w:spacing w:before="120" w:after="60"/>
        <w:rPr>
          <w:rFonts w:hint="eastAsia"/>
        </w:rPr>
      </w:pPr>
      <w:r>
        <w:rPr>
          <w:szCs w:val="24"/>
        </w:rPr>
        <w:lastRenderedPageBreak/>
        <w:t>12. 最近几年中金星凌日的时间是（  ）。 (A)2003年5月7日  (B)2004年6月8日  (C)2005年10月12日  (D)2006年11月9日</w:t>
      </w:r>
    </w:p>
    <w:p w14:paraId="3B26FCD0" w14:textId="77777777" w:rsidR="00B33BB5" w:rsidRDefault="00000000">
      <w:pPr>
        <w:spacing w:before="120" w:after="60"/>
        <w:rPr>
          <w:rFonts w:hint="eastAsia"/>
        </w:rPr>
      </w:pPr>
      <w:r>
        <w:rPr>
          <w:szCs w:val="24"/>
        </w:rPr>
        <w:t>13. 从地球上看太阳和月亮，它们看上去的大小（  ）。 (A)差不多大  (B)太阳比月亮大的多  (C)月亮比太阳大的多  (D)至少差20%以上</w:t>
      </w:r>
    </w:p>
    <w:p w14:paraId="61BD7860" w14:textId="77777777" w:rsidR="00B33BB5" w:rsidRDefault="00000000">
      <w:pPr>
        <w:spacing w:before="120" w:after="60"/>
        <w:rPr>
          <w:rFonts w:hint="eastAsia"/>
        </w:rPr>
      </w:pPr>
      <w:r>
        <w:rPr>
          <w:szCs w:val="24"/>
        </w:rPr>
        <w:t>14. 地球静止轨道卫星的高度大致是（  ）公里。 (A)二百  (B)三千  (C)四万  (D)五十万</w:t>
      </w:r>
    </w:p>
    <w:p w14:paraId="3CBFD949" w14:textId="77777777" w:rsidR="00B33BB5" w:rsidRDefault="00000000">
      <w:pPr>
        <w:spacing w:before="120" w:after="60"/>
        <w:rPr>
          <w:rFonts w:hint="eastAsia"/>
        </w:rPr>
      </w:pPr>
      <w:r>
        <w:rPr>
          <w:szCs w:val="24"/>
        </w:rPr>
        <w:t>15. 2004年3月15日，美国天文学家宣布发现了一个距太阳最远的太阳系天体"赛德娜"。跟人们发现的其他太阳系天体相比，它（  ）。 (A)近日距最大  (B)到太阳的平均距离最大  (C)远日距最大  (D)绕日运行周期最长</w:t>
      </w:r>
    </w:p>
    <w:p w14:paraId="26FF9A44" w14:textId="77777777" w:rsidR="00B33BB5" w:rsidRDefault="00000000">
      <w:pPr>
        <w:spacing w:before="120" w:after="60"/>
        <w:rPr>
          <w:rFonts w:hint="eastAsia"/>
        </w:rPr>
      </w:pPr>
      <w:r>
        <w:rPr>
          <w:szCs w:val="24"/>
        </w:rPr>
        <w:t>16. 近来有的媒体称2004年3月下旬出现"五星连珠"，实际上这指的是五颗大行星（  ）的现象。 (A)从地面上观测，它们彼此之间的最大角距不超过60度 (B)同时出现在观测地点的地平线以上 (C)从太阳系以外垂直于黄道面方向看，它们在黄道面上的投影近似在一条直线上 (D)从太阳看，它们彼此之间的最大角距不超过60度</w:t>
      </w:r>
    </w:p>
    <w:p w14:paraId="36CDE6E4" w14:textId="77777777" w:rsidR="00B33BB5" w:rsidRDefault="00000000">
      <w:pPr>
        <w:spacing w:before="120" w:after="60"/>
        <w:rPr>
          <w:rFonts w:hint="eastAsia"/>
        </w:rPr>
      </w:pPr>
      <w:r>
        <w:rPr>
          <w:szCs w:val="24"/>
        </w:rPr>
        <w:t>17. 据报载，专家指出，"人眼分辨率的张角是0.1度。假设航天器的飞行高度是300公里，则只有长宽都能达到500米的物体才能在人眼中表现为一个点，从而被人看见。而长城的宽度仅在10米左右，显然不够标准。在36公里的高度，长城就会从我们的视线内消失。因此从太空中不可能看到长城"。如果记者转述的时候没有写错，你对这个问题的看法是（  ）。 (A)专家说的基本是对的 (B)专家的论证逻辑和结论正确，但具体计算有误 (C)专家说的不全面，应该考虑长城的长度而不是宽度 (D)专家说的不对，能否看见一个物体并不取决于它有多小</w:t>
      </w:r>
    </w:p>
    <w:p w14:paraId="141F778C" w14:textId="77777777" w:rsidR="00B33BB5" w:rsidRDefault="00000000">
      <w:pPr>
        <w:spacing w:before="120" w:after="60"/>
        <w:rPr>
          <w:rFonts w:hint="eastAsia"/>
        </w:rPr>
      </w:pPr>
      <w:r>
        <w:rPr>
          <w:szCs w:val="24"/>
        </w:rPr>
        <w:t>18. 2004年5月上旬，在北京最可能用肉眼直接观测到的彗星的编号是（  ）。 (A)55P  (B)C/2001Q4  (C)C/2002C1  (D)C/2002T7</w:t>
      </w:r>
    </w:p>
    <w:p w14:paraId="1639EA9D" w14:textId="77777777" w:rsidR="00B33BB5" w:rsidRDefault="00000000">
      <w:pPr>
        <w:spacing w:before="120" w:after="60"/>
        <w:rPr>
          <w:rFonts w:hint="eastAsia"/>
        </w:rPr>
      </w:pPr>
      <w:r>
        <w:rPr>
          <w:szCs w:val="24"/>
        </w:rPr>
        <w:t>19. 我们夜晚看到的流星发光的高度与一般民航飞机的飞行高度相比（  ）。 (A)要低  (B)差不多  (C)要高10倍左右  (D)要高至少100倍</w:t>
      </w:r>
    </w:p>
    <w:p w14:paraId="46EA37B7" w14:textId="77777777" w:rsidR="00B33BB5" w:rsidRDefault="00000000">
      <w:pPr>
        <w:spacing w:before="120" w:after="60"/>
        <w:rPr>
          <w:rFonts w:hint="eastAsia"/>
        </w:rPr>
      </w:pPr>
      <w:r>
        <w:rPr>
          <w:szCs w:val="24"/>
        </w:rPr>
        <w:t>20. 从地面观测，金星在天气晴好的黑夜看上去非常亮，但在天气不好或者天不是很黑的时候看上去却不那么亮。在这两种情况下，金星的星等（  ）。 (A)没有变化 (B)有一定差异，天黑的时候星等值更高一些 (C)有一定差异，天不黑的时候星等值更高一些 (D)相差非常大</w:t>
      </w:r>
    </w:p>
    <w:p w14:paraId="2268478A" w14:textId="77777777" w:rsidR="00B33BB5" w:rsidRDefault="00000000">
      <w:pPr>
        <w:spacing w:before="120" w:after="60"/>
        <w:rPr>
          <w:rFonts w:hint="eastAsia"/>
        </w:rPr>
      </w:pPr>
      <w:r>
        <w:rPr>
          <w:szCs w:val="24"/>
        </w:rPr>
        <w:t>21. 目前发现并定出轨道的近地小行星中，在未来的一百年之内有很小的撞击地球概率的小行星的数目大致是（  ）。 (A)0  (B)不到10  (C)50左右  (D)100以上</w:t>
      </w:r>
    </w:p>
    <w:p w14:paraId="158D4DBB" w14:textId="77777777" w:rsidR="00B33BB5" w:rsidRDefault="00000000">
      <w:pPr>
        <w:spacing w:before="120" w:after="60"/>
        <w:rPr>
          <w:rFonts w:hint="eastAsia"/>
        </w:rPr>
      </w:pPr>
      <w:r>
        <w:rPr>
          <w:szCs w:val="24"/>
        </w:rPr>
        <w:t>22. 在以下关于流星和流星雨的描述中，不正确的是（  ）。 (A)一个流星雨极大附近的每小时天顶流量有可能是1到2颗 (B)狮子座流星体群有可能撞击</w:t>
      </w:r>
      <w:r>
        <w:rPr>
          <w:szCs w:val="24"/>
        </w:rPr>
        <w:lastRenderedPageBreak/>
        <w:t>月面产生地面可以观测到的闪光 (C)狮子座流星雨期间出门，被陨石砸到的概率和其他时候差不多 (D)在看到流星在空中碎裂的同时经常能听到它发出的声音</w:t>
      </w:r>
    </w:p>
    <w:p w14:paraId="68EBB52E" w14:textId="77777777" w:rsidR="00B33BB5" w:rsidRDefault="00000000">
      <w:pPr>
        <w:spacing w:before="120" w:after="60"/>
        <w:rPr>
          <w:rFonts w:hint="eastAsia"/>
        </w:rPr>
      </w:pPr>
      <w:r>
        <w:rPr>
          <w:szCs w:val="24"/>
        </w:rPr>
        <w:t>23. 英仙座流星雨的极大发生在每年的（  ）月份。 (A)4  (B)8  (C)11  (D)12</w:t>
      </w:r>
    </w:p>
    <w:p w14:paraId="35929308" w14:textId="77777777" w:rsidR="00B33BB5" w:rsidRDefault="00000000">
      <w:pPr>
        <w:spacing w:before="120" w:after="60"/>
        <w:rPr>
          <w:rFonts w:hint="eastAsia"/>
        </w:rPr>
      </w:pPr>
      <w:r>
        <w:rPr>
          <w:szCs w:val="24"/>
        </w:rPr>
        <w:t>24. 在木星上不可能观测到（  ）。 (A)地球西大距  (B)土星合日  (C)火星冲日  (D)海王星冲日</w:t>
      </w:r>
    </w:p>
    <w:p w14:paraId="531F7445" w14:textId="77777777" w:rsidR="00B33BB5" w:rsidRDefault="00000000">
      <w:pPr>
        <w:spacing w:before="120" w:after="60"/>
        <w:rPr>
          <w:rFonts w:hint="eastAsia"/>
        </w:rPr>
      </w:pPr>
      <w:r>
        <w:rPr>
          <w:szCs w:val="24"/>
        </w:rPr>
        <w:t>25. 对北京的观测者，在一天之中以下正确的陈述是（  ）。 (A)天顶的赤经坐标不变  (B)天顶的赤纬坐标不变  (C)织女星的时角坐标不变  (D)织女星的赤经坐标随时间变化</w:t>
      </w:r>
    </w:p>
    <w:p w14:paraId="78BC5726" w14:textId="77777777" w:rsidR="00B33BB5" w:rsidRDefault="00000000">
      <w:pPr>
        <w:spacing w:before="120" w:after="60"/>
        <w:rPr>
          <w:rFonts w:hint="eastAsia"/>
        </w:rPr>
      </w:pPr>
      <w:r>
        <w:rPr>
          <w:szCs w:val="24"/>
        </w:rPr>
        <w:t>26. 使用8厘米的折射望远镜观测火星大冲，以下放大倍数中最合适的是（  ）倍。 (A)5  (B)50  (C)500  (D)5000</w:t>
      </w:r>
    </w:p>
    <w:p w14:paraId="6C685612" w14:textId="77777777" w:rsidR="00B33BB5" w:rsidRDefault="00000000">
      <w:pPr>
        <w:spacing w:before="120" w:after="60"/>
        <w:rPr>
          <w:rFonts w:hint="eastAsia"/>
        </w:rPr>
      </w:pPr>
      <w:r>
        <w:rPr>
          <w:szCs w:val="24"/>
        </w:rPr>
        <w:t>27. 世界时12时的时候，当时的北京时间是（  ）时。 (A)前一天的20  (B)4  (C)20  (D)第二天的4</w:t>
      </w:r>
    </w:p>
    <w:p w14:paraId="79BAE7BF" w14:textId="77777777" w:rsidR="00B33BB5" w:rsidRDefault="00000000">
      <w:pPr>
        <w:spacing w:before="120" w:after="60"/>
        <w:rPr>
          <w:rFonts w:hint="eastAsia"/>
        </w:rPr>
      </w:pPr>
      <w:r>
        <w:rPr>
          <w:szCs w:val="24"/>
        </w:rPr>
        <w:t>28. 2004年5月5日将发生一次月全食。届时月亮的赤经大致是（  ）小时。 (A)3  (B)9  (C)15  (D)21</w:t>
      </w:r>
    </w:p>
    <w:p w14:paraId="12598A4B" w14:textId="77777777" w:rsidR="00B33BB5" w:rsidRDefault="00000000">
      <w:pPr>
        <w:spacing w:before="120" w:after="60"/>
        <w:rPr>
          <w:rFonts w:hint="eastAsia"/>
        </w:rPr>
      </w:pPr>
      <w:r>
        <w:rPr>
          <w:szCs w:val="24"/>
        </w:rPr>
        <w:t>29. 使用同一台设备间隔半年时间观测同一颗恒星，发现它的位置相对于边上的一个星系移动了0.5角秒。而再过半年，发现它的位置又回到了一年前的地方。那么这颗恒星离我们的距离大致是（  ）天文单位。 (A)5万  (B)21万  (C)41万  (D)83万</w:t>
      </w:r>
    </w:p>
    <w:p w14:paraId="101B151F" w14:textId="77777777" w:rsidR="00B33BB5" w:rsidRDefault="00000000">
      <w:pPr>
        <w:spacing w:before="120" w:after="60"/>
        <w:rPr>
          <w:rFonts w:hint="eastAsia"/>
        </w:rPr>
      </w:pPr>
      <w:r>
        <w:rPr>
          <w:szCs w:val="24"/>
        </w:rPr>
        <w:t>30. 在著名的童话故事《皇帝的新衣》中，最符合天文学家性格的人物是（  ）。 (A)国王  (B)大臣  (C)裁缝  (D)小孩</w:t>
      </w:r>
    </w:p>
    <w:p w14:paraId="7A0610BD" w14:textId="77777777" w:rsidR="00B33BB5" w:rsidRDefault="00000000">
      <w:pPr>
        <w:rPr>
          <w:rFonts w:hint="eastAsia"/>
        </w:rPr>
      </w:pPr>
      <w:r>
        <w:br w:type="page"/>
      </w:r>
    </w:p>
    <w:p w14:paraId="55BD11A1" w14:textId="77777777" w:rsidR="00B33BB5" w:rsidRDefault="00000000">
      <w:pPr>
        <w:jc w:val="center"/>
        <w:rPr>
          <w:rFonts w:hint="eastAsia"/>
        </w:rPr>
      </w:pPr>
      <w:r>
        <w:rPr>
          <w:rFonts w:ascii="黑体" w:eastAsia="黑体" w:hAnsi="黑体"/>
          <w:b/>
          <w:sz w:val="36"/>
        </w:rPr>
        <w:t>2004年CNAO天文奥赛预赛试题 答案解析</w:t>
      </w:r>
    </w:p>
    <w:p w14:paraId="515A27C7" w14:textId="77777777" w:rsidR="00B33BB5" w:rsidRDefault="00000000">
      <w:pPr>
        <w:spacing w:before="240" w:after="160"/>
        <w:rPr>
          <w:rFonts w:hint="eastAsia"/>
        </w:rPr>
      </w:pPr>
      <w:r>
        <w:rPr>
          <w:rFonts w:ascii="黑体" w:eastAsia="黑体" w:hAnsi="黑体"/>
          <w:b/>
          <w:sz w:val="28"/>
        </w:rPr>
        <w:t>低年级组答案速查</w:t>
      </w:r>
    </w:p>
    <w:p w14:paraId="0AB4D26A" w14:textId="77777777" w:rsidR="00B33BB5" w:rsidRDefault="00000000">
      <w:pPr>
        <w:spacing w:before="120" w:after="120" w:line="360" w:lineRule="auto"/>
        <w:rPr>
          <w:rFonts w:hint="eastAsia"/>
        </w:rPr>
      </w:pPr>
      <w:r>
        <w:rPr>
          <w:rFonts w:ascii="Arial" w:eastAsia="Arial" w:hAnsi="Arial"/>
          <w:b/>
          <w:color w:val="CC0000"/>
          <w:sz w:val="28"/>
        </w:rPr>
        <w:t xml:space="preserve">BCDDB  CDBCB  CCAAB  CCBBC  ADCDD  </w:t>
      </w:r>
    </w:p>
    <w:p w14:paraId="55F8ED2B" w14:textId="77777777" w:rsidR="00B33BB5" w:rsidRDefault="00000000">
      <w:pPr>
        <w:spacing w:before="240" w:after="160"/>
        <w:rPr>
          <w:rFonts w:hint="eastAsia"/>
        </w:rPr>
      </w:pPr>
      <w:r>
        <w:rPr>
          <w:rFonts w:ascii="黑体" w:eastAsia="黑体" w:hAnsi="黑体"/>
          <w:b/>
          <w:sz w:val="28"/>
        </w:rPr>
        <w:t>低年级组逐题答案与解析</w:t>
      </w:r>
    </w:p>
    <w:p w14:paraId="49AF8175" w14:textId="77777777" w:rsidR="00B33BB5" w:rsidRDefault="00000000">
      <w:pPr>
        <w:spacing w:before="40" w:after="40" w:line="312" w:lineRule="auto"/>
        <w:rPr>
          <w:rFonts w:hint="eastAsia"/>
        </w:rPr>
      </w:pPr>
      <w:r>
        <w:rPr>
          <w:sz w:val="22"/>
        </w:rPr>
        <w:t xml:space="preserve">01. </w:t>
      </w:r>
      <w:r>
        <w:rPr>
          <w:rFonts w:ascii="Arial" w:eastAsia="Arial" w:hAnsi="Arial"/>
          <w:b/>
          <w:color w:val="CC0000"/>
          <w:sz w:val="22"/>
        </w:rPr>
        <w:t>答案：B</w:t>
      </w:r>
      <w:r>
        <w:rPr>
          <w:color w:val="666666"/>
          <w:sz w:val="20"/>
        </w:rPr>
        <w:t xml:space="preserve">  牛郎星即河鼓二（天鹰座α），是天鹰座最亮的恒星，与天琴座的织女星隔银河相望。</w:t>
      </w:r>
    </w:p>
    <w:p w14:paraId="6D06427D" w14:textId="77777777" w:rsidR="00B33BB5" w:rsidRDefault="00000000">
      <w:pPr>
        <w:spacing w:before="40" w:after="40" w:line="312" w:lineRule="auto"/>
        <w:rPr>
          <w:rFonts w:hint="eastAsia"/>
        </w:rPr>
      </w:pPr>
      <w:r>
        <w:rPr>
          <w:sz w:val="22"/>
        </w:rPr>
        <w:t xml:space="preserve">02. </w:t>
      </w:r>
      <w:r>
        <w:rPr>
          <w:rFonts w:ascii="Arial" w:eastAsia="Arial" w:hAnsi="Arial"/>
          <w:b/>
          <w:color w:val="CC0000"/>
          <w:sz w:val="22"/>
        </w:rPr>
        <w:t>答案：C</w:t>
      </w:r>
      <w:r>
        <w:rPr>
          <w:color w:val="666666"/>
          <w:sz w:val="20"/>
        </w:rPr>
        <w:t xml:space="preserve">  天狼星是大犬座α，视星等-1.46，是全天最亮的恒星。</w:t>
      </w:r>
    </w:p>
    <w:p w14:paraId="24319F36" w14:textId="77777777" w:rsidR="00B33BB5" w:rsidRDefault="00000000">
      <w:pPr>
        <w:spacing w:before="40" w:after="40" w:line="312" w:lineRule="auto"/>
        <w:rPr>
          <w:rFonts w:hint="eastAsia"/>
        </w:rPr>
      </w:pPr>
      <w:r>
        <w:rPr>
          <w:sz w:val="22"/>
        </w:rPr>
        <w:t xml:space="preserve">03. </w:t>
      </w:r>
      <w:r>
        <w:rPr>
          <w:rFonts w:ascii="Arial" w:eastAsia="Arial" w:hAnsi="Arial"/>
          <w:b/>
          <w:color w:val="CC0000"/>
          <w:sz w:val="22"/>
        </w:rPr>
        <w:t>答案：D</w:t>
      </w:r>
      <w:r>
        <w:rPr>
          <w:color w:val="666666"/>
          <w:sz w:val="20"/>
        </w:rPr>
        <w:t xml:space="preserve">  昴星团即M45，位于金牛座，是距离我们最近的疏散星团之一（约444光年）。</w:t>
      </w:r>
    </w:p>
    <w:p w14:paraId="1EB5A061" w14:textId="77777777" w:rsidR="00B33BB5" w:rsidRDefault="00000000">
      <w:pPr>
        <w:spacing w:before="40" w:after="40" w:line="312" w:lineRule="auto"/>
        <w:rPr>
          <w:rFonts w:hint="eastAsia"/>
        </w:rPr>
      </w:pPr>
      <w:r>
        <w:rPr>
          <w:sz w:val="22"/>
        </w:rPr>
        <w:t xml:space="preserve">04. </w:t>
      </w:r>
      <w:r>
        <w:rPr>
          <w:rFonts w:ascii="Arial" w:eastAsia="Arial" w:hAnsi="Arial"/>
          <w:b/>
          <w:color w:val="CC0000"/>
          <w:sz w:val="22"/>
        </w:rPr>
        <w:t>答案：D</w:t>
      </w:r>
      <w:r>
        <w:rPr>
          <w:color w:val="666666"/>
          <w:sz w:val="20"/>
        </w:rPr>
        <w:t xml:space="preserve">  M42是猎户座大星云，位于猎户座“腰带”三星下方的“佩剑”处。</w:t>
      </w:r>
    </w:p>
    <w:p w14:paraId="38D660D6" w14:textId="77777777" w:rsidR="00B33BB5" w:rsidRDefault="00000000">
      <w:pPr>
        <w:spacing w:before="40" w:after="40" w:line="312" w:lineRule="auto"/>
        <w:rPr>
          <w:rFonts w:hint="eastAsia"/>
        </w:rPr>
      </w:pPr>
      <w:r>
        <w:rPr>
          <w:sz w:val="22"/>
        </w:rPr>
        <w:t xml:space="preserve">05. </w:t>
      </w:r>
      <w:r>
        <w:rPr>
          <w:rFonts w:ascii="Arial" w:eastAsia="Arial" w:hAnsi="Arial"/>
          <w:b/>
          <w:color w:val="CC0000"/>
          <w:sz w:val="22"/>
        </w:rPr>
        <w:t>答案：B</w:t>
      </w:r>
      <w:r>
        <w:rPr>
          <w:color w:val="666666"/>
          <w:sz w:val="20"/>
        </w:rPr>
        <w:t xml:space="preserve">  银河（银道带）穿过天鹅座、仙后座和英仙座，而牧夫座远离银道面，是四个选项中离银河方向最远的。</w:t>
      </w:r>
    </w:p>
    <w:p w14:paraId="134DC30B" w14:textId="77777777" w:rsidR="00B33BB5" w:rsidRDefault="00000000">
      <w:pPr>
        <w:spacing w:before="40" w:after="40" w:line="312" w:lineRule="auto"/>
        <w:rPr>
          <w:rFonts w:hint="eastAsia"/>
        </w:rPr>
      </w:pPr>
      <w:r>
        <w:rPr>
          <w:sz w:val="22"/>
        </w:rPr>
        <w:t xml:space="preserve">06. </w:t>
      </w:r>
      <w:r>
        <w:rPr>
          <w:rFonts w:ascii="Arial" w:eastAsia="Arial" w:hAnsi="Arial"/>
          <w:b/>
          <w:color w:val="CC0000"/>
          <w:sz w:val="22"/>
        </w:rPr>
        <w:t>答案：C</w:t>
      </w:r>
      <w:r>
        <w:rPr>
          <w:color w:val="666666"/>
          <w:sz w:val="20"/>
        </w:rPr>
        <w:t xml:space="preserve">  《天文爱好者》由北京天文馆主办，是国内公开发行的天文科普期刊。</w:t>
      </w:r>
    </w:p>
    <w:p w14:paraId="2940338C" w14:textId="77777777" w:rsidR="00B33BB5" w:rsidRDefault="00000000">
      <w:pPr>
        <w:spacing w:before="40" w:after="40" w:line="312" w:lineRule="auto"/>
        <w:rPr>
          <w:rFonts w:hint="eastAsia"/>
        </w:rPr>
      </w:pPr>
      <w:r>
        <w:rPr>
          <w:sz w:val="22"/>
        </w:rPr>
        <w:t xml:space="preserve">07. </w:t>
      </w:r>
      <w:r>
        <w:rPr>
          <w:rFonts w:ascii="Arial" w:eastAsia="Arial" w:hAnsi="Arial"/>
          <w:b/>
          <w:color w:val="CC0000"/>
          <w:sz w:val="22"/>
        </w:rPr>
        <w:t>答案：D</w:t>
      </w:r>
      <w:r>
        <w:rPr>
          <w:color w:val="666666"/>
          <w:sz w:val="20"/>
        </w:rPr>
        <w:t xml:space="preserve">  2003年第八届国际天文奥林匹克竞赛在瑞典斯德哥尔摩举行，中国队获1枚金牌（曾理）和4枚铜牌，共5枚奖牌。</w:t>
      </w:r>
    </w:p>
    <w:p w14:paraId="1F063E54" w14:textId="77777777" w:rsidR="00B33BB5" w:rsidRDefault="00000000">
      <w:pPr>
        <w:spacing w:before="40" w:after="40" w:line="312" w:lineRule="auto"/>
        <w:rPr>
          <w:rFonts w:hint="eastAsia"/>
        </w:rPr>
      </w:pPr>
      <w:r>
        <w:rPr>
          <w:sz w:val="22"/>
        </w:rPr>
        <w:t xml:space="preserve">08. </w:t>
      </w:r>
      <w:r>
        <w:rPr>
          <w:rFonts w:ascii="Arial" w:eastAsia="Arial" w:hAnsi="Arial"/>
          <w:b/>
          <w:color w:val="CC0000"/>
          <w:sz w:val="22"/>
        </w:rPr>
        <w:t>答案：B</w:t>
      </w:r>
      <w:r>
        <w:rPr>
          <w:color w:val="666666"/>
          <w:sz w:val="20"/>
        </w:rPr>
        <w:t xml:space="preserve">  北京八十中的孟奂因发现御夫座流星群，获2002年英特尔国际科学与工程大奖赛（ISEF）天文与地理学科三等奖。</w:t>
      </w:r>
    </w:p>
    <w:p w14:paraId="4D91E665" w14:textId="77777777" w:rsidR="00B33BB5" w:rsidRDefault="00000000">
      <w:pPr>
        <w:spacing w:before="40" w:after="40" w:line="312" w:lineRule="auto"/>
        <w:rPr>
          <w:rFonts w:hint="eastAsia"/>
        </w:rPr>
      </w:pPr>
      <w:r>
        <w:rPr>
          <w:sz w:val="22"/>
        </w:rPr>
        <w:t xml:space="preserve">09. </w:t>
      </w:r>
      <w:r>
        <w:rPr>
          <w:rFonts w:ascii="Arial" w:eastAsia="Arial" w:hAnsi="Arial"/>
          <w:b/>
          <w:color w:val="CC0000"/>
          <w:sz w:val="22"/>
        </w:rPr>
        <w:t>答案：C</w:t>
      </w:r>
      <w:r>
        <w:rPr>
          <w:color w:val="666666"/>
          <w:sz w:val="20"/>
        </w:rPr>
        <w:t xml:space="preserve">  新疆的周兴明先后从SOHO卫星图像中发现60余颗彗星，是当时发现SOHO彗星最多的中国人（陈栋华同样以搜彗著称）。</w:t>
      </w:r>
    </w:p>
    <w:p w14:paraId="71408E46" w14:textId="77777777" w:rsidR="00B33BB5" w:rsidRDefault="00000000">
      <w:pPr>
        <w:spacing w:before="40" w:after="40" w:line="312" w:lineRule="auto"/>
        <w:rPr>
          <w:rFonts w:hint="eastAsia"/>
        </w:rPr>
      </w:pPr>
      <w:r>
        <w:rPr>
          <w:sz w:val="22"/>
        </w:rPr>
        <w:t xml:space="preserve">10. </w:t>
      </w:r>
      <w:r>
        <w:rPr>
          <w:rFonts w:ascii="Arial" w:eastAsia="Arial" w:hAnsi="Arial"/>
          <w:b/>
          <w:color w:val="CC0000"/>
          <w:sz w:val="22"/>
        </w:rPr>
        <w:t>答案：B</w:t>
      </w:r>
      <w:r>
        <w:rPr>
          <w:color w:val="666666"/>
          <w:sz w:val="20"/>
        </w:rPr>
        <w:t xml:space="preserve">  国际永久编号12106的小行星被命名为“孟奂”，他是首位获得小行星命名的中国青少年。</w:t>
      </w:r>
    </w:p>
    <w:p w14:paraId="549F0E9C" w14:textId="77777777" w:rsidR="00B33BB5" w:rsidRDefault="00000000">
      <w:pPr>
        <w:spacing w:before="40" w:after="40" w:line="312" w:lineRule="auto"/>
        <w:rPr>
          <w:rFonts w:hint="eastAsia"/>
        </w:rPr>
      </w:pPr>
      <w:r>
        <w:rPr>
          <w:sz w:val="22"/>
        </w:rPr>
        <w:t xml:space="preserve">11. </w:t>
      </w:r>
      <w:r>
        <w:rPr>
          <w:rFonts w:ascii="Arial" w:eastAsia="Arial" w:hAnsi="Arial"/>
          <w:b/>
          <w:color w:val="CC0000"/>
          <w:sz w:val="22"/>
        </w:rPr>
        <w:t>答案：C</w:t>
      </w:r>
      <w:r>
        <w:rPr>
          <w:color w:val="666666"/>
          <w:sz w:val="20"/>
        </w:rPr>
        <w:t xml:space="preserve">  1光年=9.46×10¹²km，1天文单位=1.496×10⁸km，相除约6.3万。</w:t>
      </w:r>
    </w:p>
    <w:p w14:paraId="7500682F" w14:textId="77777777" w:rsidR="00B33BB5" w:rsidRDefault="00000000">
      <w:pPr>
        <w:spacing w:before="40" w:after="40" w:line="312" w:lineRule="auto"/>
        <w:rPr>
          <w:rFonts w:hint="eastAsia"/>
        </w:rPr>
      </w:pPr>
      <w:r>
        <w:rPr>
          <w:sz w:val="22"/>
        </w:rPr>
        <w:t xml:space="preserve">12. </w:t>
      </w:r>
      <w:r>
        <w:rPr>
          <w:rFonts w:ascii="Arial" w:eastAsia="Arial" w:hAnsi="Arial"/>
          <w:b/>
          <w:color w:val="CC0000"/>
          <w:sz w:val="22"/>
        </w:rPr>
        <w:t>答案：C</w:t>
      </w:r>
      <w:r>
        <w:rPr>
          <w:color w:val="666666"/>
          <w:sz w:val="20"/>
        </w:rPr>
        <w:t xml:space="preserve">  银河系盘面的直径约10万光年（近年测量给出10万~18万光年，通常取10万）。</w:t>
      </w:r>
    </w:p>
    <w:p w14:paraId="2BA9DA65" w14:textId="77777777" w:rsidR="00B33BB5" w:rsidRDefault="00000000">
      <w:pPr>
        <w:spacing w:before="40" w:after="40" w:line="312" w:lineRule="auto"/>
        <w:rPr>
          <w:rFonts w:hint="eastAsia"/>
        </w:rPr>
      </w:pPr>
      <w:r>
        <w:rPr>
          <w:sz w:val="22"/>
        </w:rPr>
        <w:t xml:space="preserve">13. </w:t>
      </w:r>
      <w:r>
        <w:rPr>
          <w:rFonts w:ascii="Arial" w:eastAsia="Arial" w:hAnsi="Arial"/>
          <w:b/>
          <w:color w:val="CC0000"/>
          <w:sz w:val="22"/>
        </w:rPr>
        <w:t>答案：A</w:t>
      </w:r>
      <w:r>
        <w:rPr>
          <w:color w:val="666666"/>
          <w:sz w:val="20"/>
        </w:rPr>
        <w:t xml:space="preserve">  太阳和月亮的视直径都约0.5°，看上去差不多大——这正是能发生日全食、日环食的原因。</w:t>
      </w:r>
    </w:p>
    <w:p w14:paraId="2E2C3055" w14:textId="77777777" w:rsidR="00B33BB5" w:rsidRDefault="00000000">
      <w:pPr>
        <w:spacing w:before="40" w:after="40" w:line="312" w:lineRule="auto"/>
        <w:rPr>
          <w:rFonts w:hint="eastAsia"/>
        </w:rPr>
      </w:pPr>
      <w:r>
        <w:rPr>
          <w:sz w:val="22"/>
        </w:rPr>
        <w:t xml:space="preserve">14. </w:t>
      </w:r>
      <w:r>
        <w:rPr>
          <w:rFonts w:ascii="Arial" w:eastAsia="Arial" w:hAnsi="Arial"/>
          <w:b/>
          <w:color w:val="CC0000"/>
          <w:sz w:val="22"/>
        </w:rPr>
        <w:t>答案：A</w:t>
      </w:r>
      <w:r>
        <w:rPr>
          <w:color w:val="666666"/>
          <w:sz w:val="20"/>
        </w:rPr>
        <w:t xml:space="preserve">  星等是天体亮度的客观标度，不随天气和天空背景改变。天不黑时金星“看上去不那么亮”是对比度下降造成的视觉效果，星等值并没有变化。</w:t>
      </w:r>
    </w:p>
    <w:p w14:paraId="7046E5F9" w14:textId="77777777" w:rsidR="00B33BB5" w:rsidRDefault="00000000">
      <w:pPr>
        <w:spacing w:before="40" w:after="40" w:line="312" w:lineRule="auto"/>
        <w:rPr>
          <w:rFonts w:hint="eastAsia"/>
        </w:rPr>
      </w:pPr>
      <w:r>
        <w:rPr>
          <w:sz w:val="22"/>
        </w:rPr>
        <w:t xml:space="preserve">15. </w:t>
      </w:r>
      <w:r>
        <w:rPr>
          <w:rFonts w:ascii="Arial" w:eastAsia="Arial" w:hAnsi="Arial"/>
          <w:b/>
          <w:color w:val="CC0000"/>
          <w:sz w:val="22"/>
        </w:rPr>
        <w:t>答案：B</w:t>
      </w:r>
      <w:r>
        <w:rPr>
          <w:color w:val="666666"/>
          <w:sz w:val="20"/>
        </w:rPr>
        <w:t xml:space="preserve">  2004年5月C/2001 Q4（NEAT）彗星增亮到1~2等，在北半球傍晚西方低空肉眼可见；C/2002 T7（LINEAR）主要适合南半球观测。</w:t>
      </w:r>
    </w:p>
    <w:p w14:paraId="6AF16B07" w14:textId="77777777" w:rsidR="00B33BB5" w:rsidRDefault="00000000">
      <w:pPr>
        <w:spacing w:before="40" w:after="40" w:line="312" w:lineRule="auto"/>
        <w:rPr>
          <w:rFonts w:hint="eastAsia"/>
        </w:rPr>
      </w:pPr>
      <w:r>
        <w:rPr>
          <w:sz w:val="22"/>
        </w:rPr>
        <w:t xml:space="preserve">16. </w:t>
      </w:r>
      <w:r>
        <w:rPr>
          <w:rFonts w:ascii="Arial" w:eastAsia="Arial" w:hAnsi="Arial"/>
          <w:b/>
          <w:color w:val="CC0000"/>
          <w:sz w:val="22"/>
        </w:rPr>
        <w:t>答案：C</w:t>
      </w:r>
      <w:r>
        <w:rPr>
          <w:color w:val="666666"/>
          <w:sz w:val="20"/>
        </w:rPr>
        <w:t xml:space="preserve">  流星一般在80~120km高空发光，民航客机巡航高度约10km，前者约为后者的10倍。</w:t>
      </w:r>
    </w:p>
    <w:p w14:paraId="4AA3E933" w14:textId="77777777" w:rsidR="00B33BB5" w:rsidRDefault="00000000">
      <w:pPr>
        <w:spacing w:before="40" w:after="40" w:line="312" w:lineRule="auto"/>
        <w:rPr>
          <w:rFonts w:hint="eastAsia"/>
        </w:rPr>
      </w:pPr>
      <w:r>
        <w:rPr>
          <w:sz w:val="22"/>
        </w:rPr>
        <w:t xml:space="preserve">17. </w:t>
      </w:r>
      <w:r>
        <w:rPr>
          <w:rFonts w:ascii="Arial" w:eastAsia="Arial" w:hAnsi="Arial"/>
          <w:b/>
          <w:color w:val="CC0000"/>
          <w:sz w:val="22"/>
        </w:rPr>
        <w:t>答案：C</w:t>
      </w:r>
      <w:r>
        <w:rPr>
          <w:color w:val="666666"/>
          <w:sz w:val="20"/>
        </w:rPr>
        <w:t xml:space="preserve">  从木星上看，火星是轨道位于木星以内的“内行星”，最大距角只有约17°，永远不会出现冲日。</w:t>
      </w:r>
    </w:p>
    <w:p w14:paraId="0D361489" w14:textId="77777777" w:rsidR="00B33BB5" w:rsidRDefault="00000000">
      <w:pPr>
        <w:spacing w:before="40" w:after="40" w:line="312" w:lineRule="auto"/>
        <w:rPr>
          <w:rFonts w:hint="eastAsia"/>
        </w:rPr>
      </w:pPr>
      <w:r>
        <w:rPr>
          <w:sz w:val="22"/>
        </w:rPr>
        <w:lastRenderedPageBreak/>
        <w:t xml:space="preserve">18. </w:t>
      </w:r>
      <w:r>
        <w:rPr>
          <w:rFonts w:ascii="Arial" w:eastAsia="Arial" w:hAnsi="Arial"/>
          <w:b/>
          <w:color w:val="CC0000"/>
          <w:sz w:val="22"/>
        </w:rPr>
        <w:t>答案：B</w:t>
      </w:r>
      <w:r>
        <w:rPr>
          <w:color w:val="666666"/>
          <w:sz w:val="20"/>
        </w:rPr>
        <w:t xml:space="preserve">  8厘米（80mm）折射望远镜的有效放大倍率约为口径毫米数的1~2倍，即80~160倍，选项中50倍最合适。500倍、5000倍已远超其分辨率极限，像只会又大又糊。</w:t>
      </w:r>
    </w:p>
    <w:p w14:paraId="6EBE786D" w14:textId="77777777" w:rsidR="00B33BB5" w:rsidRDefault="00000000">
      <w:pPr>
        <w:spacing w:before="40" w:after="40" w:line="312" w:lineRule="auto"/>
        <w:rPr>
          <w:rFonts w:hint="eastAsia"/>
        </w:rPr>
      </w:pPr>
      <w:r>
        <w:rPr>
          <w:sz w:val="22"/>
        </w:rPr>
        <w:t xml:space="preserve">19. </w:t>
      </w:r>
      <w:r>
        <w:rPr>
          <w:rFonts w:ascii="Arial" w:eastAsia="Arial" w:hAnsi="Arial"/>
          <w:b/>
          <w:color w:val="CC0000"/>
          <w:sz w:val="22"/>
        </w:rPr>
        <w:t>答案：B</w:t>
      </w:r>
      <w:r>
        <w:rPr>
          <w:color w:val="666666"/>
          <w:sz w:val="20"/>
        </w:rPr>
        <w:t xml:space="preserve">  2004年6月8日发生金星凌日，这是1882年以来的首次，持续约6小时。</w:t>
      </w:r>
    </w:p>
    <w:p w14:paraId="1C1ED154" w14:textId="77777777" w:rsidR="00B33BB5" w:rsidRDefault="00000000">
      <w:pPr>
        <w:spacing w:before="40" w:after="40" w:line="312" w:lineRule="auto"/>
        <w:rPr>
          <w:rFonts w:hint="eastAsia"/>
        </w:rPr>
      </w:pPr>
      <w:r>
        <w:rPr>
          <w:sz w:val="22"/>
        </w:rPr>
        <w:t xml:space="preserve">20. </w:t>
      </w:r>
      <w:r>
        <w:rPr>
          <w:rFonts w:ascii="Arial" w:eastAsia="Arial" w:hAnsi="Arial"/>
          <w:b/>
          <w:color w:val="CC0000"/>
          <w:sz w:val="22"/>
        </w:rPr>
        <w:t>答案：C</w:t>
      </w:r>
      <w:r>
        <w:rPr>
          <w:color w:val="666666"/>
          <w:sz w:val="20"/>
        </w:rPr>
        <w:t xml:space="preserve">  “连珠”是指从垂直于黄道面的方向看，各行星投影到黄道面上的位置大致连成一线；2004年3~4月五大行星黄经相近，但在地面上并不同时可见。</w:t>
      </w:r>
    </w:p>
    <w:p w14:paraId="6551545C" w14:textId="77777777" w:rsidR="00B33BB5" w:rsidRDefault="00000000">
      <w:pPr>
        <w:spacing w:before="40" w:after="40" w:line="312" w:lineRule="auto"/>
        <w:rPr>
          <w:rFonts w:hint="eastAsia"/>
        </w:rPr>
      </w:pPr>
      <w:r>
        <w:rPr>
          <w:sz w:val="22"/>
        </w:rPr>
        <w:t xml:space="preserve">21. </w:t>
      </w:r>
      <w:r>
        <w:rPr>
          <w:rFonts w:ascii="Arial" w:eastAsia="Arial" w:hAnsi="Arial"/>
          <w:b/>
          <w:color w:val="CC0000"/>
          <w:sz w:val="22"/>
        </w:rPr>
        <w:t>答案：A</w:t>
      </w:r>
      <w:r>
        <w:rPr>
          <w:color w:val="666666"/>
          <w:sz w:val="20"/>
        </w:rPr>
        <w:t xml:space="preserve">  塞德娜的近日距约76AU（冥王星约30AU），是当时已知太阳系天体中近日距最大的，这正是它引起轰动的原因。</w:t>
      </w:r>
    </w:p>
    <w:p w14:paraId="7C1E4D3F" w14:textId="77777777" w:rsidR="00B33BB5" w:rsidRDefault="00000000">
      <w:pPr>
        <w:spacing w:before="40" w:after="40" w:line="312" w:lineRule="auto"/>
        <w:rPr>
          <w:rFonts w:hint="eastAsia"/>
        </w:rPr>
      </w:pPr>
      <w:r>
        <w:rPr>
          <w:sz w:val="22"/>
        </w:rPr>
        <w:t xml:space="preserve">22. </w:t>
      </w:r>
      <w:r>
        <w:rPr>
          <w:rFonts w:ascii="Arial" w:eastAsia="Arial" w:hAnsi="Arial"/>
          <w:b/>
          <w:color w:val="CC0000"/>
          <w:sz w:val="22"/>
        </w:rPr>
        <w:t>答案：D</w:t>
      </w:r>
      <w:r>
        <w:rPr>
          <w:color w:val="666666"/>
          <w:sz w:val="20"/>
        </w:rPr>
        <w:t xml:space="preserve">  能否看见一个物体并不取决于它有多“小”：张角、亮度、对比度和物体的延伸长度都起作用。专家把“能分辨”当成了“能看见”的门槛，推理并不成立。</w:t>
      </w:r>
    </w:p>
    <w:p w14:paraId="31866572" w14:textId="77777777" w:rsidR="00B33BB5" w:rsidRDefault="00000000">
      <w:pPr>
        <w:spacing w:before="40" w:after="40" w:line="312" w:lineRule="auto"/>
        <w:rPr>
          <w:rFonts w:hint="eastAsia"/>
        </w:rPr>
      </w:pPr>
      <w:r>
        <w:rPr>
          <w:sz w:val="22"/>
        </w:rPr>
        <w:t xml:space="preserve">23. </w:t>
      </w:r>
      <w:r>
        <w:rPr>
          <w:rFonts w:ascii="Arial" w:eastAsia="Arial" w:hAnsi="Arial"/>
          <w:b/>
          <w:color w:val="CC0000"/>
          <w:sz w:val="22"/>
        </w:rPr>
        <w:t>答案：C</w:t>
      </w:r>
      <w:r>
        <w:rPr>
          <w:color w:val="666666"/>
          <w:sz w:val="20"/>
        </w:rPr>
        <w:t xml:space="preserve">  世界时12时，北京时间属东八区（UTC+8），为当日20时。</w:t>
      </w:r>
    </w:p>
    <w:p w14:paraId="0BEE8E20" w14:textId="77777777" w:rsidR="00B33BB5" w:rsidRDefault="00000000">
      <w:pPr>
        <w:spacing w:before="40" w:after="40" w:line="312" w:lineRule="auto"/>
        <w:rPr>
          <w:rFonts w:hint="eastAsia"/>
        </w:rPr>
      </w:pPr>
      <w:r>
        <w:rPr>
          <w:sz w:val="22"/>
        </w:rPr>
        <w:t xml:space="preserve">24. </w:t>
      </w:r>
      <w:r>
        <w:rPr>
          <w:rFonts w:ascii="Arial" w:eastAsia="Arial" w:hAnsi="Arial"/>
          <w:b/>
          <w:color w:val="CC0000"/>
          <w:sz w:val="22"/>
        </w:rPr>
        <w:t>答案：D</w:t>
      </w:r>
      <w:r>
        <w:rPr>
          <w:color w:val="666666"/>
          <w:sz w:val="20"/>
        </w:rPr>
        <w:t xml:space="preserve">  相隔半年的最大位移0.5″是视差的2倍，故视差p=0.25″，距离d=1/p=4pc=4×206265AU≈83万AU。</w:t>
      </w:r>
    </w:p>
    <w:p w14:paraId="59CF0E95" w14:textId="77777777" w:rsidR="00B33BB5" w:rsidRDefault="00000000">
      <w:pPr>
        <w:spacing w:before="40" w:after="40" w:line="312" w:lineRule="auto"/>
        <w:rPr>
          <w:rFonts w:hint="eastAsia"/>
        </w:rPr>
      </w:pPr>
      <w:r>
        <w:rPr>
          <w:sz w:val="22"/>
        </w:rPr>
        <w:t xml:space="preserve">25. </w:t>
      </w:r>
      <w:r>
        <w:rPr>
          <w:rFonts w:ascii="Arial" w:eastAsia="Arial" w:hAnsi="Arial"/>
          <w:b/>
          <w:color w:val="CC0000"/>
          <w:sz w:val="22"/>
        </w:rPr>
        <w:t>答案：D</w:t>
      </w:r>
      <w:r>
        <w:rPr>
          <w:color w:val="666666"/>
          <w:sz w:val="20"/>
        </w:rPr>
        <w:t xml:space="preserve">  《皇帝的新衣》里只有小孩敢说出“皇帝什么也没穿”。不迷信权威、只相信亲眼所见，正是天文学家应有的性格。</w:t>
      </w:r>
    </w:p>
    <w:p w14:paraId="776F435E" w14:textId="77777777" w:rsidR="00B33BB5" w:rsidRDefault="00000000">
      <w:pPr>
        <w:spacing w:before="240" w:after="160"/>
        <w:rPr>
          <w:rFonts w:hint="eastAsia"/>
        </w:rPr>
      </w:pPr>
      <w:r>
        <w:rPr>
          <w:rFonts w:ascii="黑体" w:eastAsia="黑体" w:hAnsi="黑体"/>
          <w:b/>
          <w:sz w:val="28"/>
        </w:rPr>
        <w:t>高年级组答案速查</w:t>
      </w:r>
    </w:p>
    <w:p w14:paraId="027853CE" w14:textId="77777777" w:rsidR="00B33BB5" w:rsidRDefault="00000000">
      <w:pPr>
        <w:spacing w:before="120" w:after="120" w:line="360" w:lineRule="auto"/>
        <w:rPr>
          <w:rFonts w:hint="eastAsia"/>
        </w:rPr>
      </w:pPr>
      <w:r>
        <w:rPr>
          <w:rFonts w:ascii="Arial" w:eastAsia="Arial" w:hAnsi="Arial"/>
          <w:b/>
          <w:color w:val="CC0000"/>
          <w:sz w:val="28"/>
        </w:rPr>
        <w:t xml:space="preserve">DBABD  CBACC  CBACA  CDBCA  DDBBC  BCCDD  </w:t>
      </w:r>
    </w:p>
    <w:p w14:paraId="5D33B39E" w14:textId="77777777" w:rsidR="00B33BB5" w:rsidRDefault="00000000">
      <w:pPr>
        <w:spacing w:before="240" w:after="160"/>
        <w:rPr>
          <w:rFonts w:hint="eastAsia"/>
        </w:rPr>
      </w:pPr>
      <w:r>
        <w:rPr>
          <w:rFonts w:ascii="黑体" w:eastAsia="黑体" w:hAnsi="黑体"/>
          <w:b/>
          <w:sz w:val="28"/>
        </w:rPr>
        <w:t>高年级组逐题答案与解析</w:t>
      </w:r>
    </w:p>
    <w:p w14:paraId="237E8D91" w14:textId="77777777" w:rsidR="00B33BB5" w:rsidRDefault="00000000">
      <w:pPr>
        <w:spacing w:before="40" w:after="40" w:line="312" w:lineRule="auto"/>
        <w:rPr>
          <w:rFonts w:hint="eastAsia"/>
        </w:rPr>
      </w:pPr>
      <w:r>
        <w:rPr>
          <w:sz w:val="22"/>
        </w:rPr>
        <w:t xml:space="preserve">01. </w:t>
      </w:r>
      <w:r>
        <w:rPr>
          <w:rFonts w:ascii="Arial" w:eastAsia="Arial" w:hAnsi="Arial"/>
          <w:b/>
          <w:color w:val="CC0000"/>
          <w:sz w:val="22"/>
        </w:rPr>
        <w:t>答案：D</w:t>
      </w:r>
      <w:r>
        <w:rPr>
          <w:color w:val="666666"/>
          <w:sz w:val="20"/>
        </w:rPr>
        <w:t xml:space="preserve">  昴星团（M45）位于金牛座。</w:t>
      </w:r>
    </w:p>
    <w:p w14:paraId="4909C400" w14:textId="77777777" w:rsidR="00B33BB5" w:rsidRDefault="00000000">
      <w:pPr>
        <w:spacing w:before="40" w:after="40" w:line="312" w:lineRule="auto"/>
        <w:rPr>
          <w:rFonts w:hint="eastAsia"/>
        </w:rPr>
      </w:pPr>
      <w:r>
        <w:rPr>
          <w:sz w:val="22"/>
        </w:rPr>
        <w:t xml:space="preserve">02. </w:t>
      </w:r>
      <w:r>
        <w:rPr>
          <w:rFonts w:ascii="Arial" w:eastAsia="Arial" w:hAnsi="Arial"/>
          <w:b/>
          <w:color w:val="CC0000"/>
          <w:sz w:val="22"/>
        </w:rPr>
        <w:t>答案：B</w:t>
      </w:r>
      <w:r>
        <w:rPr>
          <w:color w:val="666666"/>
          <w:sz w:val="20"/>
        </w:rPr>
        <w:t xml:space="preserve">  M7（托勒密星团）位于天蝎座尾部，是肉眼可见的疏散星团。</w:t>
      </w:r>
    </w:p>
    <w:p w14:paraId="16B1030D" w14:textId="77777777" w:rsidR="00B33BB5" w:rsidRDefault="00000000">
      <w:pPr>
        <w:spacing w:before="40" w:after="40" w:line="312" w:lineRule="auto"/>
        <w:rPr>
          <w:rFonts w:hint="eastAsia"/>
        </w:rPr>
      </w:pPr>
      <w:r>
        <w:rPr>
          <w:sz w:val="22"/>
        </w:rPr>
        <w:t xml:space="preserve">03. </w:t>
      </w:r>
      <w:r>
        <w:rPr>
          <w:rFonts w:ascii="Arial" w:eastAsia="Arial" w:hAnsi="Arial"/>
          <w:b/>
          <w:color w:val="CC0000"/>
          <w:sz w:val="22"/>
        </w:rPr>
        <w:t>答案：A</w:t>
      </w:r>
      <w:r>
        <w:rPr>
          <w:color w:val="666666"/>
          <w:sz w:val="20"/>
        </w:rPr>
        <w:t xml:space="preserve">  北冕座西邻武仙座、南邻巨蛇座和牧夫座；半人马座、大熊座、后发座都不与它相邻。</w:t>
      </w:r>
    </w:p>
    <w:p w14:paraId="1FCED567" w14:textId="77777777" w:rsidR="00B33BB5" w:rsidRDefault="00000000">
      <w:pPr>
        <w:spacing w:before="40" w:after="40" w:line="312" w:lineRule="auto"/>
        <w:rPr>
          <w:rFonts w:hint="eastAsia"/>
        </w:rPr>
      </w:pPr>
      <w:r>
        <w:rPr>
          <w:sz w:val="22"/>
        </w:rPr>
        <w:t xml:space="preserve">04. </w:t>
      </w:r>
      <w:r>
        <w:rPr>
          <w:rFonts w:ascii="Arial" w:eastAsia="Arial" w:hAnsi="Arial"/>
          <w:b/>
          <w:color w:val="CC0000"/>
          <w:sz w:val="22"/>
        </w:rPr>
        <w:t>答案：B</w:t>
      </w:r>
      <w:r>
        <w:rPr>
          <w:color w:val="666666"/>
          <w:sz w:val="20"/>
        </w:rPr>
        <w:t xml:space="preserve">  银河穿过天鹅座、仙后座、英仙座，牧夫座远离银道面，离银河方向最远。</w:t>
      </w:r>
    </w:p>
    <w:p w14:paraId="5CDD956D" w14:textId="77777777" w:rsidR="00B33BB5" w:rsidRDefault="00000000">
      <w:pPr>
        <w:spacing w:before="40" w:after="40" w:line="312" w:lineRule="auto"/>
        <w:rPr>
          <w:rFonts w:hint="eastAsia"/>
        </w:rPr>
      </w:pPr>
      <w:r>
        <w:rPr>
          <w:sz w:val="22"/>
        </w:rPr>
        <w:t xml:space="preserve">05. </w:t>
      </w:r>
      <w:r>
        <w:rPr>
          <w:rFonts w:ascii="Arial" w:eastAsia="Arial" w:hAnsi="Arial"/>
          <w:b/>
          <w:color w:val="CC0000"/>
          <w:sz w:val="22"/>
        </w:rPr>
        <w:t>答案：D</w:t>
      </w:r>
      <w:r>
        <w:rPr>
          <w:color w:val="666666"/>
          <w:sz w:val="20"/>
        </w:rPr>
        <w:t xml:space="preserve">  岁差使春分点逐年西移，目前春分点已位于双鱼座（紧邻白羊座西侧）。</w:t>
      </w:r>
    </w:p>
    <w:p w14:paraId="3BBA5B9A" w14:textId="77777777" w:rsidR="00B33BB5" w:rsidRDefault="00000000">
      <w:pPr>
        <w:spacing w:before="40" w:after="40" w:line="312" w:lineRule="auto"/>
        <w:rPr>
          <w:rFonts w:hint="eastAsia"/>
        </w:rPr>
      </w:pPr>
      <w:r>
        <w:rPr>
          <w:sz w:val="22"/>
        </w:rPr>
        <w:t xml:space="preserve">06. </w:t>
      </w:r>
      <w:r>
        <w:rPr>
          <w:rFonts w:ascii="Arial" w:eastAsia="Arial" w:hAnsi="Arial"/>
          <w:b/>
          <w:color w:val="CC0000"/>
          <w:sz w:val="22"/>
        </w:rPr>
        <w:t>答案：C</w:t>
      </w:r>
      <w:r>
        <w:rPr>
          <w:color w:val="666666"/>
          <w:sz w:val="20"/>
        </w:rPr>
        <w:t xml:space="preserve">  周兴明先后发现60余颗SOHO彗星，是当时发现SOHO彗星最多的中国人。</w:t>
      </w:r>
    </w:p>
    <w:p w14:paraId="7758F716" w14:textId="77777777" w:rsidR="00B33BB5" w:rsidRDefault="00000000">
      <w:pPr>
        <w:spacing w:before="40" w:after="40" w:line="312" w:lineRule="auto"/>
        <w:rPr>
          <w:rFonts w:hint="eastAsia"/>
        </w:rPr>
      </w:pPr>
      <w:r>
        <w:rPr>
          <w:sz w:val="22"/>
        </w:rPr>
        <w:t xml:space="preserve">07. </w:t>
      </w:r>
      <w:r>
        <w:rPr>
          <w:rFonts w:ascii="Arial" w:eastAsia="Arial" w:hAnsi="Arial"/>
          <w:b/>
          <w:color w:val="CC0000"/>
          <w:sz w:val="22"/>
        </w:rPr>
        <w:t>答案：B</w:t>
      </w:r>
      <w:r>
        <w:rPr>
          <w:color w:val="666666"/>
          <w:sz w:val="20"/>
        </w:rPr>
        <w:t xml:space="preserve">  国际永久编号12106的小行星被命名为“孟奂”。</w:t>
      </w:r>
    </w:p>
    <w:p w14:paraId="2B0C0686" w14:textId="77777777" w:rsidR="00B33BB5" w:rsidRDefault="00000000">
      <w:pPr>
        <w:spacing w:before="40" w:after="40" w:line="312" w:lineRule="auto"/>
        <w:rPr>
          <w:rFonts w:hint="eastAsia"/>
        </w:rPr>
      </w:pPr>
      <w:r>
        <w:rPr>
          <w:sz w:val="22"/>
        </w:rPr>
        <w:t xml:space="preserve">08. </w:t>
      </w:r>
      <w:r>
        <w:rPr>
          <w:rFonts w:ascii="Arial" w:eastAsia="Arial" w:hAnsi="Arial"/>
          <w:b/>
          <w:color w:val="CC0000"/>
          <w:sz w:val="22"/>
        </w:rPr>
        <w:t>答案：A</w:t>
      </w:r>
      <w:r>
        <w:rPr>
          <w:color w:val="666666"/>
          <w:sz w:val="20"/>
        </w:rPr>
        <w:t xml:space="preserve">  三、四月份新月前后，太阳位于黄道上梅西叶天体最稀疏的一段，一夜之间能依次观测到几乎全部梅西叶天体，故称“马拉松”。</w:t>
      </w:r>
    </w:p>
    <w:p w14:paraId="0762FC27" w14:textId="77777777" w:rsidR="00B33BB5" w:rsidRDefault="00000000">
      <w:pPr>
        <w:spacing w:before="40" w:after="40" w:line="312" w:lineRule="auto"/>
        <w:rPr>
          <w:rFonts w:hint="eastAsia"/>
        </w:rPr>
      </w:pPr>
      <w:r>
        <w:rPr>
          <w:sz w:val="22"/>
        </w:rPr>
        <w:t xml:space="preserve">09. </w:t>
      </w:r>
      <w:r>
        <w:rPr>
          <w:rFonts w:ascii="Arial" w:eastAsia="Arial" w:hAnsi="Arial"/>
          <w:b/>
          <w:color w:val="CC0000"/>
          <w:sz w:val="22"/>
        </w:rPr>
        <w:t>答案：C</w:t>
      </w:r>
      <w:r>
        <w:rPr>
          <w:color w:val="666666"/>
          <w:sz w:val="20"/>
        </w:rPr>
        <w:t xml:space="preserve">  1光年=9.46×10¹²km≈6.3万天文单位。</w:t>
      </w:r>
    </w:p>
    <w:p w14:paraId="7B7023DB" w14:textId="77777777" w:rsidR="00B33BB5" w:rsidRDefault="00000000">
      <w:pPr>
        <w:spacing w:before="40" w:after="40" w:line="312" w:lineRule="auto"/>
        <w:rPr>
          <w:rFonts w:hint="eastAsia"/>
        </w:rPr>
      </w:pPr>
      <w:r>
        <w:rPr>
          <w:sz w:val="22"/>
        </w:rPr>
        <w:t xml:space="preserve">10. </w:t>
      </w:r>
      <w:r>
        <w:rPr>
          <w:rFonts w:ascii="Arial" w:eastAsia="Arial" w:hAnsi="Arial"/>
          <w:b/>
          <w:color w:val="CC0000"/>
          <w:sz w:val="22"/>
        </w:rPr>
        <w:t>答案：C</w:t>
      </w:r>
      <w:r>
        <w:rPr>
          <w:color w:val="666666"/>
          <w:sz w:val="20"/>
        </w:rPr>
        <w:t xml:space="preserve">  银河系盘面直径约10万光年。</w:t>
      </w:r>
    </w:p>
    <w:p w14:paraId="181C7189" w14:textId="77777777" w:rsidR="00B33BB5" w:rsidRDefault="00000000">
      <w:pPr>
        <w:spacing w:before="40" w:after="40" w:line="312" w:lineRule="auto"/>
        <w:rPr>
          <w:rFonts w:hint="eastAsia"/>
        </w:rPr>
      </w:pPr>
      <w:r>
        <w:rPr>
          <w:sz w:val="22"/>
        </w:rPr>
        <w:t xml:space="preserve">11. </w:t>
      </w:r>
      <w:r>
        <w:rPr>
          <w:rFonts w:ascii="Arial" w:eastAsia="Arial" w:hAnsi="Arial"/>
          <w:b/>
          <w:color w:val="CC0000"/>
          <w:sz w:val="22"/>
        </w:rPr>
        <w:t>答案：C</w:t>
      </w:r>
      <w:r>
        <w:rPr>
          <w:color w:val="666666"/>
          <w:sz w:val="20"/>
        </w:rPr>
        <w:t xml:space="preserve">  2003年8月27日火星大冲，视直径约25″，是近6万年来最近的一次。</w:t>
      </w:r>
    </w:p>
    <w:p w14:paraId="163C5AAE" w14:textId="77777777" w:rsidR="00B33BB5" w:rsidRDefault="00000000">
      <w:pPr>
        <w:spacing w:before="40" w:after="40" w:line="312" w:lineRule="auto"/>
        <w:rPr>
          <w:rFonts w:hint="eastAsia"/>
        </w:rPr>
      </w:pPr>
      <w:r>
        <w:rPr>
          <w:sz w:val="22"/>
        </w:rPr>
        <w:t xml:space="preserve">12. </w:t>
      </w:r>
      <w:r>
        <w:rPr>
          <w:rFonts w:ascii="Arial" w:eastAsia="Arial" w:hAnsi="Arial"/>
          <w:b/>
          <w:color w:val="CC0000"/>
          <w:sz w:val="22"/>
        </w:rPr>
        <w:t>答案：B</w:t>
      </w:r>
      <w:r>
        <w:rPr>
          <w:color w:val="666666"/>
          <w:sz w:val="20"/>
        </w:rPr>
        <w:t xml:space="preserve">  2004年6月8日发生金星凌日。</w:t>
      </w:r>
    </w:p>
    <w:p w14:paraId="246F8ABF" w14:textId="77777777" w:rsidR="00B33BB5" w:rsidRDefault="00000000">
      <w:pPr>
        <w:spacing w:before="40" w:after="40" w:line="312" w:lineRule="auto"/>
        <w:rPr>
          <w:rFonts w:hint="eastAsia"/>
        </w:rPr>
      </w:pPr>
      <w:r>
        <w:rPr>
          <w:sz w:val="22"/>
        </w:rPr>
        <w:t xml:space="preserve">13. </w:t>
      </w:r>
      <w:r>
        <w:rPr>
          <w:rFonts w:ascii="Arial" w:eastAsia="Arial" w:hAnsi="Arial"/>
          <w:b/>
          <w:color w:val="CC0000"/>
          <w:sz w:val="22"/>
        </w:rPr>
        <w:t>答案：A</w:t>
      </w:r>
      <w:r>
        <w:rPr>
          <w:color w:val="666666"/>
          <w:sz w:val="20"/>
        </w:rPr>
        <w:t xml:space="preserve">  太阳和月亮的视直径都约0.5°，看上去差不多大。</w:t>
      </w:r>
    </w:p>
    <w:p w14:paraId="662A8A71" w14:textId="77777777" w:rsidR="00B33BB5" w:rsidRDefault="00000000">
      <w:pPr>
        <w:spacing w:before="40" w:after="40" w:line="312" w:lineRule="auto"/>
        <w:rPr>
          <w:rFonts w:hint="eastAsia"/>
        </w:rPr>
      </w:pPr>
      <w:r>
        <w:rPr>
          <w:sz w:val="22"/>
        </w:rPr>
        <w:t xml:space="preserve">14. </w:t>
      </w:r>
      <w:r>
        <w:rPr>
          <w:rFonts w:ascii="Arial" w:eastAsia="Arial" w:hAnsi="Arial"/>
          <w:b/>
          <w:color w:val="CC0000"/>
          <w:sz w:val="22"/>
        </w:rPr>
        <w:t>答案：C</w:t>
      </w:r>
      <w:r>
        <w:rPr>
          <w:color w:val="666666"/>
          <w:sz w:val="20"/>
        </w:rPr>
        <w:t xml:space="preserve">  地球静止轨道卫星高度约35800km，即约四万公里。</w:t>
      </w:r>
    </w:p>
    <w:p w14:paraId="090DEEB7" w14:textId="77777777" w:rsidR="00B33BB5" w:rsidRDefault="00000000">
      <w:pPr>
        <w:spacing w:before="40" w:after="40" w:line="312" w:lineRule="auto"/>
        <w:rPr>
          <w:rFonts w:hint="eastAsia"/>
        </w:rPr>
      </w:pPr>
      <w:r>
        <w:rPr>
          <w:sz w:val="22"/>
        </w:rPr>
        <w:lastRenderedPageBreak/>
        <w:t xml:space="preserve">15. </w:t>
      </w:r>
      <w:r>
        <w:rPr>
          <w:rFonts w:ascii="Arial" w:eastAsia="Arial" w:hAnsi="Arial"/>
          <w:b/>
          <w:color w:val="CC0000"/>
          <w:sz w:val="22"/>
        </w:rPr>
        <w:t>答案：A</w:t>
      </w:r>
      <w:r>
        <w:rPr>
          <w:color w:val="666666"/>
          <w:sz w:val="20"/>
        </w:rPr>
        <w:t xml:space="preserve">  塞德娜的近日距约76AU，是当时已知太阳系天体中近日距最大的。</w:t>
      </w:r>
    </w:p>
    <w:p w14:paraId="768B97E7" w14:textId="77777777" w:rsidR="00B33BB5" w:rsidRDefault="00000000">
      <w:pPr>
        <w:spacing w:before="40" w:after="40" w:line="312" w:lineRule="auto"/>
        <w:rPr>
          <w:rFonts w:hint="eastAsia"/>
        </w:rPr>
      </w:pPr>
      <w:r>
        <w:rPr>
          <w:sz w:val="22"/>
        </w:rPr>
        <w:t xml:space="preserve">16. </w:t>
      </w:r>
      <w:r>
        <w:rPr>
          <w:rFonts w:ascii="Arial" w:eastAsia="Arial" w:hAnsi="Arial"/>
          <w:b/>
          <w:color w:val="CC0000"/>
          <w:sz w:val="22"/>
        </w:rPr>
        <w:t>答案：C</w:t>
      </w:r>
      <w:r>
        <w:rPr>
          <w:color w:val="666666"/>
          <w:sz w:val="20"/>
        </w:rPr>
        <w:t xml:space="preserve">  “五星连珠”指五颗行星投影到黄道面上大致连成一线，是几何意义上的“连”，并非地面上同时可见。</w:t>
      </w:r>
    </w:p>
    <w:p w14:paraId="644F6650" w14:textId="77777777" w:rsidR="00B33BB5" w:rsidRDefault="00000000">
      <w:pPr>
        <w:spacing w:before="40" w:after="40" w:line="312" w:lineRule="auto"/>
        <w:rPr>
          <w:rFonts w:hint="eastAsia"/>
        </w:rPr>
      </w:pPr>
      <w:r>
        <w:rPr>
          <w:sz w:val="22"/>
        </w:rPr>
        <w:t xml:space="preserve">17. </w:t>
      </w:r>
      <w:r>
        <w:rPr>
          <w:rFonts w:ascii="Arial" w:eastAsia="Arial" w:hAnsi="Arial"/>
          <w:b/>
          <w:color w:val="CC0000"/>
          <w:sz w:val="22"/>
        </w:rPr>
        <w:t>答案：D</w:t>
      </w:r>
      <w:r>
        <w:rPr>
          <w:color w:val="666666"/>
          <w:sz w:val="20"/>
        </w:rPr>
        <w:t xml:space="preserve">  能否看见取决于张角、亮度对比和延伸长度，“物体太小就一定看不见”的推理不成立。</w:t>
      </w:r>
    </w:p>
    <w:p w14:paraId="5514EC65" w14:textId="77777777" w:rsidR="00B33BB5" w:rsidRDefault="00000000">
      <w:pPr>
        <w:spacing w:before="40" w:after="40" w:line="312" w:lineRule="auto"/>
        <w:rPr>
          <w:rFonts w:hint="eastAsia"/>
        </w:rPr>
      </w:pPr>
      <w:r>
        <w:rPr>
          <w:sz w:val="22"/>
        </w:rPr>
        <w:t xml:space="preserve">18. </w:t>
      </w:r>
      <w:r>
        <w:rPr>
          <w:rFonts w:ascii="Arial" w:eastAsia="Arial" w:hAnsi="Arial"/>
          <w:b/>
          <w:color w:val="CC0000"/>
          <w:sz w:val="22"/>
        </w:rPr>
        <w:t>答案：B</w:t>
      </w:r>
      <w:r>
        <w:rPr>
          <w:color w:val="666666"/>
          <w:sz w:val="20"/>
        </w:rPr>
        <w:t xml:space="preserve">  2004年5月C/2001 Q4（NEAT）在傍晚西方低空增亮到1~2等，北京可用肉眼看到。</w:t>
      </w:r>
    </w:p>
    <w:p w14:paraId="1EBDB6A9" w14:textId="77777777" w:rsidR="00B33BB5" w:rsidRDefault="00000000">
      <w:pPr>
        <w:spacing w:before="40" w:after="40" w:line="312" w:lineRule="auto"/>
        <w:rPr>
          <w:rFonts w:hint="eastAsia"/>
        </w:rPr>
      </w:pPr>
      <w:r>
        <w:rPr>
          <w:sz w:val="22"/>
        </w:rPr>
        <w:t xml:space="preserve">19. </w:t>
      </w:r>
      <w:r>
        <w:rPr>
          <w:rFonts w:ascii="Arial" w:eastAsia="Arial" w:hAnsi="Arial"/>
          <w:b/>
          <w:color w:val="CC0000"/>
          <w:sz w:val="22"/>
        </w:rPr>
        <w:t>答案：C</w:t>
      </w:r>
      <w:r>
        <w:rPr>
          <w:color w:val="666666"/>
          <w:sz w:val="20"/>
        </w:rPr>
        <w:t xml:space="preserve">  流星在80~120km高空发光，比10km巡航高度的客机高约10倍。</w:t>
      </w:r>
    </w:p>
    <w:p w14:paraId="6F152E4F" w14:textId="77777777" w:rsidR="00B33BB5" w:rsidRDefault="00000000">
      <w:pPr>
        <w:spacing w:before="40" w:after="40" w:line="312" w:lineRule="auto"/>
        <w:rPr>
          <w:rFonts w:hint="eastAsia"/>
        </w:rPr>
      </w:pPr>
      <w:r>
        <w:rPr>
          <w:sz w:val="22"/>
        </w:rPr>
        <w:t xml:space="preserve">20. </w:t>
      </w:r>
      <w:r>
        <w:rPr>
          <w:rFonts w:ascii="Arial" w:eastAsia="Arial" w:hAnsi="Arial"/>
          <w:b/>
          <w:color w:val="CC0000"/>
          <w:sz w:val="22"/>
        </w:rPr>
        <w:t>答案：A</w:t>
      </w:r>
      <w:r>
        <w:rPr>
          <w:color w:val="666666"/>
          <w:sz w:val="20"/>
        </w:rPr>
        <w:t xml:space="preserve">  星等是天体的客观亮度标度，不随天气与天光改变；“看上去不那么亮”只是对比度下降的视觉效果。</w:t>
      </w:r>
    </w:p>
    <w:p w14:paraId="1A9E8064" w14:textId="77777777" w:rsidR="00B33BB5" w:rsidRDefault="00000000">
      <w:pPr>
        <w:spacing w:before="40" w:after="40" w:line="312" w:lineRule="auto"/>
        <w:rPr>
          <w:rFonts w:hint="eastAsia"/>
        </w:rPr>
      </w:pPr>
      <w:r>
        <w:rPr>
          <w:sz w:val="22"/>
        </w:rPr>
        <w:t xml:space="preserve">21. </w:t>
      </w:r>
      <w:r>
        <w:rPr>
          <w:rFonts w:ascii="Arial" w:eastAsia="Arial" w:hAnsi="Arial"/>
          <w:b/>
          <w:color w:val="CC0000"/>
          <w:sz w:val="22"/>
        </w:rPr>
        <w:t>答案：D</w:t>
      </w:r>
      <w:r>
        <w:rPr>
          <w:color w:val="666666"/>
          <w:sz w:val="20"/>
        </w:rPr>
        <w:t xml:space="preserve">  本世纪初已定轨的近地小行星中，被列入“未来百年内有撞击可能”风险表的已有上百颗（此后发现更多），只是撞击概率都极小。</w:t>
      </w:r>
    </w:p>
    <w:p w14:paraId="4DB04130" w14:textId="77777777" w:rsidR="00B33BB5" w:rsidRDefault="00000000">
      <w:pPr>
        <w:spacing w:before="40" w:after="40" w:line="312" w:lineRule="auto"/>
        <w:rPr>
          <w:rFonts w:hint="eastAsia"/>
        </w:rPr>
      </w:pPr>
      <w:r>
        <w:rPr>
          <w:sz w:val="22"/>
        </w:rPr>
        <w:t xml:space="preserve">22. </w:t>
      </w:r>
      <w:r>
        <w:rPr>
          <w:rFonts w:ascii="Arial" w:eastAsia="Arial" w:hAnsi="Arial"/>
          <w:b/>
          <w:color w:val="CC0000"/>
          <w:sz w:val="22"/>
        </w:rPr>
        <w:t>答案：D</w:t>
      </w:r>
      <w:r>
        <w:rPr>
          <w:color w:val="666666"/>
          <w:sz w:val="20"/>
        </w:rPr>
        <w:t xml:space="preserve">  流星在80~120km高空发光，声音传到地面需要数分钟，不可能与闪光“同时”听到；火流星的巨响总是滞后到达。</w:t>
      </w:r>
    </w:p>
    <w:p w14:paraId="7DC1A580" w14:textId="77777777" w:rsidR="00B33BB5" w:rsidRDefault="00000000">
      <w:pPr>
        <w:spacing w:before="40" w:after="40" w:line="312" w:lineRule="auto"/>
        <w:rPr>
          <w:rFonts w:hint="eastAsia"/>
        </w:rPr>
      </w:pPr>
      <w:r>
        <w:rPr>
          <w:sz w:val="22"/>
        </w:rPr>
        <w:t xml:space="preserve">23. </w:t>
      </w:r>
      <w:r>
        <w:rPr>
          <w:rFonts w:ascii="Arial" w:eastAsia="Arial" w:hAnsi="Arial"/>
          <w:b/>
          <w:color w:val="CC0000"/>
          <w:sz w:val="22"/>
        </w:rPr>
        <w:t>答案：B</w:t>
      </w:r>
      <w:r>
        <w:rPr>
          <w:color w:val="666666"/>
          <w:sz w:val="20"/>
        </w:rPr>
        <w:t xml:space="preserve">  英仙座流星雨的极大出现在每年8月12~13日前后。</w:t>
      </w:r>
    </w:p>
    <w:p w14:paraId="08F72241" w14:textId="77777777" w:rsidR="00B33BB5" w:rsidRDefault="00000000">
      <w:pPr>
        <w:spacing w:before="40" w:after="40" w:line="312" w:lineRule="auto"/>
        <w:rPr>
          <w:rFonts w:hint="eastAsia"/>
        </w:rPr>
      </w:pPr>
      <w:r>
        <w:rPr>
          <w:sz w:val="22"/>
        </w:rPr>
        <w:t xml:space="preserve">24. </w:t>
      </w:r>
      <w:r>
        <w:rPr>
          <w:rFonts w:ascii="Arial" w:eastAsia="Arial" w:hAnsi="Arial"/>
          <w:b/>
          <w:color w:val="CC0000"/>
          <w:sz w:val="22"/>
        </w:rPr>
        <w:t>答案：C</w:t>
      </w:r>
      <w:r>
        <w:rPr>
          <w:color w:val="666666"/>
          <w:sz w:val="20"/>
        </w:rPr>
        <w:t xml:space="preserve">  火星轨道位于木星以内，从木星看它是内行星，最大距角约17°，不可能冲日。</w:t>
      </w:r>
    </w:p>
    <w:p w14:paraId="0BE9C9BE" w14:textId="77777777" w:rsidR="00B33BB5" w:rsidRDefault="00000000">
      <w:pPr>
        <w:spacing w:before="40" w:after="40" w:line="312" w:lineRule="auto"/>
        <w:rPr>
          <w:rFonts w:hint="eastAsia"/>
        </w:rPr>
      </w:pPr>
      <w:r>
        <w:rPr>
          <w:sz w:val="22"/>
        </w:rPr>
        <w:t xml:space="preserve">25. </w:t>
      </w:r>
      <w:r>
        <w:rPr>
          <w:rFonts w:ascii="Arial" w:eastAsia="Arial" w:hAnsi="Arial"/>
          <w:b/>
          <w:color w:val="CC0000"/>
          <w:sz w:val="22"/>
        </w:rPr>
        <w:t>答案：B</w:t>
      </w:r>
      <w:r>
        <w:rPr>
          <w:color w:val="666666"/>
          <w:sz w:val="20"/>
        </w:rPr>
        <w:t xml:space="preserve">  天顶的赤纬恒等于当地纬度，一天中不变；天顶的赤经、恒星的时角都随地球自转不断变化，而恒星的赤经是固定坐标。</w:t>
      </w:r>
    </w:p>
    <w:p w14:paraId="22ED455B" w14:textId="77777777" w:rsidR="00B33BB5" w:rsidRDefault="00000000">
      <w:pPr>
        <w:spacing w:before="40" w:after="40" w:line="312" w:lineRule="auto"/>
        <w:rPr>
          <w:rFonts w:hint="eastAsia"/>
        </w:rPr>
      </w:pPr>
      <w:r>
        <w:rPr>
          <w:sz w:val="22"/>
        </w:rPr>
        <w:t xml:space="preserve">26. </w:t>
      </w:r>
      <w:r>
        <w:rPr>
          <w:rFonts w:ascii="Arial" w:eastAsia="Arial" w:hAnsi="Arial"/>
          <w:b/>
          <w:color w:val="CC0000"/>
          <w:sz w:val="22"/>
        </w:rPr>
        <w:t>答案：B</w:t>
      </w:r>
      <w:r>
        <w:rPr>
          <w:color w:val="666666"/>
          <w:sz w:val="20"/>
        </w:rPr>
        <w:t xml:space="preserve">  8厘米望远镜的有效放大倍率约80~160倍，选项中50倍最合适。</w:t>
      </w:r>
    </w:p>
    <w:p w14:paraId="038A8AE8" w14:textId="77777777" w:rsidR="00B33BB5" w:rsidRDefault="00000000">
      <w:pPr>
        <w:spacing w:before="40" w:after="40" w:line="312" w:lineRule="auto"/>
        <w:rPr>
          <w:rFonts w:hint="eastAsia"/>
        </w:rPr>
      </w:pPr>
      <w:r>
        <w:rPr>
          <w:sz w:val="22"/>
        </w:rPr>
        <w:t xml:space="preserve">27. </w:t>
      </w:r>
      <w:r>
        <w:rPr>
          <w:rFonts w:ascii="Arial" w:eastAsia="Arial" w:hAnsi="Arial"/>
          <w:b/>
          <w:color w:val="CC0000"/>
          <w:sz w:val="22"/>
        </w:rPr>
        <w:t>答案：C</w:t>
      </w:r>
      <w:r>
        <w:rPr>
          <w:color w:val="666666"/>
          <w:sz w:val="20"/>
        </w:rPr>
        <w:t xml:space="preserve">  世界时12时，北京时间为当日20时。</w:t>
      </w:r>
    </w:p>
    <w:p w14:paraId="74FF8766" w14:textId="77777777" w:rsidR="00B33BB5" w:rsidRDefault="00000000">
      <w:pPr>
        <w:spacing w:before="40" w:after="40" w:line="312" w:lineRule="auto"/>
        <w:rPr>
          <w:rFonts w:hint="eastAsia"/>
        </w:rPr>
      </w:pPr>
      <w:r>
        <w:rPr>
          <w:sz w:val="22"/>
        </w:rPr>
        <w:t xml:space="preserve">28. </w:t>
      </w:r>
      <w:r>
        <w:rPr>
          <w:rFonts w:ascii="Arial" w:eastAsia="Arial" w:hAnsi="Arial"/>
          <w:b/>
          <w:color w:val="CC0000"/>
          <w:sz w:val="22"/>
        </w:rPr>
        <w:t>答案：C</w:t>
      </w:r>
      <w:r>
        <w:rPr>
          <w:color w:val="666666"/>
          <w:sz w:val="20"/>
        </w:rPr>
        <w:t xml:space="preserve">  5月5日太阳赤经约2h50m，月全食发生在望，月亮与太阳相对，赤经约14h50m，即约15h，位于室女座—天秤座一带。</w:t>
      </w:r>
    </w:p>
    <w:p w14:paraId="09FA38D6" w14:textId="77777777" w:rsidR="00B33BB5" w:rsidRDefault="00000000">
      <w:pPr>
        <w:spacing w:before="40" w:after="40" w:line="312" w:lineRule="auto"/>
        <w:rPr>
          <w:rFonts w:hint="eastAsia"/>
        </w:rPr>
      </w:pPr>
      <w:r>
        <w:rPr>
          <w:sz w:val="22"/>
        </w:rPr>
        <w:t xml:space="preserve">29. </w:t>
      </w:r>
      <w:r>
        <w:rPr>
          <w:rFonts w:ascii="Arial" w:eastAsia="Arial" w:hAnsi="Arial"/>
          <w:b/>
          <w:color w:val="CC0000"/>
          <w:sz w:val="22"/>
        </w:rPr>
        <w:t>答案：D</w:t>
      </w:r>
      <w:r>
        <w:rPr>
          <w:color w:val="666666"/>
          <w:sz w:val="20"/>
        </w:rPr>
        <w:t xml:space="preserve">  相隔半年的最大位移0.5″是视差的2倍，p=0.25″，d=1/p=4pc≈83万AU。</w:t>
      </w:r>
    </w:p>
    <w:p w14:paraId="5F63290E" w14:textId="77777777" w:rsidR="00B33BB5" w:rsidRDefault="00000000">
      <w:pPr>
        <w:spacing w:before="40" w:after="40" w:line="312" w:lineRule="auto"/>
        <w:rPr>
          <w:rFonts w:hint="eastAsia"/>
        </w:rPr>
      </w:pPr>
      <w:r>
        <w:rPr>
          <w:sz w:val="22"/>
        </w:rPr>
        <w:t xml:space="preserve">30. </w:t>
      </w:r>
      <w:r>
        <w:rPr>
          <w:rFonts w:ascii="Arial" w:eastAsia="Arial" w:hAnsi="Arial"/>
          <w:b/>
          <w:color w:val="CC0000"/>
          <w:sz w:val="22"/>
        </w:rPr>
        <w:t>答案：D</w:t>
      </w:r>
      <w:r>
        <w:rPr>
          <w:color w:val="666666"/>
          <w:sz w:val="20"/>
        </w:rPr>
        <w:t xml:space="preserve">  只有小孩敢说真话，只认事实、不惧权威，最像天文学家。</w:t>
      </w:r>
    </w:p>
    <w:sectPr w:rsidR="00B33BB5"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07323445">
    <w:abstractNumId w:val="8"/>
  </w:num>
  <w:num w:numId="2" w16cid:durableId="1497301229">
    <w:abstractNumId w:val="6"/>
  </w:num>
  <w:num w:numId="3" w16cid:durableId="1991784590">
    <w:abstractNumId w:val="5"/>
  </w:num>
  <w:num w:numId="4" w16cid:durableId="356585098">
    <w:abstractNumId w:val="4"/>
  </w:num>
  <w:num w:numId="5" w16cid:durableId="2123844248">
    <w:abstractNumId w:val="7"/>
  </w:num>
  <w:num w:numId="6" w16cid:durableId="736590764">
    <w:abstractNumId w:val="3"/>
  </w:num>
  <w:num w:numId="7" w16cid:durableId="984554401">
    <w:abstractNumId w:val="2"/>
  </w:num>
  <w:num w:numId="8" w16cid:durableId="1911191214">
    <w:abstractNumId w:val="1"/>
  </w:num>
  <w:num w:numId="9" w16cid:durableId="873272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7B3F"/>
    <w:rsid w:val="0029639D"/>
    <w:rsid w:val="00326F90"/>
    <w:rsid w:val="00AA1D8D"/>
    <w:rsid w:val="00B33BB5"/>
    <w:rsid w:val="00B47730"/>
    <w:rsid w:val="00CB0664"/>
    <w:rsid w:val="00D13D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320DCE"/>
  <w14:defaultImageDpi w14:val="300"/>
  <w15:docId w15:val="{66F826CB-ED19-439B-ACBA-992684FD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宋体" w:eastAsia="宋体" w:hAnsi="宋体"/>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2026-10-27T05:35:00Z</dcterms:modified>
  <cp:category/>
</cp:coreProperties>
</file>