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4E862" w14:textId="0A672A93" w:rsidR="003C6A6D" w:rsidRDefault="00000000">
      <w:pPr>
        <w:spacing w:after="240"/>
        <w:jc w:val="center"/>
        <w:rPr>
          <w:lang w:eastAsia="zh-CN"/>
        </w:rPr>
      </w:pPr>
      <w:r>
        <w:rPr>
          <w:rFonts w:ascii="黑体" w:eastAsia="黑体" w:hAnsi="黑体"/>
          <w:b/>
          <w:sz w:val="36"/>
          <w:lang w:eastAsia="zh-CN"/>
        </w:rPr>
        <w:t>2003年CNAO天文奥赛预赛试题</w:t>
      </w:r>
    </w:p>
    <w:p w14:paraId="3B13CA40" w14:textId="77777777" w:rsidR="003C6A6D" w:rsidRDefault="00000000">
      <w:pPr>
        <w:spacing w:before="240" w:after="120"/>
        <w:rPr>
          <w:lang w:eastAsia="zh-CN"/>
        </w:rPr>
      </w:pPr>
      <w:r>
        <w:rPr>
          <w:rFonts w:ascii="黑体" w:eastAsia="黑体" w:hAnsi="黑体"/>
          <w:b/>
          <w:sz w:val="26"/>
          <w:lang w:eastAsia="zh-CN"/>
        </w:rPr>
        <w:t>注意事项</w:t>
      </w:r>
    </w:p>
    <w:p w14:paraId="0142BA24" w14:textId="77777777" w:rsidR="003C6A6D" w:rsidRDefault="00000000">
      <w:pPr>
        <w:spacing w:before="40" w:after="40" w:line="40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1. 本试卷共50道单项选择题，每题2分，共100分。</w:t>
      </w:r>
    </w:p>
    <w:p w14:paraId="77EBB617" w14:textId="77777777" w:rsidR="003C6A6D" w:rsidRDefault="00000000">
      <w:pPr>
        <w:spacing w:before="40" w:after="40" w:line="40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2. 请将答案填写在答题卡上，写在试卷上无效。</w:t>
      </w:r>
    </w:p>
    <w:p w14:paraId="28B58758" w14:textId="77777777" w:rsidR="003C6A6D" w:rsidRDefault="00000000">
      <w:pPr>
        <w:spacing w:before="40" w:after="40" w:line="40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3. 考试时间为120分钟。</w:t>
      </w:r>
    </w:p>
    <w:p w14:paraId="57160B11" w14:textId="77777777" w:rsidR="003C6A6D" w:rsidRDefault="00000000">
      <w:pPr>
        <w:spacing w:before="40" w:after="40" w:line="40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4. 请使用黑色签字笔作答。</w:t>
      </w:r>
    </w:p>
    <w:p w14:paraId="03B36BB0" w14:textId="77777777" w:rsidR="003C6A6D" w:rsidRDefault="00000000">
      <w:pPr>
        <w:spacing w:before="40" w:after="40" w:line="40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>5. 考试结束后请将试卷和答题卡一并交回。</w:t>
      </w:r>
    </w:p>
    <w:p w14:paraId="1536F09E" w14:textId="77777777" w:rsidR="003C6A6D" w:rsidRDefault="00000000">
      <w:pPr>
        <w:spacing w:before="120" w:after="240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姓名：__________  年级：__________  班级：__________  得分：__________</w:t>
      </w:r>
    </w:p>
    <w:p w14:paraId="77B9A148" w14:textId="77777777" w:rsidR="003C6A6D" w:rsidRDefault="00000000">
      <w:pPr>
        <w:spacing w:before="240" w:after="120"/>
        <w:rPr>
          <w:lang w:eastAsia="zh-CN"/>
        </w:rPr>
      </w:pPr>
      <w:r>
        <w:rPr>
          <w:rFonts w:ascii="黑体" w:eastAsia="黑体" w:hAnsi="黑体"/>
          <w:b/>
          <w:sz w:val="28"/>
          <w:lang w:eastAsia="zh-CN"/>
        </w:rPr>
        <w:t>试题</w:t>
      </w:r>
    </w:p>
    <w:p w14:paraId="276D36BA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1. 在天球上两个天体之间的距离的量度单位是（　　）。</w:t>
      </w:r>
    </w:p>
    <w:p w14:paraId="23D942E2" w14:textId="77777777" w:rsidR="003C6A6D" w:rsidRDefault="00000000">
      <w:pPr>
        <w:spacing w:before="20" w:after="20" w:line="360" w:lineRule="exact"/>
        <w:ind w:left="283"/>
      </w:pPr>
      <w:r>
        <w:rPr>
          <w:rFonts w:ascii="宋体" w:eastAsia="宋体" w:hAnsi="宋体"/>
        </w:rPr>
        <w:t xml:space="preserve">(A) 光年　</w:t>
      </w:r>
      <w:proofErr w:type="gramStart"/>
      <w:r>
        <w:rPr>
          <w:rFonts w:ascii="宋体" w:eastAsia="宋体" w:hAnsi="宋体"/>
        </w:rPr>
        <w:t xml:space="preserve">　　　(</w:t>
      </w:r>
      <w:proofErr w:type="gramEnd"/>
      <w:r>
        <w:rPr>
          <w:rFonts w:ascii="宋体" w:eastAsia="宋体" w:hAnsi="宋体"/>
        </w:rPr>
        <w:t>B) 秒差距</w:t>
      </w:r>
    </w:p>
    <w:p w14:paraId="60E78C40" w14:textId="77777777" w:rsidR="003C6A6D" w:rsidRDefault="00000000">
      <w:pPr>
        <w:spacing w:before="20" w:after="20" w:line="360" w:lineRule="exact"/>
        <w:ind w:left="283"/>
      </w:pPr>
      <w:r>
        <w:rPr>
          <w:rFonts w:ascii="宋体" w:eastAsia="宋体" w:hAnsi="宋体"/>
        </w:rPr>
        <w:t>(C) 天文单位　　(D) 角度单位</w:t>
      </w:r>
    </w:p>
    <w:p w14:paraId="2DFC5D46" w14:textId="77777777" w:rsidR="003C6A6D" w:rsidRDefault="00000000">
      <w:pPr>
        <w:spacing w:before="120" w:after="40" w:line="400" w:lineRule="exact"/>
      </w:pPr>
      <w:r>
        <w:rPr>
          <w:rFonts w:ascii="宋体" w:eastAsia="宋体" w:hAnsi="宋体"/>
          <w:sz w:val="24"/>
        </w:rPr>
        <w:t>2. 下面哪一个天体我们不可能在天赤道上看到？（　　）</w:t>
      </w:r>
    </w:p>
    <w:p w14:paraId="45932118" w14:textId="77777777" w:rsidR="003C6A6D" w:rsidRDefault="00000000">
      <w:pPr>
        <w:spacing w:before="20" w:after="20" w:line="360" w:lineRule="exact"/>
        <w:ind w:left="283"/>
      </w:pPr>
      <w:r>
        <w:rPr>
          <w:rFonts w:ascii="宋体" w:eastAsia="宋体" w:hAnsi="宋体"/>
        </w:rPr>
        <w:t>(A) 天狼星　　(B) 水星</w:t>
      </w:r>
    </w:p>
    <w:p w14:paraId="38696751" w14:textId="77777777" w:rsidR="003C6A6D" w:rsidRDefault="00000000">
      <w:pPr>
        <w:spacing w:before="20" w:after="20" w:line="360" w:lineRule="exact"/>
        <w:ind w:left="283"/>
      </w:pPr>
      <w:r>
        <w:rPr>
          <w:rFonts w:ascii="宋体" w:eastAsia="宋体" w:hAnsi="宋体"/>
        </w:rPr>
        <w:t>(C) 月亮　　　(D) 太阳</w:t>
      </w:r>
    </w:p>
    <w:p w14:paraId="3EAD60D9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</w:rPr>
        <w:t>3. 2003年的春节是2月1日。</w:t>
      </w:r>
      <w:r>
        <w:rPr>
          <w:rFonts w:ascii="宋体" w:eastAsia="宋体" w:hAnsi="宋体"/>
          <w:sz w:val="24"/>
          <w:lang w:eastAsia="zh-CN"/>
        </w:rPr>
        <w:t>那么2003年3月3日月亮上中天的时间是（　　）。</w:t>
      </w:r>
    </w:p>
    <w:p w14:paraId="1C69372E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(A) 半夜　　(B) 日出时</w:t>
      </w:r>
    </w:p>
    <w:p w14:paraId="0B76AB18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(C) 中午　　(D) 日落时</w:t>
      </w:r>
    </w:p>
    <w:p w14:paraId="628E60DA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4. 日环食一定发生在公历某月的（　　）。</w:t>
      </w:r>
    </w:p>
    <w:p w14:paraId="0B2680B0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(A) 1日　　　　　　　(B) 15日</w:t>
      </w:r>
    </w:p>
    <w:p w14:paraId="5F238C38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(C) 可能是任何一天　(D) 不可能发生日环食</w:t>
      </w:r>
    </w:p>
    <w:p w14:paraId="71C72798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5. 一年中在北纬20度的地方能够观测到的天体的赤纬的范围是（　　）。</w:t>
      </w:r>
    </w:p>
    <w:p w14:paraId="0046D79A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(A) +20°到+90°　(B) -20°到+90°</w:t>
      </w:r>
    </w:p>
    <w:p w14:paraId="38C9D948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(C) -70°到+90°　(D) 以上都不对</w:t>
      </w:r>
    </w:p>
    <w:p w14:paraId="32A16AB0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6. 如果在夏至的时候发生月全食, 那当时月亮的赤纬大致是（　　）。</w:t>
      </w:r>
    </w:p>
    <w:p w14:paraId="7586A765" w14:textId="77777777" w:rsidR="003C6A6D" w:rsidRDefault="00000000">
      <w:pPr>
        <w:spacing w:before="20" w:after="20" w:line="360" w:lineRule="exact"/>
        <w:ind w:left="283"/>
      </w:pPr>
      <w:r>
        <w:rPr>
          <w:rFonts w:ascii="宋体" w:eastAsia="宋体" w:hAnsi="宋体"/>
        </w:rPr>
        <w:t>(A) 0度　　　(B) -23度</w:t>
      </w:r>
    </w:p>
    <w:p w14:paraId="49D0B624" w14:textId="77777777" w:rsidR="003C6A6D" w:rsidRDefault="00000000">
      <w:pPr>
        <w:spacing w:before="20" w:after="20" w:line="360" w:lineRule="exact"/>
        <w:ind w:left="283"/>
      </w:pPr>
      <w:r>
        <w:rPr>
          <w:rFonts w:ascii="宋体" w:eastAsia="宋体" w:hAnsi="宋体"/>
        </w:rPr>
        <w:t>(C) +23度　　(D) 以上都有可能</w:t>
      </w:r>
    </w:p>
    <w:p w14:paraId="66E86502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lastRenderedPageBreak/>
        <w:t>7. 每年3月中下旬在北京中午12点看到的太阳的地平高度大致是（　　）度。</w:t>
      </w:r>
    </w:p>
    <w:p w14:paraId="7C77E713" w14:textId="77777777" w:rsidR="003C6A6D" w:rsidRDefault="00000000">
      <w:pPr>
        <w:spacing w:before="20" w:after="20" w:line="360" w:lineRule="exact"/>
        <w:ind w:left="283"/>
      </w:pPr>
      <w:r>
        <w:rPr>
          <w:rFonts w:ascii="宋体" w:eastAsia="宋体" w:hAnsi="宋体"/>
        </w:rPr>
        <w:t>(A) 23　　　(B) 40</w:t>
      </w:r>
    </w:p>
    <w:p w14:paraId="1EE8AC94" w14:textId="77777777" w:rsidR="003C6A6D" w:rsidRDefault="00000000">
      <w:pPr>
        <w:spacing w:before="20" w:after="20" w:line="360" w:lineRule="exact"/>
        <w:ind w:left="283"/>
      </w:pPr>
      <w:r>
        <w:rPr>
          <w:rFonts w:ascii="宋体" w:eastAsia="宋体" w:hAnsi="宋体"/>
        </w:rPr>
        <w:t>(C) 50　　　(D) 75</w:t>
      </w:r>
    </w:p>
    <w:p w14:paraId="5F317A29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8. 如果月食发生在凌晨6点, 那当时月亮的方位角大致是（　　）度。</w:t>
      </w:r>
    </w:p>
    <w:p w14:paraId="08287347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(A) 0　　　(B) 90</w:t>
      </w:r>
    </w:p>
    <w:p w14:paraId="12DB325A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(C) 180　　(D) 270</w:t>
      </w:r>
    </w:p>
    <w:p w14:paraId="7E276C13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9. 3月21日世界时6时东经90°线处的地方恒星时大致是（　　）小时。</w:t>
      </w:r>
    </w:p>
    <w:p w14:paraId="496A1CBF" w14:textId="77777777" w:rsidR="003C6A6D" w:rsidRDefault="00000000">
      <w:pPr>
        <w:spacing w:before="20" w:after="20" w:line="360" w:lineRule="exact"/>
        <w:ind w:left="283"/>
      </w:pPr>
      <w:r>
        <w:rPr>
          <w:rFonts w:ascii="宋体" w:eastAsia="宋体" w:hAnsi="宋体"/>
        </w:rPr>
        <w:t>(A) 0　　　　(B) 6</w:t>
      </w:r>
    </w:p>
    <w:p w14:paraId="06DDB15E" w14:textId="77777777" w:rsidR="003C6A6D" w:rsidRDefault="00000000">
      <w:pPr>
        <w:spacing w:before="20" w:after="20" w:line="360" w:lineRule="exact"/>
        <w:ind w:left="283"/>
      </w:pPr>
      <w:r>
        <w:rPr>
          <w:rFonts w:ascii="宋体" w:eastAsia="宋体" w:hAnsi="宋体"/>
        </w:rPr>
        <w:t>(C) 12　　　(D) 18</w:t>
      </w:r>
    </w:p>
    <w:p w14:paraId="01EA1ECC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10. 我国正在建造的LAMOST望远镜的等效口径大概是（　　）米。</w:t>
      </w:r>
    </w:p>
    <w:p w14:paraId="0DAC1BB4" w14:textId="77777777" w:rsidR="003C6A6D" w:rsidRDefault="00000000">
      <w:pPr>
        <w:spacing w:before="20" w:after="20" w:line="360" w:lineRule="exact"/>
        <w:ind w:left="283"/>
      </w:pPr>
      <w:r>
        <w:rPr>
          <w:rFonts w:ascii="宋体" w:eastAsia="宋体" w:hAnsi="宋体"/>
        </w:rPr>
        <w:t>(A) 0.6　　　(B) 4</w:t>
      </w:r>
    </w:p>
    <w:p w14:paraId="1EAF8696" w14:textId="77777777" w:rsidR="003C6A6D" w:rsidRDefault="00000000">
      <w:pPr>
        <w:spacing w:before="20" w:after="20" w:line="360" w:lineRule="exact"/>
        <w:ind w:left="283"/>
      </w:pPr>
      <w:r>
        <w:rPr>
          <w:rFonts w:ascii="宋体" w:eastAsia="宋体" w:hAnsi="宋体"/>
        </w:rPr>
        <w:t>(C) 10　　　(D) 100米以上</w:t>
      </w:r>
    </w:p>
    <w:p w14:paraId="4ECAE9D4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11. 以下天体按离太阳由近到远排列次序正确的是（　　）。</w:t>
      </w:r>
    </w:p>
    <w:p w14:paraId="597952D7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(A) 地球、火星、北师大星</w:t>
      </w:r>
    </w:p>
    <w:p w14:paraId="1E6BE05E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(B) 月球、地球、木星</w:t>
      </w:r>
    </w:p>
    <w:p w14:paraId="2B8B3CF5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(C) 地球、月球、北师大星</w:t>
      </w:r>
    </w:p>
    <w:p w14:paraId="17AE4F6F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(D) 上面三个都不对</w:t>
      </w:r>
    </w:p>
    <w:p w14:paraId="152A134B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12. 在地球上不可能观测到（　　）。</w:t>
      </w:r>
    </w:p>
    <w:p w14:paraId="0A32E00B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(A) 日偏食　　　(B) 日环食</w:t>
      </w:r>
    </w:p>
    <w:p w14:paraId="5CC9B786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(C) 月偏食　　　(D) 月环食</w:t>
      </w:r>
    </w:p>
    <w:p w14:paraId="41926BFE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13. 天文单位的定义是（　　）。</w:t>
      </w:r>
    </w:p>
    <w:p w14:paraId="2945C0B9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(A) 相对日地张角为一个角秒的天体的距离</w:t>
      </w:r>
    </w:p>
    <w:p w14:paraId="73FF3DB0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(B) 光线一年时间里传播的距离</w:t>
      </w:r>
    </w:p>
    <w:p w14:paraId="21EE89E4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(C) 地球到太阳的平均距离</w:t>
      </w:r>
    </w:p>
    <w:p w14:paraId="572CBA88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(D) 光线从太阳到地球所需的时间</w:t>
      </w:r>
    </w:p>
    <w:p w14:paraId="69FCD0EA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14. 恒星在天球上投影的角距离与它们彼此之间的实际距离的关系是（　　）。</w:t>
      </w:r>
    </w:p>
    <w:p w14:paraId="22E79539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(A) 没有关系　　　(B) 近似成反比</w:t>
      </w:r>
    </w:p>
    <w:p w14:paraId="29547AFC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(C) 近似成正比　(D) 可以通过球面三角的公式推出</w:t>
      </w:r>
    </w:p>
    <w:p w14:paraId="28FECFC5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15. 中秋节时月亮升起的时间是（　　）。</w:t>
      </w:r>
    </w:p>
    <w:p w14:paraId="52757136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(A) 半夜　　　(B) 日出时</w:t>
      </w:r>
    </w:p>
    <w:p w14:paraId="7E850ABE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lastRenderedPageBreak/>
        <w:t>(C) 中午　　　(D) 日落时</w:t>
      </w:r>
    </w:p>
    <w:p w14:paraId="50FA0AF7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16. 国家天文台的大多数光学望远镜属于（　　）。</w:t>
      </w:r>
    </w:p>
    <w:p w14:paraId="23838DF5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(A) 折射式望远镜　　　(B) 反射式望远镜</w:t>
      </w:r>
    </w:p>
    <w:p w14:paraId="08E9BCE2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(C) 折反射式望远镜　(D) 地平式望远镜</w:t>
      </w:r>
    </w:p>
    <w:p w14:paraId="09FFEB85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17. 一年中在北极能够观测到的天体的赤纬的范围是（　　）。</w:t>
      </w:r>
    </w:p>
    <w:p w14:paraId="39FAF062" w14:textId="77777777" w:rsidR="003C6A6D" w:rsidRDefault="00000000">
      <w:pPr>
        <w:spacing w:before="20" w:after="20" w:line="360" w:lineRule="exact"/>
        <w:ind w:left="283"/>
      </w:pPr>
      <w:r>
        <w:rPr>
          <w:rFonts w:ascii="宋体" w:eastAsia="宋体" w:hAnsi="宋体"/>
        </w:rPr>
        <w:t>(A) 0°到+90°　　　(B) -50°到+50°</w:t>
      </w:r>
    </w:p>
    <w:p w14:paraId="6AE4B9BD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(C) -50°到+90°　(D) -90°到+90°</w:t>
      </w:r>
    </w:p>
    <w:p w14:paraId="63B67534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18. 在月全食期间发生月掩恒星的现象，那么掩星开始于月球的（　　）。</w:t>
      </w:r>
    </w:p>
    <w:p w14:paraId="69BB3B4F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(A) 东侧　　　　　　　　　　　　　　　(B) 西侧</w:t>
      </w:r>
    </w:p>
    <w:p w14:paraId="4EDF235C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(C) 有的时候在东侧，有的时候在西侧　(D) 不可能发生月掩星</w:t>
      </w:r>
    </w:p>
    <w:p w14:paraId="615C5C35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19. 月全食后期生光到复圆阶段，如果月亮的方位角是90°，则看上去（　　）。</w:t>
      </w:r>
    </w:p>
    <w:p w14:paraId="2F4A4AA7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(A) 月亮的上边是亮的　　　(B) 月亮的下边是亮的</w:t>
      </w:r>
    </w:p>
    <w:p w14:paraId="501EA3A3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(C) 月亮的左边是亮的　　　(D) 月亮的右边是亮的</w:t>
      </w:r>
    </w:p>
    <w:p w14:paraId="42787C2E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20. 下面哪一个天体我们总能在黄道上看到？（　　）</w:t>
      </w:r>
    </w:p>
    <w:p w14:paraId="2340D3FE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(A) 北极星　　　(B) 太阳</w:t>
      </w:r>
    </w:p>
    <w:p w14:paraId="0911849A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(C) 月亮　　　　(D) 小行星</w:t>
      </w:r>
    </w:p>
    <w:p w14:paraId="0018CCCF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21. 以下哪一组星座是在北京秋天的夜晚可以看到的？（　　）</w:t>
      </w:r>
    </w:p>
    <w:p w14:paraId="5275D1E7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(A) 仙后座、英仙座、飞马座</w:t>
      </w:r>
    </w:p>
    <w:p w14:paraId="0D02674F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(B) 猎户座、狮子座、剑鱼座</w:t>
      </w:r>
    </w:p>
    <w:p w14:paraId="30420164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(C) 水蛇座、双子座、小熊座</w:t>
      </w:r>
    </w:p>
    <w:p w14:paraId="6F3C1BF0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22. 假如地球轨道上有一颗没有自转的小行星, 那它上面某个地方昼夜交替的周期按照地球的时间单位是（　　）。</w:t>
      </w:r>
    </w:p>
    <w:p w14:paraId="7008B262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(A) 没有昼夜交替　(B) 一天</w:t>
      </w:r>
    </w:p>
    <w:p w14:paraId="18B03E88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(C) 一个月　　　　(D) 一年</w:t>
      </w:r>
    </w:p>
    <w:p w14:paraId="3C5BB4A8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23. 某恒星，在一个月前于晚上10时升起，问该恒星今天大约在晚上（　　）升起。</w:t>
      </w:r>
    </w:p>
    <w:p w14:paraId="252E754A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(A) 8时　　　(B) 10时</w:t>
      </w:r>
    </w:p>
    <w:p w14:paraId="02564CB6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(C) 12时　　　(D) 不是在晚上升起</w:t>
      </w:r>
    </w:p>
    <w:p w14:paraId="43C997C4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24. 地理纬度北纬42°处，天顶点的赤纬等于（　　）。</w:t>
      </w:r>
    </w:p>
    <w:p w14:paraId="27D01625" w14:textId="77777777" w:rsidR="003C6A6D" w:rsidRDefault="00000000">
      <w:pPr>
        <w:spacing w:before="20" w:after="20" w:line="360" w:lineRule="exact"/>
        <w:ind w:left="283"/>
      </w:pPr>
      <w:r>
        <w:rPr>
          <w:rFonts w:ascii="宋体" w:eastAsia="宋体" w:hAnsi="宋体"/>
        </w:rPr>
        <w:t>(A) 42°　　　(B) 48°</w:t>
      </w:r>
    </w:p>
    <w:p w14:paraId="74EE4F0C" w14:textId="77777777" w:rsidR="003C6A6D" w:rsidRDefault="00000000">
      <w:pPr>
        <w:spacing w:before="20" w:after="20" w:line="360" w:lineRule="exact"/>
        <w:ind w:left="283"/>
      </w:pPr>
      <w:r>
        <w:rPr>
          <w:rFonts w:ascii="宋体" w:eastAsia="宋体" w:hAnsi="宋体"/>
        </w:rPr>
        <w:lastRenderedPageBreak/>
        <w:t>(C) 67.5° 　(D) 90°</w:t>
      </w:r>
    </w:p>
    <w:p w14:paraId="755B75BE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25. 在纪元前1100年左右，中国天文学家已求得夏至日正午太阳地平高度等于79°07′，而在冬至日为31°19′（在天顶南面）。观测地点的纬度为（　　）。</w:t>
      </w:r>
    </w:p>
    <w:p w14:paraId="50C0F9ED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(A) 34°47′　　(B) 47°48′</w:t>
      </w:r>
    </w:p>
    <w:p w14:paraId="1640D556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(C) 55°13′　(D) 79°07′</w:t>
      </w:r>
    </w:p>
    <w:p w14:paraId="50450EB8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26. 经过13000年后，春分点将位于（　　）星座。</w:t>
      </w:r>
    </w:p>
    <w:p w14:paraId="045297D1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(A) 室女 　　(B) 狮子</w:t>
      </w:r>
    </w:p>
    <w:p w14:paraId="6F96E0C6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(C) 白羊　　 (D) 大熊</w:t>
      </w:r>
    </w:p>
    <w:p w14:paraId="0A3A0072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27. 若双星仙女座</w:t>
      </w:r>
      <w:r>
        <w:rPr>
          <w:rFonts w:ascii="宋体" w:eastAsia="宋体" w:hAnsi="宋体"/>
          <w:sz w:val="24"/>
        </w:rPr>
        <w:t>γ</w:t>
      </w:r>
      <w:r>
        <w:rPr>
          <w:rFonts w:ascii="宋体" w:eastAsia="宋体" w:hAnsi="宋体"/>
          <w:sz w:val="24"/>
          <w:lang w:eastAsia="zh-CN"/>
        </w:rPr>
        <w:t>星的两子星的目视星等分别等于2.28和5.08，该双星总的目视星等为（　　）。</w:t>
      </w:r>
    </w:p>
    <w:p w14:paraId="6E2FDA45" w14:textId="77777777" w:rsidR="003C6A6D" w:rsidRDefault="00000000">
      <w:pPr>
        <w:spacing w:before="20" w:after="20" w:line="360" w:lineRule="exact"/>
        <w:ind w:left="283"/>
      </w:pPr>
      <w:r>
        <w:rPr>
          <w:rFonts w:ascii="宋体" w:eastAsia="宋体" w:hAnsi="宋体"/>
        </w:rPr>
        <w:t>(A) 1.57　　　(B) 2.2</w:t>
      </w:r>
    </w:p>
    <w:p w14:paraId="3CD5867F" w14:textId="77777777" w:rsidR="003C6A6D" w:rsidRDefault="00000000">
      <w:pPr>
        <w:spacing w:before="20" w:after="20" w:line="360" w:lineRule="exact"/>
        <w:ind w:left="283"/>
      </w:pPr>
      <w:r>
        <w:rPr>
          <w:rFonts w:ascii="宋体" w:eastAsia="宋体" w:hAnsi="宋体"/>
        </w:rPr>
        <w:t>(C) 2.8　　　(D) 7.36</w:t>
      </w:r>
    </w:p>
    <w:p w14:paraId="669592AC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28. 火星离地球最近时的角直径为24″，用F=19.5米的折射望远镜所摄得的火星像的直径为（　　）毫米。</w:t>
      </w:r>
    </w:p>
    <w:p w14:paraId="1328B6D7" w14:textId="77777777" w:rsidR="003C6A6D" w:rsidRDefault="00000000">
      <w:pPr>
        <w:spacing w:before="20" w:after="20" w:line="360" w:lineRule="exact"/>
        <w:ind w:left="283"/>
      </w:pPr>
      <w:r>
        <w:rPr>
          <w:rFonts w:ascii="宋体" w:eastAsia="宋体" w:hAnsi="宋体"/>
        </w:rPr>
        <w:t>(A) 0.24　　　(B) 2.27</w:t>
      </w:r>
    </w:p>
    <w:p w14:paraId="1BFB0E3B" w14:textId="77777777" w:rsidR="003C6A6D" w:rsidRDefault="00000000">
      <w:pPr>
        <w:spacing w:before="20" w:after="20" w:line="360" w:lineRule="exact"/>
        <w:ind w:left="283"/>
      </w:pPr>
      <w:r>
        <w:rPr>
          <w:rFonts w:ascii="宋体" w:eastAsia="宋体" w:hAnsi="宋体"/>
        </w:rPr>
        <w:t>(C) 8.68　　　(D) 13.61</w:t>
      </w:r>
    </w:p>
    <w:p w14:paraId="095DA2C9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29. 若使4等星的距离减少一半，它的视星等将变为（　　）等。</w:t>
      </w:r>
    </w:p>
    <w:p w14:paraId="683AB915" w14:textId="77777777" w:rsidR="003C6A6D" w:rsidRDefault="00000000">
      <w:pPr>
        <w:spacing w:before="20" w:after="20" w:line="360" w:lineRule="exact"/>
        <w:ind w:left="283"/>
      </w:pPr>
      <w:r>
        <w:rPr>
          <w:rFonts w:ascii="宋体" w:eastAsia="宋体" w:hAnsi="宋体"/>
        </w:rPr>
        <w:t>(A) 1.5　　　(B) 2.0</w:t>
      </w:r>
    </w:p>
    <w:p w14:paraId="2FDB4015" w14:textId="77777777" w:rsidR="003C6A6D" w:rsidRDefault="00000000">
      <w:pPr>
        <w:spacing w:before="20" w:after="20" w:line="360" w:lineRule="exact"/>
        <w:ind w:left="283"/>
      </w:pPr>
      <w:r>
        <w:rPr>
          <w:rFonts w:ascii="宋体" w:eastAsia="宋体" w:hAnsi="宋体"/>
        </w:rPr>
        <w:t>(C) 2.5　　　(D) 8.0</w:t>
      </w:r>
    </w:p>
    <w:p w14:paraId="09363D39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30. 设某恒星实际温度不变（即恒星单位面积亮度不变，而表面发生周期性脉动）。在脉动时，恒星的最大和最小半径之比为2：1。此恒星总亮度的变幅为（　　）星等。</w:t>
      </w:r>
    </w:p>
    <w:p w14:paraId="00D77426" w14:textId="77777777" w:rsidR="003C6A6D" w:rsidRDefault="00000000">
      <w:pPr>
        <w:spacing w:before="20" w:after="20" w:line="360" w:lineRule="exact"/>
        <w:ind w:left="283"/>
      </w:pPr>
      <w:r>
        <w:rPr>
          <w:rFonts w:ascii="宋体" w:eastAsia="宋体" w:hAnsi="宋体"/>
        </w:rPr>
        <w:t>(A) 1.5　　　(B) 2</w:t>
      </w:r>
    </w:p>
    <w:p w14:paraId="648F915F" w14:textId="77777777" w:rsidR="003C6A6D" w:rsidRDefault="00000000">
      <w:pPr>
        <w:spacing w:before="20" w:after="20" w:line="360" w:lineRule="exact"/>
        <w:ind w:left="283"/>
      </w:pPr>
      <w:r>
        <w:rPr>
          <w:rFonts w:ascii="宋体" w:eastAsia="宋体" w:hAnsi="宋体"/>
        </w:rPr>
        <w:t>(C) 4　　　　(D) 6</w:t>
      </w:r>
    </w:p>
    <w:p w14:paraId="72C8D2DC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31. 设10等至11等的恒星的数目为546000个，约（　　）个0等星能替代所有10等至11等的恒星的数目所发生的亮度。</w:t>
      </w:r>
    </w:p>
    <w:p w14:paraId="1D4E3610" w14:textId="77777777" w:rsidR="003C6A6D" w:rsidRDefault="00000000">
      <w:pPr>
        <w:spacing w:before="20" w:after="20" w:line="360" w:lineRule="exact"/>
        <w:ind w:left="283"/>
      </w:pPr>
      <w:r>
        <w:rPr>
          <w:rFonts w:ascii="宋体" w:eastAsia="宋体" w:hAnsi="宋体"/>
        </w:rPr>
        <w:t>(A) 小于4　　(B) 34</w:t>
      </w:r>
    </w:p>
    <w:p w14:paraId="5C7CCC44" w14:textId="77777777" w:rsidR="003C6A6D" w:rsidRDefault="00000000">
      <w:pPr>
        <w:spacing w:before="20" w:after="20" w:line="360" w:lineRule="exact"/>
        <w:ind w:left="283"/>
      </w:pPr>
      <w:r>
        <w:rPr>
          <w:rFonts w:ascii="宋体" w:eastAsia="宋体" w:hAnsi="宋体"/>
        </w:rPr>
        <w:t>(C) 350　　　(D) 大于1000</w:t>
      </w:r>
    </w:p>
    <w:p w14:paraId="3AB53F58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32. 在恒星光谱中，显示出波长等于422.7nm的钙线向光谱的紫端移动了0.07nm。此恒星沿视线方向的运动速度为（　　）千米/秒。</w:t>
      </w:r>
    </w:p>
    <w:p w14:paraId="564BE95C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lastRenderedPageBreak/>
        <w:t>(A) 25　　　(B) 50</w:t>
      </w:r>
    </w:p>
    <w:p w14:paraId="394458D2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(C) 70　　 (D) 600</w:t>
      </w:r>
    </w:p>
    <w:p w14:paraId="0E10476F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33. 夏威夷的莫纳克雅山上坐落着著名的凯克望远镜，它的口径为10米，那么它能够看到的极限星等是（　　）。设肉眼能看到的极限星等为6等，瞳孔直径为6毫米</w:t>
      </w:r>
    </w:p>
    <w:p w14:paraId="21912A51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(A) 约15等　　(B) 约18等</w:t>
      </w:r>
    </w:p>
    <w:p w14:paraId="591139B8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(C) 约22等　　(D) 约28等</w:t>
      </w:r>
    </w:p>
    <w:p w14:paraId="04E02EF3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34. 织女一的视向速度等于-14公里/秒，自行每年0″.348，视差为0″.124。织女一相对于太阳的总的空间速度为（　　）千米/秒。</w:t>
      </w:r>
    </w:p>
    <w:p w14:paraId="2775D15B" w14:textId="77777777" w:rsidR="003C6A6D" w:rsidRDefault="00000000">
      <w:pPr>
        <w:spacing w:before="20" w:after="20" w:line="360" w:lineRule="exact"/>
        <w:ind w:left="283"/>
      </w:pPr>
      <w:r>
        <w:rPr>
          <w:rFonts w:ascii="宋体" w:eastAsia="宋体" w:hAnsi="宋体"/>
        </w:rPr>
        <w:t>(A) 14　　　(B) 19</w:t>
      </w:r>
    </w:p>
    <w:p w14:paraId="6DED68EC" w14:textId="77777777" w:rsidR="003C6A6D" w:rsidRDefault="00000000">
      <w:pPr>
        <w:spacing w:before="20" w:after="20" w:line="360" w:lineRule="exact"/>
        <w:ind w:left="283"/>
      </w:pPr>
      <w:r>
        <w:rPr>
          <w:rFonts w:ascii="宋体" w:eastAsia="宋体" w:hAnsi="宋体"/>
        </w:rPr>
        <w:t>(C) 37　　　(D) 大于50</w:t>
      </w:r>
    </w:p>
    <w:p w14:paraId="47DF0FE8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35. 已知某恒星的温度T=3100K，而绝对星等M=-4.0，它的半径约为太阳的（　　）倍。（提示：太阳的温度T=5700K）</w:t>
      </w:r>
    </w:p>
    <w:p w14:paraId="53721FF5" w14:textId="77777777" w:rsidR="003C6A6D" w:rsidRDefault="00000000">
      <w:pPr>
        <w:spacing w:before="20" w:after="20" w:line="360" w:lineRule="exact"/>
        <w:ind w:left="283"/>
      </w:pPr>
      <w:r>
        <w:rPr>
          <w:rFonts w:ascii="宋体" w:eastAsia="宋体" w:hAnsi="宋体"/>
        </w:rPr>
        <w:t>(A) 197　　　(B) 350</w:t>
      </w:r>
    </w:p>
    <w:p w14:paraId="5C40CA53" w14:textId="77777777" w:rsidR="003C6A6D" w:rsidRDefault="00000000">
      <w:pPr>
        <w:spacing w:before="20" w:after="20" w:line="360" w:lineRule="exact"/>
        <w:ind w:left="283"/>
      </w:pPr>
      <w:r>
        <w:rPr>
          <w:rFonts w:ascii="宋体" w:eastAsia="宋体" w:hAnsi="宋体"/>
        </w:rPr>
        <w:t>(C) 480　　　(D) 大于1000</w:t>
      </w:r>
    </w:p>
    <w:p w14:paraId="3C9EC791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36. 十一世纪，在波斯曾试用的一种历，系以33年为一循环作为该历的基础；在这个循环中，包含25个平年和8个闰年。试确定波斯历年的长度为（　　）日。</w:t>
      </w:r>
    </w:p>
    <w:p w14:paraId="325AD15B" w14:textId="77777777" w:rsidR="003C6A6D" w:rsidRDefault="00000000">
      <w:pPr>
        <w:spacing w:before="20" w:after="20" w:line="360" w:lineRule="exact"/>
        <w:ind w:left="283"/>
      </w:pPr>
      <w:r>
        <w:rPr>
          <w:rFonts w:ascii="宋体" w:eastAsia="宋体" w:hAnsi="宋体"/>
        </w:rPr>
        <w:t>(A) 365.2422　　　(B) 365.2424</w:t>
      </w:r>
    </w:p>
    <w:p w14:paraId="611E5511" w14:textId="77777777" w:rsidR="003C6A6D" w:rsidRDefault="00000000">
      <w:pPr>
        <w:spacing w:before="20" w:after="20" w:line="360" w:lineRule="exact"/>
        <w:ind w:left="283"/>
      </w:pPr>
      <w:r>
        <w:rPr>
          <w:rFonts w:ascii="宋体" w:eastAsia="宋体" w:hAnsi="宋体"/>
        </w:rPr>
        <w:t>(C) 365.2425　　　(D) 365.2428</w:t>
      </w:r>
    </w:p>
    <w:p w14:paraId="63B2522D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37. 1931年Karl Jansky用它的射电望远镜探测到了来自地球以外的射电信号，这个信号每天（　　）4分钟到达，说明它不是来自太阳，而是太阳系外天体。</w:t>
      </w:r>
    </w:p>
    <w:p w14:paraId="4B0782DB" w14:textId="77777777" w:rsidR="003C6A6D" w:rsidRDefault="00000000">
      <w:pPr>
        <w:spacing w:before="20" w:after="20" w:line="360" w:lineRule="exact"/>
        <w:ind w:left="283"/>
      </w:pPr>
      <w:r>
        <w:rPr>
          <w:rFonts w:ascii="宋体" w:eastAsia="宋体" w:hAnsi="宋体"/>
        </w:rPr>
        <w:t>(A) 提前　　　(B) 推迟　　　(C) 不提前也不推迟</w:t>
      </w:r>
    </w:p>
    <w:p w14:paraId="7A33E4B8" w14:textId="77777777" w:rsidR="003C6A6D" w:rsidRDefault="00000000">
      <w:pPr>
        <w:spacing w:before="120" w:after="40" w:line="400" w:lineRule="exact"/>
      </w:pPr>
      <w:r>
        <w:rPr>
          <w:rFonts w:ascii="宋体" w:eastAsia="宋体" w:hAnsi="宋体"/>
          <w:sz w:val="24"/>
        </w:rPr>
        <w:t>38. 月球上想像的居民在地球满月的时候看到的地球是（　　）。</w:t>
      </w:r>
    </w:p>
    <w:p w14:paraId="33DA6CE4" w14:textId="77777777" w:rsidR="003C6A6D" w:rsidRDefault="00000000">
      <w:pPr>
        <w:spacing w:before="20" w:after="20" w:line="360" w:lineRule="exact"/>
        <w:ind w:left="283"/>
      </w:pPr>
      <w:r>
        <w:rPr>
          <w:rFonts w:ascii="宋体" w:eastAsia="宋体" w:hAnsi="宋体"/>
        </w:rPr>
        <w:t>(A) 朔　　　(B) 上弦</w:t>
      </w:r>
    </w:p>
    <w:p w14:paraId="5D903F04" w14:textId="77777777" w:rsidR="003C6A6D" w:rsidRDefault="00000000">
      <w:pPr>
        <w:spacing w:before="20" w:after="20" w:line="360" w:lineRule="exact"/>
        <w:ind w:left="283"/>
      </w:pPr>
      <w:r>
        <w:rPr>
          <w:rFonts w:ascii="宋体" w:eastAsia="宋体" w:hAnsi="宋体"/>
        </w:rPr>
        <w:t>(C) 望　　　(D) 下弦</w:t>
      </w:r>
    </w:p>
    <w:p w14:paraId="01CE74A4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</w:rPr>
        <w:t>39. 根据牛顿万有引力定律，两物体之间的引力与它们的距离的平方成反比。</w:t>
      </w:r>
      <w:r>
        <w:rPr>
          <w:rFonts w:ascii="宋体" w:eastAsia="宋体" w:hAnsi="宋体"/>
          <w:sz w:val="24"/>
          <w:lang w:eastAsia="zh-CN"/>
        </w:rPr>
        <w:t>因此，例如当你远离地球时，地球对你的引力将逐渐减弱。现在我们假设相反的情形，即两物体之间的引力与它们的距离的平方成正比，那么月球绕地球环行将（　　）。</w:t>
      </w:r>
    </w:p>
    <w:p w14:paraId="685D788A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(A) 可能发生，并与现在的情况一致</w:t>
      </w:r>
    </w:p>
    <w:p w14:paraId="64E6327B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lastRenderedPageBreak/>
        <w:t>(B) 可能发生，但与现在的情况不同</w:t>
      </w:r>
    </w:p>
    <w:p w14:paraId="6E2B7C30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(C) 不可能发生，月球将不再做绕地轨道运动</w:t>
      </w:r>
    </w:p>
    <w:p w14:paraId="15481FAC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(D) 不可能发生，月球将最终与地球撞在一起</w:t>
      </w:r>
    </w:p>
    <w:p w14:paraId="0AF3C20F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40. 为了了解地外文明，科学家们计划首先发射一艘无人探测飞船，到半人马座</w:t>
      </w:r>
      <w:r>
        <w:rPr>
          <w:rFonts w:ascii="宋体" w:eastAsia="宋体" w:hAnsi="宋体"/>
          <w:sz w:val="24"/>
        </w:rPr>
        <w:t>α</w:t>
      </w:r>
      <w:r>
        <w:rPr>
          <w:rFonts w:ascii="宋体" w:eastAsia="宋体" w:hAnsi="宋体"/>
          <w:sz w:val="24"/>
          <w:lang w:eastAsia="zh-CN"/>
        </w:rPr>
        <w:t>，那么探测飞船需要的最小速度是（　　）千米/秒。</w:t>
      </w:r>
    </w:p>
    <w:p w14:paraId="4468723F" w14:textId="77777777" w:rsidR="003C6A6D" w:rsidRDefault="00000000">
      <w:pPr>
        <w:spacing w:before="20" w:after="20" w:line="360" w:lineRule="exact"/>
        <w:ind w:left="283"/>
      </w:pPr>
      <w:r>
        <w:rPr>
          <w:rFonts w:ascii="宋体" w:eastAsia="宋体" w:hAnsi="宋体"/>
        </w:rPr>
        <w:t>(A) 7.9　　　(B) 11.2</w:t>
      </w:r>
    </w:p>
    <w:p w14:paraId="75F3A896" w14:textId="77777777" w:rsidR="003C6A6D" w:rsidRDefault="00000000">
      <w:pPr>
        <w:spacing w:before="20" w:after="20" w:line="360" w:lineRule="exact"/>
        <w:ind w:left="283"/>
      </w:pPr>
      <w:r>
        <w:rPr>
          <w:rFonts w:ascii="宋体" w:eastAsia="宋体" w:hAnsi="宋体"/>
        </w:rPr>
        <w:t>(C) 16.9　　　(D) 18.4</w:t>
      </w:r>
    </w:p>
    <w:p w14:paraId="1F976A32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41. 关于黑洞的质量，下列说法正确的是（　　）。</w:t>
      </w:r>
    </w:p>
    <w:p w14:paraId="0ED1C2A1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(A) 一定是无穷大</w:t>
      </w:r>
    </w:p>
    <w:p w14:paraId="20245263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(B) 不一定是无穷大，但至少应该接近无穷大</w:t>
      </w:r>
    </w:p>
    <w:p w14:paraId="2C7966C6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(C) 不一定是无穷大，而且有可能质量相当小</w:t>
      </w:r>
    </w:p>
    <w:p w14:paraId="4868865B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(D) 大约10个太阳质量或以上</w:t>
      </w:r>
    </w:p>
    <w:p w14:paraId="6CF73563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42. 我们假设一艘宇宙飞船以0.5c（c为光速）的速度飞向某一行星，同时，该飞船在飞行中以每2分钟一次的频率向该行星发射固定的光信号，那么，对于行星上的观察者来说，看到的光信号频率将为（　　）。</w:t>
      </w:r>
    </w:p>
    <w:p w14:paraId="62C7F91E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(A) 等于2分钟　(B) 大于2分钟</w:t>
      </w:r>
    </w:p>
    <w:p w14:paraId="2CACF24E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(C) 小于2分钟　(D) 依赖于光信号的频率而定</w:t>
      </w:r>
    </w:p>
    <w:p w14:paraId="01D85E3A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43. 1675年，丹麦天文学家罗默在观测木星较大的卫星木卫1的食时，发现在地球远离木星时观测比在地球靠近木星时观测到的木卫1的食的时间要滞后大约1000秒左右，利用这个观测结果，我们可以推算出（　　）。</w:t>
      </w:r>
    </w:p>
    <w:p w14:paraId="64A379E9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(A) 地球绕太阳的轨道运动速度　　　(B) 木星绕地球的轨道运动速度</w:t>
      </w:r>
    </w:p>
    <w:p w14:paraId="6E88CB3E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(C) 木卫一绕木星的轨道运动速度　(D) 光的速度</w:t>
      </w:r>
    </w:p>
    <w:p w14:paraId="10E9F413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44. 在地球绕太阳的环行运动中，假设在某一时刻，太阳和地球之间的引力由于某种原因突然消失，那么关于地球运动的说法，下列正确的是（　　）。（注：开普勒第二定律：行星的向径在相等的时间内扫过的面积相等。）</w:t>
      </w:r>
    </w:p>
    <w:p w14:paraId="7A453BC4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(A) 地球将不再沿椭圆轨道运行，开普勒第二定律也将不再成立</w:t>
      </w:r>
    </w:p>
    <w:p w14:paraId="4D12B741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(B) 地球将不再沿椭圆轨道运行，但开普勒第二定律仍将成立</w:t>
      </w:r>
    </w:p>
    <w:p w14:paraId="620D0590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(C) 地球将继续沿椭圆轨道运行，但开普勒第二定律不再成立</w:t>
      </w:r>
    </w:p>
    <w:p w14:paraId="289B540F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(D) 地球将继续沿椭圆轨道运行，但开普勒第二定律仍将成立</w:t>
      </w:r>
    </w:p>
    <w:p w14:paraId="69F488C1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45. 假设登陆火星后，我们在火星上发射一艘宇宙飞船返回地球，那么宇宙飞船的速度应至少是（　　）千米/秒。</w:t>
      </w:r>
    </w:p>
    <w:p w14:paraId="652F54FD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lastRenderedPageBreak/>
        <w:t>(A) 3.5　　(B) 5.0</w:t>
      </w:r>
    </w:p>
    <w:p w14:paraId="63DC57EF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(C) 7.9　　(D) 11.3</w:t>
      </w:r>
    </w:p>
    <w:p w14:paraId="1726467E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46. 如果由地球发射宇宙飞船，在人为因素一致的情形下，在下列那个地点发射宇宙飞船耗费的能源最少？（　　）</w:t>
      </w:r>
    </w:p>
    <w:p w14:paraId="326AFB02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(A) 海南岛　　(B) 上海</w:t>
      </w:r>
    </w:p>
    <w:p w14:paraId="4D2C4E26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(C) 北京　　　(D) 西昌</w:t>
      </w:r>
    </w:p>
    <w:p w14:paraId="37BEDA27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47. 黄道十二宫中，太阳在（　　）停留时间最短？</w:t>
      </w:r>
    </w:p>
    <w:p w14:paraId="2FC3D58C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(A) 人马座　　(B) 双子座</w:t>
      </w:r>
    </w:p>
    <w:p w14:paraId="06E42B5D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(C) 白羊座　　(D) 室女座</w:t>
      </w:r>
    </w:p>
    <w:p w14:paraId="7A60378B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48. 假设不远的将来，低轨洲际火箭将可以投入载客旅行，那么从北京到纽约旅程的时间将可能被缩短为（　　）。</w:t>
      </w:r>
    </w:p>
    <w:p w14:paraId="583FC881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(A) 1分钟以内　(B) 1小时以内</w:t>
      </w:r>
    </w:p>
    <w:p w14:paraId="21FBE431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(C) 2至5小时　　　(D) 24小时以上</w:t>
      </w:r>
    </w:p>
    <w:p w14:paraId="576DF1C8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49. 假设两颗星具有相同的绝对星等，若两颗星距地球的距离相差100倍，那么两颗星的目视星等相差（　　）等。</w:t>
      </w:r>
    </w:p>
    <w:p w14:paraId="2FE17886" w14:textId="77777777" w:rsidR="003C6A6D" w:rsidRDefault="00000000">
      <w:pPr>
        <w:spacing w:before="20" w:after="20" w:line="360" w:lineRule="exact"/>
        <w:ind w:left="283"/>
      </w:pPr>
      <w:r>
        <w:rPr>
          <w:rFonts w:ascii="宋体" w:eastAsia="宋体" w:hAnsi="宋体"/>
        </w:rPr>
        <w:t>(A) 5　　　(B) 10</w:t>
      </w:r>
    </w:p>
    <w:p w14:paraId="77D9719C" w14:textId="77777777" w:rsidR="003C6A6D" w:rsidRDefault="00000000">
      <w:pPr>
        <w:spacing w:before="20" w:after="20" w:line="360" w:lineRule="exact"/>
        <w:ind w:left="283"/>
      </w:pPr>
      <w:r>
        <w:rPr>
          <w:rFonts w:ascii="宋体" w:eastAsia="宋体" w:hAnsi="宋体"/>
        </w:rPr>
        <w:t>(C) 15　　　(D) 100</w:t>
      </w:r>
    </w:p>
    <w:p w14:paraId="6BE87211" w14:textId="77777777" w:rsidR="003C6A6D" w:rsidRDefault="00000000">
      <w:pPr>
        <w:spacing w:before="120" w:after="40" w:line="400" w:lineRule="exact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50. 我们在地球上一直无法看到月球的背面，是因为（　　）。</w:t>
      </w:r>
    </w:p>
    <w:p w14:paraId="4F6CF4E1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(A) 月球并不作自转运动</w:t>
      </w:r>
    </w:p>
    <w:p w14:paraId="21FB3B93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(B) 月球自转周期与地球自转周期相同</w:t>
      </w:r>
    </w:p>
    <w:p w14:paraId="3E293618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(C) 月球自转周期与围绕地球公转的周期相同</w:t>
      </w:r>
    </w:p>
    <w:p w14:paraId="4E0CF954" w14:textId="77777777" w:rsidR="003C6A6D" w:rsidRDefault="00000000">
      <w:pPr>
        <w:spacing w:before="20" w:after="20" w:line="360" w:lineRule="exact"/>
        <w:ind w:left="283"/>
        <w:rPr>
          <w:lang w:eastAsia="zh-CN"/>
        </w:rPr>
      </w:pPr>
      <w:r>
        <w:rPr>
          <w:rFonts w:ascii="宋体" w:eastAsia="宋体" w:hAnsi="宋体"/>
          <w:lang w:eastAsia="zh-CN"/>
        </w:rPr>
        <w:t>(D) 以上皆错</w:t>
      </w:r>
    </w:p>
    <w:p w14:paraId="62C5F7B6" w14:textId="77777777" w:rsidR="003C6A6D" w:rsidRDefault="00000000">
      <w:pPr>
        <w:rPr>
          <w:lang w:eastAsia="zh-CN"/>
        </w:rPr>
      </w:pPr>
      <w:r>
        <w:rPr>
          <w:lang w:eastAsia="zh-CN"/>
        </w:rPr>
        <w:br w:type="page"/>
      </w:r>
    </w:p>
    <w:p w14:paraId="5FBCE60B" w14:textId="77777777" w:rsidR="003C6A6D" w:rsidRDefault="00000000">
      <w:pPr>
        <w:spacing w:before="240" w:after="120"/>
        <w:rPr>
          <w:lang w:eastAsia="zh-CN"/>
        </w:rPr>
      </w:pPr>
      <w:r>
        <w:rPr>
          <w:rFonts w:ascii="黑体" w:eastAsia="黑体" w:hAnsi="黑体"/>
          <w:b/>
          <w:sz w:val="28"/>
          <w:lang w:eastAsia="zh-CN"/>
        </w:rPr>
        <w:t>2003年CNAO天文奥赛预赛试题 答案解析</w:t>
      </w:r>
    </w:p>
    <w:p w14:paraId="6CD22788" w14:textId="77777777" w:rsidR="003C6A6D" w:rsidRDefault="00000000">
      <w:pPr>
        <w:spacing w:before="240" w:after="120"/>
        <w:rPr>
          <w:lang w:eastAsia="zh-CN"/>
        </w:rPr>
      </w:pPr>
      <w:r>
        <w:rPr>
          <w:rFonts w:ascii="黑体" w:eastAsia="黑体" w:hAnsi="黑体"/>
          <w:b/>
          <w:sz w:val="26"/>
          <w:lang w:eastAsia="zh-CN"/>
        </w:rPr>
        <w:t>答案速查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 w:rsidR="003C6A6D" w14:paraId="181008AF" w14:textId="77777777">
        <w:trPr>
          <w:jc w:val="center"/>
        </w:trPr>
        <w:tc>
          <w:tcPr>
            <w:tcW w:w="863" w:type="dxa"/>
            <w:shd w:val="clear" w:color="auto" w:fill="D9E2F3"/>
          </w:tcPr>
          <w:p w14:paraId="5543900E" w14:textId="77777777" w:rsidR="003C6A6D" w:rsidRDefault="00000000">
            <w:pPr>
              <w:spacing w:before="40" w:after="40"/>
              <w:jc w:val="center"/>
            </w:pPr>
            <w:r>
              <w:rPr>
                <w:rFonts w:ascii="宋体" w:eastAsia="宋体" w:hAnsi="宋体"/>
                <w:b/>
                <w:sz w:val="20"/>
              </w:rPr>
              <w:t>1-5</w:t>
            </w:r>
          </w:p>
        </w:tc>
        <w:tc>
          <w:tcPr>
            <w:tcW w:w="863" w:type="dxa"/>
            <w:shd w:val="clear" w:color="auto" w:fill="D9E2F3"/>
          </w:tcPr>
          <w:p w14:paraId="1BFA4879" w14:textId="77777777" w:rsidR="003C6A6D" w:rsidRDefault="00000000">
            <w:pPr>
              <w:spacing w:before="40" w:after="40"/>
              <w:jc w:val="center"/>
            </w:pPr>
            <w:r>
              <w:rPr>
                <w:rFonts w:ascii="宋体" w:eastAsia="宋体" w:hAnsi="宋体"/>
                <w:b/>
                <w:sz w:val="20"/>
              </w:rPr>
              <w:t>6-10</w:t>
            </w:r>
          </w:p>
        </w:tc>
        <w:tc>
          <w:tcPr>
            <w:tcW w:w="863" w:type="dxa"/>
            <w:shd w:val="clear" w:color="auto" w:fill="D9E2F3"/>
          </w:tcPr>
          <w:p w14:paraId="6BBB0632" w14:textId="77777777" w:rsidR="003C6A6D" w:rsidRDefault="00000000">
            <w:pPr>
              <w:spacing w:before="40" w:after="40"/>
              <w:jc w:val="center"/>
            </w:pPr>
            <w:r>
              <w:rPr>
                <w:rFonts w:ascii="宋体" w:eastAsia="宋体" w:hAnsi="宋体"/>
                <w:b/>
                <w:sz w:val="20"/>
              </w:rPr>
              <w:t>11-15</w:t>
            </w:r>
          </w:p>
        </w:tc>
        <w:tc>
          <w:tcPr>
            <w:tcW w:w="863" w:type="dxa"/>
            <w:shd w:val="clear" w:color="auto" w:fill="D9E2F3"/>
          </w:tcPr>
          <w:p w14:paraId="00E9ADDE" w14:textId="77777777" w:rsidR="003C6A6D" w:rsidRDefault="00000000">
            <w:pPr>
              <w:spacing w:before="40" w:after="40"/>
              <w:jc w:val="center"/>
            </w:pPr>
            <w:r>
              <w:rPr>
                <w:rFonts w:ascii="宋体" w:eastAsia="宋体" w:hAnsi="宋体"/>
                <w:b/>
                <w:sz w:val="20"/>
              </w:rPr>
              <w:t>16-20</w:t>
            </w:r>
          </w:p>
        </w:tc>
        <w:tc>
          <w:tcPr>
            <w:tcW w:w="863" w:type="dxa"/>
            <w:shd w:val="clear" w:color="auto" w:fill="D9E2F3"/>
          </w:tcPr>
          <w:p w14:paraId="1FBFE150" w14:textId="77777777" w:rsidR="003C6A6D" w:rsidRDefault="00000000">
            <w:pPr>
              <w:spacing w:before="40" w:after="40"/>
              <w:jc w:val="center"/>
            </w:pPr>
            <w:r>
              <w:rPr>
                <w:rFonts w:ascii="宋体" w:eastAsia="宋体" w:hAnsi="宋体"/>
                <w:b/>
                <w:sz w:val="20"/>
              </w:rPr>
              <w:t>21-25</w:t>
            </w:r>
          </w:p>
        </w:tc>
        <w:tc>
          <w:tcPr>
            <w:tcW w:w="863" w:type="dxa"/>
            <w:shd w:val="clear" w:color="auto" w:fill="D9E2F3"/>
          </w:tcPr>
          <w:p w14:paraId="1F336E5E" w14:textId="77777777" w:rsidR="003C6A6D" w:rsidRDefault="00000000">
            <w:pPr>
              <w:spacing w:before="40" w:after="40"/>
              <w:jc w:val="center"/>
            </w:pPr>
            <w:r>
              <w:rPr>
                <w:rFonts w:ascii="宋体" w:eastAsia="宋体" w:hAnsi="宋体"/>
                <w:b/>
                <w:sz w:val="20"/>
              </w:rPr>
              <w:t>26-30</w:t>
            </w:r>
          </w:p>
        </w:tc>
        <w:tc>
          <w:tcPr>
            <w:tcW w:w="863" w:type="dxa"/>
            <w:shd w:val="clear" w:color="auto" w:fill="D9E2F3"/>
          </w:tcPr>
          <w:p w14:paraId="131DC2E3" w14:textId="77777777" w:rsidR="003C6A6D" w:rsidRDefault="00000000">
            <w:pPr>
              <w:spacing w:before="40" w:after="40"/>
              <w:jc w:val="center"/>
            </w:pPr>
            <w:r>
              <w:rPr>
                <w:rFonts w:ascii="宋体" w:eastAsia="宋体" w:hAnsi="宋体"/>
                <w:b/>
                <w:sz w:val="20"/>
              </w:rPr>
              <w:t>31-35</w:t>
            </w:r>
          </w:p>
        </w:tc>
        <w:tc>
          <w:tcPr>
            <w:tcW w:w="863" w:type="dxa"/>
            <w:shd w:val="clear" w:color="auto" w:fill="D9E2F3"/>
          </w:tcPr>
          <w:p w14:paraId="77CA392B" w14:textId="77777777" w:rsidR="003C6A6D" w:rsidRDefault="00000000">
            <w:pPr>
              <w:spacing w:before="40" w:after="40"/>
              <w:jc w:val="center"/>
            </w:pPr>
            <w:r>
              <w:rPr>
                <w:rFonts w:ascii="宋体" w:eastAsia="宋体" w:hAnsi="宋体"/>
                <w:b/>
                <w:sz w:val="20"/>
              </w:rPr>
              <w:t>36-40</w:t>
            </w:r>
          </w:p>
        </w:tc>
        <w:tc>
          <w:tcPr>
            <w:tcW w:w="863" w:type="dxa"/>
            <w:shd w:val="clear" w:color="auto" w:fill="D9E2F3"/>
          </w:tcPr>
          <w:p w14:paraId="24001FBF" w14:textId="77777777" w:rsidR="003C6A6D" w:rsidRDefault="00000000">
            <w:pPr>
              <w:spacing w:before="40" w:after="40"/>
              <w:jc w:val="center"/>
            </w:pPr>
            <w:r>
              <w:rPr>
                <w:rFonts w:ascii="宋体" w:eastAsia="宋体" w:hAnsi="宋体"/>
                <w:b/>
                <w:sz w:val="20"/>
              </w:rPr>
              <w:t>41-45</w:t>
            </w:r>
          </w:p>
        </w:tc>
        <w:tc>
          <w:tcPr>
            <w:tcW w:w="863" w:type="dxa"/>
            <w:shd w:val="clear" w:color="auto" w:fill="D9E2F3"/>
          </w:tcPr>
          <w:p w14:paraId="33CE9AA9" w14:textId="77777777" w:rsidR="003C6A6D" w:rsidRDefault="00000000">
            <w:pPr>
              <w:spacing w:before="40" w:after="40"/>
              <w:jc w:val="center"/>
            </w:pPr>
            <w:r>
              <w:rPr>
                <w:rFonts w:ascii="宋体" w:eastAsia="宋体" w:hAnsi="宋体"/>
                <w:b/>
                <w:sz w:val="20"/>
              </w:rPr>
              <w:t>46-50</w:t>
            </w:r>
          </w:p>
        </w:tc>
      </w:tr>
      <w:tr w:rsidR="003C6A6D" w14:paraId="6470DB72" w14:textId="77777777">
        <w:trPr>
          <w:jc w:val="center"/>
        </w:trPr>
        <w:tc>
          <w:tcPr>
            <w:tcW w:w="863" w:type="dxa"/>
          </w:tcPr>
          <w:p w14:paraId="3A29D965" w14:textId="77777777" w:rsidR="003C6A6D" w:rsidRDefault="00000000">
            <w:r>
              <w:t>D A C C C</w:t>
            </w:r>
          </w:p>
        </w:tc>
        <w:tc>
          <w:tcPr>
            <w:tcW w:w="863" w:type="dxa"/>
          </w:tcPr>
          <w:p w14:paraId="7285DDE4" w14:textId="77777777" w:rsidR="003C6A6D" w:rsidRDefault="00000000">
            <w:r>
              <w:t>B C B A B</w:t>
            </w:r>
          </w:p>
        </w:tc>
        <w:tc>
          <w:tcPr>
            <w:tcW w:w="863" w:type="dxa"/>
          </w:tcPr>
          <w:p w14:paraId="149E6ABE" w14:textId="77777777" w:rsidR="003C6A6D" w:rsidRDefault="00000000">
            <w:r>
              <w:t>A D C A D</w:t>
            </w:r>
          </w:p>
        </w:tc>
        <w:tc>
          <w:tcPr>
            <w:tcW w:w="863" w:type="dxa"/>
          </w:tcPr>
          <w:p w14:paraId="1C71B8B1" w14:textId="77777777" w:rsidR="003C6A6D" w:rsidRDefault="00000000">
            <w:r>
              <w:t>B A A A B</w:t>
            </w:r>
          </w:p>
        </w:tc>
        <w:tc>
          <w:tcPr>
            <w:tcW w:w="863" w:type="dxa"/>
          </w:tcPr>
          <w:p w14:paraId="51C72495" w14:textId="77777777" w:rsidR="003C6A6D" w:rsidRDefault="00000000">
            <w:r>
              <w:t>A D A A A</w:t>
            </w:r>
          </w:p>
        </w:tc>
        <w:tc>
          <w:tcPr>
            <w:tcW w:w="863" w:type="dxa"/>
          </w:tcPr>
          <w:p w14:paraId="5FD35081" w14:textId="77777777" w:rsidR="003C6A6D" w:rsidRDefault="00000000">
            <w:r>
              <w:t>A B B C A</w:t>
            </w:r>
          </w:p>
        </w:tc>
        <w:tc>
          <w:tcPr>
            <w:tcW w:w="863" w:type="dxa"/>
          </w:tcPr>
          <w:p w14:paraId="48C43FAD" w14:textId="77777777" w:rsidR="003C6A6D" w:rsidRDefault="00000000">
            <w:r>
              <w:t>B B C B A</w:t>
            </w:r>
          </w:p>
        </w:tc>
        <w:tc>
          <w:tcPr>
            <w:tcW w:w="863" w:type="dxa"/>
          </w:tcPr>
          <w:p w14:paraId="2BCBAF62" w14:textId="77777777" w:rsidR="003C6A6D" w:rsidRDefault="00000000">
            <w:r>
              <w:t>B A A B C</w:t>
            </w:r>
          </w:p>
        </w:tc>
        <w:tc>
          <w:tcPr>
            <w:tcW w:w="863" w:type="dxa"/>
          </w:tcPr>
          <w:p w14:paraId="40140CC8" w14:textId="77777777" w:rsidR="003C6A6D" w:rsidRDefault="00000000">
            <w:r>
              <w:t>C C D B B</w:t>
            </w:r>
          </w:p>
        </w:tc>
        <w:tc>
          <w:tcPr>
            <w:tcW w:w="863" w:type="dxa"/>
          </w:tcPr>
          <w:p w14:paraId="5C3B27C0" w14:textId="77777777" w:rsidR="003C6A6D" w:rsidRDefault="00000000">
            <w:r>
              <w:t>A A B B C</w:t>
            </w:r>
          </w:p>
        </w:tc>
      </w:tr>
    </w:tbl>
    <w:p w14:paraId="589F976E" w14:textId="77777777" w:rsidR="003C6A6D" w:rsidRDefault="00000000">
      <w:pPr>
        <w:spacing w:before="240" w:after="120"/>
      </w:pPr>
      <w:r>
        <w:rPr>
          <w:rFonts w:ascii="黑体" w:eastAsia="黑体" w:hAnsi="黑体"/>
          <w:b/>
          <w:sz w:val="26"/>
        </w:rPr>
        <w:t>逐题解析</w:t>
      </w:r>
    </w:p>
    <w:p w14:paraId="7D8129D4" w14:textId="77777777" w:rsidR="003C6A6D" w:rsidRDefault="00000000">
      <w:pPr>
        <w:spacing w:before="60" w:after="60" w:line="3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1. </w:t>
      </w:r>
      <w:r>
        <w:rPr>
          <w:rFonts w:ascii="宋体" w:eastAsia="宋体" w:hAnsi="宋体"/>
          <w:b/>
          <w:color w:val="C00000"/>
          <w:lang w:eastAsia="zh-CN"/>
        </w:rPr>
        <w:t>答案：D</w:t>
      </w:r>
      <w:r>
        <w:rPr>
          <w:rFonts w:ascii="宋体" w:eastAsia="宋体" w:hAnsi="宋体"/>
          <w:color w:val="646464"/>
          <w:sz w:val="20"/>
          <w:lang w:eastAsia="zh-CN"/>
        </w:rPr>
        <w:t xml:space="preserve">  天球是以观测者为中心的假想球面，天体都投影到球面上，在天球上量得的“距离”实际是角距离，单位是度、分、秒。光年、秒差距、天文单位都是长度单位，只有角度单位才是天球上的量度单位。</w:t>
      </w:r>
    </w:p>
    <w:p w14:paraId="5F2EA62C" w14:textId="77777777" w:rsidR="003C6A6D" w:rsidRDefault="00000000">
      <w:pPr>
        <w:spacing w:before="60" w:after="60" w:line="3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2. </w:t>
      </w:r>
      <w:r>
        <w:rPr>
          <w:rFonts w:ascii="宋体" w:eastAsia="宋体" w:hAnsi="宋体"/>
          <w:b/>
          <w:color w:val="C00000"/>
          <w:lang w:eastAsia="zh-CN"/>
        </w:rPr>
        <w:t>答案：A</w:t>
      </w:r>
      <w:r>
        <w:rPr>
          <w:rFonts w:ascii="宋体" w:eastAsia="宋体" w:hAnsi="宋体"/>
          <w:color w:val="646464"/>
          <w:sz w:val="20"/>
          <w:lang w:eastAsia="zh-CN"/>
        </w:rPr>
        <w:t xml:space="preserve">  天赤道即赤纬0°的大圆。太阳沿黄道运行，黄道与天赤道交于春分点和秋分点，所以太阳每年两次经过天赤道；月球也沿黄道附近运行、每月穿越天赤道；水星虽在黄道附近，其赤纬同样可以取0°。只有天狼星赤纬固定约-16.7°，永远不会出现在天赤道上。</w:t>
      </w:r>
    </w:p>
    <w:p w14:paraId="1BA9BF14" w14:textId="77777777" w:rsidR="003C6A6D" w:rsidRDefault="00000000">
      <w:pPr>
        <w:spacing w:before="60" w:after="60" w:line="3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3. </w:t>
      </w:r>
      <w:r>
        <w:rPr>
          <w:rFonts w:ascii="宋体" w:eastAsia="宋体" w:hAnsi="宋体"/>
          <w:b/>
          <w:color w:val="C00000"/>
          <w:lang w:eastAsia="zh-CN"/>
        </w:rPr>
        <w:t>答案：C</w:t>
      </w:r>
      <w:r>
        <w:rPr>
          <w:rFonts w:ascii="宋体" w:eastAsia="宋体" w:hAnsi="宋体"/>
          <w:color w:val="646464"/>
          <w:sz w:val="20"/>
          <w:lang w:eastAsia="zh-CN"/>
        </w:rPr>
        <w:t xml:space="preserve">  2003年2月1日是正月初一（朔），3月3日距它整整30天，恰为一个朔望月，故3月3日为二月初一，也是朔。朔时月亮与太阳同升同落，上中天正好在正午。</w:t>
      </w:r>
    </w:p>
    <w:p w14:paraId="5A14149E" w14:textId="77777777" w:rsidR="003C6A6D" w:rsidRDefault="00000000">
      <w:pPr>
        <w:spacing w:before="60" w:after="60" w:line="3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4. </w:t>
      </w:r>
      <w:r>
        <w:rPr>
          <w:rFonts w:ascii="宋体" w:eastAsia="宋体" w:hAnsi="宋体"/>
          <w:b/>
          <w:color w:val="C00000"/>
          <w:lang w:eastAsia="zh-CN"/>
        </w:rPr>
        <w:t>答案：C</w:t>
      </w:r>
      <w:r>
        <w:rPr>
          <w:rFonts w:ascii="宋体" w:eastAsia="宋体" w:hAnsi="宋体"/>
          <w:color w:val="646464"/>
          <w:sz w:val="20"/>
          <w:lang w:eastAsia="zh-CN"/>
        </w:rPr>
        <w:t xml:space="preserve">  日环食必定发生在朔（农历初一），但农历初一落在公历的哪一天完全由历法安排，可以是1日至31日中的任何一天，因此日环食可能发生在任何公历日期。</w:t>
      </w:r>
    </w:p>
    <w:p w14:paraId="4F67CDA2" w14:textId="77777777" w:rsidR="003C6A6D" w:rsidRDefault="00000000">
      <w:pPr>
        <w:spacing w:before="60" w:after="60" w:line="3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5. </w:t>
      </w:r>
      <w:r>
        <w:rPr>
          <w:rFonts w:ascii="宋体" w:eastAsia="宋体" w:hAnsi="宋体"/>
          <w:b/>
          <w:color w:val="C00000"/>
          <w:lang w:eastAsia="zh-CN"/>
        </w:rPr>
        <w:t>答案：C</w:t>
      </w:r>
      <w:r>
        <w:rPr>
          <w:rFonts w:ascii="宋体" w:eastAsia="宋体" w:hAnsi="宋体"/>
          <w:color w:val="646464"/>
          <w:sz w:val="20"/>
          <w:lang w:eastAsia="zh-CN"/>
        </w:rPr>
        <w:t xml:space="preserve">  北纬20°处恒隐圈赤纬为-(90°-20°)=-70°，赤纬低于-70°的天体永不升起，能看到的赤纬范围是-70°到+90°。</w:t>
      </w:r>
    </w:p>
    <w:p w14:paraId="5C48B0B1" w14:textId="77777777" w:rsidR="003C6A6D" w:rsidRDefault="00000000">
      <w:pPr>
        <w:spacing w:before="60" w:after="60" w:line="3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6. </w:t>
      </w:r>
      <w:r>
        <w:rPr>
          <w:rFonts w:ascii="宋体" w:eastAsia="宋体" w:hAnsi="宋体"/>
          <w:b/>
          <w:color w:val="C00000"/>
          <w:lang w:eastAsia="zh-CN"/>
        </w:rPr>
        <w:t>答案：B</w:t>
      </w:r>
      <w:r>
        <w:rPr>
          <w:rFonts w:ascii="宋体" w:eastAsia="宋体" w:hAnsi="宋体"/>
          <w:color w:val="646464"/>
          <w:sz w:val="20"/>
          <w:lang w:eastAsia="zh-CN"/>
        </w:rPr>
        <w:t xml:space="preserve">  月全食必发生在望（日月相对），夏至太阳赤纬约+23.4°，月球赤纬与太阳反号，约-23°。</w:t>
      </w:r>
    </w:p>
    <w:p w14:paraId="6BAF6544" w14:textId="77777777" w:rsidR="003C6A6D" w:rsidRDefault="00000000">
      <w:pPr>
        <w:spacing w:before="60" w:after="60" w:line="3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7. </w:t>
      </w:r>
      <w:r>
        <w:rPr>
          <w:rFonts w:ascii="宋体" w:eastAsia="宋体" w:hAnsi="宋体"/>
          <w:b/>
          <w:color w:val="C00000"/>
          <w:lang w:eastAsia="zh-CN"/>
        </w:rPr>
        <w:t>答案：C</w:t>
      </w:r>
      <w:r>
        <w:rPr>
          <w:rFonts w:ascii="宋体" w:eastAsia="宋体" w:hAnsi="宋体"/>
          <w:color w:val="646464"/>
          <w:sz w:val="20"/>
          <w:lang w:eastAsia="zh-CN"/>
        </w:rPr>
        <w:t xml:space="preserve">  3月中下旬太阳赤纬接近0°，北京纬度约40°，正午太阳高度 h=90°-|40°-0°|≈50°。</w:t>
      </w:r>
    </w:p>
    <w:p w14:paraId="42CCE248" w14:textId="77777777" w:rsidR="003C6A6D" w:rsidRDefault="00000000">
      <w:pPr>
        <w:spacing w:before="60" w:after="60" w:line="3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8. </w:t>
      </w:r>
      <w:r>
        <w:rPr>
          <w:rFonts w:ascii="宋体" w:eastAsia="宋体" w:hAnsi="宋体"/>
          <w:b/>
          <w:color w:val="C00000"/>
          <w:lang w:eastAsia="zh-CN"/>
        </w:rPr>
        <w:t>答案：B</w:t>
      </w:r>
      <w:r>
        <w:rPr>
          <w:rFonts w:ascii="宋体" w:eastAsia="宋体" w:hAnsi="宋体"/>
          <w:color w:val="646464"/>
          <w:sz w:val="20"/>
          <w:lang w:eastAsia="zh-CN"/>
        </w:rPr>
        <w:t xml:space="preserve">  月食必在望，太阳与月亮分居天空两侧。凌晨6时太阳在东方地平附近，月亮在西方即将落下；天文学方位角自南点起向西度量，正西方位角为90°。</w:t>
      </w:r>
    </w:p>
    <w:p w14:paraId="4911B24E" w14:textId="77777777" w:rsidR="003C6A6D" w:rsidRDefault="00000000">
      <w:pPr>
        <w:spacing w:before="60" w:after="60" w:line="3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9. </w:t>
      </w:r>
      <w:r>
        <w:rPr>
          <w:rFonts w:ascii="宋体" w:eastAsia="宋体" w:hAnsi="宋体"/>
          <w:b/>
          <w:color w:val="C00000"/>
          <w:lang w:eastAsia="zh-CN"/>
        </w:rPr>
        <w:t>答案：A</w:t>
      </w:r>
      <w:r>
        <w:rPr>
          <w:rFonts w:ascii="宋体" w:eastAsia="宋体" w:hAnsi="宋体"/>
          <w:color w:val="646464"/>
          <w:sz w:val="20"/>
          <w:lang w:eastAsia="zh-CN"/>
        </w:rPr>
        <w:t xml:space="preserve">  春分日太阳赤经约0h。东经90°的地方时比世界时早6小时，世界时6时该地地方时为正午12时，太阳恰在上中天，此时地方恒星时等于太阳赤经，即0h。</w:t>
      </w:r>
    </w:p>
    <w:p w14:paraId="46F2457C" w14:textId="77777777" w:rsidR="003C6A6D" w:rsidRDefault="00000000">
      <w:pPr>
        <w:spacing w:before="60" w:after="60" w:line="3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10. </w:t>
      </w:r>
      <w:r>
        <w:rPr>
          <w:rFonts w:ascii="宋体" w:eastAsia="宋体" w:hAnsi="宋体"/>
          <w:b/>
          <w:color w:val="C00000"/>
          <w:lang w:eastAsia="zh-CN"/>
        </w:rPr>
        <w:t>答案：B</w:t>
      </w:r>
      <w:r>
        <w:rPr>
          <w:rFonts w:ascii="宋体" w:eastAsia="宋体" w:hAnsi="宋体"/>
          <w:color w:val="646464"/>
          <w:sz w:val="20"/>
          <w:lang w:eastAsia="zh-CN"/>
        </w:rPr>
        <w:t xml:space="preserve">  LAMOST（郭守敬望远镜）是反射施密特式望远镜，通光口径6.67m×6.05m，等效通光口径约4米。</w:t>
      </w:r>
    </w:p>
    <w:p w14:paraId="57607625" w14:textId="77777777" w:rsidR="003C6A6D" w:rsidRDefault="00000000">
      <w:pPr>
        <w:spacing w:before="60" w:after="60" w:line="3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11. </w:t>
      </w:r>
      <w:r>
        <w:rPr>
          <w:rFonts w:ascii="宋体" w:eastAsia="宋体" w:hAnsi="宋体"/>
          <w:b/>
          <w:color w:val="C00000"/>
          <w:lang w:eastAsia="zh-CN"/>
        </w:rPr>
        <w:t>答案：A</w:t>
      </w:r>
      <w:r>
        <w:rPr>
          <w:rFonts w:ascii="宋体" w:eastAsia="宋体" w:hAnsi="宋体"/>
          <w:color w:val="646464"/>
          <w:sz w:val="20"/>
          <w:lang w:eastAsia="zh-CN"/>
        </w:rPr>
        <w:t xml:space="preserve">  北师大星是一颗小行星，位于火星与木星之间的小行星带。地球1AU、火星1.52AU、小行星带约2.1~3.3AU，由近到远排列正确；B、C错在月球是地球的卫星，本身不是绕日行星。</w:t>
      </w:r>
    </w:p>
    <w:p w14:paraId="2AA149F3" w14:textId="77777777" w:rsidR="003C6A6D" w:rsidRDefault="00000000">
      <w:pPr>
        <w:spacing w:before="60" w:after="60" w:line="3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lastRenderedPageBreak/>
        <w:t xml:space="preserve">12. </w:t>
      </w:r>
      <w:r>
        <w:rPr>
          <w:rFonts w:ascii="宋体" w:eastAsia="宋体" w:hAnsi="宋体"/>
          <w:b/>
          <w:color w:val="C00000"/>
          <w:lang w:eastAsia="zh-CN"/>
        </w:rPr>
        <w:t>答案：D</w:t>
      </w:r>
      <w:r>
        <w:rPr>
          <w:rFonts w:ascii="宋体" w:eastAsia="宋体" w:hAnsi="宋体"/>
          <w:color w:val="646464"/>
          <w:sz w:val="20"/>
          <w:lang w:eastAsia="zh-CN"/>
        </w:rPr>
        <w:t xml:space="preserve">  月食是月球进入地球影子所致。地影只有本影和半影两部分，而地球本影在月球处的截面远大于月面，月球不可能只被“套住”中间一圈，所以不存在月环食；日食才有偏食、环食、全食三种。</w:t>
      </w:r>
    </w:p>
    <w:p w14:paraId="089EC752" w14:textId="77777777" w:rsidR="003C6A6D" w:rsidRDefault="00000000">
      <w:pPr>
        <w:spacing w:before="60" w:after="60" w:line="3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13. </w:t>
      </w:r>
      <w:r>
        <w:rPr>
          <w:rFonts w:ascii="宋体" w:eastAsia="宋体" w:hAnsi="宋体"/>
          <w:b/>
          <w:color w:val="C00000"/>
          <w:lang w:eastAsia="zh-CN"/>
        </w:rPr>
        <w:t>答案：C</w:t>
      </w:r>
      <w:r>
        <w:rPr>
          <w:rFonts w:ascii="宋体" w:eastAsia="宋体" w:hAnsi="宋体"/>
          <w:color w:val="646464"/>
          <w:sz w:val="20"/>
          <w:lang w:eastAsia="zh-CN"/>
        </w:rPr>
        <w:t xml:space="preserve">  天文单位定义为日地平均距离，约1.496亿千米。A描述的是秒差距，B描述的是光年。</w:t>
      </w:r>
    </w:p>
    <w:p w14:paraId="4E5158AC" w14:textId="77777777" w:rsidR="003C6A6D" w:rsidRDefault="00000000">
      <w:pPr>
        <w:spacing w:before="60" w:after="60" w:line="3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14. </w:t>
      </w:r>
      <w:r>
        <w:rPr>
          <w:rFonts w:ascii="宋体" w:eastAsia="宋体" w:hAnsi="宋体"/>
          <w:b/>
          <w:color w:val="C00000"/>
          <w:lang w:eastAsia="zh-CN"/>
        </w:rPr>
        <w:t>答案：A</w:t>
      </w:r>
      <w:r>
        <w:rPr>
          <w:rFonts w:ascii="宋体" w:eastAsia="宋体" w:hAnsi="宋体"/>
          <w:color w:val="646464"/>
          <w:sz w:val="20"/>
          <w:lang w:eastAsia="zh-CN"/>
        </w:rPr>
        <w:t xml:space="preserve">  天球上的角距离只反映两个天体方向的夹角，与它们各自的真实距离无关：看上去挨在一起的两颗星，实际可能相差上千光年。</w:t>
      </w:r>
    </w:p>
    <w:p w14:paraId="21C3AE0E" w14:textId="77777777" w:rsidR="003C6A6D" w:rsidRDefault="00000000">
      <w:pPr>
        <w:spacing w:before="60" w:after="60" w:line="3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15. </w:t>
      </w:r>
      <w:r>
        <w:rPr>
          <w:rFonts w:ascii="宋体" w:eastAsia="宋体" w:hAnsi="宋体"/>
          <w:b/>
          <w:color w:val="C00000"/>
          <w:lang w:eastAsia="zh-CN"/>
        </w:rPr>
        <w:t>答案：D</w:t>
      </w:r>
      <w:r>
        <w:rPr>
          <w:rFonts w:ascii="宋体" w:eastAsia="宋体" w:hAnsi="宋体"/>
          <w:color w:val="646464"/>
          <w:sz w:val="20"/>
          <w:lang w:eastAsia="zh-CN"/>
        </w:rPr>
        <w:t xml:space="preserve">  农历八月十五为望，月亮与太阳黄经相差180°，日落时月出、日出时月落，整夜可见。</w:t>
      </w:r>
    </w:p>
    <w:p w14:paraId="6AF91451" w14:textId="77777777" w:rsidR="003C6A6D" w:rsidRDefault="00000000">
      <w:pPr>
        <w:spacing w:before="60" w:after="60" w:line="3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16. </w:t>
      </w:r>
      <w:r>
        <w:rPr>
          <w:rFonts w:ascii="宋体" w:eastAsia="宋体" w:hAnsi="宋体"/>
          <w:b/>
          <w:color w:val="C00000"/>
          <w:lang w:eastAsia="zh-CN"/>
        </w:rPr>
        <w:t>答案：B</w:t>
      </w:r>
      <w:r>
        <w:rPr>
          <w:rFonts w:ascii="宋体" w:eastAsia="宋体" w:hAnsi="宋体"/>
          <w:color w:val="646464"/>
          <w:sz w:val="20"/>
          <w:lang w:eastAsia="zh-CN"/>
        </w:rPr>
        <w:t xml:space="preserve">  现代大型光学望远镜绝大多数是反射式（如兴隆2.16米、丽江2.4米、LAMOST），折射式受材料、自重和色差限制，口径很难做大。</w:t>
      </w:r>
    </w:p>
    <w:p w14:paraId="708D6155" w14:textId="77777777" w:rsidR="003C6A6D" w:rsidRDefault="00000000">
      <w:pPr>
        <w:spacing w:before="60" w:after="60" w:line="3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17. </w:t>
      </w:r>
      <w:r>
        <w:rPr>
          <w:rFonts w:ascii="宋体" w:eastAsia="宋体" w:hAnsi="宋体"/>
          <w:b/>
          <w:color w:val="C00000"/>
          <w:lang w:eastAsia="zh-CN"/>
        </w:rPr>
        <w:t>答案：A</w:t>
      </w:r>
      <w:r>
        <w:rPr>
          <w:rFonts w:ascii="宋体" w:eastAsia="宋体" w:hAnsi="宋体"/>
          <w:color w:val="646464"/>
          <w:sz w:val="20"/>
          <w:lang w:eastAsia="zh-CN"/>
        </w:rPr>
        <w:t xml:space="preserve">  北极点上天顶就是北天极，天赤道与地平圈重合：赤纬大于0°的天体总在地平之上，赤纬小于0°的天体永远升不起来，能看到的是0°到+90°。</w:t>
      </w:r>
    </w:p>
    <w:p w14:paraId="7ADBE818" w14:textId="77777777" w:rsidR="003C6A6D" w:rsidRDefault="00000000">
      <w:pPr>
        <w:spacing w:before="60" w:after="60" w:line="3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18. </w:t>
      </w:r>
      <w:r>
        <w:rPr>
          <w:rFonts w:ascii="宋体" w:eastAsia="宋体" w:hAnsi="宋体"/>
          <w:b/>
          <w:color w:val="C00000"/>
          <w:lang w:eastAsia="zh-CN"/>
        </w:rPr>
        <w:t>答案：A</w:t>
      </w:r>
      <w:r>
        <w:rPr>
          <w:rFonts w:ascii="宋体" w:eastAsia="宋体" w:hAnsi="宋体"/>
          <w:color w:val="646464"/>
          <w:sz w:val="20"/>
          <w:lang w:eastAsia="zh-CN"/>
        </w:rPr>
        <w:t xml:space="preserve">  月球自西向东绕地球公转，其东边缘是运动的前缘，恒星总是先从月球东边缘被掩入、再从西边缘复现，月全食时也一样（此时被掩的正是月面东缘）。</w:t>
      </w:r>
    </w:p>
    <w:p w14:paraId="6163E86A" w14:textId="77777777" w:rsidR="003C6A6D" w:rsidRDefault="00000000">
      <w:pPr>
        <w:spacing w:before="60" w:after="60" w:line="3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19. </w:t>
      </w:r>
      <w:r>
        <w:rPr>
          <w:rFonts w:ascii="宋体" w:eastAsia="宋体" w:hAnsi="宋体"/>
          <w:b/>
          <w:color w:val="C00000"/>
          <w:lang w:eastAsia="zh-CN"/>
        </w:rPr>
        <w:t>答案：A</w:t>
      </w:r>
      <w:r>
        <w:rPr>
          <w:rFonts w:ascii="宋体" w:eastAsia="宋体" w:hAnsi="宋体"/>
          <w:color w:val="646464"/>
          <w:sz w:val="20"/>
          <w:lang w:eastAsia="zh-CN"/>
        </w:rPr>
        <w:t xml:space="preserve">  月全食后期月球自西向东移出地影，阳光先从月面东侧照到；此时月亮位于西边低空，月面东侧在我们看来朝上，故看上去是上边亮。</w:t>
      </w:r>
    </w:p>
    <w:p w14:paraId="50D8028C" w14:textId="77777777" w:rsidR="003C6A6D" w:rsidRDefault="00000000">
      <w:pPr>
        <w:spacing w:before="60" w:after="60" w:line="3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20. </w:t>
      </w:r>
      <w:r>
        <w:rPr>
          <w:rFonts w:ascii="宋体" w:eastAsia="宋体" w:hAnsi="宋体"/>
          <w:b/>
          <w:color w:val="C00000"/>
          <w:lang w:eastAsia="zh-CN"/>
        </w:rPr>
        <w:t>答案：B</w:t>
      </w:r>
      <w:r>
        <w:rPr>
          <w:rFonts w:ascii="宋体" w:eastAsia="宋体" w:hAnsi="宋体"/>
          <w:color w:val="646464"/>
          <w:sz w:val="20"/>
          <w:lang w:eastAsia="zh-CN"/>
        </w:rPr>
        <w:t xml:space="preserve">  黄道是太阳周年视运动的轨迹，太阳永远位于黄道上。月亮和小行星只在黄道附近（有不为零的黄纬），北极星离黄道很远。</w:t>
      </w:r>
    </w:p>
    <w:p w14:paraId="09E69F1C" w14:textId="77777777" w:rsidR="003C6A6D" w:rsidRDefault="00000000">
      <w:pPr>
        <w:spacing w:before="60" w:after="60" w:line="3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21. </w:t>
      </w:r>
      <w:r>
        <w:rPr>
          <w:rFonts w:ascii="宋体" w:eastAsia="宋体" w:hAnsi="宋体"/>
          <w:b/>
          <w:color w:val="C00000"/>
          <w:lang w:eastAsia="zh-CN"/>
        </w:rPr>
        <w:t>答案：A</w:t>
      </w:r>
      <w:r>
        <w:rPr>
          <w:rFonts w:ascii="宋体" w:eastAsia="宋体" w:hAnsi="宋体"/>
          <w:color w:val="646464"/>
          <w:sz w:val="20"/>
          <w:lang w:eastAsia="zh-CN"/>
        </w:rPr>
        <w:t xml:space="preserve">  北京秋季夜晚21时前后，南方天空是飞马座“秋季四边形”，东北方是仙后座“W”和英仙座。猎户座、双子座属冬季星空，狮子座属春季，水蛇座、剑鱼座是南天星座，在北京看不到。</w:t>
      </w:r>
    </w:p>
    <w:p w14:paraId="6F72BE60" w14:textId="77777777" w:rsidR="003C6A6D" w:rsidRDefault="00000000">
      <w:pPr>
        <w:spacing w:before="60" w:after="60" w:line="3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22. </w:t>
      </w:r>
      <w:r>
        <w:rPr>
          <w:rFonts w:ascii="宋体" w:eastAsia="宋体" w:hAnsi="宋体"/>
          <w:b/>
          <w:color w:val="C00000"/>
          <w:lang w:eastAsia="zh-CN"/>
        </w:rPr>
        <w:t>答案：D</w:t>
      </w:r>
      <w:r>
        <w:rPr>
          <w:rFonts w:ascii="宋体" w:eastAsia="宋体" w:hAnsi="宋体"/>
          <w:color w:val="646464"/>
          <w:sz w:val="20"/>
          <w:lang w:eastAsia="zh-CN"/>
        </w:rPr>
        <w:t xml:space="preserve">  没有自转的天体，其表面某点的昼夜交替完全由公转造成，周期等于公转周期，即一年。</w:t>
      </w:r>
    </w:p>
    <w:p w14:paraId="1FFE5479" w14:textId="77777777" w:rsidR="003C6A6D" w:rsidRDefault="00000000">
      <w:pPr>
        <w:spacing w:before="60" w:after="60" w:line="3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23. </w:t>
      </w:r>
      <w:r>
        <w:rPr>
          <w:rFonts w:ascii="宋体" w:eastAsia="宋体" w:hAnsi="宋体"/>
          <w:b/>
          <w:color w:val="C00000"/>
          <w:lang w:eastAsia="zh-CN"/>
        </w:rPr>
        <w:t>答案：A</w:t>
      </w:r>
      <w:r>
        <w:rPr>
          <w:rFonts w:ascii="宋体" w:eastAsia="宋体" w:hAnsi="宋体"/>
          <w:color w:val="646464"/>
          <w:sz w:val="20"/>
          <w:lang w:eastAsia="zh-CN"/>
        </w:rPr>
        <w:t xml:space="preserve">  恒星每天比前一天提早约4分钟升起，一个月约30天，累计提早约2小时，所以今晚约20时升起。</w:t>
      </w:r>
    </w:p>
    <w:p w14:paraId="7AFB7980" w14:textId="77777777" w:rsidR="003C6A6D" w:rsidRDefault="00000000">
      <w:pPr>
        <w:spacing w:before="60" w:after="60" w:line="3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24. </w:t>
      </w:r>
      <w:r>
        <w:rPr>
          <w:rFonts w:ascii="宋体" w:eastAsia="宋体" w:hAnsi="宋体"/>
          <w:b/>
          <w:color w:val="C00000"/>
          <w:lang w:eastAsia="zh-CN"/>
        </w:rPr>
        <w:t>答案：A</w:t>
      </w:r>
      <w:r>
        <w:rPr>
          <w:rFonts w:ascii="宋体" w:eastAsia="宋体" w:hAnsi="宋体"/>
          <w:color w:val="646464"/>
          <w:sz w:val="20"/>
          <w:lang w:eastAsia="zh-CN"/>
        </w:rPr>
        <w:t xml:space="preserve">  天顶的地平高度为90°，其赤纬等于当地地理纬度，即+42°。</w:t>
      </w:r>
    </w:p>
    <w:p w14:paraId="1C7111A6" w14:textId="77777777" w:rsidR="003C6A6D" w:rsidRDefault="00000000">
      <w:pPr>
        <w:spacing w:before="60" w:after="60" w:line="3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25. </w:t>
      </w:r>
      <w:r>
        <w:rPr>
          <w:rFonts w:ascii="宋体" w:eastAsia="宋体" w:hAnsi="宋体"/>
          <w:b/>
          <w:color w:val="C00000"/>
          <w:lang w:eastAsia="zh-CN"/>
        </w:rPr>
        <w:t>答案：A</w:t>
      </w:r>
      <w:r>
        <w:rPr>
          <w:rFonts w:ascii="宋体" w:eastAsia="宋体" w:hAnsi="宋体"/>
          <w:color w:val="646464"/>
          <w:sz w:val="20"/>
          <w:lang w:eastAsia="zh-CN"/>
        </w:rPr>
        <w:t xml:space="preserve">  太阳在天顶以南，夏至正午高度 h1=90°-</w:t>
      </w:r>
      <w:r>
        <w:rPr>
          <w:rFonts w:ascii="宋体" w:eastAsia="宋体" w:hAnsi="宋体"/>
          <w:color w:val="646464"/>
          <w:sz w:val="20"/>
        </w:rPr>
        <w:t>φ</w:t>
      </w:r>
      <w:r>
        <w:rPr>
          <w:rFonts w:ascii="宋体" w:eastAsia="宋体" w:hAnsi="宋体"/>
          <w:color w:val="646464"/>
          <w:sz w:val="20"/>
          <w:lang w:eastAsia="zh-CN"/>
        </w:rPr>
        <w:t>+</w:t>
      </w:r>
      <w:r>
        <w:rPr>
          <w:rFonts w:ascii="宋体" w:eastAsia="宋体" w:hAnsi="宋体"/>
          <w:color w:val="646464"/>
          <w:sz w:val="20"/>
        </w:rPr>
        <w:t>ε</w:t>
      </w:r>
      <w:r>
        <w:rPr>
          <w:rFonts w:ascii="宋体" w:eastAsia="宋体" w:hAnsi="宋体"/>
          <w:color w:val="646464"/>
          <w:sz w:val="20"/>
          <w:lang w:eastAsia="zh-CN"/>
        </w:rPr>
        <w:t>，冬至 h2=90°-</w:t>
      </w:r>
      <w:r>
        <w:rPr>
          <w:rFonts w:ascii="宋体" w:eastAsia="宋体" w:hAnsi="宋体"/>
          <w:color w:val="646464"/>
          <w:sz w:val="20"/>
        </w:rPr>
        <w:t>φ</w:t>
      </w:r>
      <w:r>
        <w:rPr>
          <w:rFonts w:ascii="宋体" w:eastAsia="宋体" w:hAnsi="宋体"/>
          <w:color w:val="646464"/>
          <w:sz w:val="20"/>
          <w:lang w:eastAsia="zh-CN"/>
        </w:rPr>
        <w:t>-</w:t>
      </w:r>
      <w:r>
        <w:rPr>
          <w:rFonts w:ascii="宋体" w:eastAsia="宋体" w:hAnsi="宋体"/>
          <w:color w:val="646464"/>
          <w:sz w:val="20"/>
        </w:rPr>
        <w:t>ε</w:t>
      </w:r>
      <w:r>
        <w:rPr>
          <w:rFonts w:ascii="宋体" w:eastAsia="宋体" w:hAnsi="宋体"/>
          <w:color w:val="646464"/>
          <w:sz w:val="20"/>
          <w:lang w:eastAsia="zh-CN"/>
        </w:rPr>
        <w:t>。两式相加得 h1+h2=180°-2</w:t>
      </w:r>
      <w:r>
        <w:rPr>
          <w:rFonts w:ascii="宋体" w:eastAsia="宋体" w:hAnsi="宋体"/>
          <w:color w:val="646464"/>
          <w:sz w:val="20"/>
        </w:rPr>
        <w:t>φ</w:t>
      </w:r>
      <w:r>
        <w:rPr>
          <w:rFonts w:ascii="宋体" w:eastAsia="宋体" w:hAnsi="宋体"/>
          <w:color w:val="646464"/>
          <w:sz w:val="20"/>
          <w:lang w:eastAsia="zh-CN"/>
        </w:rPr>
        <w:t xml:space="preserve">，代入得 </w:t>
      </w:r>
      <w:r>
        <w:rPr>
          <w:rFonts w:ascii="宋体" w:eastAsia="宋体" w:hAnsi="宋体"/>
          <w:color w:val="646464"/>
          <w:sz w:val="20"/>
        </w:rPr>
        <w:t>φ</w:t>
      </w:r>
      <w:r>
        <w:rPr>
          <w:rFonts w:ascii="宋体" w:eastAsia="宋体" w:hAnsi="宋体"/>
          <w:color w:val="646464"/>
          <w:sz w:val="20"/>
          <w:lang w:eastAsia="zh-CN"/>
        </w:rPr>
        <w:t>=(180°-79°07′-31°19′)÷2=34°47′；又 (h1-h2)÷2=23°54′，正是当时的黄赤交角，可互相验证。</w:t>
      </w:r>
    </w:p>
    <w:p w14:paraId="38BEC161" w14:textId="77777777" w:rsidR="003C6A6D" w:rsidRDefault="00000000">
      <w:pPr>
        <w:spacing w:before="60" w:after="60" w:line="3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26. </w:t>
      </w:r>
      <w:r>
        <w:rPr>
          <w:rFonts w:ascii="宋体" w:eastAsia="宋体" w:hAnsi="宋体"/>
          <w:b/>
          <w:color w:val="C00000"/>
          <w:lang w:eastAsia="zh-CN"/>
        </w:rPr>
        <w:t>答案：A</w:t>
      </w:r>
      <w:r>
        <w:rPr>
          <w:rFonts w:ascii="宋体" w:eastAsia="宋体" w:hAnsi="宋体"/>
          <w:color w:val="646464"/>
          <w:sz w:val="20"/>
          <w:lang w:eastAsia="zh-CN"/>
        </w:rPr>
        <w:t xml:space="preserve">  岁差使春分点沿黄道每年西移约50″，约26000年绕行一周。13000年恰为半周，春分点将从现在的双鱼座（紧邻白羊座西侧）移到黄道对面，落在室女座。</w:t>
      </w:r>
    </w:p>
    <w:p w14:paraId="090D894C" w14:textId="77777777" w:rsidR="003C6A6D" w:rsidRDefault="00000000">
      <w:pPr>
        <w:spacing w:before="60" w:after="60" w:line="360" w:lineRule="exact"/>
      </w:pPr>
      <w:r>
        <w:rPr>
          <w:rFonts w:ascii="宋体" w:eastAsia="宋体" w:hAnsi="宋体"/>
        </w:rPr>
        <w:lastRenderedPageBreak/>
        <w:t xml:space="preserve">27. </w:t>
      </w:r>
      <w:r>
        <w:rPr>
          <w:rFonts w:ascii="宋体" w:eastAsia="宋体" w:hAnsi="宋体"/>
          <w:b/>
          <w:color w:val="C00000"/>
        </w:rPr>
        <w:t>答案：B</w:t>
      </w:r>
      <w:r>
        <w:rPr>
          <w:rFonts w:ascii="宋体" w:eastAsia="宋体" w:hAnsi="宋体"/>
          <w:color w:val="646464"/>
          <w:sz w:val="20"/>
        </w:rPr>
        <w:t xml:space="preserve">  总星等 m=-2.5lg(10^(-0.4×2.28)+10^(-0.4×5.08))=-2.5lg(0.1225+0.0093)=-2.5lg0.1318≈2.2。</w:t>
      </w:r>
    </w:p>
    <w:p w14:paraId="6758E107" w14:textId="77777777" w:rsidR="003C6A6D" w:rsidRDefault="00000000">
      <w:pPr>
        <w:spacing w:before="60" w:after="60" w:line="360" w:lineRule="exact"/>
      </w:pPr>
      <w:r>
        <w:rPr>
          <w:rFonts w:ascii="宋体" w:eastAsia="宋体" w:hAnsi="宋体"/>
        </w:rPr>
        <w:t xml:space="preserve">28. </w:t>
      </w:r>
      <w:r>
        <w:rPr>
          <w:rFonts w:ascii="宋体" w:eastAsia="宋体" w:hAnsi="宋体"/>
          <w:b/>
          <w:color w:val="C00000"/>
        </w:rPr>
        <w:t>答案：B</w:t>
      </w:r>
      <w:r>
        <w:rPr>
          <w:rFonts w:ascii="宋体" w:eastAsia="宋体" w:hAnsi="宋体"/>
          <w:color w:val="646464"/>
          <w:sz w:val="20"/>
        </w:rPr>
        <w:t xml:space="preserve">  像直径 d=F·θ=19.5m×(24″/206265″)≈0.00227m，即2.27毫米。</w:t>
      </w:r>
    </w:p>
    <w:p w14:paraId="57BDC121" w14:textId="77777777" w:rsidR="003C6A6D" w:rsidRDefault="00000000">
      <w:pPr>
        <w:spacing w:before="60" w:after="60" w:line="3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29. </w:t>
      </w:r>
      <w:r>
        <w:rPr>
          <w:rFonts w:ascii="宋体" w:eastAsia="宋体" w:hAnsi="宋体"/>
          <w:b/>
          <w:color w:val="C00000"/>
          <w:lang w:eastAsia="zh-CN"/>
        </w:rPr>
        <w:t>答案：C</w:t>
      </w:r>
      <w:r>
        <w:rPr>
          <w:rFonts w:ascii="宋体" w:eastAsia="宋体" w:hAnsi="宋体"/>
          <w:color w:val="646464"/>
          <w:sz w:val="20"/>
          <w:lang w:eastAsia="zh-CN"/>
        </w:rPr>
        <w:t xml:space="preserve">  距离减半则亮度增大到4倍，星等减小2.5lg4≈1.5等，故 4-1.5=2.5 等。</w:t>
      </w:r>
    </w:p>
    <w:p w14:paraId="25A6E4EF" w14:textId="77777777" w:rsidR="003C6A6D" w:rsidRDefault="00000000">
      <w:pPr>
        <w:spacing w:before="60" w:after="60" w:line="3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30. </w:t>
      </w:r>
      <w:r>
        <w:rPr>
          <w:rFonts w:ascii="宋体" w:eastAsia="宋体" w:hAnsi="宋体"/>
          <w:b/>
          <w:color w:val="C00000"/>
          <w:lang w:eastAsia="zh-CN"/>
        </w:rPr>
        <w:t>答案：A</w:t>
      </w:r>
      <w:r>
        <w:rPr>
          <w:rFonts w:ascii="宋体" w:eastAsia="宋体" w:hAnsi="宋体"/>
          <w:color w:val="646464"/>
          <w:sz w:val="20"/>
          <w:lang w:eastAsia="zh-CN"/>
        </w:rPr>
        <w:t xml:space="preserve">  温度不变时总亮度与表面积成正比。半径比2:1则面积比4:1，亮度比4:1，变幅为2.5lg4≈1.5个星等。</w:t>
      </w:r>
    </w:p>
    <w:p w14:paraId="0EA9656A" w14:textId="77777777" w:rsidR="003C6A6D" w:rsidRDefault="00000000">
      <w:pPr>
        <w:spacing w:before="60" w:after="60" w:line="3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31. </w:t>
      </w:r>
      <w:r>
        <w:rPr>
          <w:rFonts w:ascii="宋体" w:eastAsia="宋体" w:hAnsi="宋体"/>
          <w:b/>
          <w:color w:val="C00000"/>
          <w:lang w:eastAsia="zh-CN"/>
        </w:rPr>
        <w:t>答案：B</w:t>
      </w:r>
      <w:r>
        <w:rPr>
          <w:rFonts w:ascii="宋体" w:eastAsia="宋体" w:hAnsi="宋体"/>
          <w:color w:val="646464"/>
          <w:sz w:val="20"/>
          <w:lang w:eastAsia="zh-CN"/>
        </w:rPr>
        <w:t xml:space="preserve">  一颗10.5等星比0等星暗10^(0.4×10.5)=10^4.2≈1.6×10^4倍，546000÷1.6×10^4≈34个0等星。</w:t>
      </w:r>
    </w:p>
    <w:p w14:paraId="13A45D04" w14:textId="77777777" w:rsidR="003C6A6D" w:rsidRDefault="00000000">
      <w:pPr>
        <w:spacing w:before="60" w:after="60" w:line="360" w:lineRule="exact"/>
        <w:rPr>
          <w:lang w:eastAsia="zh-CN"/>
        </w:rPr>
      </w:pPr>
      <w:r>
        <w:rPr>
          <w:rFonts w:ascii="宋体" w:eastAsia="宋体" w:hAnsi="宋体"/>
        </w:rPr>
        <w:t xml:space="preserve">32. </w:t>
      </w:r>
      <w:r>
        <w:rPr>
          <w:rFonts w:ascii="宋体" w:eastAsia="宋体" w:hAnsi="宋体"/>
          <w:b/>
          <w:color w:val="C00000"/>
        </w:rPr>
        <w:t>答案：B</w:t>
      </w:r>
      <w:r>
        <w:rPr>
          <w:rFonts w:ascii="宋体" w:eastAsia="宋体" w:hAnsi="宋体"/>
          <w:color w:val="646464"/>
          <w:sz w:val="20"/>
        </w:rPr>
        <w:t xml:space="preserve">  由多普勒公式 v=c·Δλ/λ=3×10^5km/s×0.07/422.7≈50km/s。</w:t>
      </w:r>
      <w:r>
        <w:rPr>
          <w:rFonts w:ascii="宋体" w:eastAsia="宋体" w:hAnsi="宋体"/>
          <w:color w:val="646464"/>
          <w:sz w:val="20"/>
          <w:lang w:eastAsia="zh-CN"/>
        </w:rPr>
        <w:t>谱线向紫端移动说明恒星正朝我们运动。</w:t>
      </w:r>
    </w:p>
    <w:p w14:paraId="23911D33" w14:textId="77777777" w:rsidR="003C6A6D" w:rsidRDefault="00000000">
      <w:pPr>
        <w:spacing w:before="60" w:after="60" w:line="3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33. </w:t>
      </w:r>
      <w:r>
        <w:rPr>
          <w:rFonts w:ascii="宋体" w:eastAsia="宋体" w:hAnsi="宋体"/>
          <w:b/>
          <w:color w:val="C00000"/>
          <w:lang w:eastAsia="zh-CN"/>
        </w:rPr>
        <w:t>答案：C</w:t>
      </w:r>
      <w:r>
        <w:rPr>
          <w:rFonts w:ascii="宋体" w:eastAsia="宋体" w:hAnsi="宋体"/>
          <w:color w:val="646464"/>
          <w:sz w:val="20"/>
          <w:lang w:eastAsia="zh-CN"/>
        </w:rPr>
        <w:t xml:space="preserve">  集光力之比为(10000/6)²≈2.8×10^6，对应星等增益2.5lg(2.8×10^6)≈16等，故极限星等约6+16=22等。</w:t>
      </w:r>
    </w:p>
    <w:p w14:paraId="1119F097" w14:textId="77777777" w:rsidR="003C6A6D" w:rsidRDefault="00000000">
      <w:pPr>
        <w:spacing w:before="60" w:after="60" w:line="360" w:lineRule="exact"/>
      </w:pPr>
      <w:r>
        <w:rPr>
          <w:rFonts w:ascii="宋体" w:eastAsia="宋体" w:hAnsi="宋体"/>
        </w:rPr>
        <w:t xml:space="preserve">34. </w:t>
      </w:r>
      <w:r>
        <w:rPr>
          <w:rFonts w:ascii="宋体" w:eastAsia="宋体" w:hAnsi="宋体"/>
          <w:b/>
          <w:color w:val="C00000"/>
        </w:rPr>
        <w:t>答案：B</w:t>
      </w:r>
      <w:r>
        <w:rPr>
          <w:rFonts w:ascii="宋体" w:eastAsia="宋体" w:hAnsi="宋体"/>
          <w:color w:val="646464"/>
          <w:sz w:val="20"/>
        </w:rPr>
        <w:t xml:space="preserve">  距离 d=1/0.124″≈8.1pc；切向速度 v_t=4.74·μ·d=4.74×0.348×8.1≈13km/s；空间速度 v=√(14²+13²)≈19km/s。</w:t>
      </w:r>
    </w:p>
    <w:p w14:paraId="2B2F9A23" w14:textId="77777777" w:rsidR="003C6A6D" w:rsidRDefault="00000000">
      <w:pPr>
        <w:spacing w:before="60" w:after="60" w:line="360" w:lineRule="exact"/>
      </w:pPr>
      <w:r>
        <w:rPr>
          <w:rFonts w:ascii="宋体" w:eastAsia="宋体" w:hAnsi="宋体"/>
        </w:rPr>
        <w:t xml:space="preserve">35. </w:t>
      </w:r>
      <w:r>
        <w:rPr>
          <w:rFonts w:ascii="宋体" w:eastAsia="宋体" w:hAnsi="宋体"/>
          <w:b/>
          <w:color w:val="C00000"/>
        </w:rPr>
        <w:t>答案：A</w:t>
      </w:r>
      <w:r>
        <w:rPr>
          <w:rFonts w:ascii="宋体" w:eastAsia="宋体" w:hAnsi="宋体"/>
          <w:color w:val="646464"/>
          <w:sz w:val="20"/>
        </w:rPr>
        <w:t xml:space="preserve">  由 L/L☉=10^((M☉-M)/2.5)=10^(8.83/2.5)≈3.4×10³，再由 R/R☉=√L·(T☉/T)²=√3400×(5700/3100)²≈58×3.4≈197。</w:t>
      </w:r>
    </w:p>
    <w:p w14:paraId="5C38FCEA" w14:textId="77777777" w:rsidR="003C6A6D" w:rsidRDefault="00000000">
      <w:pPr>
        <w:spacing w:before="60" w:after="60" w:line="3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36. </w:t>
      </w:r>
      <w:r>
        <w:rPr>
          <w:rFonts w:ascii="宋体" w:eastAsia="宋体" w:hAnsi="宋体"/>
          <w:b/>
          <w:color w:val="C00000"/>
          <w:lang w:eastAsia="zh-CN"/>
        </w:rPr>
        <w:t>答案：B</w:t>
      </w:r>
      <w:r>
        <w:rPr>
          <w:rFonts w:ascii="宋体" w:eastAsia="宋体" w:hAnsi="宋体"/>
          <w:color w:val="646464"/>
          <w:sz w:val="20"/>
          <w:lang w:eastAsia="zh-CN"/>
        </w:rPr>
        <w:t xml:space="preserve">  33年含25个平年、8个闰年，共25×365+8×366=9125+2928=12053日，平均年长12053÷33≈365.2424日。</w:t>
      </w:r>
    </w:p>
    <w:p w14:paraId="114B92CC" w14:textId="77777777" w:rsidR="003C6A6D" w:rsidRDefault="00000000">
      <w:pPr>
        <w:spacing w:before="60" w:after="60" w:line="3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37. </w:t>
      </w:r>
      <w:r>
        <w:rPr>
          <w:rFonts w:ascii="宋体" w:eastAsia="宋体" w:hAnsi="宋体"/>
          <w:b/>
          <w:color w:val="C00000"/>
          <w:lang w:eastAsia="zh-CN"/>
        </w:rPr>
        <w:t>答案：A</w:t>
      </w:r>
      <w:r>
        <w:rPr>
          <w:rFonts w:ascii="宋体" w:eastAsia="宋体" w:hAnsi="宋体"/>
          <w:color w:val="646464"/>
          <w:sz w:val="20"/>
          <w:lang w:eastAsia="zh-CN"/>
        </w:rPr>
        <w:t xml:space="preserve">  恒星日比太阳日短约4分钟，来自太阳系外的射电源每天提早约4分钟升起（中天），说明它不随太阳一起运动。</w:t>
      </w:r>
    </w:p>
    <w:p w14:paraId="1B4B6445" w14:textId="77777777" w:rsidR="003C6A6D" w:rsidRDefault="00000000">
      <w:pPr>
        <w:spacing w:before="60" w:after="60" w:line="360" w:lineRule="exact"/>
        <w:rPr>
          <w:lang w:eastAsia="zh-CN"/>
        </w:rPr>
      </w:pPr>
      <w:r>
        <w:rPr>
          <w:rFonts w:ascii="宋体" w:eastAsia="宋体" w:hAnsi="宋体"/>
        </w:rPr>
        <w:t xml:space="preserve">38. </w:t>
      </w:r>
      <w:r>
        <w:rPr>
          <w:rFonts w:ascii="宋体" w:eastAsia="宋体" w:hAnsi="宋体"/>
          <w:b/>
          <w:color w:val="C00000"/>
        </w:rPr>
        <w:t>答案：A</w:t>
      </w:r>
      <w:r>
        <w:rPr>
          <w:rFonts w:ascii="宋体" w:eastAsia="宋体" w:hAnsi="宋体"/>
          <w:color w:val="646464"/>
          <w:sz w:val="20"/>
        </w:rPr>
        <w:t xml:space="preserve">  地球和月球互相照射。</w:t>
      </w:r>
      <w:r>
        <w:rPr>
          <w:rFonts w:ascii="宋体" w:eastAsia="宋体" w:hAnsi="宋体"/>
          <w:color w:val="646464"/>
          <w:sz w:val="20"/>
          <w:lang w:eastAsia="zh-CN"/>
        </w:rPr>
        <w:t>地球上看到满月时，月球上正对地球的那一面完全照不到阳光，从月球看地球就是“朔”（新地）。</w:t>
      </w:r>
    </w:p>
    <w:p w14:paraId="36525B79" w14:textId="77777777" w:rsidR="003C6A6D" w:rsidRDefault="00000000">
      <w:pPr>
        <w:spacing w:before="60" w:after="60" w:line="3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39. </w:t>
      </w:r>
      <w:r>
        <w:rPr>
          <w:rFonts w:ascii="宋体" w:eastAsia="宋体" w:hAnsi="宋体"/>
          <w:b/>
          <w:color w:val="C00000"/>
          <w:lang w:eastAsia="zh-CN"/>
        </w:rPr>
        <w:t>答案：B  若引力与距离的平方成正比（吸引力随距离增大而增大），以地球为中心仍可写出有效势能曲线，并且存在稳定的圆轨道（当速度满足v²=kr³时向心力恰好平衡），所以月球仍能绕地球环行；但由伯特兰定理，只有平方反比引力和线性恢复力这两种情形才存在闭合的椭圆轨道，此时轨道不再是闭合椭圆，而是不断进动的“玫瑰花线”，运动特征与现在不同。故选B。</w:t>
      </w:r>
      <w:r>
        <w:rPr>
          <w:rFonts w:ascii="宋体" w:eastAsia="宋体" w:hAnsi="宋体"/>
          <w:color w:val="646464"/>
          <w:sz w:val="20"/>
          <w:lang w:eastAsia="zh-CN"/>
        </w:rPr>
      </w:r>
    </w:p>
    <w:p w14:paraId="108BF179" w14:textId="77777777" w:rsidR="003C6A6D" w:rsidRDefault="00000000">
      <w:pPr>
        <w:spacing w:before="60" w:after="60" w:line="3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40. </w:t>
      </w:r>
      <w:r>
        <w:rPr>
          <w:rFonts w:ascii="宋体" w:eastAsia="宋体" w:hAnsi="宋体"/>
          <w:b/>
          <w:color w:val="C00000"/>
          <w:lang w:eastAsia="zh-CN"/>
        </w:rPr>
        <w:t>答案：C</w:t>
      </w:r>
      <w:r>
        <w:rPr>
          <w:rFonts w:ascii="宋体" w:eastAsia="宋体" w:hAnsi="宋体"/>
          <w:color w:val="646464"/>
          <w:sz w:val="20"/>
          <w:lang w:eastAsia="zh-CN"/>
        </w:rPr>
        <w:t xml:space="preserve">  脱离太阳引力所需的最小发射速度为第三宇宙速度16.7km/s（约16.9）。7.9、11.2分别是第一、第二宇宙速度，只能摆脱地球。</w:t>
      </w:r>
    </w:p>
    <w:p w14:paraId="63BB717E" w14:textId="77777777" w:rsidR="003C6A6D" w:rsidRDefault="00000000">
      <w:pPr>
        <w:spacing w:before="60" w:after="60" w:line="3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41. </w:t>
      </w:r>
      <w:r>
        <w:rPr>
          <w:rFonts w:ascii="宋体" w:eastAsia="宋体" w:hAnsi="宋体"/>
          <w:b/>
          <w:color w:val="C00000"/>
          <w:lang w:eastAsia="zh-CN"/>
        </w:rPr>
        <w:t>答案：C</w:t>
      </w:r>
      <w:r>
        <w:rPr>
          <w:rFonts w:ascii="宋体" w:eastAsia="宋体" w:hAnsi="宋体"/>
          <w:color w:val="646464"/>
          <w:sz w:val="20"/>
          <w:lang w:eastAsia="zh-CN"/>
        </w:rPr>
        <w:t xml:space="preserve">  黑洞的质量就是坍缩留下核心的质量，可大可小：恒星级黑洞约几倍到几十倍太阳质量，原初黑洞理论上可以很小，都不是“无穷大”。D只描述了恒星级黑洞，不全面。</w:t>
      </w:r>
    </w:p>
    <w:p w14:paraId="28FDD401" w14:textId="77777777" w:rsidR="003C6A6D" w:rsidRDefault="00000000">
      <w:pPr>
        <w:spacing w:before="60" w:after="60" w:line="3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42. </w:t>
      </w:r>
      <w:r>
        <w:rPr>
          <w:rFonts w:ascii="宋体" w:eastAsia="宋体" w:hAnsi="宋体"/>
          <w:b/>
          <w:color w:val="C00000"/>
          <w:lang w:eastAsia="zh-CN"/>
        </w:rPr>
        <w:t>答案：C</w:t>
      </w:r>
      <w:r>
        <w:rPr>
          <w:rFonts w:ascii="宋体" w:eastAsia="宋体" w:hAnsi="宋体"/>
          <w:color w:val="646464"/>
          <w:sz w:val="20"/>
          <w:lang w:eastAsia="zh-CN"/>
        </w:rPr>
        <w:t xml:space="preserve">  飞船迎着行星飞行，多普勒效应使行星上接收到的信号频率升高、周期缩短，看到的时间间隔小于2分钟。</w:t>
      </w:r>
    </w:p>
    <w:p w14:paraId="2CBAED0D" w14:textId="77777777" w:rsidR="003C6A6D" w:rsidRDefault="00000000">
      <w:pPr>
        <w:spacing w:before="60" w:after="60" w:line="3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43. </w:t>
      </w:r>
      <w:r>
        <w:rPr>
          <w:rFonts w:ascii="宋体" w:eastAsia="宋体" w:hAnsi="宋体"/>
          <w:b/>
          <w:color w:val="C00000"/>
          <w:lang w:eastAsia="zh-CN"/>
        </w:rPr>
        <w:t>答案：D</w:t>
      </w:r>
      <w:r>
        <w:rPr>
          <w:rFonts w:ascii="宋体" w:eastAsia="宋体" w:hAnsi="宋体"/>
          <w:color w:val="646464"/>
          <w:sz w:val="20"/>
          <w:lang w:eastAsia="zh-CN"/>
        </w:rPr>
        <w:t xml:space="preserve">  罗默利用木卫一食在不同地心距时的时刻差，用地球轨道直径除以约1000秒的时间差，首次估算了光速。</w:t>
      </w:r>
    </w:p>
    <w:p w14:paraId="1A24D887" w14:textId="77777777" w:rsidR="003C6A6D" w:rsidRDefault="00000000">
      <w:pPr>
        <w:spacing w:before="60" w:after="60" w:line="3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lastRenderedPageBreak/>
        <w:t xml:space="preserve">44. </w:t>
      </w:r>
      <w:r>
        <w:rPr>
          <w:rFonts w:ascii="宋体" w:eastAsia="宋体" w:hAnsi="宋体"/>
          <w:b/>
          <w:color w:val="C00000"/>
          <w:lang w:eastAsia="zh-CN"/>
        </w:rPr>
        <w:t>答案：B</w:t>
      </w:r>
      <w:r>
        <w:rPr>
          <w:rFonts w:ascii="宋体" w:eastAsia="宋体" w:hAnsi="宋体"/>
          <w:color w:val="646464"/>
          <w:sz w:val="20"/>
          <w:lang w:eastAsia="zh-CN"/>
        </w:rPr>
        <w:t xml:space="preserve">  引力突然消失后地球沿当时的速度方向做匀速直线运动，不再是椭圆轨道；但角动量依然守恒，向径扫面积的速率不变，开普勒第二定律仍成立。</w:t>
      </w:r>
    </w:p>
    <w:p w14:paraId="12936D7D" w14:textId="77777777" w:rsidR="003C6A6D" w:rsidRDefault="00000000">
      <w:pPr>
        <w:spacing w:before="60" w:after="60" w:line="3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45. </w:t>
      </w:r>
      <w:r>
        <w:rPr>
          <w:rFonts w:ascii="宋体" w:eastAsia="宋体" w:hAnsi="宋体"/>
          <w:b/>
          <w:color w:val="C00000"/>
          <w:lang w:eastAsia="zh-CN"/>
        </w:rPr>
        <w:t>答案：B</w:t>
      </w:r>
      <w:r>
        <w:rPr>
          <w:rFonts w:ascii="宋体" w:eastAsia="宋体" w:hAnsi="宋体"/>
          <w:color w:val="646464"/>
          <w:sz w:val="20"/>
          <w:lang w:eastAsia="zh-CN"/>
        </w:rPr>
        <w:t xml:space="preserve">  从火星表面起飞返回地球，至少要达到火星的逃逸速度5.0km/s。7.9是地球环绕速度、11.2是地球逃逸速度，均不适用。</w:t>
      </w:r>
    </w:p>
    <w:p w14:paraId="3CDC21F6" w14:textId="77777777" w:rsidR="003C6A6D" w:rsidRDefault="00000000">
      <w:pPr>
        <w:spacing w:before="60" w:after="60" w:line="3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46. </w:t>
      </w:r>
      <w:r>
        <w:rPr>
          <w:rFonts w:ascii="宋体" w:eastAsia="宋体" w:hAnsi="宋体"/>
          <w:b/>
          <w:color w:val="C00000"/>
          <w:lang w:eastAsia="zh-CN"/>
        </w:rPr>
        <w:t>答案：A</w:t>
      </w:r>
      <w:r>
        <w:rPr>
          <w:rFonts w:ascii="宋体" w:eastAsia="宋体" w:hAnsi="宋体"/>
          <w:color w:val="646464"/>
          <w:sz w:val="20"/>
          <w:lang w:eastAsia="zh-CN"/>
        </w:rPr>
        <w:t xml:space="preserve">  在低纬度发射能充分利用地球自转的线速度，海南岛纬度最低（约19°N），同样载荷耗能最少。</w:t>
      </w:r>
    </w:p>
    <w:p w14:paraId="640FB421" w14:textId="77777777" w:rsidR="003C6A6D" w:rsidRDefault="00000000">
      <w:pPr>
        <w:spacing w:before="60" w:after="60" w:line="3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47. </w:t>
      </w:r>
      <w:r>
        <w:rPr>
          <w:rFonts w:ascii="宋体" w:eastAsia="宋体" w:hAnsi="宋体"/>
          <w:b/>
          <w:color w:val="C00000"/>
          <w:lang w:eastAsia="zh-CN"/>
        </w:rPr>
        <w:t>答案：A</w:t>
      </w:r>
      <w:r>
        <w:rPr>
          <w:rFonts w:ascii="宋体" w:eastAsia="宋体" w:hAnsi="宋体"/>
          <w:color w:val="646464"/>
          <w:sz w:val="20"/>
          <w:lang w:eastAsia="zh-CN"/>
        </w:rPr>
        <w:t xml:space="preserve">  太阳每年1月初经过近日点，公转线速度最快，此时太阳正位于人马座，所以在黄道十二宫中停留的时间最短（约28天）。</w:t>
      </w:r>
    </w:p>
    <w:p w14:paraId="497E470E" w14:textId="77777777" w:rsidR="003C6A6D" w:rsidRDefault="00000000">
      <w:pPr>
        <w:spacing w:before="60" w:after="60" w:line="3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48. </w:t>
      </w:r>
      <w:r>
        <w:rPr>
          <w:rFonts w:ascii="宋体" w:eastAsia="宋体" w:hAnsi="宋体"/>
          <w:b/>
          <w:color w:val="C00000"/>
          <w:lang w:eastAsia="zh-CN"/>
        </w:rPr>
        <w:t>答案：B</w:t>
      </w:r>
      <w:r>
        <w:rPr>
          <w:rFonts w:ascii="宋体" w:eastAsia="宋体" w:hAnsi="宋体"/>
          <w:color w:val="646464"/>
          <w:sz w:val="20"/>
          <w:lang w:eastAsia="zh-CN"/>
        </w:rPr>
        <w:t xml:space="preserve">  低轨洲际飞行只有上升段和再入段，全程约30~40分钟，可控制在1小时以内，这远不是“24小时以上”的民航概念。</w:t>
      </w:r>
    </w:p>
    <w:p w14:paraId="0C78C19A" w14:textId="77777777" w:rsidR="003C6A6D" w:rsidRDefault="00000000">
      <w:pPr>
        <w:spacing w:before="60" w:after="60" w:line="360" w:lineRule="exact"/>
      </w:pPr>
      <w:r>
        <w:rPr>
          <w:rFonts w:ascii="宋体" w:eastAsia="宋体" w:hAnsi="宋体"/>
        </w:rPr>
        <w:t xml:space="preserve">49. </w:t>
      </w:r>
      <w:r>
        <w:rPr>
          <w:rFonts w:ascii="宋体" w:eastAsia="宋体" w:hAnsi="宋体"/>
          <w:b/>
          <w:color w:val="C00000"/>
        </w:rPr>
        <w:t>答案：B</w:t>
      </w:r>
      <w:r>
        <w:rPr>
          <w:rFonts w:ascii="宋体" w:eastAsia="宋体" w:hAnsi="宋体"/>
          <w:color w:val="646464"/>
          <w:sz w:val="20"/>
        </w:rPr>
        <w:t xml:space="preserve">  距离相差100倍，亮度相差100²=10⁴倍，星等相差2.5lg10^4=10等。</w:t>
      </w:r>
    </w:p>
    <w:p w14:paraId="0FA7D870" w14:textId="77777777" w:rsidR="003C6A6D" w:rsidRDefault="00000000">
      <w:pPr>
        <w:spacing w:before="60" w:after="60" w:line="360" w:lineRule="exact"/>
        <w:rPr>
          <w:lang w:eastAsia="zh-CN"/>
        </w:rPr>
      </w:pPr>
      <w:r>
        <w:rPr>
          <w:rFonts w:ascii="宋体" w:eastAsia="宋体" w:hAnsi="宋体"/>
          <w:lang w:eastAsia="zh-CN"/>
        </w:rPr>
        <w:t xml:space="preserve">50. </w:t>
      </w:r>
      <w:r>
        <w:rPr>
          <w:rFonts w:ascii="宋体" w:eastAsia="宋体" w:hAnsi="宋体"/>
          <w:b/>
          <w:color w:val="C00000"/>
          <w:lang w:eastAsia="zh-CN"/>
        </w:rPr>
        <w:t>答案：C</w:t>
      </w:r>
      <w:r>
        <w:rPr>
          <w:rFonts w:ascii="宋体" w:eastAsia="宋体" w:hAnsi="宋体"/>
          <w:color w:val="646464"/>
          <w:sz w:val="20"/>
          <w:lang w:eastAsia="zh-CN"/>
        </w:rPr>
        <w:t xml:space="preserve">  月球自转周期与绕地球公转周期相同（27.32天，潮汐锁定），因此永远同一面朝向地球，我们看不到它的背面。</w:t>
      </w:r>
    </w:p>
    <w:sectPr w:rsidR="003C6A6D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8977463">
    <w:abstractNumId w:val="8"/>
  </w:num>
  <w:num w:numId="2" w16cid:durableId="1084496485">
    <w:abstractNumId w:val="6"/>
  </w:num>
  <w:num w:numId="3" w16cid:durableId="241569946">
    <w:abstractNumId w:val="5"/>
  </w:num>
  <w:num w:numId="4" w16cid:durableId="1382752524">
    <w:abstractNumId w:val="4"/>
  </w:num>
  <w:num w:numId="5" w16cid:durableId="1558513306">
    <w:abstractNumId w:val="7"/>
  </w:num>
  <w:num w:numId="6" w16cid:durableId="1533567368">
    <w:abstractNumId w:val="3"/>
  </w:num>
  <w:num w:numId="7" w16cid:durableId="1621565157">
    <w:abstractNumId w:val="2"/>
  </w:num>
  <w:num w:numId="8" w16cid:durableId="1325009649">
    <w:abstractNumId w:val="1"/>
  </w:num>
  <w:num w:numId="9" w16cid:durableId="839539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2600"/>
    <w:rsid w:val="0015074B"/>
    <w:rsid w:val="0029639D"/>
    <w:rsid w:val="00326F90"/>
    <w:rsid w:val="003B12B3"/>
    <w:rsid w:val="003C6A6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3AF145"/>
  <w14:defaultImageDpi w14:val="300"/>
  <w15:docId w15:val="{4232CA24-350D-4647-814A-71F563D6A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1299</Words>
  <Characters>7409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zh f</cp:lastModifiedBy>
  <cp:revision>2</cp:revision>
  <dcterms:created xsi:type="dcterms:W3CDTF">2013-12-23T23:15:00Z</dcterms:created>
  <dcterms:modified xsi:type="dcterms:W3CDTF">2026-10-27T05:34:00Z</dcterms:modified>
  <cp:category/>
</cp:coreProperties>
</file>