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2023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求下列表达式的值：</w:t>
      </w:r>
    </w:p>
    <w:p>
      <w:pPr>
        <w:spacing w:before="0" w:after="80" w:line="300" w:lineRule="auto"/>
        <w:jc w:val="left"/>
      </w:pPr>
      <w:r>
        <w:rPr>
          <w:rFonts w:ascii="Times New Roman" w:hAnsi="Times New Roman" w:eastAsia="宋体"/>
          <w:b w:val="0"/>
          <w:i w:val="0"/>
          <w:sz w:val="21"/>
        </w:rPr>
        <w:t>(8 × 4 + 2) - (8 + 4 × 2)</w:t>
      </w:r>
    </w:p>
    <w:p>
      <w:pPr>
        <w:spacing w:before="0" w:after="120" w:line="300" w:lineRule="auto"/>
      </w:pPr>
      <w:r>
        <w:rPr>
          <w:rFonts w:ascii="Times New Roman" w:hAnsi="Times New Roman" w:eastAsia="宋体"/>
          <w:b w:val="0"/>
          <w:i w:val="0"/>
          <w:sz w:val="21"/>
        </w:rPr>
        <w:t>（A）0　　（B）6　　（C）10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(8 × 4 + 2) - (8 + 4 × 2)</w:t>
      </w:r>
    </w:p>
    <w:p>
      <w:pPr>
        <w:spacing w:before="0" w:after="160" w:line="300" w:lineRule="auto"/>
      </w:pPr>
      <w:r>
        <w:rPr>
          <w:rFonts w:ascii="Times New Roman" w:hAnsi="Times New Roman" w:eastAsia="宋体"/>
          <w:b w:val="0"/>
          <w:i w:val="0"/>
          <w:color w:val="333333"/>
          <w:sz w:val="19"/>
        </w:rPr>
        <w:t>(A) 0　　(B) 6　　(C) 10　　(D) 18　　(E) 24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一张正方形纸如下图所示折叠两次，形成四个相等的部分，然后沿虚线剪开。展开后，纸张会匹配下列哪一个图形？</w:t>
      </w:r>
    </w:p>
    <w:p>
      <w:pPr>
        <w:spacing w:before="80" w:after="80"/>
        <w:jc w:val="center"/>
      </w:pPr>
      <w:r>
        <w:drawing>
          <wp:inline xmlns:a="http://schemas.openxmlformats.org/drawingml/2006/main" xmlns:pic="http://schemas.openxmlformats.org/drawingml/2006/picture">
            <wp:extent cx="1220995" cy="310011"/>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220995" cy="310011"/>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310011" cy="310011"/>
            <wp:docPr id="2" name="Picture 2"/>
            <wp:cNvGraphicFramePr>
              <a:graphicFrameLocks noChangeAspect="1"/>
            </wp:cNvGraphicFramePr>
            <a:graphic>
              <a:graphicData uri="http://schemas.openxmlformats.org/drawingml/2006/picture">
                <pic:pic>
                  <pic:nvPicPr>
                    <pic:cNvPr id="0" name="q02-a-1@300dpi.png"/>
                    <pic:cNvPicPr/>
                  </pic:nvPicPr>
                  <pic:blipFill>
                    <a:blip r:embed="rId10"/>
                    <a:stretch>
                      <a:fillRect/>
                    </a:stretch>
                  </pic:blipFill>
                  <pic:spPr>
                    <a:xfrm>
                      <a:off x="0" y="0"/>
                      <a:ext cx="310011" cy="310011"/>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310011" cy="310011"/>
            <wp:docPr id="3" name="Picture 3"/>
            <wp:cNvGraphicFramePr>
              <a:graphicFrameLocks noChangeAspect="1"/>
            </wp:cNvGraphicFramePr>
            <a:graphic>
              <a:graphicData uri="http://schemas.openxmlformats.org/drawingml/2006/picture">
                <pic:pic>
                  <pic:nvPicPr>
                    <pic:cNvPr id="0" name="q02-b-1@300dpi.png"/>
                    <pic:cNvPicPr/>
                  </pic:nvPicPr>
                  <pic:blipFill>
                    <a:blip r:embed="rId11"/>
                    <a:stretch>
                      <a:fillRect/>
                    </a:stretch>
                  </pic:blipFill>
                  <pic:spPr>
                    <a:xfrm>
                      <a:off x="0" y="0"/>
                      <a:ext cx="310011" cy="310011"/>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310011" cy="310011"/>
            <wp:docPr id="4" name="Picture 4"/>
            <wp:cNvGraphicFramePr>
              <a:graphicFrameLocks noChangeAspect="1"/>
            </wp:cNvGraphicFramePr>
            <a:graphic>
              <a:graphicData uri="http://schemas.openxmlformats.org/drawingml/2006/picture">
                <pic:pic>
                  <pic:nvPicPr>
                    <pic:cNvPr id="0" name="q02-c-1@300dpi.png"/>
                    <pic:cNvPicPr/>
                  </pic:nvPicPr>
                  <pic:blipFill>
                    <a:blip r:embed="rId12"/>
                    <a:stretch>
                      <a:fillRect/>
                    </a:stretch>
                  </pic:blipFill>
                  <pic:spPr>
                    <a:xfrm>
                      <a:off x="0" y="0"/>
                      <a:ext cx="310011" cy="310011"/>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310011" cy="310011"/>
            <wp:docPr id="5" name="Picture 5"/>
            <wp:cNvGraphicFramePr>
              <a:graphicFrameLocks noChangeAspect="1"/>
            </wp:cNvGraphicFramePr>
            <a:graphic>
              <a:graphicData uri="http://schemas.openxmlformats.org/drawingml/2006/picture">
                <pic:pic>
                  <pic:nvPicPr>
                    <pic:cNvPr id="0" name="q02-d-1@300dpi.png"/>
                    <pic:cNvPicPr/>
                  </pic:nvPicPr>
                  <pic:blipFill>
                    <a:blip r:embed="rId13"/>
                    <a:stretch>
                      <a:fillRect/>
                    </a:stretch>
                  </pic:blipFill>
                  <pic:spPr>
                    <a:xfrm>
                      <a:off x="0" y="0"/>
                      <a:ext cx="310011" cy="310011"/>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310011" cy="310011"/>
            <wp:docPr id="6" name="Picture 6"/>
            <wp:cNvGraphicFramePr>
              <a:graphicFrameLocks noChangeAspect="1"/>
            </wp:cNvGraphicFramePr>
            <a:graphic>
              <a:graphicData uri="http://schemas.openxmlformats.org/drawingml/2006/picture">
                <pic:pic>
                  <pic:nvPicPr>
                    <pic:cNvPr id="0" name="q02-e-1@300dpi.png"/>
                    <pic:cNvPicPr/>
                  </pic:nvPicPr>
                  <pic:blipFill>
                    <a:blip r:embed="rId14"/>
                    <a:stretch>
                      <a:fillRect/>
                    </a:stretch>
                  </pic:blipFill>
                  <pic:spPr>
                    <a:xfrm>
                      <a:off x="0" y="0"/>
                      <a:ext cx="310011" cy="310011"/>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piece of paper is folded twice into four equal quarters, as shown below, then cut along the dashed line. When unfolded, the paper will match which of the following figures?</w:t>
      </w:r>
    </w:p>
    <w:p>
      <w:pPr>
        <w:spacing w:before="80" w:after="80"/>
        <w:jc w:val="center"/>
      </w:pPr>
      <w:r>
        <w:drawing>
          <wp:inline xmlns:a="http://schemas.openxmlformats.org/drawingml/2006/main" xmlns:pic="http://schemas.openxmlformats.org/drawingml/2006/picture">
            <wp:extent cx="1220995" cy="310011"/>
            <wp:docPr id="7" name="Picture 7"/>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220995" cy="310011"/>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310011" cy="310011"/>
            <wp:docPr id="8" name="Picture 8"/>
            <wp:cNvGraphicFramePr>
              <a:graphicFrameLocks noChangeAspect="1"/>
            </wp:cNvGraphicFramePr>
            <a:graphic>
              <a:graphicData uri="http://schemas.openxmlformats.org/drawingml/2006/picture">
                <pic:pic>
                  <pic:nvPicPr>
                    <pic:cNvPr id="0" name="q02-a-1@300dpi.png"/>
                    <pic:cNvPicPr/>
                  </pic:nvPicPr>
                  <pic:blipFill>
                    <a:blip r:embed="rId10"/>
                    <a:stretch>
                      <a:fillRect/>
                    </a:stretch>
                  </pic:blipFill>
                  <pic:spPr>
                    <a:xfrm>
                      <a:off x="0" y="0"/>
                      <a:ext cx="310011" cy="310011"/>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310011" cy="310011"/>
            <wp:docPr id="9" name="Picture 9"/>
            <wp:cNvGraphicFramePr>
              <a:graphicFrameLocks noChangeAspect="1"/>
            </wp:cNvGraphicFramePr>
            <a:graphic>
              <a:graphicData uri="http://schemas.openxmlformats.org/drawingml/2006/picture">
                <pic:pic>
                  <pic:nvPicPr>
                    <pic:cNvPr id="0" name="q02-b-1@300dpi.png"/>
                    <pic:cNvPicPr/>
                  </pic:nvPicPr>
                  <pic:blipFill>
                    <a:blip r:embed="rId11"/>
                    <a:stretch>
                      <a:fillRect/>
                    </a:stretch>
                  </pic:blipFill>
                  <pic:spPr>
                    <a:xfrm>
                      <a:off x="0" y="0"/>
                      <a:ext cx="310011" cy="310011"/>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310011" cy="310011"/>
            <wp:docPr id="10" name="Picture 10"/>
            <wp:cNvGraphicFramePr>
              <a:graphicFrameLocks noChangeAspect="1"/>
            </wp:cNvGraphicFramePr>
            <a:graphic>
              <a:graphicData uri="http://schemas.openxmlformats.org/drawingml/2006/picture">
                <pic:pic>
                  <pic:nvPicPr>
                    <pic:cNvPr id="0" name="q02-c-1@300dpi.png"/>
                    <pic:cNvPicPr/>
                  </pic:nvPicPr>
                  <pic:blipFill>
                    <a:blip r:embed="rId12"/>
                    <a:stretch>
                      <a:fillRect/>
                    </a:stretch>
                  </pic:blipFill>
                  <pic:spPr>
                    <a:xfrm>
                      <a:off x="0" y="0"/>
                      <a:ext cx="310011" cy="310011"/>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310011" cy="310011"/>
            <wp:docPr id="11" name="Picture 11"/>
            <wp:cNvGraphicFramePr>
              <a:graphicFrameLocks noChangeAspect="1"/>
            </wp:cNvGraphicFramePr>
            <a:graphic>
              <a:graphicData uri="http://schemas.openxmlformats.org/drawingml/2006/picture">
                <pic:pic>
                  <pic:nvPicPr>
                    <pic:cNvPr id="0" name="q02-d-1@300dpi.png"/>
                    <pic:cNvPicPr/>
                  </pic:nvPicPr>
                  <pic:blipFill>
                    <a:blip r:embed="rId13"/>
                    <a:stretch>
                      <a:fillRect/>
                    </a:stretch>
                  </pic:blipFill>
                  <pic:spPr>
                    <a:xfrm>
                      <a:off x="0" y="0"/>
                      <a:ext cx="310011" cy="310011"/>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310011" cy="310011"/>
            <wp:docPr id="12" name="Picture 12"/>
            <wp:cNvGraphicFramePr>
              <a:graphicFrameLocks noChangeAspect="1"/>
            </wp:cNvGraphicFramePr>
            <a:graphic>
              <a:graphicData uri="http://schemas.openxmlformats.org/drawingml/2006/picture">
                <pic:pic>
                  <pic:nvPicPr>
                    <pic:cNvPr id="0" name="q02-e-1@300dpi.png"/>
                    <pic:cNvPicPr/>
                  </pic:nvPicPr>
                  <pic:blipFill>
                    <a:blip r:embed="rId14"/>
                    <a:stretch>
                      <a:fillRect/>
                    </a:stretch>
                  </pic:blipFill>
                  <pic:spPr>
                    <a:xfrm>
                      <a:off x="0" y="0"/>
                      <a:ext cx="310011" cy="310011"/>
                    </a:xfrm>
                    <a:prstGeom prst="rect"/>
                  </pic:spPr>
                </pic:pic>
              </a:graphicData>
            </a:graphic>
          </wp:inline>
        </w:drawing>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sz w:val="21"/>
        </w:rPr>
        <w:t>风寒温度</w:t>
      </w:r>
      <w:r>
        <w:rPr>
          <w:rFonts w:ascii="Times New Roman" w:hAnsi="Times New Roman" w:eastAsia="宋体"/>
          <w:b w:val="0"/>
          <w:i w:val="0"/>
          <w:sz w:val="21"/>
        </w:rPr>
        <w:t>衡量人在室外有风时感觉到的寒冷程度。风寒温度可用下面的计算式近似：</w:t>
      </w:r>
    </w:p>
    <w:p>
      <w:pPr>
        <w:spacing w:before="0" w:after="80" w:line="300" w:lineRule="auto"/>
        <w:jc w:val="left"/>
      </w:pPr>
      <w:r>
        <w:rPr>
          <w:rFonts w:ascii="Times New Roman" w:hAnsi="Times New Roman" w:eastAsia="宋体"/>
          <w:b w:val="0"/>
          <w:i w:val="0"/>
          <w:sz w:val="21"/>
        </w:rPr>
        <w:t>W=T-0.7· S</w:t>
      </w:r>
    </w:p>
    <w:p>
      <w:pPr>
        <w:spacing w:before="0" w:after="80" w:line="300" w:lineRule="auto"/>
        <w:jc w:val="left"/>
      </w:pPr>
      <w:r>
        <w:rPr>
          <w:rFonts w:ascii="Times New Roman" w:hAnsi="Times New Roman" w:eastAsia="宋体"/>
          <w:b w:val="0"/>
          <w:i w:val="0"/>
          <w:sz w:val="21"/>
        </w:rPr>
        <w:t>其中 W 表示风寒温度，T 表示以华氏度 (°F) 计的气温，S 表示以英里每小时计的风速。</w:t>
      </w:r>
    </w:p>
    <w:p>
      <w:pPr>
        <w:spacing w:before="0" w:after="80" w:line="300" w:lineRule="auto"/>
        <w:jc w:val="left"/>
      </w:pPr>
      <w:r>
        <w:rPr>
          <w:rFonts w:ascii="Times New Roman" w:hAnsi="Times New Roman" w:eastAsia="宋体"/>
          <w:b w:val="0"/>
          <w:i w:val="0"/>
          <w:sz w:val="21"/>
        </w:rPr>
        <w:t>若气温是 36°F，风速是每小时 18 英里，下列哪一项最接近估算出的风寒温度？</w:t>
      </w:r>
    </w:p>
    <w:p>
      <w:pPr>
        <w:spacing w:before="0" w:after="120" w:line="300" w:lineRule="auto"/>
      </w:pPr>
      <w:r>
        <w:rPr>
          <w:rFonts w:ascii="Times New Roman" w:hAnsi="Times New Roman" w:eastAsia="宋体"/>
          <w:b w:val="0"/>
          <w:i w:val="0"/>
          <w:sz w:val="21"/>
        </w:rPr>
        <w:t>（A）18　　（B）23　　（C）28　　（D）32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color w:val="333333"/>
          <w:sz w:val="19"/>
        </w:rPr>
        <w:t>Wind chill</w:t>
      </w:r>
      <w:r>
        <w:rPr>
          <w:rFonts w:ascii="Times New Roman" w:hAnsi="Times New Roman" w:eastAsia="宋体"/>
          <w:b w:val="0"/>
          <w:i w:val="0"/>
          <w:color w:val="333333"/>
          <w:sz w:val="19"/>
        </w:rPr>
        <w:t>is a measure of how cold people feel when exposed to wind outside. A good estimate for wind chill can be found using this calculation:</w:t>
      </w:r>
    </w:p>
    <w:p>
      <w:pPr>
        <w:spacing w:before="0" w:after="80" w:line="300" w:lineRule="auto"/>
        <w:jc w:val="left"/>
      </w:pPr>
      <w:r>
        <w:rPr>
          <w:rFonts w:ascii="Times New Roman" w:hAnsi="Times New Roman" w:eastAsia="宋体"/>
          <w:b w:val="0"/>
          <w:i w:val="0"/>
          <w:color w:val="333333"/>
          <w:sz w:val="19"/>
        </w:rPr>
        <w:t>W=T-0.7· S</w:t>
      </w:r>
    </w:p>
    <w:p>
      <w:pPr>
        <w:spacing w:before="0" w:after="80" w:line="300" w:lineRule="auto"/>
        <w:jc w:val="left"/>
      </w:pPr>
      <w:r>
        <w:rPr>
          <w:rFonts w:ascii="Times New Roman" w:hAnsi="Times New Roman" w:eastAsia="宋体"/>
          <w:b w:val="0"/>
          <w:i w:val="0"/>
          <w:color w:val="333333"/>
          <w:sz w:val="19"/>
        </w:rPr>
        <w:t>Here W represents the wind chill, T represents air temperature measured in degrees Fahrenheit (°F), and S represents wind speed measured in miles per hour (mph).</w:t>
      </w:r>
    </w:p>
    <w:p>
      <w:pPr>
        <w:spacing w:before="0" w:after="80" w:line="300" w:lineRule="auto"/>
        <w:jc w:val="left"/>
      </w:pPr>
      <w:r>
        <w:rPr>
          <w:rFonts w:ascii="Times New Roman" w:hAnsi="Times New Roman" w:eastAsia="宋体"/>
          <w:b w:val="0"/>
          <w:i w:val="0"/>
          <w:color w:val="333333"/>
          <w:sz w:val="19"/>
        </w:rPr>
        <w:t>Suppose the air temperature is 36°F and the wind speed is 18 mph. Which of the following is closest to the approximate wind chill?</w:t>
      </w:r>
    </w:p>
    <w:p>
      <w:pPr>
        <w:spacing w:before="0" w:after="160" w:line="300" w:lineRule="auto"/>
      </w:pPr>
      <w:r>
        <w:rPr>
          <w:rFonts w:ascii="Times New Roman" w:hAnsi="Times New Roman" w:eastAsia="宋体"/>
          <w:b w:val="0"/>
          <w:i w:val="0"/>
          <w:color w:val="333333"/>
          <w:sz w:val="19"/>
        </w:rPr>
        <w:t>(A) 18　　(B) 23　　(C) 28　　(D) 32　　(E) 35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数字 1 到 49 从中心开始按螺旋形排列在一个正方形网格上。下方网格中已经填入了前几个数字。考虑与数字 7 在同一条对角线上的四个阴影方格中将出现的数字。这四个数字中有多少个是质数？</w:t>
      </w:r>
    </w:p>
    <w:p>
      <w:pPr>
        <w:spacing w:before="80" w:after="80"/>
        <w:jc w:val="center"/>
      </w:pPr>
      <w:r>
        <w:drawing>
          <wp:inline xmlns:a="http://schemas.openxmlformats.org/drawingml/2006/main" xmlns:pic="http://schemas.openxmlformats.org/drawingml/2006/picture">
            <wp:extent cx="2147853" cy="2138328"/>
            <wp:docPr id="13" name="Picture 13"/>
            <wp:cNvGraphicFramePr>
              <a:graphicFrameLocks noChangeAspect="1"/>
            </wp:cNvGraphicFramePr>
            <a:graphic>
              <a:graphicData uri="http://schemas.openxmlformats.org/drawingml/2006/picture">
                <pic:pic>
                  <pic:nvPicPr>
                    <pic:cNvPr id="0" name="q04-1@300dpi.png"/>
                    <pic:cNvPicPr/>
                  </pic:nvPicPr>
                  <pic:blipFill>
                    <a:blip r:embed="rId15"/>
                    <a:stretch>
                      <a:fillRect/>
                    </a:stretch>
                  </pic:blipFill>
                  <pic:spPr>
                    <a:xfrm>
                      <a:off x="0" y="0"/>
                      <a:ext cx="2147853" cy="2138328"/>
                    </a:xfrm>
                    <a:prstGeom prst="rect"/>
                  </pic:spPr>
                </pic:pic>
              </a:graphicData>
            </a:graphic>
          </wp:inline>
        </w:drawing>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from 1 to 49 are arranged in a spiral pattern on a square grid, beginning at the center. The first few numbers have been entered into the grid below. Consider the four numbers that will appear in the shaded squares, on the same diagonal as the number 7. How many of these four numbers are prime?</w:t>
      </w:r>
    </w:p>
    <w:p>
      <w:pPr>
        <w:spacing w:before="80" w:after="80"/>
        <w:jc w:val="center"/>
      </w:pPr>
      <w:r>
        <w:drawing>
          <wp:inline xmlns:a="http://schemas.openxmlformats.org/drawingml/2006/main" xmlns:pic="http://schemas.openxmlformats.org/drawingml/2006/picture">
            <wp:extent cx="2147853" cy="2138328"/>
            <wp:docPr id="14" name="Picture 14"/>
            <wp:cNvGraphicFramePr>
              <a:graphicFrameLocks noChangeAspect="1"/>
            </wp:cNvGraphicFramePr>
            <a:graphic>
              <a:graphicData uri="http://schemas.openxmlformats.org/drawingml/2006/picture">
                <pic:pic>
                  <pic:nvPicPr>
                    <pic:cNvPr id="0" name="q04-1@300dpi.png"/>
                    <pic:cNvPicPr/>
                  </pic:nvPicPr>
                  <pic:blipFill>
                    <a:blip r:embed="rId15"/>
                    <a:stretch>
                      <a:fillRect/>
                    </a:stretch>
                  </pic:blipFill>
                  <pic:spPr>
                    <a:xfrm>
                      <a:off x="0" y="0"/>
                      <a:ext cx="2147853" cy="213832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一个湖中有 250 条鳟鱼，还有其他多种鱼。一位海洋生物学家从湖中捕捉并放回 180 条鱼作为样本，其中 30 条被识别为鳟鱼。假设样本中鳟鱼占总鱼数的比例与湖中相同，湖中共有多少条鱼？</w:t>
      </w:r>
    </w:p>
    <w:p>
      <w:pPr>
        <w:spacing w:before="0" w:after="120" w:line="300" w:lineRule="auto"/>
      </w:pPr>
      <w:r>
        <w:rPr>
          <w:rFonts w:ascii="Times New Roman" w:hAnsi="Times New Roman" w:eastAsia="宋体"/>
          <w:b w:val="0"/>
          <w:i w:val="0"/>
          <w:sz w:val="21"/>
        </w:rPr>
        <w:t>（A）1250　　（B）1500　　（C）1750　　（D）1800　　（E）2000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lake contains 250 trout, along with a variety of other fish. When a marine biologist catches and releases a sample of 180 fish from the lake, 30 are identified as trout. Assume that the ratio of trout to the total number of fish is the same in both the sample and the lake. How many fish are there in the lake?</w:t>
      </w:r>
    </w:p>
    <w:p>
      <w:pPr>
        <w:spacing w:before="0" w:after="160" w:line="300" w:lineRule="auto"/>
      </w:pPr>
      <w:r>
        <w:rPr>
          <w:rFonts w:ascii="Times New Roman" w:hAnsi="Times New Roman" w:eastAsia="宋体"/>
          <w:b w:val="0"/>
          <w:i w:val="0"/>
          <w:color w:val="333333"/>
          <w:sz w:val="19"/>
        </w:rPr>
        <w:t>(A) 1250　　(B) 1500　　(C) 1750　　(D) 1800　　(E) 2000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把数字 2、0、2 和 3 填入下列表达式中，每个方框放一个数字。这个表达式的最大可能值是多少？</w:t>
      </w:r>
    </w:p>
    <w:p>
      <w:pPr>
        <w:spacing w:before="80" w:after="80"/>
        <w:jc w:val="center"/>
      </w:pPr>
      <w:r>
        <w:drawing>
          <wp:inline xmlns:a="http://schemas.openxmlformats.org/drawingml/2006/main" xmlns:pic="http://schemas.openxmlformats.org/drawingml/2006/picture">
            <wp:extent cx="3884381" cy="1105880"/>
            <wp:docPr id="15" name="Picture 15"/>
            <wp:cNvGraphicFramePr>
              <a:graphicFrameLocks noChangeAspect="1"/>
            </wp:cNvGraphicFramePr>
            <a:graphic>
              <a:graphicData uri="http://schemas.openxmlformats.org/drawingml/2006/picture">
                <pic:pic>
                  <pic:nvPicPr>
                    <pic:cNvPr id="0" name="q06-1@300dpi.png"/>
                    <pic:cNvPicPr/>
                  </pic:nvPicPr>
                  <pic:blipFill>
                    <a:blip r:embed="rId16"/>
                    <a:stretch>
                      <a:fillRect/>
                    </a:stretch>
                  </pic:blipFill>
                  <pic:spPr>
                    <a:xfrm>
                      <a:off x="0" y="0"/>
                      <a:ext cx="3884381" cy="1105880"/>
                    </a:xfrm>
                    <a:prstGeom prst="rect"/>
                  </pic:spPr>
                </pic:pic>
              </a:graphicData>
            </a:graphic>
          </wp:inline>
        </w:drawing>
      </w:r>
    </w:p>
    <w:p>
      <w:pPr>
        <w:spacing w:before="0" w:after="120" w:line="300" w:lineRule="auto"/>
      </w:pPr>
      <w:r>
        <w:rPr>
          <w:rFonts w:ascii="Times New Roman" w:hAnsi="Times New Roman" w:eastAsia="宋体"/>
          <w:b w:val="0"/>
          <w:i w:val="0"/>
          <w:sz w:val="21"/>
        </w:rPr>
        <w:t>（A）0　　（B）8　　（C）9　　（D）16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digits 2, 0, 2, and 3 are placed in the expression below, one digit per box. What is the maximum possible value of the expression?</w:t>
      </w:r>
    </w:p>
    <w:p>
      <w:pPr>
        <w:spacing w:before="80" w:after="80"/>
        <w:jc w:val="center"/>
      </w:pPr>
      <w:r>
        <w:drawing>
          <wp:inline xmlns:a="http://schemas.openxmlformats.org/drawingml/2006/main" xmlns:pic="http://schemas.openxmlformats.org/drawingml/2006/picture">
            <wp:extent cx="3884381" cy="1105880"/>
            <wp:docPr id="16" name="Picture 16"/>
            <wp:cNvGraphicFramePr>
              <a:graphicFrameLocks noChangeAspect="1"/>
            </wp:cNvGraphicFramePr>
            <a:graphic>
              <a:graphicData uri="http://schemas.openxmlformats.org/drawingml/2006/picture">
                <pic:pic>
                  <pic:nvPicPr>
                    <pic:cNvPr id="0" name="q06-1@300dpi.png"/>
                    <pic:cNvPicPr/>
                  </pic:nvPicPr>
                  <pic:blipFill>
                    <a:blip r:embed="rId16"/>
                    <a:stretch>
                      <a:fillRect/>
                    </a:stretch>
                  </pic:blipFill>
                  <pic:spPr>
                    <a:xfrm>
                      <a:off x="0" y="0"/>
                      <a:ext cx="3884381" cy="110588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8　　(C) 9　　(D) 16　　(E) 18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一个边平行于 x 轴和 y 轴的矩形，其一对相对顶点为 (15, 3) 和 (16, 5)。一条直线经过点 A(0, 0) 和 B(3, 1)。另一条直线经过点 C(0, 10) 和 D(2, 9)。矩形上有多少个点至少在这两条直线之一上？</w:t>
      </w:r>
    </w:p>
    <w:p>
      <w:pPr>
        <w:spacing w:before="80" w:after="80"/>
        <w:jc w:val="center"/>
      </w:pPr>
      <w:r>
        <w:drawing>
          <wp:inline xmlns:a="http://schemas.openxmlformats.org/drawingml/2006/main" xmlns:pic="http://schemas.openxmlformats.org/drawingml/2006/picture">
            <wp:extent cx="2944136" cy="1995037"/>
            <wp:docPr id="17" name="Picture 17"/>
            <wp:cNvGraphicFramePr>
              <a:graphicFrameLocks noChangeAspect="1"/>
            </wp:cNvGraphicFramePr>
            <a:graphic>
              <a:graphicData uri="http://schemas.openxmlformats.org/drawingml/2006/picture">
                <pic:pic>
                  <pic:nvPicPr>
                    <pic:cNvPr id="0" name="q07-1@300dpi.png"/>
                    <pic:cNvPicPr/>
                  </pic:nvPicPr>
                  <pic:blipFill>
                    <a:blip r:embed="rId17"/>
                    <a:stretch>
                      <a:fillRect/>
                    </a:stretch>
                  </pic:blipFill>
                  <pic:spPr>
                    <a:xfrm>
                      <a:off x="0" y="0"/>
                      <a:ext cx="2944136" cy="1995037"/>
                    </a:xfrm>
                    <a:prstGeom prst="rect"/>
                  </pic:spPr>
                </pic:pic>
              </a:graphicData>
            </a:graphic>
          </wp:inline>
        </w:drawing>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with sides parallel to the x-axis and y-axis, has opposite vertices located at (15, 3) and (16, 5). A line is drawn through points A(0, 0) and B(3, 1). Another line is drawn through points C(0, 10) and D(2, 9). How many points on the rectangle lie on at least one of the two lines?</w:t>
      </w:r>
    </w:p>
    <w:p>
      <w:pPr>
        <w:spacing w:before="80" w:after="80"/>
        <w:jc w:val="center"/>
      </w:pPr>
      <w:r>
        <w:drawing>
          <wp:inline xmlns:a="http://schemas.openxmlformats.org/drawingml/2006/main" xmlns:pic="http://schemas.openxmlformats.org/drawingml/2006/picture">
            <wp:extent cx="2944136" cy="1995037"/>
            <wp:docPr id="18" name="Picture 18"/>
            <wp:cNvGraphicFramePr>
              <a:graphicFrameLocks noChangeAspect="1"/>
            </wp:cNvGraphicFramePr>
            <a:graphic>
              <a:graphicData uri="http://schemas.openxmlformats.org/drawingml/2006/picture">
                <pic:pic>
                  <pic:nvPicPr>
                    <pic:cNvPr id="0" name="q07-1@300dpi.png"/>
                    <pic:cNvPicPr/>
                  </pic:nvPicPr>
                  <pic:blipFill>
                    <a:blip r:embed="rId17"/>
                    <a:stretch>
                      <a:fillRect/>
                    </a:stretch>
                  </pic:blipFill>
                  <pic:spPr>
                    <a:xfrm>
                      <a:off x="0" y="0"/>
                      <a:ext cx="2944136" cy="19950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洛拉、洛洛、蒂娅和蒂约参加乒乓球比赛。每位选手都与另外三位选手各比赛两次。下方显示了选手们的胜负记录。数字 1 和 0 分别表示胜和负。例如，洛拉赢了五场，输了第四场。蒂约的胜负记录是什么？</w:t>
      </w:r>
    </w:p>
    <w:p>
      <w:pPr>
        <w:spacing w:before="80" w:after="80"/>
        <w:jc w:val="center"/>
      </w:pPr>
      <w:r>
        <w:drawing>
          <wp:inline xmlns:a="http://schemas.openxmlformats.org/drawingml/2006/main" xmlns:pic="http://schemas.openxmlformats.org/drawingml/2006/picture">
            <wp:extent cx="1682836" cy="1531006"/>
            <wp:docPr id="19" name="Picture 19"/>
            <wp:cNvGraphicFramePr>
              <a:graphicFrameLocks noChangeAspect="1"/>
            </wp:cNvGraphicFramePr>
            <a:graphic>
              <a:graphicData uri="http://schemas.openxmlformats.org/drawingml/2006/picture">
                <pic:pic>
                  <pic:nvPicPr>
                    <pic:cNvPr id="0" name="q08-1@300dpi.png"/>
                    <pic:cNvPicPr/>
                  </pic:nvPicPr>
                  <pic:blipFill>
                    <a:blip r:embed="rId18"/>
                    <a:stretch>
                      <a:fillRect/>
                    </a:stretch>
                  </pic:blipFill>
                  <pic:spPr>
                    <a:xfrm>
                      <a:off x="0" y="0"/>
                      <a:ext cx="1682836" cy="1531006"/>
                    </a:xfrm>
                    <a:prstGeom prst="rect"/>
                  </pic:spPr>
                </pic:pic>
              </a:graphicData>
            </a:graphic>
          </wp:inline>
        </w:drawing>
      </w:r>
    </w:p>
    <w:p>
      <w:pPr>
        <w:spacing w:before="0" w:after="120" w:line="300" w:lineRule="auto"/>
      </w:pPr>
      <w:r>
        <w:rPr>
          <w:rFonts w:ascii="Times New Roman" w:hAnsi="Times New Roman" w:eastAsia="宋体"/>
          <w:b w:val="0"/>
          <w:i w:val="0"/>
          <w:sz w:val="21"/>
        </w:rPr>
        <w:t>（A）000101　　（B）001001　　（C）010000　　（D）010101　　（E）011000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Lola, Lolo, Tiya, and Tiyo participated in a ping pong tournament. Each player competed against each of the other three players exactly twice. Shown below are the win-loss records for the players. The numbers 1 and 0 represent a win or loss, respectively. For example, Lola won five matches and lost the fourth match. What was Tiyo’s win-loss record?</w:t>
      </w:r>
    </w:p>
    <w:p>
      <w:pPr>
        <w:spacing w:before="80" w:after="80"/>
        <w:jc w:val="center"/>
      </w:pPr>
      <w:r>
        <w:drawing>
          <wp:inline xmlns:a="http://schemas.openxmlformats.org/drawingml/2006/main" xmlns:pic="http://schemas.openxmlformats.org/drawingml/2006/picture">
            <wp:extent cx="1682836" cy="1531006"/>
            <wp:docPr id="20" name="Picture 20"/>
            <wp:cNvGraphicFramePr>
              <a:graphicFrameLocks noChangeAspect="1"/>
            </wp:cNvGraphicFramePr>
            <a:graphic>
              <a:graphicData uri="http://schemas.openxmlformats.org/drawingml/2006/picture">
                <pic:pic>
                  <pic:nvPicPr>
                    <pic:cNvPr id="0" name="q08-1@300dpi.png"/>
                    <pic:cNvPicPr/>
                  </pic:nvPicPr>
                  <pic:blipFill>
                    <a:blip r:embed="rId18"/>
                    <a:stretch>
                      <a:fillRect/>
                    </a:stretch>
                  </pic:blipFill>
                  <pic:spPr>
                    <a:xfrm>
                      <a:off x="0" y="0"/>
                      <a:ext cx="1682836" cy="153100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000101　　(B) 001001　　(C) 010000　　(D) 010101　　(E) 011000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玛莱卡在山上滑雪。下图显示了她沿雪道滑行时，相对于山脚的海拔高度（米）。她总共有多少秒处在 4 米到 7 米之间的海拔高度？</w:t>
      </w:r>
    </w:p>
    <w:p>
      <w:pPr>
        <w:spacing w:before="80" w:after="80"/>
        <w:jc w:val="center"/>
      </w:pPr>
      <w:r>
        <w:drawing>
          <wp:inline xmlns:a="http://schemas.openxmlformats.org/drawingml/2006/main" xmlns:pic="http://schemas.openxmlformats.org/drawingml/2006/picture">
            <wp:extent cx="2275279" cy="2275279"/>
            <wp:docPr id="21" name="Picture 21"/>
            <wp:cNvGraphicFramePr>
              <a:graphicFrameLocks noChangeAspect="1"/>
            </wp:cNvGraphicFramePr>
            <a:graphic>
              <a:graphicData uri="http://schemas.openxmlformats.org/drawingml/2006/picture">
                <pic:pic>
                  <pic:nvPicPr>
                    <pic:cNvPr id="0" name="q09-1@300dpi.png"/>
                    <pic:cNvPicPr/>
                  </pic:nvPicPr>
                  <pic:blipFill>
                    <a:blip r:embed="rId19"/>
                    <a:stretch>
                      <a:fillRect/>
                    </a:stretch>
                  </pic:blipFill>
                  <pic:spPr>
                    <a:xfrm>
                      <a:off x="0" y="0"/>
                      <a:ext cx="2275279" cy="2275279"/>
                    </a:xfrm>
                    <a:prstGeom prst="rect"/>
                  </pic:spPr>
                </pic:pic>
              </a:graphicData>
            </a:graphic>
          </wp:inline>
        </w:drawing>
      </w:r>
    </w:p>
    <w:p>
      <w:pPr>
        <w:spacing w:before="0" w:after="120" w:line="300" w:lineRule="auto"/>
      </w:pPr>
      <w:r>
        <w:rPr>
          <w:rFonts w:ascii="Times New Roman" w:hAnsi="Times New Roman" w:eastAsia="宋体"/>
          <w:b w:val="0"/>
          <w:i w:val="0"/>
          <w:sz w:val="21"/>
        </w:rPr>
        <w:t>（A）6　　（B）8　　（C）10　　（D）12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Malaika is skiing on a mountain. The graph below shows her elevation, in meters, above the base of the mountain as she skis along a trail. In total, how many seconds does she spend at an elevation between 4 and 7 meters?</w:t>
      </w:r>
    </w:p>
    <w:p>
      <w:pPr>
        <w:spacing w:before="80" w:after="80"/>
        <w:jc w:val="center"/>
      </w:pPr>
      <w:r>
        <w:drawing>
          <wp:inline xmlns:a="http://schemas.openxmlformats.org/drawingml/2006/main" xmlns:pic="http://schemas.openxmlformats.org/drawingml/2006/picture">
            <wp:extent cx="2275279" cy="2275279"/>
            <wp:docPr id="22" name="Picture 22"/>
            <wp:cNvGraphicFramePr>
              <a:graphicFrameLocks noChangeAspect="1"/>
            </wp:cNvGraphicFramePr>
            <a:graphic>
              <a:graphicData uri="http://schemas.openxmlformats.org/drawingml/2006/picture">
                <pic:pic>
                  <pic:nvPicPr>
                    <pic:cNvPr id="0" name="q09-1@300dpi.png"/>
                    <pic:cNvPicPr/>
                  </pic:nvPicPr>
                  <pic:blipFill>
                    <a:blip r:embed="rId19"/>
                    <a:stretch>
                      <a:fillRect/>
                    </a:stretch>
                  </pic:blipFill>
                  <pic:spPr>
                    <a:xfrm>
                      <a:off x="0" y="0"/>
                      <a:ext cx="2275279" cy="227527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8　　(C) 10　　(D) 12　　(E) 14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哈罗德做了一个李子派去野餐。他只吃了这个派的 1/4，把剩下的留给朋友。一只驼鹿经过，吃掉了哈罗德留下部分的 1/3。之后，一只豪猪又吃掉了驼鹿留下部分的 1/3。豪猪离开后，原来的派还剩多少？</w:t>
      </w:r>
    </w:p>
    <w:p>
      <w:pPr>
        <w:spacing w:before="0" w:after="120" w:line="300" w:lineRule="auto"/>
      </w:pPr>
      <w:r>
        <w:rPr>
          <w:rFonts w:ascii="Times New Roman" w:hAnsi="Times New Roman" w:eastAsia="宋体"/>
          <w:b w:val="0"/>
          <w:i w:val="0"/>
          <w:sz w:val="21"/>
        </w:rPr>
        <w:t>（A）1/12　　（B）1/6　　（C）1/4　　（D）1/3　　（E）5/12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Harold made a plum pie to take on a picnic. He was able to eat only 1/4 of the pie, and he left the rest for his friends. A moose came by and ate 1/3 of what Harold left behind. After that, a porcupine ate 1/3 of what the moose left behind. How much of the original pie still remained after the porcupine left?</w:t>
      </w:r>
    </w:p>
    <w:p>
      <w:pPr>
        <w:spacing w:before="0" w:after="160" w:line="300" w:lineRule="auto"/>
      </w:pPr>
      <w:r>
        <w:rPr>
          <w:rFonts w:ascii="Times New Roman" w:hAnsi="Times New Roman" w:eastAsia="宋体"/>
          <w:b w:val="0"/>
          <w:i w:val="0"/>
          <w:color w:val="333333"/>
          <w:sz w:val="19"/>
        </w:rPr>
        <w:t>(A) 1/12　　(B) 1/6　　(C) 1/4　　(D) 1/3　　(E) 5/12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NASA 的“毅力号”探测车于 2020 年 7 月 30 日发射。它行进 292,526,838 英里后，约 6.5 个月后降落在火星的杰泽罗陨石坑。下列哪一项最接近探测车的平均星际速度，单位为英里每小时？</w:t>
      </w:r>
    </w:p>
    <w:p>
      <w:pPr>
        <w:spacing w:before="0" w:after="120" w:line="300" w:lineRule="auto"/>
      </w:pPr>
      <w:r>
        <w:rPr>
          <w:rFonts w:ascii="Times New Roman" w:hAnsi="Times New Roman" w:eastAsia="宋体"/>
          <w:b w:val="0"/>
          <w:i w:val="0"/>
          <w:sz w:val="21"/>
        </w:rPr>
        <w:t>（A）6,000　　（B）12,000　　（C）60,000　　（D）120,000　　（E）600,000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NASA’s Perseverance Rover was launched on July 30, 2020. After traveling 292,526,838 miles, it landed on Mars in Jezero Crater about 6.5 months later. Which of the following is closest to the Rover’s average interplanetary speed in miles per hour?</w:t>
      </w:r>
    </w:p>
    <w:p>
      <w:pPr>
        <w:spacing w:before="0" w:after="160" w:line="300" w:lineRule="auto"/>
      </w:pPr>
      <w:r>
        <w:rPr>
          <w:rFonts w:ascii="Times New Roman" w:hAnsi="Times New Roman" w:eastAsia="宋体"/>
          <w:b w:val="0"/>
          <w:i w:val="0"/>
          <w:color w:val="333333"/>
          <w:sz w:val="19"/>
        </w:rPr>
        <w:t>(A) 6,000　　(B) 12,000　　(C) 60,000　　(D) 120,000　　(E) 600,000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下图显示一个大的未涂色圆，内部有若干较小的未涂色圆和阴影圆。大未涂色圆内部的面积中，阴影部分占几分之几？</w:t>
      </w:r>
    </w:p>
    <w:p>
      <w:pPr>
        <w:spacing w:before="80" w:after="80"/>
        <w:jc w:val="center"/>
      </w:pPr>
      <w:r>
        <w:drawing>
          <wp:inline xmlns:a="http://schemas.openxmlformats.org/drawingml/2006/main" xmlns:pic="http://schemas.openxmlformats.org/drawingml/2006/picture">
            <wp:extent cx="1828317" cy="1828317"/>
            <wp:docPr id="23" name="Picture 23"/>
            <wp:cNvGraphicFramePr>
              <a:graphicFrameLocks noChangeAspect="1"/>
            </wp:cNvGraphicFramePr>
            <a:graphic>
              <a:graphicData uri="http://schemas.openxmlformats.org/drawingml/2006/picture">
                <pic:pic>
                  <pic:nvPicPr>
                    <pic:cNvPr id="0" name="q12-1@300dpi.png"/>
                    <pic:cNvPicPr/>
                  </pic:nvPicPr>
                  <pic:blipFill>
                    <a:blip r:embed="rId20"/>
                    <a:stretch>
                      <a:fillRect/>
                    </a:stretch>
                  </pic:blipFill>
                  <pic:spPr>
                    <a:xfrm>
                      <a:off x="0" y="0"/>
                      <a:ext cx="1828317" cy="1828317"/>
                    </a:xfrm>
                    <a:prstGeom prst="rect"/>
                  </pic:spPr>
                </pic:pic>
              </a:graphicData>
            </a:graphic>
          </wp:inline>
        </w:drawing>
      </w:r>
    </w:p>
    <w:p>
      <w:pPr>
        <w:spacing w:before="0" w:after="120" w:line="300" w:lineRule="auto"/>
      </w:pPr>
      <w:r>
        <w:rPr>
          <w:rFonts w:ascii="Times New Roman" w:hAnsi="Times New Roman" w:eastAsia="宋体"/>
          <w:b w:val="0"/>
          <w:i w:val="0"/>
          <w:sz w:val="21"/>
        </w:rPr>
        <w:t>（A）1/4　　（B）11/36　　（C）1/3　　（D）19/36　　（E）5/9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a large unshaded circle with a number of smaller unshaded and shaded circles in its interior. What fraction of the interior of the large unshaded circle is shaded?</w:t>
      </w:r>
    </w:p>
    <w:p>
      <w:pPr>
        <w:spacing w:before="80" w:after="80"/>
        <w:jc w:val="center"/>
      </w:pPr>
      <w:r>
        <w:drawing>
          <wp:inline xmlns:a="http://schemas.openxmlformats.org/drawingml/2006/main" xmlns:pic="http://schemas.openxmlformats.org/drawingml/2006/picture">
            <wp:extent cx="1828317" cy="1828317"/>
            <wp:docPr id="24" name="Picture 24"/>
            <wp:cNvGraphicFramePr>
              <a:graphicFrameLocks noChangeAspect="1"/>
            </wp:cNvGraphicFramePr>
            <a:graphic>
              <a:graphicData uri="http://schemas.openxmlformats.org/drawingml/2006/picture">
                <pic:pic>
                  <pic:nvPicPr>
                    <pic:cNvPr id="0" name="q12-1@300dpi.png"/>
                    <pic:cNvPicPr/>
                  </pic:nvPicPr>
                  <pic:blipFill>
                    <a:blip r:embed="rId20"/>
                    <a:stretch>
                      <a:fillRect/>
                    </a:stretch>
                  </pic:blipFill>
                  <pic:spPr>
                    <a:xfrm>
                      <a:off x="0" y="0"/>
                      <a:ext cx="1828317" cy="182831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11/36　　(C) 1/3　　(D) 19/36　　(E) 5/9</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在自行车赛路线中，起点和终点之间均匀分布着 7 个补水站，如下图所示。另外还有 2 个维修站也均匀分布在起点和终点之间。第 3 个补水站位于第 1 个维修站之后 2 英里处。这场比赛全长多少英里？</w:t>
      </w:r>
    </w:p>
    <w:p>
      <w:pPr>
        <w:spacing w:before="80" w:after="80"/>
        <w:jc w:val="center"/>
      </w:pPr>
      <w:r>
        <w:drawing>
          <wp:inline xmlns:a="http://schemas.openxmlformats.org/drawingml/2006/main" xmlns:pic="http://schemas.openxmlformats.org/drawingml/2006/picture">
            <wp:extent cx="3535170" cy="1001399"/>
            <wp:docPr id="25" name="Picture 25"/>
            <wp:cNvGraphicFramePr>
              <a:graphicFrameLocks noChangeAspect="1"/>
            </wp:cNvGraphicFramePr>
            <a:graphic>
              <a:graphicData uri="http://schemas.openxmlformats.org/drawingml/2006/picture">
                <pic:pic>
                  <pic:nvPicPr>
                    <pic:cNvPr id="0" name="q13-1@300dpi.png"/>
                    <pic:cNvPicPr/>
                  </pic:nvPicPr>
                  <pic:blipFill>
                    <a:blip r:embed="rId21"/>
                    <a:stretch>
                      <a:fillRect/>
                    </a:stretch>
                  </pic:blipFill>
                  <pic:spPr>
                    <a:xfrm>
                      <a:off x="0" y="0"/>
                      <a:ext cx="3535170" cy="1001399"/>
                    </a:xfrm>
                    <a:prstGeom prst="rect"/>
                  </pic:spPr>
                </pic:pic>
              </a:graphicData>
            </a:graphic>
          </wp:inline>
        </w:drawing>
      </w:r>
    </w:p>
    <w:p>
      <w:pPr>
        <w:spacing w:before="0" w:after="120" w:line="300" w:lineRule="auto"/>
      </w:pPr>
      <w:r>
        <w:rPr>
          <w:rFonts w:ascii="Times New Roman" w:hAnsi="Times New Roman" w:eastAsia="宋体"/>
          <w:b w:val="0"/>
          <w:i w:val="0"/>
          <w:sz w:val="21"/>
        </w:rPr>
        <w:t>（A）8　　（B）16　　（C）24　　（D）48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Along the route of a bicycle race, 7 water stations are evenly spaced between the start and finish lines, as shown in the figure below. There are also 2 repair stations evenly spaced between the start and finish lines. The 3rd water station is located 2 miles after the 1st repair station. How long is the race in miles?</w:t>
      </w:r>
    </w:p>
    <w:p>
      <w:pPr>
        <w:spacing w:before="80" w:after="80"/>
        <w:jc w:val="center"/>
      </w:pPr>
      <w:r>
        <w:drawing>
          <wp:inline xmlns:a="http://schemas.openxmlformats.org/drawingml/2006/main" xmlns:pic="http://schemas.openxmlformats.org/drawingml/2006/picture">
            <wp:extent cx="3535170" cy="1001399"/>
            <wp:docPr id="26" name="Picture 26"/>
            <wp:cNvGraphicFramePr>
              <a:graphicFrameLocks noChangeAspect="1"/>
            </wp:cNvGraphicFramePr>
            <a:graphic>
              <a:graphicData uri="http://schemas.openxmlformats.org/drawingml/2006/picture">
                <pic:pic>
                  <pic:nvPicPr>
                    <pic:cNvPr id="0" name="q13-1@300dpi.png"/>
                    <pic:cNvPicPr/>
                  </pic:nvPicPr>
                  <pic:blipFill>
                    <a:blip r:embed="rId21"/>
                    <a:stretch>
                      <a:fillRect/>
                    </a:stretch>
                  </pic:blipFill>
                  <pic:spPr>
                    <a:xfrm>
                      <a:off x="0" y="0"/>
                      <a:ext cx="3535170" cy="10013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　　(B) 16　　(C) 24　　(D) 48　　(E) 96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尼古拉计划给朋友安东寄一个包裹，安东是集邮爱好者。为了支付邮资，尼古拉想用很多邮票贴满包裹。假设他有 5 分、10 分和 25 分邮票，每种正好 20 张。尼古拉最多能用多少张邮票凑成正好 $7.10 的邮资？</w:t>
      </w:r>
    </w:p>
    <w:p>
      <w:pPr>
        <w:spacing w:before="0" w:after="80" w:line="300" w:lineRule="auto"/>
        <w:jc w:val="left"/>
      </w:pPr>
      <w:r>
        <w:rPr>
          <w:rFonts w:ascii="Times New Roman" w:hAnsi="Times New Roman" w:eastAsia="宋体"/>
          <w:b w:val="0"/>
          <w:i w:val="0"/>
          <w:sz w:val="21"/>
        </w:rPr>
        <w:t>（注意：$7.10 表示 7 美元 10 美分。一美元等于 100 美分。）</w:t>
      </w:r>
    </w:p>
    <w:p>
      <w:pPr>
        <w:spacing w:before="0" w:after="120" w:line="300" w:lineRule="auto"/>
      </w:pPr>
      <w:r>
        <w:rPr>
          <w:rFonts w:ascii="Times New Roman" w:hAnsi="Times New Roman" w:eastAsia="宋体"/>
          <w:b w:val="0"/>
          <w:i w:val="0"/>
          <w:sz w:val="21"/>
        </w:rPr>
        <w:t>（A）45　　（B）46　　（C）51　　（D）54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Nicolas is planning to send a package to his friend Anton, who is a stamp collector. To pay for the postage, Nicolas would like to cover the package with a large number of stamps. Suppose he has a collection of 5-cent, 10-cent, and 25-cent stamps, with exactly 20 of each type. What is the greatest number of stamps Nicolas can use to make exactly $7.10 in postage?</w:t>
      </w:r>
    </w:p>
    <w:p>
      <w:pPr>
        <w:spacing w:before="0" w:after="80" w:line="300" w:lineRule="auto"/>
        <w:jc w:val="left"/>
      </w:pPr>
      <w:r>
        <w:rPr>
          <w:rFonts w:ascii="Times New Roman" w:hAnsi="Times New Roman" w:eastAsia="宋体"/>
          <w:b w:val="0"/>
          <w:i w:val="0"/>
          <w:color w:val="333333"/>
          <w:sz w:val="19"/>
        </w:rPr>
        <w:t>(Note: The amount $7.10 corresponds to 7 dollars and 10 cents. One dollar is worth 100 cents.)</w:t>
      </w:r>
    </w:p>
    <w:p>
      <w:pPr>
        <w:spacing w:before="0" w:after="160" w:line="300" w:lineRule="auto"/>
      </w:pPr>
      <w:r>
        <w:rPr>
          <w:rFonts w:ascii="Times New Roman" w:hAnsi="Times New Roman" w:eastAsia="宋体"/>
          <w:b w:val="0"/>
          <w:i w:val="0"/>
          <w:color w:val="333333"/>
          <w:sz w:val="19"/>
        </w:rPr>
        <w:t>(A) 45　　(B) 46　　(C) 51　　(D) 54　　(E) 55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维斯瓦姆每天步行半英里去学校。他的路线由 10 个等长街区组成，每走一个街区需要 1 分钟。今天，在走了 5 个街区后，维斯瓦姆发现他必须绕路，要走 3 个等长街区而不是一个街区才能到达下一个街角。从他开始绕路时起，他必须以多少英里每小时的速度步行，才能按平常时间到达学校？</w:t>
      </w:r>
    </w:p>
    <w:p>
      <w:pPr>
        <w:spacing w:before="80" w:after="80"/>
        <w:jc w:val="center"/>
      </w:pPr>
      <w:r>
        <w:drawing>
          <wp:inline xmlns:a="http://schemas.openxmlformats.org/drawingml/2006/main" xmlns:pic="http://schemas.openxmlformats.org/drawingml/2006/picture">
            <wp:extent cx="3015633" cy="430234"/>
            <wp:docPr id="27" name="Picture 27"/>
            <wp:cNvGraphicFramePr>
              <a:graphicFrameLocks noChangeAspect="1"/>
            </wp:cNvGraphicFramePr>
            <a:graphic>
              <a:graphicData uri="http://schemas.openxmlformats.org/drawingml/2006/picture">
                <pic:pic>
                  <pic:nvPicPr>
                    <pic:cNvPr id="0" name="q15-1@300dpi.png"/>
                    <pic:cNvPicPr/>
                  </pic:nvPicPr>
                  <pic:blipFill>
                    <a:blip r:embed="rId22"/>
                    <a:stretch>
                      <a:fillRect/>
                    </a:stretch>
                  </pic:blipFill>
                  <pic:spPr>
                    <a:xfrm>
                      <a:off x="0" y="0"/>
                      <a:ext cx="3015633" cy="430234"/>
                    </a:xfrm>
                    <a:prstGeom prst="rect"/>
                  </pic:spPr>
                </pic:pic>
              </a:graphicData>
            </a:graphic>
          </wp:inline>
        </w:drawing>
      </w:r>
    </w:p>
    <w:p>
      <w:pPr>
        <w:spacing w:before="0" w:after="120" w:line="300" w:lineRule="auto"/>
      </w:pPr>
      <w:r>
        <w:rPr>
          <w:rFonts w:ascii="Times New Roman" w:hAnsi="Times New Roman" w:eastAsia="宋体"/>
          <w:b w:val="0"/>
          <w:i w:val="0"/>
          <w:sz w:val="21"/>
        </w:rPr>
        <w:t>（A）4　　（B）4.2　　（C）4.5　　（D）4.8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Viswam walks half a mile to get to school each day. His route consists of 10 city blocks of equal length and he takes one minute to walk each block. Today, after walking 5 blocks, Viswam discovers that he has to make a detour, walking 3 blocks of equal length instead of 1 block to reach the next corner. From the time he starts his detour, at what speed, in miles per hour, must Viswam walk in order to arrive at school at his usual time?</w:t>
      </w:r>
    </w:p>
    <w:p>
      <w:pPr>
        <w:spacing w:before="80" w:after="80"/>
        <w:jc w:val="center"/>
      </w:pPr>
      <w:r>
        <w:drawing>
          <wp:inline xmlns:a="http://schemas.openxmlformats.org/drawingml/2006/main" xmlns:pic="http://schemas.openxmlformats.org/drawingml/2006/picture">
            <wp:extent cx="3015633" cy="430234"/>
            <wp:docPr id="28" name="Picture 28"/>
            <wp:cNvGraphicFramePr>
              <a:graphicFrameLocks noChangeAspect="1"/>
            </wp:cNvGraphicFramePr>
            <a:graphic>
              <a:graphicData uri="http://schemas.openxmlformats.org/drawingml/2006/picture">
                <pic:pic>
                  <pic:nvPicPr>
                    <pic:cNvPr id="0" name="q15-1@300dpi.png"/>
                    <pic:cNvPicPr/>
                  </pic:nvPicPr>
                  <pic:blipFill>
                    <a:blip r:embed="rId22"/>
                    <a:stretch>
                      <a:fillRect/>
                    </a:stretch>
                  </pic:blipFill>
                  <pic:spPr>
                    <a:xfrm>
                      <a:off x="0" y="0"/>
                      <a:ext cx="3015633" cy="43023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4.2　　(C) 4.5　　(D) 4.8　　(E) 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字母 P、Q、R 按下图所示的规律填入一个 20 × 20 表格。完成后的表格中会出现多少个 P、Q 和 R？</w:t>
      </w:r>
    </w:p>
    <w:p>
      <w:pPr>
        <w:spacing w:before="80" w:after="80"/>
        <w:jc w:val="center"/>
      </w:pPr>
      <w:r>
        <w:drawing>
          <wp:inline xmlns:a="http://schemas.openxmlformats.org/drawingml/2006/main" xmlns:pic="http://schemas.openxmlformats.org/drawingml/2006/picture">
            <wp:extent cx="1372825" cy="1416268"/>
            <wp:docPr id="29" name="Picture 29"/>
            <wp:cNvGraphicFramePr>
              <a:graphicFrameLocks noChangeAspect="1"/>
            </wp:cNvGraphicFramePr>
            <a:graphic>
              <a:graphicData uri="http://schemas.openxmlformats.org/drawingml/2006/picture">
                <pic:pic>
                  <pic:nvPicPr>
                    <pic:cNvPr id="0" name="q16-1@300dpi.png"/>
                    <pic:cNvPicPr/>
                  </pic:nvPicPr>
                  <pic:blipFill>
                    <a:blip r:embed="rId23"/>
                    <a:stretch>
                      <a:fillRect/>
                    </a:stretch>
                  </pic:blipFill>
                  <pic:spPr>
                    <a:xfrm>
                      <a:off x="0" y="0"/>
                      <a:ext cx="1372825" cy="1416268"/>
                    </a:xfrm>
                    <a:prstGeom prst="rect"/>
                  </pic:spPr>
                </pic:pic>
              </a:graphicData>
            </a:graphic>
          </wp:inline>
        </w:drawing>
      </w:r>
    </w:p>
    <w:p>
      <w:pPr>
        <w:spacing w:before="0" w:after="120" w:line="300" w:lineRule="auto"/>
      </w:pPr>
      <w:r>
        <w:rPr>
          <w:rFonts w:ascii="Times New Roman" w:hAnsi="Times New Roman" w:eastAsia="宋体"/>
          <w:b w:val="0"/>
          <w:i w:val="0"/>
          <w:sz w:val="21"/>
        </w:rPr>
        <w:t>（A）132 个 P，134 个 Q，134 个 R　　（B）133 个 P，133 个 Q，134 个 R　　（C）133 个 P，134 个 Q，133 个</w:t>
        <w:br/>
        <w:t>R　　（D）134 个 P，132 个 Q，134 个 R　　（E）134 个 P，133 个 Q，133 个 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letters P, Q, and R are entered into a 20 × 20 table according to the pattern shown below. How many Ps, Qs, and Rs will appear in the completed table?</w:t>
      </w:r>
    </w:p>
    <w:p>
      <w:pPr>
        <w:spacing w:before="80" w:after="80"/>
        <w:jc w:val="center"/>
      </w:pPr>
      <w:r>
        <w:drawing>
          <wp:inline xmlns:a="http://schemas.openxmlformats.org/drawingml/2006/main" xmlns:pic="http://schemas.openxmlformats.org/drawingml/2006/picture">
            <wp:extent cx="1372825" cy="1416268"/>
            <wp:docPr id="30" name="Picture 30"/>
            <wp:cNvGraphicFramePr>
              <a:graphicFrameLocks noChangeAspect="1"/>
            </wp:cNvGraphicFramePr>
            <a:graphic>
              <a:graphicData uri="http://schemas.openxmlformats.org/drawingml/2006/picture">
                <pic:pic>
                  <pic:nvPicPr>
                    <pic:cNvPr id="0" name="q16-1@300dpi.png"/>
                    <pic:cNvPicPr/>
                  </pic:nvPicPr>
                  <pic:blipFill>
                    <a:blip r:embed="rId23"/>
                    <a:stretch>
                      <a:fillRect/>
                    </a:stretch>
                  </pic:blipFill>
                  <pic:spPr>
                    <a:xfrm>
                      <a:off x="0" y="0"/>
                      <a:ext cx="1372825" cy="141626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132 Ps, 134 Qs, 134 Rs　　(B) 133 Ps, 133 Qs, 134 Rs　　(C) 133 Ps, 134 Qs, 133</w:t>
        <w:br/>
        <w:t>Rs　　(D) 134 Ps, 132 Qs, 134 Rs　　(E) 134 Ps, 133 Qs, 133 Rs</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w:t>
      </w:r>
      <w:r>
        <w:rPr>
          <w:rFonts w:ascii="Times New Roman" w:hAnsi="Times New Roman" w:eastAsia="宋体"/>
          <w:b w:val="0"/>
          <w:i/>
          <w:sz w:val="21"/>
        </w:rPr>
        <w:t>正八面体</w:t>
      </w:r>
      <w:r>
        <w:rPr>
          <w:rFonts w:ascii="Times New Roman" w:hAnsi="Times New Roman" w:eastAsia="宋体"/>
          <w:b w:val="0"/>
          <w:i w:val="0"/>
          <w:sz w:val="21"/>
        </w:rPr>
        <w:t>有八个等边三角形面，每个顶点处有四个面相交。俊将通过折叠下面这张纸做出图中所示的正八面体。哪个编号的面最终会在阴影区域 Q 的右侧？</w:t>
      </w:r>
    </w:p>
    <w:p>
      <w:pPr>
        <w:spacing w:before="80" w:after="80"/>
        <w:jc w:val="center"/>
      </w:pPr>
      <w:r>
        <w:drawing>
          <wp:inline xmlns:a="http://schemas.openxmlformats.org/drawingml/2006/main" xmlns:pic="http://schemas.openxmlformats.org/drawingml/2006/picture">
            <wp:extent cx="1341218" cy="2643944"/>
            <wp:docPr id="31" name="Picture 31"/>
            <wp:cNvGraphicFramePr>
              <a:graphicFrameLocks noChangeAspect="1"/>
            </wp:cNvGraphicFramePr>
            <a:graphic>
              <a:graphicData uri="http://schemas.openxmlformats.org/drawingml/2006/picture">
                <pic:pic>
                  <pic:nvPicPr>
                    <pic:cNvPr id="0" name="q17-1@300dpi.png"/>
                    <pic:cNvPicPr/>
                  </pic:nvPicPr>
                  <pic:blipFill>
                    <a:blip r:embed="rId24"/>
                    <a:stretch>
                      <a:fillRect/>
                    </a:stretch>
                  </pic:blipFill>
                  <pic:spPr>
                    <a:xfrm>
                      <a:off x="0" y="0"/>
                      <a:ext cx="1341218" cy="2643944"/>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regular octahedron</w:t>
      </w:r>
      <w:r>
        <w:rPr>
          <w:rFonts w:ascii="Times New Roman" w:hAnsi="Times New Roman" w:eastAsia="宋体"/>
          <w:b w:val="0"/>
          <w:i w:val="0"/>
          <w:color w:val="333333"/>
          <w:sz w:val="19"/>
        </w:rPr>
        <w:t>has eight equilateral triangle faces with four faces meeting at each vertex. Jun will make the regular octahedron shown in the figure by folding the piece of paper below. Which numbered face will end up to the right of the shaded region Q?</w:t>
      </w:r>
    </w:p>
    <w:p>
      <w:pPr>
        <w:spacing w:before="80" w:after="80"/>
        <w:jc w:val="center"/>
      </w:pPr>
      <w:r>
        <w:drawing>
          <wp:inline xmlns:a="http://schemas.openxmlformats.org/drawingml/2006/main" xmlns:pic="http://schemas.openxmlformats.org/drawingml/2006/picture">
            <wp:extent cx="1341218" cy="2643944"/>
            <wp:docPr id="32" name="Picture 32"/>
            <wp:cNvGraphicFramePr>
              <a:graphicFrameLocks noChangeAspect="1"/>
            </wp:cNvGraphicFramePr>
            <a:graphic>
              <a:graphicData uri="http://schemas.openxmlformats.org/drawingml/2006/picture">
                <pic:pic>
                  <pic:nvPicPr>
                    <pic:cNvPr id="0" name="q17-1@300dpi.png"/>
                    <pic:cNvPicPr/>
                  </pic:nvPicPr>
                  <pic:blipFill>
                    <a:blip r:embed="rId24"/>
                    <a:stretch>
                      <a:fillRect/>
                    </a:stretch>
                  </pic:blipFill>
                  <pic:spPr>
                    <a:xfrm>
                      <a:off x="0" y="0"/>
                      <a:ext cx="1341218" cy="264394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蚱蜢格蕾塔坐在池塘中一长排睡莲叶上。从任意一片睡莲叶出发，格蕾塔可以向右跳 5 片，或向左跳 3 片。格蕾塔至少要跳多少次，才能到达从起点向右 2023 片的睡莲叶？</w:t>
      </w:r>
    </w:p>
    <w:p>
      <w:pPr>
        <w:spacing w:before="0" w:after="120" w:line="300" w:lineRule="auto"/>
      </w:pPr>
      <w:r>
        <w:rPr>
          <w:rFonts w:ascii="Times New Roman" w:hAnsi="Times New Roman" w:eastAsia="宋体"/>
          <w:b w:val="0"/>
          <w:i w:val="0"/>
          <w:sz w:val="21"/>
        </w:rPr>
        <w:t>（A）405　　（B）407　　（C）409　　（D）411　　（E）413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Greta Grasshopper sits on a long line of lily pads in a pond. From any lily pad, Greta can jump 5 pads to the right or 3 pads to the left. What is the fewest number of jumps Greta must make to reach the lily pad located 2023 pads to the right of her starting position?</w:t>
      </w:r>
    </w:p>
    <w:p>
      <w:pPr>
        <w:spacing w:before="0" w:after="160" w:line="300" w:lineRule="auto"/>
      </w:pPr>
      <w:r>
        <w:rPr>
          <w:rFonts w:ascii="Times New Roman" w:hAnsi="Times New Roman" w:eastAsia="宋体"/>
          <w:b w:val="0"/>
          <w:i w:val="0"/>
          <w:color w:val="333333"/>
          <w:sz w:val="19"/>
        </w:rPr>
        <w:t>(A) 405　　(B) 407　　(C) 409　　(D) 411　　(E) 413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一个等边三角形放在一个更大的等边三角形内部，使得它们之间的区域可分成三个全等的梯形，如下图所示。内三角形边长是大三角形边长的 2/3。一个梯形的面积与内三角形的面积之比是多少？</w:t>
      </w:r>
    </w:p>
    <w:p>
      <w:pPr>
        <w:spacing w:before="80" w:after="80"/>
        <w:jc w:val="center"/>
      </w:pPr>
      <w:r>
        <w:drawing>
          <wp:inline xmlns:a="http://schemas.openxmlformats.org/drawingml/2006/main" xmlns:pic="http://schemas.openxmlformats.org/drawingml/2006/picture">
            <wp:extent cx="1090013" cy="949083"/>
            <wp:docPr id="33" name="Picture 33"/>
            <wp:cNvGraphicFramePr>
              <a:graphicFrameLocks noChangeAspect="1"/>
            </wp:cNvGraphicFramePr>
            <a:graphic>
              <a:graphicData uri="http://schemas.openxmlformats.org/drawingml/2006/picture">
                <pic:pic>
                  <pic:nvPicPr>
                    <pic:cNvPr id="0" name="q19-1@300dpi.png"/>
                    <pic:cNvPicPr/>
                  </pic:nvPicPr>
                  <pic:blipFill>
                    <a:blip r:embed="rId25"/>
                    <a:stretch>
                      <a:fillRect/>
                    </a:stretch>
                  </pic:blipFill>
                  <pic:spPr>
                    <a:xfrm>
                      <a:off x="0" y="0"/>
                      <a:ext cx="1090013" cy="949083"/>
                    </a:xfrm>
                    <a:prstGeom prst="rect"/>
                  </pic:spPr>
                </pic:pic>
              </a:graphicData>
            </a:graphic>
          </wp:inline>
        </w:drawing>
      </w:r>
    </w:p>
    <w:p>
      <w:pPr>
        <w:spacing w:before="0" w:after="120" w:line="300" w:lineRule="auto"/>
      </w:pPr>
      <w:r>
        <w:rPr>
          <w:rFonts w:ascii="Times New Roman" w:hAnsi="Times New Roman" w:eastAsia="宋体"/>
          <w:b w:val="0"/>
          <w:i w:val="0"/>
          <w:sz w:val="21"/>
        </w:rPr>
        <w:t>（A）1: 3　　（B）3: 8　　（C）5: 12　　（D）7: 16　　（E）4: 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equilateral triangle is placed inside a larger equilateral triangle so that the region between them can be divided into three congruent trapezoids, as shown below. The side length of the inner triangle is 2/3 the side length of the larger triangle. What is the ratio of the area of one trapezoid to the area of the inner triangle?</w:t>
      </w:r>
    </w:p>
    <w:p>
      <w:pPr>
        <w:spacing w:before="80" w:after="80"/>
        <w:jc w:val="center"/>
      </w:pPr>
      <w:r>
        <w:drawing>
          <wp:inline xmlns:a="http://schemas.openxmlformats.org/drawingml/2006/main" xmlns:pic="http://schemas.openxmlformats.org/drawingml/2006/picture">
            <wp:extent cx="1090013" cy="949083"/>
            <wp:docPr id="34" name="Picture 34"/>
            <wp:cNvGraphicFramePr>
              <a:graphicFrameLocks noChangeAspect="1"/>
            </wp:cNvGraphicFramePr>
            <a:graphic>
              <a:graphicData uri="http://schemas.openxmlformats.org/drawingml/2006/picture">
                <pic:pic>
                  <pic:nvPicPr>
                    <pic:cNvPr id="0" name="q19-1@300dpi.png"/>
                    <pic:cNvPicPr/>
                  </pic:nvPicPr>
                  <pic:blipFill>
                    <a:blip r:embed="rId25"/>
                    <a:stretch>
                      <a:fillRect/>
                    </a:stretch>
                  </pic:blipFill>
                  <pic:spPr>
                    <a:xfrm>
                      <a:off x="0" y="0"/>
                      <a:ext cx="1090013" cy="9490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3　　(B) 3: 8　　(C) 5: 12　　(D) 7: 16　　(E) 4: 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在列表 3、3、8、11、28 中插入两个整数，使其极差变为原来的两倍。众数和中位数保持不变。这两个新增数字的和最大可能是多少？</w:t>
      </w:r>
    </w:p>
    <w:p>
      <w:pPr>
        <w:spacing w:before="0" w:after="120" w:line="300" w:lineRule="auto"/>
      </w:pPr>
      <w:r>
        <w:rPr>
          <w:rFonts w:ascii="Times New Roman" w:hAnsi="Times New Roman" w:eastAsia="宋体"/>
          <w:b w:val="0"/>
          <w:i w:val="0"/>
          <w:sz w:val="21"/>
        </w:rPr>
        <w:t>（A）56　　（B）57　　（C）58　　（D）60　　（E）61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integers are inserted into the list 3, 3, 8, 11, 28 to double its range. The mode and median remain unchanged. What is the maximum possible sum of the two additional numbers?</w:t>
      </w:r>
    </w:p>
    <w:p>
      <w:pPr>
        <w:spacing w:before="0" w:after="160" w:line="300" w:lineRule="auto"/>
      </w:pPr>
      <w:r>
        <w:rPr>
          <w:rFonts w:ascii="Times New Roman" w:hAnsi="Times New Roman" w:eastAsia="宋体"/>
          <w:b w:val="0"/>
          <w:i w:val="0"/>
          <w:color w:val="333333"/>
          <w:sz w:val="19"/>
        </w:rPr>
        <w:t>(A) 56　　(B) 57　　(C) 58　　(D) 60　　(E) 61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阿丽娜把数字 1、2、⋯、9 分别写在卡片上，每张卡片写一个数。她想把这些卡片分成 3 组，每组 3 张，使每组数字之和相同。有多少种分法？</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Alina writes the numbers 1, 2, ⋯, 9 on separate cards, one number per card. She wishes to divide the cards into 3 groups of 3 cards so that the sum of the numbers in each group will be the same. In how many ways can this be done?</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在一个正整数序列中，从第三项开始，每一项都是前两项的乘积。该序列的第六项是 4000。第一项是多少？</w:t>
      </w:r>
    </w:p>
    <w:p>
      <w:pPr>
        <w:spacing w:before="0" w:after="120" w:line="300" w:lineRule="auto"/>
      </w:pPr>
      <w:r>
        <w:rPr>
          <w:rFonts w:ascii="Times New Roman" w:hAnsi="Times New Roman" w:eastAsia="宋体"/>
          <w:b w:val="0"/>
          <w:i w:val="0"/>
          <w:sz w:val="21"/>
        </w:rPr>
        <w:t>（A）1　　（B）2　　（C）4　　（D）5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sequence of positive integers, each term after the second is the product of the previous two terms. The sixth term in the sequence is 4000. What is the first term?</w:t>
      </w:r>
    </w:p>
    <w:p>
      <w:pPr>
        <w:spacing w:before="0" w:after="160" w:line="300" w:lineRule="auto"/>
      </w:pPr>
      <w:r>
        <w:rPr>
          <w:rFonts w:ascii="Times New Roman" w:hAnsi="Times New Roman" w:eastAsia="宋体"/>
          <w:b w:val="0"/>
          <w:i w:val="0"/>
          <w:color w:val="333333"/>
          <w:sz w:val="19"/>
        </w:rPr>
        <w:t>(A) 1　　(B) 2　　(C) 4　　(D) 5　　(E) 10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 3 × 3 网格中的每个小方格随机填入右下方所示 4 种阴影和非阴影瓷砖之一。</w:t>
      </w:r>
    </w:p>
    <w:p>
      <w:pPr>
        <w:spacing w:before="80" w:after="80"/>
        <w:jc w:val="center"/>
      </w:pPr>
      <w:r>
        <w:drawing>
          <wp:inline xmlns:a="http://schemas.openxmlformats.org/drawingml/2006/main" xmlns:pic="http://schemas.openxmlformats.org/drawingml/2006/picture">
            <wp:extent cx="967944" cy="461841"/>
            <wp:docPr id="35" name="Picture 35"/>
            <wp:cNvGraphicFramePr>
              <a:graphicFrameLocks noChangeAspect="1"/>
            </wp:cNvGraphicFramePr>
            <a:graphic>
              <a:graphicData uri="http://schemas.openxmlformats.org/drawingml/2006/picture">
                <pic:pic>
                  <pic:nvPicPr>
                    <pic:cNvPr id="0" name="q23-1@300dpi.png"/>
                    <pic:cNvPicPr/>
                  </pic:nvPicPr>
                  <pic:blipFill>
                    <a:blip r:embed="rId26"/>
                    <a:stretch>
                      <a:fillRect/>
                    </a:stretch>
                  </pic:blipFill>
                  <pic:spPr>
                    <a:xfrm>
                      <a:off x="0" y="0"/>
                      <a:ext cx="967944" cy="461841"/>
                    </a:xfrm>
                    <a:prstGeom prst="rect"/>
                  </pic:spPr>
                </pic:pic>
              </a:graphicData>
            </a:graphic>
          </wp:inline>
        </w:drawing>
      </w:r>
    </w:p>
    <w:p>
      <w:pPr>
        <w:spacing w:before="0" w:after="80" w:line="300" w:lineRule="auto"/>
        <w:jc w:val="left"/>
      </w:pPr>
      <w:r>
        <w:rPr>
          <w:rFonts w:ascii="Times New Roman" w:hAnsi="Times New Roman" w:eastAsia="宋体"/>
          <w:b w:val="0"/>
          <w:i w:val="0"/>
          <w:sz w:val="21"/>
        </w:rPr>
        <w:t>这个铺法在某个较小的 2 × 2 网格中包含一个大的阴影菱形的概率是多少？下面是这样一个铺法示例。</w:t>
      </w:r>
    </w:p>
    <w:p>
      <w:pPr>
        <w:spacing w:before="80" w:after="80"/>
        <w:jc w:val="center"/>
      </w:pPr>
      <w:r>
        <w:drawing>
          <wp:inline xmlns:a="http://schemas.openxmlformats.org/drawingml/2006/main" xmlns:pic="http://schemas.openxmlformats.org/drawingml/2006/picture">
            <wp:extent cx="461841" cy="461841"/>
            <wp:docPr id="36" name="Picture 36"/>
            <wp:cNvGraphicFramePr>
              <a:graphicFrameLocks noChangeAspect="1"/>
            </wp:cNvGraphicFramePr>
            <a:graphic>
              <a:graphicData uri="http://schemas.openxmlformats.org/drawingml/2006/picture">
                <pic:pic>
                  <pic:nvPicPr>
                    <pic:cNvPr id="0" name="q23-2@300dpi.png"/>
                    <pic:cNvPicPr/>
                  </pic:nvPicPr>
                  <pic:blipFill>
                    <a:blip r:embed="rId27"/>
                    <a:stretch>
                      <a:fillRect/>
                    </a:stretch>
                  </pic:blipFill>
                  <pic:spPr>
                    <a:xfrm>
                      <a:off x="0" y="0"/>
                      <a:ext cx="461841" cy="461841"/>
                    </a:xfrm>
                    <a:prstGeom prst="rect"/>
                  </pic:spPr>
                </pic:pic>
              </a:graphicData>
            </a:graphic>
          </wp:inline>
        </w:drawing>
      </w:r>
    </w:p>
    <w:p>
      <w:pPr>
        <w:spacing w:before="0" w:after="120" w:line="300" w:lineRule="auto"/>
      </w:pPr>
      <w:r>
        <w:rPr>
          <w:rFonts w:ascii="Times New Roman" w:hAnsi="Times New Roman" w:eastAsia="宋体"/>
          <w:b w:val="0"/>
          <w:i w:val="0"/>
          <w:sz w:val="21"/>
        </w:rPr>
        <w:t>（A）1/1024　　（B）1/256　　（C）1/64　　（D）1/16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square in a 3 × 3 grid is randomly filled with one of the 4 shaded-and-unshaded tiles shown below on the right.</w:t>
      </w:r>
    </w:p>
    <w:p>
      <w:pPr>
        <w:spacing w:before="80" w:after="80"/>
        <w:jc w:val="center"/>
      </w:pPr>
      <w:r>
        <w:drawing>
          <wp:inline xmlns:a="http://schemas.openxmlformats.org/drawingml/2006/main" xmlns:pic="http://schemas.openxmlformats.org/drawingml/2006/picture">
            <wp:extent cx="967944" cy="461841"/>
            <wp:docPr id="37" name="Picture 37"/>
            <wp:cNvGraphicFramePr>
              <a:graphicFrameLocks noChangeAspect="1"/>
            </wp:cNvGraphicFramePr>
            <a:graphic>
              <a:graphicData uri="http://schemas.openxmlformats.org/drawingml/2006/picture">
                <pic:pic>
                  <pic:nvPicPr>
                    <pic:cNvPr id="0" name="q23-1@300dpi.png"/>
                    <pic:cNvPicPr/>
                  </pic:nvPicPr>
                  <pic:blipFill>
                    <a:blip r:embed="rId26"/>
                    <a:stretch>
                      <a:fillRect/>
                    </a:stretch>
                  </pic:blipFill>
                  <pic:spPr>
                    <a:xfrm>
                      <a:off x="0" y="0"/>
                      <a:ext cx="967944" cy="46184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is the probability that the tiling will contain a large shaded diamond in one of the smaller 2 × 2 grids? Below is an example of such a tiling.</w:t>
      </w:r>
    </w:p>
    <w:p>
      <w:pPr>
        <w:spacing w:before="80" w:after="80"/>
        <w:jc w:val="center"/>
      </w:pPr>
      <w:r>
        <w:drawing>
          <wp:inline xmlns:a="http://schemas.openxmlformats.org/drawingml/2006/main" xmlns:pic="http://schemas.openxmlformats.org/drawingml/2006/picture">
            <wp:extent cx="461841" cy="461841"/>
            <wp:docPr id="38" name="Picture 38"/>
            <wp:cNvGraphicFramePr>
              <a:graphicFrameLocks noChangeAspect="1"/>
            </wp:cNvGraphicFramePr>
            <a:graphic>
              <a:graphicData uri="http://schemas.openxmlformats.org/drawingml/2006/picture">
                <pic:pic>
                  <pic:nvPicPr>
                    <pic:cNvPr id="0" name="q23-2@300dpi.png"/>
                    <pic:cNvPicPr/>
                  </pic:nvPicPr>
                  <pic:blipFill>
                    <a:blip r:embed="rId27"/>
                    <a:stretch>
                      <a:fillRect/>
                    </a:stretch>
                  </pic:blipFill>
                  <pic:spPr>
                    <a:xfrm>
                      <a:off x="0" y="0"/>
                      <a:ext cx="461841" cy="46184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1/1024　　(B) 1/256　　(C) 1/64　　(D) 1/16　　(E) 1/4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等腰三角形 ABC 中，AB 和 BC 长度相等。在下面两幅图中，分别画出与 AC 平行的线段，使 △ ABC 的阴影部分面积相同。两个未阴影部分的高分别为 11 和 5 个单位。△ ABC 的高 h 是多少？</w:t>
      </w:r>
    </w:p>
    <w:p>
      <w:pPr>
        <w:spacing w:before="80" w:after="80"/>
        <w:jc w:val="center"/>
      </w:pPr>
      <w:r>
        <w:drawing>
          <wp:inline xmlns:a="http://schemas.openxmlformats.org/drawingml/2006/main" xmlns:pic="http://schemas.openxmlformats.org/drawingml/2006/picture">
            <wp:extent cx="1605057" cy="913915"/>
            <wp:docPr id="39" name="Picture 39"/>
            <wp:cNvGraphicFramePr>
              <a:graphicFrameLocks noChangeAspect="1"/>
            </wp:cNvGraphicFramePr>
            <a:graphic>
              <a:graphicData uri="http://schemas.openxmlformats.org/drawingml/2006/picture">
                <pic:pic>
                  <pic:nvPicPr>
                    <pic:cNvPr id="0" name="q24-1@300dpi.png"/>
                    <pic:cNvPicPr/>
                  </pic:nvPicPr>
                  <pic:blipFill>
                    <a:blip r:embed="rId28"/>
                    <a:stretch>
                      <a:fillRect/>
                    </a:stretch>
                  </pic:blipFill>
                  <pic:spPr>
                    <a:xfrm>
                      <a:off x="0" y="0"/>
                      <a:ext cx="1605057" cy="913915"/>
                    </a:xfrm>
                    <a:prstGeom prst="rect"/>
                  </pic:spPr>
                </pic:pic>
              </a:graphicData>
            </a:graphic>
          </wp:inline>
        </w:drawing>
      </w:r>
    </w:p>
    <w:p>
      <w:pPr>
        <w:spacing w:before="0" w:after="120" w:line="300" w:lineRule="auto"/>
      </w:pPr>
      <w:r>
        <w:rPr>
          <w:rFonts w:ascii="Times New Roman" w:hAnsi="Times New Roman" w:eastAsia="宋体"/>
          <w:b w:val="0"/>
          <w:i w:val="0"/>
          <w:sz w:val="21"/>
        </w:rPr>
        <w:t>（A）14.6　　（B）14.8　　（C）15　　（D）15.2　　（E）15.4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Isosceles triangle ABC has equal side lengths AB and BC. In the figures below, segments are drawn parallel to AC so that the shaded portions of △ ABC have the same area. The heights of the two unshaded portions are 11 and 5 units, respectively. What is the height h of △ ABC?</w:t>
      </w:r>
    </w:p>
    <w:p>
      <w:pPr>
        <w:spacing w:before="80" w:after="80"/>
        <w:jc w:val="center"/>
      </w:pPr>
      <w:r>
        <w:drawing>
          <wp:inline xmlns:a="http://schemas.openxmlformats.org/drawingml/2006/main" xmlns:pic="http://schemas.openxmlformats.org/drawingml/2006/picture">
            <wp:extent cx="1605057" cy="913915"/>
            <wp:docPr id="40" name="Picture 40"/>
            <wp:cNvGraphicFramePr>
              <a:graphicFrameLocks noChangeAspect="1"/>
            </wp:cNvGraphicFramePr>
            <a:graphic>
              <a:graphicData uri="http://schemas.openxmlformats.org/drawingml/2006/picture">
                <pic:pic>
                  <pic:nvPicPr>
                    <pic:cNvPr id="0" name="q24-1@300dpi.png"/>
                    <pic:cNvPicPr/>
                  </pic:nvPicPr>
                  <pic:blipFill>
                    <a:blip r:embed="rId28"/>
                    <a:stretch>
                      <a:fillRect/>
                    </a:stretch>
                  </pic:blipFill>
                  <pic:spPr>
                    <a:xfrm>
                      <a:off x="0" y="0"/>
                      <a:ext cx="1605057" cy="91391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14.6　　(B) 14.8　　(C) 15　　(D) 15.2　　(E) 15.4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十五个整数 a₁、a₂、a₃、⋯、a₁₅ 按顺序排列在数轴上。这些整数等距排列，并满足以下条件：</w:t>
      </w:r>
    </w:p>
    <w:p>
      <w:pPr>
        <w:spacing w:before="0" w:after="80" w:line="300" w:lineRule="auto"/>
        <w:jc w:val="left"/>
      </w:pPr>
      <w:r>
        <w:rPr>
          <w:rFonts w:ascii="Times New Roman" w:hAnsi="Times New Roman" w:eastAsia="宋体"/>
          <w:b w:val="0"/>
          <w:i w:val="0"/>
          <w:sz w:val="21"/>
        </w:rPr>
        <w:t>1 ≤ a₁ ≤ 10，</w:t>
      </w:r>
    </w:p>
    <w:p>
      <w:pPr>
        <w:spacing w:before="0" w:after="80" w:line="300" w:lineRule="auto"/>
        <w:jc w:val="left"/>
      </w:pPr>
      <w:r>
        <w:rPr>
          <w:rFonts w:ascii="Times New Roman" w:hAnsi="Times New Roman" w:eastAsia="宋体"/>
          <w:b w:val="0"/>
          <w:i w:val="0"/>
          <w:sz w:val="21"/>
        </w:rPr>
        <w:t>13 ≤ a₂ ≤ 20，</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241 ≤ a₁₅ ≤ 250。</w:t>
      </w:r>
    </w:p>
    <w:p>
      <w:pPr>
        <w:spacing w:before="0" w:after="80" w:line="300" w:lineRule="auto"/>
        <w:jc w:val="left"/>
      </w:pPr>
      <w:r>
        <w:rPr>
          <w:rFonts w:ascii="Times New Roman" w:hAnsi="Times New Roman" w:eastAsia="宋体"/>
          <w:b w:val="0"/>
          <w:i w:val="0"/>
          <w:sz w:val="21"/>
        </w:rPr>
        <w:t>a₁₄ 的各位数字之和是多少？</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Fifteen integers a₁, a₂, a₃, ⋯, a₁₅ are arranged in order on a number line. The integers are equally spaced and have the property that</w:t>
      </w:r>
    </w:p>
    <w:p>
      <w:pPr>
        <w:spacing w:before="0" w:after="80" w:line="300" w:lineRule="auto"/>
        <w:jc w:val="left"/>
      </w:pPr>
      <w:r>
        <w:rPr>
          <w:rFonts w:ascii="Times New Roman" w:hAnsi="Times New Roman" w:eastAsia="宋体"/>
          <w:b w:val="0"/>
          <w:i w:val="0"/>
          <w:color w:val="333333"/>
          <w:sz w:val="19"/>
        </w:rPr>
        <w:t>1 ≤ a₁ ≤ 10,</w:t>
      </w:r>
    </w:p>
    <w:p>
      <w:pPr>
        <w:spacing w:before="0" w:after="80" w:line="300" w:lineRule="auto"/>
        <w:jc w:val="left"/>
      </w:pPr>
      <w:r>
        <w:rPr>
          <w:rFonts w:ascii="Times New Roman" w:hAnsi="Times New Roman" w:eastAsia="宋体"/>
          <w:b w:val="0"/>
          <w:i w:val="0"/>
          <w:color w:val="333333"/>
          <w:sz w:val="19"/>
        </w:rPr>
        <w:t>13 ≤ a₂ ≤ 20,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241 ≤ a₁₅ ≤ 250.</w:t>
      </w:r>
    </w:p>
    <w:p>
      <w:pPr>
        <w:spacing w:before="0" w:after="80" w:line="300" w:lineRule="auto"/>
        <w:jc w:val="left"/>
      </w:pPr>
      <w:r>
        <w:rPr>
          <w:rFonts w:ascii="Times New Roman" w:hAnsi="Times New Roman" w:eastAsia="宋体"/>
          <w:b w:val="0"/>
          <w:i w:val="0"/>
          <w:color w:val="333333"/>
          <w:sz w:val="19"/>
        </w:rPr>
        <w:t>What is the sum of the digits of a₁₄?</w:t>
      </w:r>
    </w:p>
    <w:p>
      <w:pPr>
        <w:spacing w:before="0" w:after="160" w:line="300" w:lineRule="auto"/>
      </w:pPr>
      <w:r>
        <w:rPr>
          <w:rFonts w:ascii="Times New Roman" w:hAnsi="Times New Roman" w:eastAsia="宋体"/>
          <w:b w:val="0"/>
          <w:i w:val="0"/>
          <w:color w:val="333333"/>
          <w:sz w:val="19"/>
        </w:rPr>
        <w:t>(A) 8　　(B) 9　　(C) 10　　(D) 11　　(E) 12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B　D　B　C　B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B　D　E　B　C　A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C　D　C　A　A</w:t>
      </w:r>
    </w:p>
    <w:p>
      <w:pPr>
        <w:spacing w:before="0" w:after="200" w:line="300" w:lineRule="auto"/>
      </w:pPr>
      <w:r>
        <w:rPr>
          <w:rFonts w:ascii="Times New Roman" w:hAnsi="Times New Roman" w:eastAsia="宋体"/>
          <w:b w:val="0"/>
          <w:i w:val="0"/>
          <w:color w:val="666666"/>
          <w:sz w:val="18"/>
        </w:rPr>
        <w:t>答案串：DEBDBCBABDCBDEBCADCDCDCAA</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可以按运算顺序化简如下。</w:t>
      </w:r>
    </w:p>
    <w:p>
      <w:pPr>
        <w:spacing w:before="0" w:after="80" w:line="300" w:lineRule="auto"/>
        <w:jc w:val="left"/>
      </w:pPr>
      <w:r>
        <w:rPr>
          <w:rFonts w:ascii="Times New Roman" w:hAnsi="Times New Roman" w:eastAsia="宋体"/>
          <w:b w:val="0"/>
          <w:i w:val="0"/>
          <w:sz w:val="21"/>
        </w:rPr>
        <w:t>(32 + 2) - (8 + 8) = 34 - 16</w:t>
      </w:r>
    </w:p>
    <w:p>
      <w:pPr>
        <w:spacing w:before="0" w:after="80" w:line="300" w:lineRule="auto"/>
        <w:jc w:val="left"/>
      </w:pPr>
      <w:r>
        <w:rPr>
          <w:rFonts w:ascii="Times New Roman" w:hAnsi="Times New Roman" w:eastAsia="宋体"/>
          <w:b w:val="0"/>
          <w:i w:val="0"/>
          <w:sz w:val="21"/>
        </w:rPr>
        <w:t>=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simplify this as follows.</w:t>
      </w:r>
    </w:p>
    <w:p>
      <w:pPr>
        <w:spacing w:before="0" w:after="80" w:line="300" w:lineRule="auto"/>
        <w:jc w:val="left"/>
      </w:pPr>
      <w:r>
        <w:rPr>
          <w:rFonts w:ascii="Times New Roman" w:hAnsi="Times New Roman" w:eastAsia="宋体"/>
          <w:b w:val="0"/>
          <w:i w:val="0"/>
          <w:color w:val="333333"/>
          <w:sz w:val="19"/>
        </w:rPr>
        <w:t>(32 + 2) - (8 + 8) = 34 - 16</w:t>
      </w:r>
    </w:p>
    <w:p>
      <w:pPr>
        <w:spacing w:before="0" w:after="80" w:line="300" w:lineRule="auto"/>
        <w:jc w:val="left"/>
      </w:pPr>
      <w:r>
        <w:rPr>
          <w:rFonts w:ascii="Times New Roman" w:hAnsi="Times New Roman" w:eastAsia="宋体"/>
          <w:b w:val="0"/>
          <w:i w:val="0"/>
          <w:color w:val="333333"/>
          <w:sz w:val="19"/>
        </w:rPr>
        <w:t>= 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把剪开后的纸展开，就得到下面的图形。</w:t>
      </w:r>
    </w:p>
    <w:p>
      <w:pPr>
        <w:spacing w:before="80" w:after="80"/>
        <w:jc w:val="center"/>
      </w:pPr>
      <w:r>
        <w:drawing>
          <wp:inline xmlns:a="http://schemas.openxmlformats.org/drawingml/2006/main" xmlns:pic="http://schemas.openxmlformats.org/drawingml/2006/picture">
            <wp:extent cx="3428889" cy="771853"/>
            <wp:docPr id="41" name="Picture 41"/>
            <wp:cNvGraphicFramePr>
              <a:graphicFrameLocks noChangeAspect="1"/>
            </wp:cNvGraphicFramePr>
            <a:graphic>
              <a:graphicData uri="http://schemas.openxmlformats.org/drawingml/2006/picture">
                <pic:pic>
                  <pic:nvPicPr>
                    <pic:cNvPr id="0" name="q02-sol-1@300dpi.png"/>
                    <pic:cNvPicPr/>
                  </pic:nvPicPr>
                  <pic:blipFill>
                    <a:blip r:embed="rId29"/>
                    <a:stretch>
                      <a:fillRect/>
                    </a:stretch>
                  </pic:blipFill>
                  <pic:spPr>
                    <a:xfrm>
                      <a:off x="0" y="0"/>
                      <a:ext cx="3428889" cy="771853"/>
                    </a:xfrm>
                    <a:prstGeom prst="rect"/>
                  </pic:spPr>
                </pic:pic>
              </a:graphicData>
            </a:graphic>
          </wp:inline>
        </w:drawing>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unfold the cut up paper to achieve the following figure.</w:t>
      </w:r>
    </w:p>
    <w:p>
      <w:pPr>
        <w:spacing w:before="80" w:after="80"/>
        <w:jc w:val="center"/>
      </w:pPr>
      <w:r>
        <w:drawing>
          <wp:inline xmlns:a="http://schemas.openxmlformats.org/drawingml/2006/main" xmlns:pic="http://schemas.openxmlformats.org/drawingml/2006/picture">
            <wp:extent cx="3428889" cy="771853"/>
            <wp:docPr id="42" name="Picture 42"/>
            <wp:cNvGraphicFramePr>
              <a:graphicFrameLocks noChangeAspect="1"/>
            </wp:cNvGraphicFramePr>
            <a:graphic>
              <a:graphicData uri="http://schemas.openxmlformats.org/drawingml/2006/picture">
                <pic:pic>
                  <pic:nvPicPr>
                    <pic:cNvPr id="0" name="q02-sol-1@300dpi.png"/>
                    <pic:cNvPicPr/>
                  </pic:nvPicPr>
                  <pic:blipFill>
                    <a:blip r:embed="rId29"/>
                    <a:stretch>
                      <a:fillRect/>
                    </a:stretch>
                  </pic:blipFill>
                  <pic:spPr>
                    <a:xfrm>
                      <a:off x="0" y="0"/>
                      <a:ext cx="3428889" cy="77185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代入公式，风寒温度为</w:t>
      </w:r>
    </w:p>
    <w:p>
      <w:pPr>
        <w:spacing w:before="0" w:after="80" w:line="300" w:lineRule="auto"/>
        <w:jc w:val="left"/>
      </w:pPr>
      <w:r>
        <w:rPr>
          <w:rFonts w:ascii="Times New Roman" w:hAnsi="Times New Roman" w:eastAsia="宋体"/>
          <w:b w:val="0"/>
          <w:i w:val="0"/>
          <w:sz w:val="21"/>
        </w:rPr>
        <w:t>36 - 0.7 · 18 = 36 - 12.6</w:t>
      </w:r>
    </w:p>
    <w:p>
      <w:pPr>
        <w:spacing w:before="0" w:after="80" w:line="300" w:lineRule="auto"/>
        <w:jc w:val="left"/>
      </w:pPr>
      <w:r>
        <w:rPr>
          <w:rFonts w:ascii="Times New Roman" w:hAnsi="Times New Roman" w:eastAsia="宋体"/>
          <w:b w:val="0"/>
          <w:i w:val="0"/>
          <w:sz w:val="21"/>
        </w:rPr>
        <w:t>=23.4。</w:t>
      </w:r>
    </w:p>
    <w:p>
      <w:pPr>
        <w:spacing w:before="0" w:after="80" w:line="300" w:lineRule="auto"/>
        <w:jc w:val="left"/>
      </w:pPr>
      <w:r>
        <w:rPr>
          <w:rFonts w:ascii="Times New Roman" w:hAnsi="Times New Roman" w:eastAsia="宋体"/>
          <w:b w:val="0"/>
          <w:i w:val="0"/>
          <w:sz w:val="21"/>
        </w:rPr>
        <w:t>最接近的选项是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formula, the wind chill is</w:t>
      </w:r>
    </w:p>
    <w:p>
      <w:pPr>
        <w:spacing w:before="0" w:after="80" w:line="300" w:lineRule="auto"/>
        <w:jc w:val="left"/>
      </w:pPr>
      <w:r>
        <w:rPr>
          <w:rFonts w:ascii="Times New Roman" w:hAnsi="Times New Roman" w:eastAsia="宋体"/>
          <w:b w:val="0"/>
          <w:i w:val="0"/>
          <w:color w:val="333333"/>
          <w:sz w:val="19"/>
        </w:rPr>
        <w:t>36 - 0.7 · 18 = 36 - 12.6</w:t>
      </w:r>
    </w:p>
    <w:p>
      <w:pPr>
        <w:spacing w:before="0" w:after="80" w:line="300" w:lineRule="auto"/>
        <w:jc w:val="left"/>
      </w:pPr>
      <w:r>
        <w:rPr>
          <w:rFonts w:ascii="Times New Roman" w:hAnsi="Times New Roman" w:eastAsia="宋体"/>
          <w:b w:val="0"/>
          <w:i w:val="0"/>
          <w:color w:val="333333"/>
          <w:sz w:val="19"/>
        </w:rPr>
        <w:t>=23.4.</w:t>
      </w:r>
    </w:p>
    <w:p>
      <w:pPr>
        <w:spacing w:before="0" w:after="80" w:line="300" w:lineRule="auto"/>
        <w:jc w:val="left"/>
      </w:pPr>
      <w:r>
        <w:rPr>
          <w:rFonts w:ascii="Times New Roman" w:hAnsi="Times New Roman" w:eastAsia="宋体"/>
          <w:b w:val="0"/>
          <w:i w:val="0"/>
          <w:color w:val="333333"/>
          <w:sz w:val="19"/>
        </w:rPr>
        <w:t>The closest choice is 23.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把其余的数填进去，就得到完整的网格。</w:t>
      </w:r>
    </w:p>
    <w:p>
      <w:pPr>
        <w:spacing w:before="80" w:after="80"/>
        <w:jc w:val="center"/>
      </w:pPr>
      <w:r>
        <w:drawing>
          <wp:inline xmlns:a="http://schemas.openxmlformats.org/drawingml/2006/main" xmlns:pic="http://schemas.openxmlformats.org/drawingml/2006/picture">
            <wp:extent cx="2147853" cy="2138328"/>
            <wp:docPr id="43" name="Picture 43"/>
            <wp:cNvGraphicFramePr>
              <a:graphicFrameLocks noChangeAspect="1"/>
            </wp:cNvGraphicFramePr>
            <a:graphic>
              <a:graphicData uri="http://schemas.openxmlformats.org/drawingml/2006/picture">
                <pic:pic>
                  <pic:nvPicPr>
                    <pic:cNvPr id="0" name="q04-sol-1@300dpi.png"/>
                    <pic:cNvPicPr/>
                  </pic:nvPicPr>
                  <pic:blipFill>
                    <a:blip r:embed="rId30"/>
                    <a:stretch>
                      <a:fillRect/>
                    </a:stretch>
                  </pic:blipFill>
                  <pic:spPr>
                    <a:xfrm>
                      <a:off x="0" y="0"/>
                      <a:ext cx="2147853" cy="2138328"/>
                    </a:xfrm>
                    <a:prstGeom prst="rect"/>
                  </pic:spPr>
                </pic:pic>
              </a:graphicData>
            </a:graphic>
          </wp:inline>
        </w:drawing>
      </w:r>
    </w:p>
    <w:p>
      <w:pPr>
        <w:spacing w:before="0" w:after="80" w:line="300" w:lineRule="auto"/>
        <w:jc w:val="left"/>
      </w:pPr>
      <w:r>
        <w:rPr>
          <w:rFonts w:ascii="Times New Roman" w:hAnsi="Times New Roman" w:eastAsia="宋体"/>
          <w:b w:val="0"/>
          <w:i w:val="0"/>
          <w:sz w:val="21"/>
        </w:rPr>
        <w:t>由此可以看出，阴影方格中只有 19、23 和 47 是质数。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fill in the other numbers to get the complete grid.</w:t>
      </w:r>
    </w:p>
    <w:p>
      <w:pPr>
        <w:spacing w:before="80" w:after="80"/>
        <w:jc w:val="center"/>
      </w:pPr>
      <w:r>
        <w:drawing>
          <wp:inline xmlns:a="http://schemas.openxmlformats.org/drawingml/2006/main" xmlns:pic="http://schemas.openxmlformats.org/drawingml/2006/picture">
            <wp:extent cx="2147853" cy="2138328"/>
            <wp:docPr id="44" name="Picture 44"/>
            <wp:cNvGraphicFramePr>
              <a:graphicFrameLocks noChangeAspect="1"/>
            </wp:cNvGraphicFramePr>
            <a:graphic>
              <a:graphicData uri="http://schemas.openxmlformats.org/drawingml/2006/picture">
                <pic:pic>
                  <pic:nvPicPr>
                    <pic:cNvPr id="0" name="q04-sol-1@300dpi.png"/>
                    <pic:cNvPicPr/>
                  </pic:nvPicPr>
                  <pic:blipFill>
                    <a:blip r:embed="rId30"/>
                    <a:stretch>
                      <a:fillRect/>
                    </a:stretch>
                  </pic:blipFill>
                  <pic:spPr>
                    <a:xfrm>
                      <a:off x="0" y="0"/>
                      <a:ext cx="2147853" cy="2138328"/>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From this, we can see that the only prime numbers in the shaded boxes are 19, 23, and 47.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样本中鳟鱼比例为 30/180 = 1/6。因此湖中所有鱼数是鳟鱼数的 6 倍。</w:t>
      </w:r>
    </w:p>
    <w:p>
      <w:pPr>
        <w:spacing w:before="0" w:after="80" w:line="300" w:lineRule="auto"/>
        <w:jc w:val="left"/>
      </w:pPr>
      <w:r>
        <w:rPr>
          <w:rFonts w:ascii="Times New Roman" w:hAnsi="Times New Roman" w:eastAsia="宋体"/>
          <w:b w:val="0"/>
          <w:i w:val="0"/>
          <w:sz w:val="21"/>
        </w:rPr>
        <w:t>湖中鱼的总数为 6 · 250 = 1500。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30/180 = 1/6. This means that a sixth of the fish in the lake are trout, or in other words, the total number of fish is 6 times the number of trout.</w:t>
      </w:r>
    </w:p>
    <w:p>
      <w:pPr>
        <w:spacing w:before="0" w:after="80" w:line="300" w:lineRule="auto"/>
        <w:jc w:val="left"/>
      </w:pPr>
      <w:r>
        <w:rPr>
          <w:rFonts w:ascii="Times New Roman" w:hAnsi="Times New Roman" w:eastAsia="宋体"/>
          <w:b w:val="0"/>
          <w:i w:val="0"/>
          <w:color w:val="333333"/>
          <w:sz w:val="19"/>
        </w:rPr>
        <w:t>Therefore, there are 6 · 250 = 1500 fish in the lake.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不要把 0 放在底数位置，因为那样会使整个表达式等于 0。</w:t>
      </w:r>
    </w:p>
    <w:p>
      <w:pPr>
        <w:spacing w:before="0" w:after="80" w:line="300" w:lineRule="auto"/>
        <w:jc w:val="left"/>
      </w:pPr>
      <w:r>
        <w:rPr>
          <w:rFonts w:ascii="Times New Roman" w:hAnsi="Times New Roman" w:eastAsia="宋体"/>
          <w:b w:val="0"/>
          <w:i w:val="0"/>
          <w:sz w:val="21"/>
        </w:rPr>
        <w:t>所以 0 必须放在指数位置。指数为 0 的那一项会自动等于 1。</w:t>
      </w:r>
    </w:p>
    <w:p>
      <w:pPr>
        <w:spacing w:before="0" w:after="80" w:line="300" w:lineRule="auto"/>
        <w:jc w:val="left"/>
      </w:pPr>
      <w:r>
        <w:rPr>
          <w:rFonts w:ascii="Times New Roman" w:hAnsi="Times New Roman" w:eastAsia="宋体"/>
          <w:b w:val="0"/>
          <w:i w:val="0"/>
          <w:sz w:val="21"/>
        </w:rPr>
        <w:t>把两个 2 中的一个用于 2⁰，就能把另一个 2 和 3 留给另一项。</w:t>
      </w:r>
    </w:p>
    <w:p>
      <w:pPr>
        <w:spacing w:before="0" w:after="80" w:line="300" w:lineRule="auto"/>
        <w:jc w:val="left"/>
      </w:pPr>
      <w:r>
        <w:rPr>
          <w:rFonts w:ascii="Times New Roman" w:hAnsi="Times New Roman" w:eastAsia="宋体"/>
          <w:b w:val="0"/>
          <w:i w:val="0"/>
          <w:sz w:val="21"/>
        </w:rPr>
        <w:t>另一项可以是 2³ 或 3²。因为 3² 更大，所以取 3²。</w:t>
      </w:r>
    </w:p>
    <w:p>
      <w:pPr>
        <w:spacing w:before="0" w:after="80" w:line="300" w:lineRule="auto"/>
        <w:jc w:val="left"/>
      </w:pPr>
      <w:r>
        <w:rPr>
          <w:rFonts w:ascii="Times New Roman" w:hAnsi="Times New Roman" w:eastAsia="宋体"/>
          <w:b w:val="0"/>
          <w:i w:val="0"/>
          <w:sz w:val="21"/>
        </w:rPr>
        <w:t>于是最大值为</w:t>
      </w:r>
    </w:p>
    <w:p>
      <w:pPr>
        <w:spacing w:before="0" w:after="80" w:line="300" w:lineRule="auto"/>
        <w:jc w:val="left"/>
      </w:pPr>
      <w:r>
        <w:rPr>
          <w:rFonts w:ascii="Times New Roman" w:hAnsi="Times New Roman" w:eastAsia="宋体"/>
          <w:b w:val="0"/>
          <w:i w:val="0"/>
          <w:sz w:val="21"/>
        </w:rPr>
        <w:t>2⁰ × 3² = 1 × 9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we do not want 0 as a base, since that would make the expression equal to 0.</w:t>
      </w:r>
    </w:p>
    <w:p>
      <w:pPr>
        <w:spacing w:before="0" w:after="80" w:line="300" w:lineRule="auto"/>
        <w:jc w:val="left"/>
      </w:pPr>
      <w:r>
        <w:rPr>
          <w:rFonts w:ascii="Times New Roman" w:hAnsi="Times New Roman" w:eastAsia="宋体"/>
          <w:b w:val="0"/>
          <w:i w:val="0"/>
          <w:color w:val="333333"/>
          <w:sz w:val="19"/>
        </w:rPr>
        <w:t>This means that 0 must be an exponent. The number whose exponent is 0 will automatically evaluate to 1.</w:t>
      </w:r>
    </w:p>
    <w:p>
      <w:pPr>
        <w:spacing w:before="0" w:after="80" w:line="300" w:lineRule="auto"/>
        <w:jc w:val="left"/>
      </w:pPr>
      <w:r>
        <w:rPr>
          <w:rFonts w:ascii="Times New Roman" w:hAnsi="Times New Roman" w:eastAsia="宋体"/>
          <w:b w:val="0"/>
          <w:i w:val="0"/>
          <w:color w:val="333333"/>
          <w:sz w:val="19"/>
        </w:rPr>
        <w:t>Using one of the two copies of 2 in the factor 2⁰ leaves 2 and 3 for the other factor.</w:t>
      </w:r>
    </w:p>
    <w:p>
      <w:pPr>
        <w:spacing w:before="0" w:after="80" w:line="300" w:lineRule="auto"/>
        <w:jc w:val="left"/>
      </w:pPr>
      <w:r>
        <w:rPr>
          <w:rFonts w:ascii="Times New Roman" w:hAnsi="Times New Roman" w:eastAsia="宋体"/>
          <w:b w:val="0"/>
          <w:i w:val="0"/>
          <w:color w:val="333333"/>
          <w:sz w:val="19"/>
        </w:rPr>
        <w:t>The other factor can then be 2³ or 3². Since 3² is larger, we use 3².</w:t>
      </w:r>
    </w:p>
    <w:p>
      <w:pPr>
        <w:spacing w:before="0" w:after="80" w:line="300" w:lineRule="auto"/>
        <w:jc w:val="left"/>
      </w:pPr>
      <w:r>
        <w:rPr>
          <w:rFonts w:ascii="Times New Roman" w:hAnsi="Times New Roman" w:eastAsia="宋体"/>
          <w:b w:val="0"/>
          <w:i w:val="0"/>
          <w:color w:val="333333"/>
          <w:sz w:val="19"/>
        </w:rPr>
        <w:t>This gives us a final value of</w:t>
      </w:r>
    </w:p>
    <w:p>
      <w:pPr>
        <w:spacing w:before="0" w:after="80" w:line="300" w:lineRule="auto"/>
        <w:jc w:val="left"/>
      </w:pPr>
      <w:r>
        <w:rPr>
          <w:rFonts w:ascii="Times New Roman" w:hAnsi="Times New Roman" w:eastAsia="宋体"/>
          <w:b w:val="0"/>
          <w:i w:val="0"/>
          <w:color w:val="333333"/>
          <w:sz w:val="19"/>
        </w:rPr>
        <w:t>2⁰ × 3² = 1 × 9 = 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画出这两条直线。</w:t>
      </w:r>
    </w:p>
    <w:p>
      <w:pPr>
        <w:spacing w:before="80" w:after="80"/>
        <w:jc w:val="center"/>
      </w:pPr>
      <w:r>
        <w:drawing>
          <wp:inline xmlns:a="http://schemas.openxmlformats.org/drawingml/2006/main" xmlns:pic="http://schemas.openxmlformats.org/drawingml/2006/picture">
            <wp:extent cx="2944136" cy="1995037"/>
            <wp:docPr id="45" name="Picture 45"/>
            <wp:cNvGraphicFramePr>
              <a:graphicFrameLocks noChangeAspect="1"/>
            </wp:cNvGraphicFramePr>
            <a:graphic>
              <a:graphicData uri="http://schemas.openxmlformats.org/drawingml/2006/picture">
                <pic:pic>
                  <pic:nvPicPr>
                    <pic:cNvPr id="0" name="q07-sol-1@300dpi.png"/>
                    <pic:cNvPicPr/>
                  </pic:nvPicPr>
                  <pic:blipFill>
                    <a:blip r:embed="rId31"/>
                    <a:stretch>
                      <a:fillRect/>
                    </a:stretch>
                  </pic:blipFill>
                  <pic:spPr>
                    <a:xfrm>
                      <a:off x="0" y="0"/>
                      <a:ext cx="2944136" cy="1995037"/>
                    </a:xfrm>
                    <a:prstGeom prst="rect"/>
                  </pic:spPr>
                </pic:pic>
              </a:graphicData>
            </a:graphic>
          </wp:inline>
        </w:drawing>
      </w:r>
    </w:p>
    <w:p>
      <w:pPr>
        <w:spacing w:before="0" w:after="80" w:line="300" w:lineRule="auto"/>
        <w:jc w:val="left"/>
      </w:pPr>
      <w:r>
        <w:rPr>
          <w:rFonts w:ascii="Times New Roman" w:hAnsi="Times New Roman" w:eastAsia="宋体"/>
          <w:b w:val="0"/>
          <w:i w:val="0"/>
          <w:sz w:val="21"/>
        </w:rPr>
        <w:t>从图中可见，只有矩形左上角落在其中一条直线上。</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graph the two lines.</w:t>
      </w:r>
    </w:p>
    <w:p>
      <w:pPr>
        <w:spacing w:before="80" w:after="80"/>
        <w:jc w:val="center"/>
      </w:pPr>
      <w:r>
        <w:drawing>
          <wp:inline xmlns:a="http://schemas.openxmlformats.org/drawingml/2006/main" xmlns:pic="http://schemas.openxmlformats.org/drawingml/2006/picture">
            <wp:extent cx="2944136" cy="1995037"/>
            <wp:docPr id="46" name="Picture 46"/>
            <wp:cNvGraphicFramePr>
              <a:graphicFrameLocks noChangeAspect="1"/>
            </wp:cNvGraphicFramePr>
            <a:graphic>
              <a:graphicData uri="http://schemas.openxmlformats.org/drawingml/2006/picture">
                <pic:pic>
                  <pic:nvPicPr>
                    <pic:cNvPr id="0" name="q07-sol-1@300dpi.png"/>
                    <pic:cNvPicPr/>
                  </pic:nvPicPr>
                  <pic:blipFill>
                    <a:blip r:embed="rId31"/>
                    <a:stretch>
                      <a:fillRect/>
                    </a:stretch>
                  </pic:blipFill>
                  <pic:spPr>
                    <a:xfrm>
                      <a:off x="0" y="0"/>
                      <a:ext cx="2944136" cy="199503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From this, we see that only the top left corner of the rectangle intersects either line.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每一列代表同一轮的两场比赛，因此恰好包含两个胜场记录 1 和两个负场记录 0。</w:t>
      </w:r>
    </w:p>
    <w:p>
      <w:pPr>
        <w:spacing w:before="0" w:after="80" w:line="300" w:lineRule="auto"/>
        <w:jc w:val="left"/>
      </w:pPr>
      <w:r>
        <w:rPr>
          <w:rFonts w:ascii="Times New Roman" w:hAnsi="Times New Roman" w:eastAsia="宋体"/>
          <w:b w:val="0"/>
          <w:i w:val="0"/>
          <w:sz w:val="21"/>
        </w:rPr>
        <w:t>逐列填入使该列达到两个 1 和两个 0 所需的数，得到蒂约的胜负记录为 000101。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column represents one round of two matches, so every column must contain exactly two 1’s and two 0’s.</w:t>
      </w:r>
    </w:p>
    <w:p>
      <w:pPr>
        <w:spacing w:before="0" w:after="80" w:line="300" w:lineRule="auto"/>
        <w:jc w:val="left"/>
      </w:pPr>
      <w:r>
        <w:rPr>
          <w:rFonts w:ascii="Times New Roman" w:hAnsi="Times New Roman" w:eastAsia="宋体"/>
          <w:b w:val="0"/>
          <w:i w:val="0"/>
          <w:color w:val="333333"/>
          <w:sz w:val="19"/>
        </w:rPr>
        <w:t>Completing each column to contain two 1 entries and two 0 entries gives Tiyo’s record 000101.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她第一次达到 7 米是在 2 秒时。</w:t>
      </w:r>
    </w:p>
    <w:p>
      <w:pPr>
        <w:spacing w:before="0" w:after="80" w:line="300" w:lineRule="auto"/>
        <w:jc w:val="left"/>
      </w:pPr>
      <w:r>
        <w:rPr>
          <w:rFonts w:ascii="Times New Roman" w:hAnsi="Times New Roman" w:eastAsia="宋体"/>
          <w:b w:val="0"/>
          <w:i w:val="0"/>
          <w:sz w:val="21"/>
        </w:rPr>
        <w:t>随后她在 4 秒后低于 4 米，这一段贡献 4 - 2 = 2 秒。</w:t>
      </w:r>
    </w:p>
    <w:p>
      <w:pPr>
        <w:spacing w:before="0" w:after="80" w:line="300" w:lineRule="auto"/>
        <w:jc w:val="left"/>
      </w:pPr>
      <w:r>
        <w:rPr>
          <w:rFonts w:ascii="Times New Roman" w:hAnsi="Times New Roman" w:eastAsia="宋体"/>
          <w:b w:val="0"/>
          <w:i w:val="0"/>
          <w:sz w:val="21"/>
        </w:rPr>
        <w:t>接着她在 6 秒时重新高于 4 米，并在 10 秒时再次达到 7 米。</w:t>
      </w:r>
    </w:p>
    <w:p>
      <w:pPr>
        <w:spacing w:before="0" w:after="80" w:line="300" w:lineRule="auto"/>
        <w:jc w:val="left"/>
      </w:pPr>
      <w:r>
        <w:rPr>
          <w:rFonts w:ascii="Times New Roman" w:hAnsi="Times New Roman" w:eastAsia="宋体"/>
          <w:b w:val="0"/>
          <w:i w:val="0"/>
          <w:sz w:val="21"/>
        </w:rPr>
        <w:t>这一段贡献 10 - 6 = 4 秒。最后她在 12 秒时低于 7 米。</w:t>
      </w:r>
    </w:p>
    <w:p>
      <w:pPr>
        <w:spacing w:before="0" w:after="80" w:line="300" w:lineRule="auto"/>
        <w:jc w:val="left"/>
      </w:pPr>
      <w:r>
        <w:rPr>
          <w:rFonts w:ascii="Times New Roman" w:hAnsi="Times New Roman" w:eastAsia="宋体"/>
          <w:b w:val="0"/>
          <w:i w:val="0"/>
          <w:sz w:val="21"/>
        </w:rPr>
        <w:t>再到 14 秒时她低于 4 米，最后一段贡献 14 - 12 = 2 秒。</w:t>
      </w:r>
    </w:p>
    <w:p>
      <w:pPr>
        <w:spacing w:before="0" w:after="80" w:line="300" w:lineRule="auto"/>
        <w:jc w:val="left"/>
      </w:pPr>
      <w:r>
        <w:rPr>
          <w:rFonts w:ascii="Times New Roman" w:hAnsi="Times New Roman" w:eastAsia="宋体"/>
          <w:b w:val="0"/>
          <w:i w:val="0"/>
          <w:sz w:val="21"/>
        </w:rPr>
        <w:t>三个时间段的总长度为</w:t>
      </w:r>
    </w:p>
    <w:p>
      <w:pPr>
        <w:spacing w:before="0" w:after="80" w:line="300" w:lineRule="auto"/>
        <w:jc w:val="left"/>
      </w:pPr>
      <w:r>
        <w:rPr>
          <w:rFonts w:ascii="Times New Roman" w:hAnsi="Times New Roman" w:eastAsia="宋体"/>
          <w:b w:val="0"/>
          <w:i w:val="0"/>
          <w:sz w:val="21"/>
        </w:rPr>
        <w:t>2 + 4 + 2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time that she hits an elevation of 7 meters is at 2 seconds.</w:t>
      </w:r>
    </w:p>
    <w:p>
      <w:pPr>
        <w:spacing w:before="0" w:after="80" w:line="300" w:lineRule="auto"/>
        <w:jc w:val="left"/>
      </w:pPr>
      <w:r>
        <w:rPr>
          <w:rFonts w:ascii="Times New Roman" w:hAnsi="Times New Roman" w:eastAsia="宋体"/>
          <w:b w:val="0"/>
          <w:i w:val="0"/>
          <w:color w:val="333333"/>
          <w:sz w:val="19"/>
        </w:rPr>
        <w:t>She then dips below 4 meters after 4 seconds. This adds 4 - 2 = 2 seconds to the total answer.</w:t>
      </w:r>
    </w:p>
    <w:p>
      <w:pPr>
        <w:spacing w:before="0" w:after="80" w:line="300" w:lineRule="auto"/>
        <w:jc w:val="left"/>
      </w:pPr>
      <w:r>
        <w:rPr>
          <w:rFonts w:ascii="Times New Roman" w:hAnsi="Times New Roman" w:eastAsia="宋体"/>
          <w:b w:val="0"/>
          <w:i w:val="0"/>
          <w:color w:val="333333"/>
          <w:sz w:val="19"/>
        </w:rPr>
        <w:t>Malaika then goes above 4 meters at 6 seconds. She hits 7 meters again at 10 seconds.</w:t>
      </w:r>
    </w:p>
    <w:p>
      <w:pPr>
        <w:spacing w:before="0" w:after="80" w:line="300" w:lineRule="auto"/>
        <w:jc w:val="left"/>
      </w:pPr>
      <w:r>
        <w:rPr>
          <w:rFonts w:ascii="Times New Roman" w:hAnsi="Times New Roman" w:eastAsia="宋体"/>
          <w:b w:val="0"/>
          <w:i w:val="0"/>
          <w:color w:val="333333"/>
          <w:sz w:val="19"/>
        </w:rPr>
        <w:t>This adds 10 - 6 = 4 more seconds to the total. She finally dips below 7 meters for the last time at 12 seconds.</w:t>
      </w:r>
    </w:p>
    <w:p>
      <w:pPr>
        <w:spacing w:before="0" w:after="80" w:line="300" w:lineRule="auto"/>
        <w:jc w:val="left"/>
      </w:pPr>
      <w:r>
        <w:rPr>
          <w:rFonts w:ascii="Times New Roman" w:hAnsi="Times New Roman" w:eastAsia="宋体"/>
          <w:b w:val="0"/>
          <w:i w:val="0"/>
          <w:color w:val="333333"/>
          <w:sz w:val="19"/>
        </w:rPr>
        <w:t>She then falls below 4 meters at 14 seconds, finally adding 14 - 12 = 2 seconds to the total time.</w:t>
      </w:r>
    </w:p>
    <w:p>
      <w:pPr>
        <w:spacing w:before="0" w:after="80" w:line="300" w:lineRule="auto"/>
        <w:jc w:val="left"/>
      </w:pPr>
      <w:r>
        <w:rPr>
          <w:rFonts w:ascii="Times New Roman" w:hAnsi="Times New Roman" w:eastAsia="宋体"/>
          <w:b w:val="0"/>
          <w:i w:val="0"/>
          <w:color w:val="333333"/>
          <w:sz w:val="19"/>
        </w:rPr>
        <w:t>The desired total is</w:t>
      </w:r>
    </w:p>
    <w:p>
      <w:pPr>
        <w:spacing w:before="0" w:after="80" w:line="300" w:lineRule="auto"/>
        <w:jc w:val="left"/>
      </w:pPr>
      <w:r>
        <w:rPr>
          <w:rFonts w:ascii="Times New Roman" w:hAnsi="Times New Roman" w:eastAsia="宋体"/>
          <w:b w:val="0"/>
          <w:i w:val="0"/>
          <w:color w:val="333333"/>
          <w:sz w:val="19"/>
        </w:rPr>
        <w:t>2 + 4 + 2 =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哈罗德把整个派的 1 - 1/4 = 3/4 留给了朋友。</w:t>
      </w:r>
    </w:p>
    <w:p>
      <w:pPr>
        <w:spacing w:before="0" w:after="80" w:line="300" w:lineRule="auto"/>
        <w:jc w:val="left"/>
      </w:pPr>
      <w:r>
        <w:rPr>
          <w:rFonts w:ascii="Times New Roman" w:hAnsi="Times New Roman" w:eastAsia="宋体"/>
          <w:b w:val="0"/>
          <w:i w:val="0"/>
          <w:sz w:val="21"/>
        </w:rPr>
        <w:t>驼鹿吃掉其中 1/3 · 3/4 = 1/4，所以剩下 3/4 - 1/4 = 1/2。</w:t>
      </w:r>
    </w:p>
    <w:p>
      <w:pPr>
        <w:spacing w:before="0" w:after="80" w:line="300" w:lineRule="auto"/>
        <w:jc w:val="left"/>
      </w:pPr>
      <w:r>
        <w:rPr>
          <w:rFonts w:ascii="Times New Roman" w:hAnsi="Times New Roman" w:eastAsia="宋体"/>
          <w:b w:val="0"/>
          <w:i w:val="0"/>
          <w:sz w:val="21"/>
        </w:rPr>
        <w:t>豪猪再吃掉剩余的 1/3 · 1/2 = 1/6，所以最后剩下 1/2 - 1/6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Harold left 1 - 1/4 = 3/4 of the pie for his friends.</w:t>
      </w:r>
    </w:p>
    <w:p>
      <w:pPr>
        <w:spacing w:before="0" w:after="80" w:line="300" w:lineRule="auto"/>
        <w:jc w:val="left"/>
      </w:pPr>
      <w:r>
        <w:rPr>
          <w:rFonts w:ascii="Times New Roman" w:hAnsi="Times New Roman" w:eastAsia="宋体"/>
          <w:b w:val="0"/>
          <w:i w:val="0"/>
          <w:color w:val="333333"/>
          <w:sz w:val="19"/>
        </w:rPr>
        <w:t>The moose ate 1/3 · 3/4 = 1/4 of the pie, leaving 3/4 - 1/4 = 1/2 of the pie.</w:t>
      </w:r>
    </w:p>
    <w:p>
      <w:pPr>
        <w:spacing w:before="0" w:after="80" w:line="300" w:lineRule="auto"/>
        <w:jc w:val="left"/>
      </w:pPr>
      <w:r>
        <w:rPr>
          <w:rFonts w:ascii="Times New Roman" w:hAnsi="Times New Roman" w:eastAsia="宋体"/>
          <w:b w:val="0"/>
          <w:i w:val="0"/>
          <w:color w:val="333333"/>
          <w:sz w:val="19"/>
        </w:rPr>
        <w:t>Finally, the porcupine ate 1/3 · 1/2 = 1/6 of the pie. This leaves 1/2 - 1/6 = 1/3 of the pie.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把距离近似为 300,000,000 英里，并把 6.5 个月近似为</w:t>
      </w:r>
    </w:p>
    <w:p>
      <w:pPr>
        <w:spacing w:before="0" w:after="80" w:line="300" w:lineRule="auto"/>
        <w:jc w:val="left"/>
      </w:pPr>
      <w:r>
        <w:rPr>
          <w:rFonts w:ascii="Times New Roman" w:hAnsi="Times New Roman" w:eastAsia="宋体"/>
          <w:b w:val="0"/>
          <w:i w:val="0"/>
          <w:sz w:val="21"/>
        </w:rPr>
        <w:t>30 × 6.5 = 195 ≈ 200</w:t>
      </w:r>
    </w:p>
    <w:p>
      <w:pPr>
        <w:spacing w:before="0" w:after="80" w:line="300" w:lineRule="auto"/>
        <w:jc w:val="left"/>
      </w:pPr>
      <w:r>
        <w:rPr>
          <w:rFonts w:ascii="Times New Roman" w:hAnsi="Times New Roman" w:eastAsia="宋体"/>
          <w:b w:val="0"/>
          <w:i w:val="0"/>
          <w:sz w:val="21"/>
        </w:rPr>
        <w:t>天。</w:t>
      </w:r>
    </w:p>
    <w:p>
      <w:pPr>
        <w:spacing w:before="0" w:after="80" w:line="300" w:lineRule="auto"/>
        <w:jc w:val="left"/>
      </w:pPr>
      <w:r>
        <w:rPr>
          <w:rFonts w:ascii="Times New Roman" w:hAnsi="Times New Roman" w:eastAsia="宋体"/>
          <w:b w:val="0"/>
          <w:i w:val="0"/>
          <w:sz w:val="21"/>
        </w:rPr>
        <w:t>于是每天约行进</w:t>
      </w:r>
    </w:p>
    <w:p>
      <w:pPr>
        <w:spacing w:before="0" w:after="80" w:line="300" w:lineRule="auto"/>
        <w:jc w:val="left"/>
      </w:pPr>
      <w:r>
        <w:rPr>
          <w:rFonts w:ascii="Times New Roman" w:hAnsi="Times New Roman" w:eastAsia="宋体"/>
          <w:b w:val="0"/>
          <w:i w:val="0"/>
          <w:sz w:val="21"/>
        </w:rPr>
        <w:t>300,000,000 ÷ 200 = 1,500,000</w:t>
      </w:r>
    </w:p>
    <w:p>
      <w:pPr>
        <w:spacing w:before="0" w:after="80" w:line="300" w:lineRule="auto"/>
        <w:jc w:val="left"/>
      </w:pPr>
      <w:r>
        <w:rPr>
          <w:rFonts w:ascii="Times New Roman" w:hAnsi="Times New Roman" w:eastAsia="宋体"/>
          <w:b w:val="0"/>
          <w:i w:val="0"/>
          <w:sz w:val="21"/>
        </w:rPr>
        <w:t>英里。</w:t>
      </w:r>
    </w:p>
    <w:p>
      <w:pPr>
        <w:spacing w:before="0" w:after="80" w:line="300" w:lineRule="auto"/>
        <w:jc w:val="left"/>
      </w:pPr>
      <w:r>
        <w:rPr>
          <w:rFonts w:ascii="Times New Roman" w:hAnsi="Times New Roman" w:eastAsia="宋体"/>
          <w:b w:val="0"/>
          <w:i w:val="0"/>
          <w:sz w:val="21"/>
        </w:rPr>
        <w:t>再除以 24，得到约 62,500 英里每小时，最接近 60,000。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round the distance to 300,000,000 miles and approximate 6.5 months as</w:t>
      </w:r>
    </w:p>
    <w:p>
      <w:pPr>
        <w:spacing w:before="0" w:after="80" w:line="300" w:lineRule="auto"/>
        <w:jc w:val="left"/>
      </w:pPr>
      <w:r>
        <w:rPr>
          <w:rFonts w:ascii="Times New Roman" w:hAnsi="Times New Roman" w:eastAsia="宋体"/>
          <w:b w:val="0"/>
          <w:i w:val="0"/>
          <w:color w:val="333333"/>
          <w:sz w:val="19"/>
        </w:rPr>
        <w:t>30 × 6.5 = 195 ≈ 200</w:t>
      </w:r>
    </w:p>
    <w:p>
      <w:pPr>
        <w:spacing w:before="0" w:after="80" w:line="300" w:lineRule="auto"/>
        <w:jc w:val="left"/>
      </w:pPr>
      <w:r>
        <w:rPr>
          <w:rFonts w:ascii="Times New Roman" w:hAnsi="Times New Roman" w:eastAsia="宋体"/>
          <w:b w:val="0"/>
          <w:i w:val="0"/>
          <w:color w:val="333333"/>
          <w:sz w:val="19"/>
        </w:rPr>
        <w:t>days.</w:t>
      </w:r>
    </w:p>
    <w:p>
      <w:pPr>
        <w:spacing w:before="0" w:after="80" w:line="300" w:lineRule="auto"/>
        <w:jc w:val="left"/>
      </w:pPr>
      <w:r>
        <w:rPr>
          <w:rFonts w:ascii="Times New Roman" w:hAnsi="Times New Roman" w:eastAsia="宋体"/>
          <w:b w:val="0"/>
          <w:i w:val="0"/>
          <w:color w:val="333333"/>
          <w:sz w:val="19"/>
        </w:rPr>
        <w:t>This gives</w:t>
      </w:r>
    </w:p>
    <w:p>
      <w:pPr>
        <w:spacing w:before="0" w:after="80" w:line="300" w:lineRule="auto"/>
        <w:jc w:val="left"/>
      </w:pPr>
      <w:r>
        <w:rPr>
          <w:rFonts w:ascii="Times New Roman" w:hAnsi="Times New Roman" w:eastAsia="宋体"/>
          <w:b w:val="0"/>
          <w:i w:val="0"/>
          <w:color w:val="333333"/>
          <w:sz w:val="19"/>
        </w:rPr>
        <w:t>300,000,000 ÷ 200 = 1,500,000</w:t>
      </w:r>
    </w:p>
    <w:p>
      <w:pPr>
        <w:spacing w:before="0" w:after="80" w:line="300" w:lineRule="auto"/>
        <w:jc w:val="left"/>
      </w:pPr>
      <w:r>
        <w:rPr>
          <w:rFonts w:ascii="Times New Roman" w:hAnsi="Times New Roman" w:eastAsia="宋体"/>
          <w:b w:val="0"/>
          <w:i w:val="0"/>
          <w:color w:val="333333"/>
          <w:sz w:val="19"/>
        </w:rPr>
        <w:t>miles per day.</w:t>
      </w:r>
    </w:p>
    <w:p>
      <w:pPr>
        <w:spacing w:before="0" w:after="80" w:line="300" w:lineRule="auto"/>
        <w:jc w:val="left"/>
      </w:pPr>
      <w:r>
        <w:rPr>
          <w:rFonts w:ascii="Times New Roman" w:hAnsi="Times New Roman" w:eastAsia="宋体"/>
          <w:b w:val="0"/>
          <w:i w:val="0"/>
          <w:color w:val="333333"/>
          <w:sz w:val="19"/>
        </w:rPr>
        <w:t>Dividing by 24 gives about 62,500 miles per hour, which is closest to 60,000.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不妨设每个最小圆的半径为 1。</w:t>
      </w:r>
    </w:p>
    <w:p>
      <w:pPr>
        <w:spacing w:before="0" w:after="80" w:line="300" w:lineRule="auto"/>
        <w:jc w:val="left"/>
      </w:pPr>
      <w:r>
        <w:rPr>
          <w:rFonts w:ascii="Times New Roman" w:hAnsi="Times New Roman" w:eastAsia="宋体"/>
          <w:b w:val="0"/>
          <w:i w:val="0"/>
          <w:sz w:val="21"/>
        </w:rPr>
        <w:t>这样有 3 个阴影单位圆，总面积为 3 · 1² π = 3 π。</w:t>
      </w:r>
    </w:p>
    <w:p>
      <w:pPr>
        <w:spacing w:before="0" w:after="80" w:line="300" w:lineRule="auto"/>
        <w:jc w:val="left"/>
      </w:pPr>
      <w:r>
        <w:rPr>
          <w:rFonts w:ascii="Times New Roman" w:hAnsi="Times New Roman" w:eastAsia="宋体"/>
          <w:b w:val="0"/>
          <w:i w:val="0"/>
          <w:sz w:val="21"/>
        </w:rPr>
        <w:t>另外还有一个半径为 4 的阴影圆，其中挖去了两个半径为 2 的未涂色圆。</w:t>
      </w:r>
    </w:p>
    <w:p>
      <w:pPr>
        <w:spacing w:before="0" w:after="80" w:line="300" w:lineRule="auto"/>
        <w:jc w:val="left"/>
      </w:pPr>
      <w:r>
        <w:rPr>
          <w:rFonts w:ascii="Times New Roman" w:hAnsi="Times New Roman" w:eastAsia="宋体"/>
          <w:b w:val="0"/>
          <w:i w:val="0"/>
          <w:sz w:val="21"/>
        </w:rPr>
        <w:t>这部分额外阴影面积为</w:t>
      </w:r>
    </w:p>
    <w:p>
      <w:pPr>
        <w:spacing w:before="0" w:after="80" w:line="300" w:lineRule="auto"/>
        <w:jc w:val="left"/>
      </w:pPr>
      <w:r>
        <w:rPr>
          <w:rFonts w:ascii="Times New Roman" w:hAnsi="Times New Roman" w:eastAsia="宋体"/>
          <w:b w:val="0"/>
          <w:i w:val="0"/>
          <w:sz w:val="21"/>
        </w:rPr>
        <w:t>4² π - 2 · 2² π = 16 π - 8 π</w:t>
      </w:r>
    </w:p>
    <w:p>
      <w:pPr>
        <w:spacing w:before="0" w:after="80" w:line="300" w:lineRule="auto"/>
        <w:jc w:val="left"/>
      </w:pPr>
      <w:r>
        <w:rPr>
          <w:rFonts w:ascii="Times New Roman" w:hAnsi="Times New Roman" w:eastAsia="宋体"/>
          <w:b w:val="0"/>
          <w:i w:val="0"/>
          <w:sz w:val="21"/>
        </w:rPr>
        <w:t>= 8 π。</w:t>
      </w:r>
    </w:p>
    <w:p>
      <w:pPr>
        <w:spacing w:before="0" w:after="80" w:line="300" w:lineRule="auto"/>
        <w:jc w:val="left"/>
      </w:pPr>
      <w:r>
        <w:rPr>
          <w:rFonts w:ascii="Times New Roman" w:hAnsi="Times New Roman" w:eastAsia="宋体"/>
          <w:b w:val="0"/>
          <w:i w:val="0"/>
          <w:sz w:val="21"/>
        </w:rPr>
        <w:t>阴影总面积为</w:t>
      </w:r>
    </w:p>
    <w:p>
      <w:pPr>
        <w:spacing w:before="0" w:after="80" w:line="300" w:lineRule="auto"/>
        <w:jc w:val="left"/>
      </w:pPr>
      <w:r>
        <w:rPr>
          <w:rFonts w:ascii="Times New Roman" w:hAnsi="Times New Roman" w:eastAsia="宋体"/>
          <w:b w:val="0"/>
          <w:i w:val="0"/>
          <w:sz w:val="21"/>
        </w:rPr>
        <w:t>8π + 3π = 11π。</w:t>
      </w:r>
    </w:p>
    <w:p>
      <w:pPr>
        <w:spacing w:before="0" w:after="80" w:line="300" w:lineRule="auto"/>
        <w:jc w:val="left"/>
      </w:pPr>
      <w:r>
        <w:rPr>
          <w:rFonts w:ascii="Times New Roman" w:hAnsi="Times New Roman" w:eastAsia="宋体"/>
          <w:b w:val="0"/>
          <w:i w:val="0"/>
          <w:sz w:val="21"/>
        </w:rPr>
        <w:t>大未涂色圆的面积为</w:t>
      </w:r>
    </w:p>
    <w:p>
      <w:pPr>
        <w:spacing w:before="0" w:after="80" w:line="300" w:lineRule="auto"/>
        <w:jc w:val="left"/>
      </w:pPr>
      <w:r>
        <w:rPr>
          <w:rFonts w:ascii="Times New Roman" w:hAnsi="Times New Roman" w:eastAsia="宋体"/>
          <w:b w:val="0"/>
          <w:i w:val="0"/>
          <w:sz w:val="21"/>
        </w:rPr>
        <w:t>6²π = 36π。</w:t>
      </w:r>
    </w:p>
    <w:p>
      <w:pPr>
        <w:spacing w:before="0" w:after="80" w:line="300" w:lineRule="auto"/>
        <w:jc w:val="left"/>
      </w:pPr>
      <w:r>
        <w:rPr>
          <w:rFonts w:ascii="Times New Roman" w:hAnsi="Times New Roman" w:eastAsia="宋体"/>
          <w:b w:val="0"/>
          <w:i w:val="0"/>
          <w:sz w:val="21"/>
        </w:rPr>
        <w:t>所以所求分数为</w:t>
      </w:r>
    </w:p>
    <w:p>
      <w:pPr>
        <w:spacing w:before="0" w:after="80" w:line="300" w:lineRule="auto"/>
        <w:jc w:val="left"/>
      </w:pPr>
      <w:r>
        <w:rPr>
          <w:rFonts w:ascii="Times New Roman" w:hAnsi="Times New Roman" w:eastAsia="宋体"/>
          <w:b w:val="0"/>
          <w:i w:val="0"/>
          <w:sz w:val="21"/>
        </w:rPr>
        <w:t>11π/36π = 11/36。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smallest circle have radius 1.</w:t>
      </w:r>
    </w:p>
    <w:p>
      <w:pPr>
        <w:spacing w:before="0" w:after="80" w:line="300" w:lineRule="auto"/>
        <w:jc w:val="left"/>
      </w:pPr>
      <w:r>
        <w:rPr>
          <w:rFonts w:ascii="Times New Roman" w:hAnsi="Times New Roman" w:eastAsia="宋体"/>
          <w:b w:val="0"/>
          <w:i w:val="0"/>
          <w:color w:val="333333"/>
          <w:sz w:val="19"/>
        </w:rPr>
        <w:t>This means that there are 3 shaded unit circles, which total to 3 · 1² π = 3 π area.</w:t>
      </w:r>
    </w:p>
    <w:p>
      <w:pPr>
        <w:spacing w:before="0" w:after="80" w:line="300" w:lineRule="auto"/>
        <w:jc w:val="left"/>
      </w:pPr>
      <w:r>
        <w:rPr>
          <w:rFonts w:ascii="Times New Roman" w:hAnsi="Times New Roman" w:eastAsia="宋体"/>
          <w:b w:val="0"/>
          <w:i w:val="0"/>
          <w:color w:val="333333"/>
          <w:sz w:val="19"/>
        </w:rPr>
        <w:t>There is also a shaded circle with radius 4 with two unshaded circles of radius 2 inside.</w:t>
      </w:r>
    </w:p>
    <w:p>
      <w:pPr>
        <w:spacing w:before="0" w:after="80" w:line="300" w:lineRule="auto"/>
        <w:jc w:val="left"/>
      </w:pPr>
      <w:r>
        <w:rPr>
          <w:rFonts w:ascii="Times New Roman" w:hAnsi="Times New Roman" w:eastAsia="宋体"/>
          <w:b w:val="0"/>
          <w:i w:val="0"/>
          <w:color w:val="333333"/>
          <w:sz w:val="19"/>
        </w:rPr>
        <w:t>This gives us an extra shaded area of</w:t>
      </w:r>
    </w:p>
    <w:p>
      <w:pPr>
        <w:spacing w:before="0" w:after="80" w:line="300" w:lineRule="auto"/>
        <w:jc w:val="left"/>
      </w:pPr>
      <w:r>
        <w:rPr>
          <w:rFonts w:ascii="Times New Roman" w:hAnsi="Times New Roman" w:eastAsia="宋体"/>
          <w:b w:val="0"/>
          <w:i w:val="0"/>
          <w:color w:val="333333"/>
          <w:sz w:val="19"/>
        </w:rPr>
        <w:t>4² π - 2 · 2² π = 16 π - 8 π</w:t>
      </w:r>
    </w:p>
    <w:p>
      <w:pPr>
        <w:spacing w:before="0" w:after="80" w:line="300" w:lineRule="auto"/>
        <w:jc w:val="left"/>
      </w:pPr>
      <w:r>
        <w:rPr>
          <w:rFonts w:ascii="Times New Roman" w:hAnsi="Times New Roman" w:eastAsia="宋体"/>
          <w:b w:val="0"/>
          <w:i w:val="0"/>
          <w:color w:val="333333"/>
          <w:sz w:val="19"/>
        </w:rPr>
        <w:t>= 8 π.</w:t>
      </w:r>
    </w:p>
    <w:p>
      <w:pPr>
        <w:spacing w:before="0" w:after="80" w:line="300" w:lineRule="auto"/>
        <w:jc w:val="left"/>
      </w:pPr>
      <w:r>
        <w:rPr>
          <w:rFonts w:ascii="Times New Roman" w:hAnsi="Times New Roman" w:eastAsia="宋体"/>
          <w:b w:val="0"/>
          <w:i w:val="0"/>
          <w:color w:val="333333"/>
          <w:sz w:val="19"/>
        </w:rPr>
        <w:t>The total shaded area is</w:t>
      </w:r>
    </w:p>
    <w:p>
      <w:pPr>
        <w:spacing w:before="0" w:after="80" w:line="300" w:lineRule="auto"/>
        <w:jc w:val="left"/>
      </w:pPr>
      <w:r>
        <w:rPr>
          <w:rFonts w:ascii="Times New Roman" w:hAnsi="Times New Roman" w:eastAsia="宋体"/>
          <w:b w:val="0"/>
          <w:i w:val="0"/>
          <w:color w:val="333333"/>
          <w:sz w:val="19"/>
        </w:rPr>
        <w:t>8π + 3π = 11π.</w:t>
      </w:r>
    </w:p>
    <w:p>
      <w:pPr>
        <w:spacing w:before="0" w:after="80" w:line="300" w:lineRule="auto"/>
        <w:jc w:val="left"/>
      </w:pPr>
      <w:r>
        <w:rPr>
          <w:rFonts w:ascii="Times New Roman" w:hAnsi="Times New Roman" w:eastAsia="宋体"/>
          <w:b w:val="0"/>
          <w:i w:val="0"/>
          <w:color w:val="333333"/>
          <w:sz w:val="19"/>
        </w:rPr>
        <w:t>The area of the large unshaded circle is</w:t>
      </w:r>
    </w:p>
    <w:p>
      <w:pPr>
        <w:spacing w:before="0" w:after="80" w:line="300" w:lineRule="auto"/>
        <w:jc w:val="left"/>
      </w:pPr>
      <w:r>
        <w:rPr>
          <w:rFonts w:ascii="Times New Roman" w:hAnsi="Times New Roman" w:eastAsia="宋体"/>
          <w:b w:val="0"/>
          <w:i w:val="0"/>
          <w:color w:val="333333"/>
          <w:sz w:val="19"/>
        </w:rPr>
        <w:t>6²π = 36π.</w:t>
      </w:r>
    </w:p>
    <w:p>
      <w:pPr>
        <w:spacing w:before="0" w:after="80" w:line="300" w:lineRule="auto"/>
        <w:jc w:val="left"/>
      </w:pPr>
      <w:r>
        <w:rPr>
          <w:rFonts w:ascii="Times New Roman" w:hAnsi="Times New Roman" w:eastAsia="宋体"/>
          <w:b w:val="0"/>
          <w:i w:val="0"/>
          <w:color w:val="333333"/>
          <w:sz w:val="19"/>
        </w:rPr>
        <w:t>Therefore, the desired fraction is</w:t>
      </w:r>
    </w:p>
    <w:p>
      <w:pPr>
        <w:spacing w:before="0" w:after="80" w:line="300" w:lineRule="auto"/>
        <w:jc w:val="left"/>
      </w:pPr>
      <w:r>
        <w:rPr>
          <w:rFonts w:ascii="Times New Roman" w:hAnsi="Times New Roman" w:eastAsia="宋体"/>
          <w:b w:val="0"/>
          <w:i w:val="0"/>
          <w:color w:val="333333"/>
          <w:sz w:val="19"/>
        </w:rPr>
        <w:t>11π/36π = 11/36.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第 3 个补水站在全程的 3/8 处，因为补水站把全程分成 8 个相等间隔。</w:t>
      </w:r>
    </w:p>
    <w:p>
      <w:pPr>
        <w:spacing w:before="0" w:after="80" w:line="300" w:lineRule="auto"/>
        <w:jc w:val="left"/>
      </w:pPr>
      <w:r>
        <w:rPr>
          <w:rFonts w:ascii="Times New Roman" w:hAnsi="Times New Roman" w:eastAsia="宋体"/>
          <w:b w:val="0"/>
          <w:i w:val="0"/>
          <w:sz w:val="21"/>
        </w:rPr>
        <w:t>第一个维修站在全程的 1/3 处。两站之间的距离占全程的</w:t>
      </w:r>
    </w:p>
    <w:p>
      <w:pPr>
        <w:spacing w:before="0" w:after="80" w:line="300" w:lineRule="auto"/>
        <w:jc w:val="left"/>
      </w:pPr>
      <w:r>
        <w:rPr>
          <w:rFonts w:ascii="Times New Roman" w:hAnsi="Times New Roman" w:eastAsia="宋体"/>
          <w:b w:val="0"/>
          <w:i w:val="0"/>
          <w:sz w:val="21"/>
        </w:rPr>
        <w:t>3/8 - 1/3 = 1/24。</w:t>
      </w:r>
    </w:p>
    <w:p>
      <w:pPr>
        <w:spacing w:before="0" w:after="80" w:line="300" w:lineRule="auto"/>
        <w:jc w:val="left"/>
      </w:pPr>
      <w:r>
        <w:rPr>
          <w:rFonts w:ascii="Times New Roman" w:hAnsi="Times New Roman" w:eastAsia="宋体"/>
          <w:b w:val="0"/>
          <w:i w:val="0"/>
          <w:sz w:val="21"/>
        </w:rPr>
        <w:t>这段距离是 2 英里，所以全程为 24 · 2 = 48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3rd water station is located 3/8 of the way along the race (the water stations split the race up into 8 equal spaces).</w:t>
      </w:r>
    </w:p>
    <w:p>
      <w:pPr>
        <w:spacing w:before="0" w:after="80" w:line="300" w:lineRule="auto"/>
        <w:jc w:val="left"/>
      </w:pPr>
      <w:r>
        <w:rPr>
          <w:rFonts w:ascii="Times New Roman" w:hAnsi="Times New Roman" w:eastAsia="宋体"/>
          <w:b w:val="0"/>
          <w:i w:val="0"/>
          <w:color w:val="333333"/>
          <w:sz w:val="19"/>
        </w:rPr>
        <w:t>The first repair station is located 1/3 of the way along the race. The distance between the stations is</w:t>
      </w:r>
    </w:p>
    <w:p>
      <w:pPr>
        <w:spacing w:before="0" w:after="80" w:line="300" w:lineRule="auto"/>
        <w:jc w:val="left"/>
      </w:pPr>
      <w:r>
        <w:rPr>
          <w:rFonts w:ascii="Times New Roman" w:hAnsi="Times New Roman" w:eastAsia="宋体"/>
          <w:b w:val="0"/>
          <w:i w:val="0"/>
          <w:color w:val="333333"/>
          <w:sz w:val="19"/>
        </w:rPr>
        <w:t>3/8 - 1/3 = 1/24</w:t>
      </w:r>
    </w:p>
    <w:p>
      <w:pPr>
        <w:spacing w:before="0" w:after="80" w:line="300" w:lineRule="auto"/>
        <w:jc w:val="left"/>
      </w:pPr>
      <w:r>
        <w:rPr>
          <w:rFonts w:ascii="Times New Roman" w:hAnsi="Times New Roman" w:eastAsia="宋体"/>
          <w:b w:val="0"/>
          <w:i w:val="0"/>
          <w:color w:val="333333"/>
          <w:sz w:val="19"/>
        </w:rPr>
        <w:t>of the race length. This distance is 2 miles, so the race is 24 · 2 = 48 miles long.</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设 a、b、c 分别为 5 分、10 分、25 分邮票的张数，并设 n=a+b+c。金额方程除以 5 得</w:t>
      </w:r>
    </w:p>
    <w:p>
      <w:pPr>
        <w:spacing w:before="0" w:after="80" w:line="300" w:lineRule="auto"/>
        <w:jc w:val="left"/>
      </w:pPr>
      <w:r>
        <w:rPr>
          <w:rFonts w:ascii="Times New Roman" w:hAnsi="Times New Roman" w:eastAsia="宋体"/>
          <w:b w:val="0"/>
          <w:i w:val="0"/>
          <w:sz w:val="21"/>
        </w:rPr>
        <w:t>a+2b+5c=142，</w:t>
      </w:r>
    </w:p>
    <w:p>
      <w:pPr>
        <w:spacing w:before="0" w:after="80" w:line="300" w:lineRule="auto"/>
        <w:jc w:val="left"/>
      </w:pPr>
      <w:r>
        <w:rPr>
          <w:rFonts w:ascii="Times New Roman" w:hAnsi="Times New Roman" w:eastAsia="宋体"/>
          <w:b w:val="0"/>
          <w:i w:val="0"/>
          <w:sz w:val="21"/>
        </w:rPr>
        <w:t>所以 n+b+4c=142。</w:t>
      </w:r>
    </w:p>
    <w:p>
      <w:pPr>
        <w:spacing w:before="0" w:after="80" w:line="300" w:lineRule="auto"/>
        <w:jc w:val="left"/>
      </w:pPr>
      <w:r>
        <w:rPr>
          <w:rFonts w:ascii="Times New Roman" w:hAnsi="Times New Roman" w:eastAsia="宋体"/>
          <w:b w:val="0"/>
          <w:i w:val="0"/>
          <w:sz w:val="21"/>
        </w:rPr>
        <w:t>假设 n≥56，则 b+4c≤86。又因为</w:t>
      </w:r>
    </w:p>
    <w:p>
      <w:pPr>
        <w:spacing w:before="0" w:after="80" w:line="300" w:lineRule="auto"/>
        <w:jc w:val="left"/>
      </w:pPr>
      <w:r>
        <w:rPr>
          <w:rFonts w:ascii="Times New Roman" w:hAnsi="Times New Roman" w:eastAsia="宋体"/>
          <w:b w:val="0"/>
          <w:i w:val="0"/>
          <w:sz w:val="21"/>
        </w:rPr>
        <w:t>a=142-2b-5c≤20，</w:t>
      </w:r>
    </w:p>
    <w:p>
      <w:pPr>
        <w:spacing w:before="0" w:after="80" w:line="300" w:lineRule="auto"/>
        <w:jc w:val="left"/>
      </w:pPr>
      <w:r>
        <w:rPr>
          <w:rFonts w:ascii="Times New Roman" w:hAnsi="Times New Roman" w:eastAsia="宋体"/>
          <w:b w:val="0"/>
          <w:i w:val="0"/>
          <w:sz w:val="21"/>
        </w:rPr>
        <w:t>所以 2b+5c≥122。合并这两个不等式可得 c≤16，但这样 2b+5c≤2(20)+5(16)=120，矛盾。因此最多只能使用 55 张邮票。</w:t>
      </w:r>
    </w:p>
    <w:p>
      <w:pPr>
        <w:spacing w:before="0" w:after="80" w:line="300" w:lineRule="auto"/>
        <w:jc w:val="left"/>
      </w:pPr>
      <w:r>
        <w:rPr>
          <w:rFonts w:ascii="Times New Roman" w:hAnsi="Times New Roman" w:eastAsia="宋体"/>
          <w:b w:val="0"/>
          <w:i w:val="0"/>
          <w:sz w:val="21"/>
        </w:rPr>
        <w:t>取 a=19、b=19、c=17 时可以达到这个上界：</w:t>
      </w:r>
    </w:p>
    <w:p>
      <w:pPr>
        <w:spacing w:before="0" w:after="80" w:line="300" w:lineRule="auto"/>
        <w:jc w:val="left"/>
      </w:pPr>
      <w:r>
        <w:rPr>
          <w:rFonts w:ascii="Times New Roman" w:hAnsi="Times New Roman" w:eastAsia="宋体"/>
          <w:b w:val="0"/>
          <w:i w:val="0"/>
          <w:sz w:val="21"/>
        </w:rPr>
        <w:t>19(5)+19(10)+17(25)=710。</w:t>
      </w:r>
    </w:p>
    <w:p>
      <w:pPr>
        <w:spacing w:before="0" w:after="80" w:line="300" w:lineRule="auto"/>
        <w:jc w:val="left"/>
      </w:pPr>
      <w:r>
        <w:rPr>
          <w:rFonts w:ascii="Times New Roman" w:hAnsi="Times New Roman" w:eastAsia="宋体"/>
          <w:b w:val="0"/>
          <w:i w:val="0"/>
          <w:sz w:val="21"/>
        </w:rPr>
        <w:t>此时邮票总数为 19+19+17=55。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be the numbers of 5-, 10-, and 25-cent stamps, and let n=a+b+c. Dividing the value equation by 5 gives</w:t>
      </w:r>
    </w:p>
    <w:p>
      <w:pPr>
        <w:spacing w:before="0" w:after="80" w:line="300" w:lineRule="auto"/>
        <w:jc w:val="left"/>
      </w:pPr>
      <w:r>
        <w:rPr>
          <w:rFonts w:ascii="Times New Roman" w:hAnsi="Times New Roman" w:eastAsia="宋体"/>
          <w:b w:val="0"/>
          <w:i w:val="0"/>
          <w:color w:val="333333"/>
          <w:sz w:val="19"/>
        </w:rPr>
        <w:t>a+2b+5c=142,</w:t>
      </w:r>
    </w:p>
    <w:p>
      <w:pPr>
        <w:spacing w:before="0" w:after="80" w:line="300" w:lineRule="auto"/>
        <w:jc w:val="left"/>
      </w:pPr>
      <w:r>
        <w:rPr>
          <w:rFonts w:ascii="Times New Roman" w:hAnsi="Times New Roman" w:eastAsia="宋体"/>
          <w:b w:val="0"/>
          <w:i w:val="0"/>
          <w:color w:val="333333"/>
          <w:sz w:val="19"/>
        </w:rPr>
        <w:t>so n+b+4c=142.</w:t>
      </w:r>
    </w:p>
    <w:p>
      <w:pPr>
        <w:spacing w:before="0" w:after="80" w:line="300" w:lineRule="auto"/>
        <w:jc w:val="left"/>
      </w:pPr>
      <w:r>
        <w:rPr>
          <w:rFonts w:ascii="Times New Roman" w:hAnsi="Times New Roman" w:eastAsia="宋体"/>
          <w:b w:val="0"/>
          <w:i w:val="0"/>
          <w:color w:val="333333"/>
          <w:sz w:val="19"/>
        </w:rPr>
        <w:t>Suppose n≥56. Then b+4c≤86. Also</w:t>
      </w:r>
    </w:p>
    <w:p>
      <w:pPr>
        <w:spacing w:before="0" w:after="80" w:line="300" w:lineRule="auto"/>
        <w:jc w:val="left"/>
      </w:pPr>
      <w:r>
        <w:rPr>
          <w:rFonts w:ascii="Times New Roman" w:hAnsi="Times New Roman" w:eastAsia="宋体"/>
          <w:b w:val="0"/>
          <w:i w:val="0"/>
          <w:color w:val="333333"/>
          <w:sz w:val="19"/>
        </w:rPr>
        <w:t>a=142-2b-5c≤20,</w:t>
      </w:r>
    </w:p>
    <w:p>
      <w:pPr>
        <w:spacing w:before="0" w:after="80" w:line="300" w:lineRule="auto"/>
        <w:jc w:val="left"/>
      </w:pPr>
      <w:r>
        <w:rPr>
          <w:rFonts w:ascii="Times New Roman" w:hAnsi="Times New Roman" w:eastAsia="宋体"/>
          <w:b w:val="0"/>
          <w:i w:val="0"/>
          <w:color w:val="333333"/>
          <w:sz w:val="19"/>
        </w:rPr>
        <w:t>so 2b+5c≥122. Combining these inequalities gives c≤16, but then 2b+5c≤2(20)+5(16)=120, a contradiction. Thus at most 55 stamps can be used.</w:t>
      </w:r>
    </w:p>
    <w:p>
      <w:pPr>
        <w:spacing w:before="0" w:after="80" w:line="300" w:lineRule="auto"/>
        <w:jc w:val="left"/>
      </w:pPr>
      <w:r>
        <w:rPr>
          <w:rFonts w:ascii="Times New Roman" w:hAnsi="Times New Roman" w:eastAsia="宋体"/>
          <w:b w:val="0"/>
          <w:i w:val="0"/>
          <w:color w:val="333333"/>
          <w:sz w:val="19"/>
        </w:rPr>
        <w:t>The bound is attainable with a=19, b=19, c=17:</w:t>
      </w:r>
    </w:p>
    <w:p>
      <w:pPr>
        <w:spacing w:before="0" w:after="80" w:line="300" w:lineRule="auto"/>
        <w:jc w:val="left"/>
      </w:pPr>
      <w:r>
        <w:rPr>
          <w:rFonts w:ascii="Times New Roman" w:hAnsi="Times New Roman" w:eastAsia="宋体"/>
          <w:b w:val="0"/>
          <w:i w:val="0"/>
          <w:color w:val="333333"/>
          <w:sz w:val="19"/>
        </w:rPr>
        <w:t>19(5)+19(10)+17(25)=710.</w:t>
      </w:r>
    </w:p>
    <w:p>
      <w:pPr>
        <w:spacing w:before="0" w:after="80" w:line="300" w:lineRule="auto"/>
        <w:jc w:val="left"/>
      </w:pPr>
      <w:r>
        <w:rPr>
          <w:rFonts w:ascii="Times New Roman" w:hAnsi="Times New Roman" w:eastAsia="宋体"/>
          <w:b w:val="0"/>
          <w:i w:val="0"/>
          <w:color w:val="333333"/>
          <w:sz w:val="19"/>
        </w:rPr>
        <w:t>Hence the greatest possible number of stamps is 19+19+17=55.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半英里对应 10 个街区，所以一个街区长 1/2 ÷ 10 = 1/20 英里。</w:t>
      </w:r>
    </w:p>
    <w:p>
      <w:pPr>
        <w:spacing w:before="0" w:after="80" w:line="300" w:lineRule="auto"/>
        <w:jc w:val="left"/>
      </w:pPr>
      <w:r>
        <w:rPr>
          <w:rFonts w:ascii="Times New Roman" w:hAnsi="Times New Roman" w:eastAsia="宋体"/>
          <w:b w:val="0"/>
          <w:i w:val="0"/>
          <w:sz w:val="21"/>
        </w:rPr>
        <w:t>从绕路开始，维斯瓦姆需要走 7 · 1/20 = 7/20 英里。</w:t>
      </w:r>
    </w:p>
    <w:p>
      <w:pPr>
        <w:spacing w:before="0" w:after="80" w:line="300" w:lineRule="auto"/>
        <w:jc w:val="left"/>
      </w:pPr>
      <w:r>
        <w:rPr>
          <w:rFonts w:ascii="Times New Roman" w:hAnsi="Times New Roman" w:eastAsia="宋体"/>
          <w:b w:val="0"/>
          <w:i w:val="0"/>
          <w:sz w:val="21"/>
        </w:rPr>
        <w:t>正常情况下，从这个位置到学校需要 5 分钟。现在他需要在这 5 分钟内走完 7/20 英里。</w:t>
      </w:r>
    </w:p>
    <w:p>
      <w:pPr>
        <w:spacing w:before="0" w:after="80" w:line="300" w:lineRule="auto"/>
        <w:jc w:val="left"/>
      </w:pPr>
      <w:r>
        <w:rPr>
          <w:rFonts w:ascii="Times New Roman" w:hAnsi="Times New Roman" w:eastAsia="宋体"/>
          <w:b w:val="0"/>
          <w:i w:val="0"/>
          <w:sz w:val="21"/>
        </w:rPr>
        <w:t>注意 5 分钟等于 5/60 = 1/12 小时，所以所需速度为</w:t>
      </w:r>
    </w:p>
    <w:p>
      <w:pPr>
        <w:spacing w:before="0" w:after="80" w:line="300" w:lineRule="auto"/>
        <w:jc w:val="left"/>
      </w:pPr>
      <w:r>
        <w:rPr>
          <w:rFonts w:ascii="Times New Roman" w:hAnsi="Times New Roman" w:eastAsia="宋体"/>
          <w:b w:val="0"/>
          <w:i w:val="0"/>
          <w:sz w:val="21"/>
        </w:rPr>
        <w:t>(7/20)/(1/12) = 12 · 7/20</w:t>
      </w:r>
    </w:p>
    <w:p>
      <w:pPr>
        <w:spacing w:before="0" w:after="80" w:line="300" w:lineRule="auto"/>
        <w:jc w:val="left"/>
      </w:pPr>
      <w:r>
        <w:rPr>
          <w:rFonts w:ascii="Times New Roman" w:hAnsi="Times New Roman" w:eastAsia="宋体"/>
          <w:b w:val="0"/>
          <w:i w:val="0"/>
          <w:sz w:val="21"/>
        </w:rPr>
        <w:t>= 21/5</w:t>
      </w:r>
    </w:p>
    <w:p>
      <w:pPr>
        <w:spacing w:before="0" w:after="80" w:line="300" w:lineRule="auto"/>
        <w:jc w:val="left"/>
      </w:pPr>
      <w:r>
        <w:rPr>
          <w:rFonts w:ascii="Times New Roman" w:hAnsi="Times New Roman" w:eastAsia="宋体"/>
          <w:b w:val="0"/>
          <w:i w:val="0"/>
          <w:sz w:val="21"/>
        </w:rPr>
        <w:t>= 4.2</w:t>
      </w:r>
    </w:p>
    <w:p>
      <w:pPr>
        <w:spacing w:before="0" w:after="80" w:line="300" w:lineRule="auto"/>
        <w:jc w:val="left"/>
      </w:pPr>
      <w:r>
        <w:rPr>
          <w:rFonts w:ascii="Times New Roman" w:hAnsi="Times New Roman" w:eastAsia="宋体"/>
          <w:b w:val="0"/>
          <w:i w:val="0"/>
          <w:sz w:val="21"/>
        </w:rPr>
        <w:t>英里每小时。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half a mile is the same as 10 blocks, then one block is 1/2 ÷ 10 = 1/20 miles.</w:t>
      </w:r>
    </w:p>
    <w:p>
      <w:pPr>
        <w:spacing w:before="0" w:after="80" w:line="300" w:lineRule="auto"/>
        <w:jc w:val="left"/>
      </w:pPr>
      <w:r>
        <w:rPr>
          <w:rFonts w:ascii="Times New Roman" w:hAnsi="Times New Roman" w:eastAsia="宋体"/>
          <w:b w:val="0"/>
          <w:i w:val="0"/>
          <w:color w:val="333333"/>
          <w:sz w:val="19"/>
        </w:rPr>
        <w:t>Starting from the detour, Viswam has to walk 7 · 1/20 = 7/20 miles.</w:t>
      </w:r>
    </w:p>
    <w:p>
      <w:pPr>
        <w:spacing w:before="0" w:after="80" w:line="300" w:lineRule="auto"/>
        <w:jc w:val="left"/>
      </w:pPr>
      <w:r>
        <w:rPr>
          <w:rFonts w:ascii="Times New Roman" w:hAnsi="Times New Roman" w:eastAsia="宋体"/>
          <w:b w:val="0"/>
          <w:i w:val="0"/>
          <w:color w:val="333333"/>
          <w:sz w:val="19"/>
        </w:rPr>
        <w:t>Normally, from this spot Viswam would take 5 minutes to walk to school. Now he has to travel 7/20 miles in 5 minutes.</w:t>
      </w:r>
    </w:p>
    <w:p>
      <w:pPr>
        <w:spacing w:before="0" w:after="80" w:line="300" w:lineRule="auto"/>
        <w:jc w:val="left"/>
      </w:pPr>
      <w:r>
        <w:rPr>
          <w:rFonts w:ascii="Times New Roman" w:hAnsi="Times New Roman" w:eastAsia="宋体"/>
          <w:b w:val="0"/>
          <w:i w:val="0"/>
          <w:color w:val="333333"/>
          <w:sz w:val="19"/>
        </w:rPr>
        <w:t>Note that 5 minutes is 5/60 = 1/12 hours. This means his speed must be</w:t>
      </w:r>
    </w:p>
    <w:p>
      <w:pPr>
        <w:spacing w:before="0" w:after="80" w:line="300" w:lineRule="auto"/>
        <w:jc w:val="left"/>
      </w:pPr>
      <w:r>
        <w:rPr>
          <w:rFonts w:ascii="Times New Roman" w:hAnsi="Times New Roman" w:eastAsia="宋体"/>
          <w:b w:val="0"/>
          <w:i w:val="0"/>
          <w:color w:val="333333"/>
          <w:sz w:val="19"/>
        </w:rPr>
        <w:t>(7/20)/(1/12) = 12 · 7/20</w:t>
      </w:r>
    </w:p>
    <w:p>
      <w:pPr>
        <w:spacing w:before="0" w:after="80" w:line="300" w:lineRule="auto"/>
        <w:jc w:val="left"/>
      </w:pPr>
      <w:r>
        <w:rPr>
          <w:rFonts w:ascii="Times New Roman" w:hAnsi="Times New Roman" w:eastAsia="宋体"/>
          <w:b w:val="0"/>
          <w:i w:val="0"/>
          <w:color w:val="333333"/>
          <w:sz w:val="19"/>
        </w:rPr>
        <w:t>= 21/5</w:t>
      </w:r>
    </w:p>
    <w:p>
      <w:pPr>
        <w:spacing w:before="0" w:after="80" w:line="300" w:lineRule="auto"/>
        <w:jc w:val="left"/>
      </w:pPr>
      <w:r>
        <w:rPr>
          <w:rFonts w:ascii="Times New Roman" w:hAnsi="Times New Roman" w:eastAsia="宋体"/>
          <w:b w:val="0"/>
          <w:i w:val="0"/>
          <w:color w:val="333333"/>
          <w:sz w:val="19"/>
        </w:rPr>
        <w:t>= 4.2</w:t>
      </w:r>
    </w:p>
    <w:p>
      <w:pPr>
        <w:spacing w:before="0" w:after="80" w:line="300" w:lineRule="auto"/>
        <w:jc w:val="left"/>
      </w:pPr>
      <w:r>
        <w:rPr>
          <w:rFonts w:ascii="Times New Roman" w:hAnsi="Times New Roman" w:eastAsia="宋体"/>
          <w:b w:val="0"/>
          <w:i w:val="0"/>
          <w:color w:val="333333"/>
          <w:sz w:val="19"/>
        </w:rPr>
        <w:t>miles per hour.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因为 20 = 3 · 6 + 2，每列底部的 2 个字母会比第三个字母多出现一次。</w:t>
      </w:r>
    </w:p>
    <w:p>
      <w:pPr>
        <w:spacing w:before="0" w:after="80" w:line="300" w:lineRule="auto"/>
        <w:jc w:val="left"/>
      </w:pPr>
      <w:r>
        <w:rPr>
          <w:rFonts w:ascii="Times New Roman" w:hAnsi="Times New Roman" w:eastAsia="宋体"/>
          <w:b w:val="0"/>
          <w:i w:val="0"/>
          <w:sz w:val="21"/>
        </w:rPr>
        <w:t>所以每列中第三个字母出现 6 次，另外 2 个字母各出现 7 次。</w:t>
      </w:r>
    </w:p>
    <w:p>
      <w:pPr>
        <w:spacing w:before="0" w:after="80" w:line="300" w:lineRule="auto"/>
        <w:jc w:val="left"/>
      </w:pPr>
      <w:r>
        <w:rPr>
          <w:rFonts w:ascii="Times New Roman" w:hAnsi="Times New Roman" w:eastAsia="宋体"/>
          <w:b w:val="0"/>
          <w:i w:val="0"/>
          <w:sz w:val="21"/>
        </w:rPr>
        <w:t>在 20 列中，有 7 列的 P 只出现 6 次，其余 13 列中则出现 7 次。R 的情况相同。</w:t>
      </w:r>
    </w:p>
    <w:p>
      <w:pPr>
        <w:spacing w:before="0" w:after="80" w:line="300" w:lineRule="auto"/>
        <w:jc w:val="left"/>
      </w:pPr>
      <w:r>
        <w:rPr>
          <w:rFonts w:ascii="Times New Roman" w:hAnsi="Times New Roman" w:eastAsia="宋体"/>
          <w:b w:val="0"/>
          <w:i w:val="0"/>
          <w:sz w:val="21"/>
        </w:rPr>
        <w:t>因此 P 和 R 都各出现 7·6+13·7=42+91=133 次。</w:t>
      </w:r>
    </w:p>
    <w:p>
      <w:pPr>
        <w:spacing w:before="0" w:after="80" w:line="300" w:lineRule="auto"/>
        <w:jc w:val="left"/>
      </w:pPr>
      <w:r>
        <w:rPr>
          <w:rFonts w:ascii="Times New Roman" w:hAnsi="Times New Roman" w:eastAsia="宋体"/>
          <w:b w:val="0"/>
          <w:i w:val="0"/>
          <w:sz w:val="21"/>
        </w:rPr>
        <w:t>因此 Q 出现了</w:t>
      </w:r>
    </w:p>
    <w:p>
      <w:pPr>
        <w:spacing w:before="0" w:after="80" w:line="300" w:lineRule="auto"/>
        <w:jc w:val="left"/>
      </w:pPr>
      <w:r>
        <w:rPr>
          <w:rFonts w:ascii="Times New Roman" w:hAnsi="Times New Roman" w:eastAsia="宋体"/>
          <w:b w:val="0"/>
          <w:i w:val="0"/>
          <w:sz w:val="21"/>
        </w:rPr>
        <w:t>20 · 20 - 2 · 133 =400 - 266</w:t>
      </w:r>
    </w:p>
    <w:p>
      <w:pPr>
        <w:spacing w:before="0" w:after="80" w:line="300" w:lineRule="auto"/>
        <w:jc w:val="left"/>
      </w:pPr>
      <w:r>
        <w:rPr>
          <w:rFonts w:ascii="Times New Roman" w:hAnsi="Times New Roman" w:eastAsia="宋体"/>
          <w:b w:val="0"/>
          <w:i w:val="0"/>
          <w:sz w:val="21"/>
        </w:rPr>
        <w:t>= 134</w:t>
      </w:r>
    </w:p>
    <w:p>
      <w:pPr>
        <w:spacing w:before="0" w:after="80" w:line="300" w:lineRule="auto"/>
        <w:jc w:val="left"/>
      </w:pPr>
      <w:r>
        <w:rPr>
          <w:rFonts w:ascii="Times New Roman" w:hAnsi="Times New Roman" w:eastAsia="宋体"/>
          <w:b w:val="0"/>
          <w:i w:val="0"/>
          <w:sz w:val="21"/>
        </w:rPr>
        <w:t>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 = 3 · 6 + 2, the bottom 2 letters in each column will occur one more time than the third letter.</w:t>
      </w:r>
    </w:p>
    <w:p>
      <w:pPr>
        <w:spacing w:before="0" w:after="80" w:line="300" w:lineRule="auto"/>
        <w:jc w:val="left"/>
      </w:pPr>
      <w:r>
        <w:rPr>
          <w:rFonts w:ascii="Times New Roman" w:hAnsi="Times New Roman" w:eastAsia="宋体"/>
          <w:b w:val="0"/>
          <w:i w:val="0"/>
          <w:color w:val="333333"/>
          <w:sz w:val="19"/>
        </w:rPr>
        <w:t>This means that the third letter in each column will occur 6 times, whereas the other 2 will appear 7 times.</w:t>
      </w:r>
    </w:p>
    <w:p>
      <w:pPr>
        <w:spacing w:before="0" w:after="80" w:line="300" w:lineRule="auto"/>
        <w:jc w:val="left"/>
      </w:pPr>
      <w:r>
        <w:rPr>
          <w:rFonts w:ascii="Times New Roman" w:hAnsi="Times New Roman" w:eastAsia="宋体"/>
          <w:b w:val="0"/>
          <w:i w:val="0"/>
          <w:color w:val="333333"/>
          <w:sz w:val="19"/>
        </w:rPr>
        <w:t>Across the 20 columns, P is the letter that appears 6 times in 7 columns and appears 7 times in the other 13 columns. The same is true of R.</w:t>
      </w:r>
    </w:p>
    <w:p>
      <w:pPr>
        <w:spacing w:before="0" w:after="80" w:line="300" w:lineRule="auto"/>
        <w:jc w:val="left"/>
      </w:pPr>
      <w:r>
        <w:rPr>
          <w:rFonts w:ascii="Times New Roman" w:hAnsi="Times New Roman" w:eastAsia="宋体"/>
          <w:b w:val="0"/>
          <w:i w:val="0"/>
          <w:color w:val="333333"/>
          <w:sz w:val="19"/>
        </w:rPr>
        <w:t>Thus P and R each appear 7·6+13·7=42+91=133 times.</w:t>
      </w:r>
    </w:p>
    <w:p>
      <w:pPr>
        <w:spacing w:before="0" w:after="80" w:line="300" w:lineRule="auto"/>
        <w:jc w:val="left"/>
      </w:pPr>
      <w:r>
        <w:rPr>
          <w:rFonts w:ascii="Times New Roman" w:hAnsi="Times New Roman" w:eastAsia="宋体"/>
          <w:b w:val="0"/>
          <w:i w:val="0"/>
          <w:color w:val="333333"/>
          <w:sz w:val="19"/>
        </w:rPr>
        <w:t>Q will therefore appear</w:t>
      </w:r>
    </w:p>
    <w:p>
      <w:pPr>
        <w:spacing w:before="0" w:after="80" w:line="300" w:lineRule="auto"/>
        <w:jc w:val="left"/>
      </w:pPr>
      <w:r>
        <w:rPr>
          <w:rFonts w:ascii="Times New Roman" w:hAnsi="Times New Roman" w:eastAsia="宋体"/>
          <w:b w:val="0"/>
          <w:i w:val="0"/>
          <w:color w:val="333333"/>
          <w:sz w:val="19"/>
        </w:rPr>
        <w:t>20 · 20 - 2 · 133 =400 - 266</w:t>
      </w:r>
    </w:p>
    <w:p>
      <w:pPr>
        <w:spacing w:before="0" w:after="80" w:line="300" w:lineRule="auto"/>
        <w:jc w:val="left"/>
      </w:pPr>
      <w:r>
        <w:rPr>
          <w:rFonts w:ascii="Times New Roman" w:hAnsi="Times New Roman" w:eastAsia="宋体"/>
          <w:b w:val="0"/>
          <w:i w:val="0"/>
          <w:color w:val="333333"/>
          <w:sz w:val="19"/>
        </w:rPr>
        <w:t>= 134</w:t>
      </w:r>
    </w:p>
    <w:p>
      <w:pPr>
        <w:spacing w:before="0" w:after="80" w:line="300" w:lineRule="auto"/>
        <w:jc w:val="left"/>
      </w:pPr>
      <w:r>
        <w:rPr>
          <w:rFonts w:ascii="Times New Roman" w:hAnsi="Times New Roman" w:eastAsia="宋体"/>
          <w:b w:val="0"/>
          <w:i w:val="0"/>
          <w:color w:val="333333"/>
          <w:sz w:val="19"/>
        </w:rPr>
        <w:t>times.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折叠后，编号 2、3、4 和 5 的面形成八面体的下半部分，因此剩余四个面构成上半部分。</w:t>
      </w:r>
    </w:p>
    <w:p>
      <w:pPr>
        <w:spacing w:before="0" w:after="80" w:line="300" w:lineRule="auto"/>
        <w:jc w:val="left"/>
      </w:pPr>
      <w:r>
        <w:rPr>
          <w:rFonts w:ascii="Times New Roman" w:hAnsi="Times New Roman" w:eastAsia="宋体"/>
          <w:b w:val="0"/>
          <w:i w:val="0"/>
          <w:sz w:val="21"/>
        </w:rPr>
        <w:t>候选面是 1、6 和 7。从展开图可以看出，6 会在 Q 的左侧，而 7 又在 6 的左侧。</w:t>
      </w:r>
    </w:p>
    <w:p>
      <w:pPr>
        <w:spacing w:before="0" w:after="80" w:line="300" w:lineRule="auto"/>
        <w:jc w:val="left"/>
      </w:pPr>
      <w:r>
        <w:rPr>
          <w:rFonts w:ascii="Times New Roman" w:hAnsi="Times New Roman" w:eastAsia="宋体"/>
          <w:b w:val="0"/>
          <w:i w:val="0"/>
          <w:sz w:val="21"/>
        </w:rPr>
        <w:t>因此，剩下的面 1 必须在 Q 的右侧。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Begin by observing that when folded, the faces labelled 2, 3, 4, and 5 form the bottom half of the octahedron. As such, the remaining four faces must make up the top half of the octahedron.</w:t>
      </w:r>
    </w:p>
    <w:p>
      <w:pPr>
        <w:spacing w:before="0" w:after="80" w:line="300" w:lineRule="auto"/>
        <w:jc w:val="left"/>
      </w:pPr>
      <w:r>
        <w:rPr>
          <w:rFonts w:ascii="Times New Roman" w:hAnsi="Times New Roman" w:eastAsia="宋体"/>
          <w:b w:val="0"/>
          <w:i w:val="0"/>
          <w:color w:val="333333"/>
          <w:sz w:val="19"/>
        </w:rPr>
        <w:t>From here, we have narrowed down our possibilities to 1, 6, and 7. We can see that 6 will be the face to the left of the shaded region Q. This also gives us that 7 is to the left of 6.</w:t>
      </w:r>
    </w:p>
    <w:p>
      <w:pPr>
        <w:spacing w:before="0" w:after="80" w:line="300" w:lineRule="auto"/>
        <w:jc w:val="left"/>
      </w:pPr>
      <w:r>
        <w:rPr>
          <w:rFonts w:ascii="Times New Roman" w:hAnsi="Times New Roman" w:eastAsia="宋体"/>
          <w:b w:val="0"/>
          <w:i w:val="0"/>
          <w:color w:val="333333"/>
          <w:sz w:val="19"/>
        </w:rPr>
        <w:t>Therefore, we know that the only remaining face, 1, must be to the right of the shaded region Q.</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设向右跳 r 次，向左跳 l 次，则需要</w:t>
      </w:r>
    </w:p>
    <w:p>
      <w:pPr>
        <w:spacing w:before="0" w:after="80" w:line="300" w:lineRule="auto"/>
        <w:jc w:val="left"/>
      </w:pPr>
      <w:r>
        <w:rPr>
          <w:rFonts w:ascii="Times New Roman" w:hAnsi="Times New Roman" w:eastAsia="宋体"/>
          <w:b w:val="0"/>
          <w:i w:val="0"/>
          <w:sz w:val="21"/>
        </w:rPr>
        <w:t>5r-3l=2023。</w:t>
      </w:r>
    </w:p>
    <w:p>
      <w:pPr>
        <w:spacing w:before="0" w:after="80" w:line="300" w:lineRule="auto"/>
        <w:jc w:val="left"/>
      </w:pPr>
      <w:r>
        <w:rPr>
          <w:rFonts w:ascii="Times New Roman" w:hAnsi="Times New Roman" w:eastAsia="宋体"/>
          <w:b w:val="0"/>
          <w:i w:val="0"/>
          <w:sz w:val="21"/>
        </w:rPr>
        <w:t>模 5 化简得 -3l≡3pmod5，所以 l≡4pmod5。</w:t>
      </w:r>
    </w:p>
    <w:p>
      <w:pPr>
        <w:spacing w:before="0" w:after="80" w:line="300" w:lineRule="auto"/>
        <w:jc w:val="left"/>
      </w:pPr>
      <w:r>
        <w:rPr>
          <w:rFonts w:ascii="Times New Roman" w:hAnsi="Times New Roman" w:eastAsia="宋体"/>
          <w:b w:val="0"/>
          <w:i w:val="0"/>
          <w:sz w:val="21"/>
        </w:rPr>
        <w:t>为了最少跳跃，取满足条件的最小 l，也就是 l=4。此时 5r-12=2023，所以 r=407。</w:t>
      </w:r>
    </w:p>
    <w:p>
      <w:pPr>
        <w:spacing w:before="0" w:after="80" w:line="300" w:lineRule="auto"/>
        <w:jc w:val="left"/>
      </w:pPr>
      <w:r>
        <w:rPr>
          <w:rFonts w:ascii="Times New Roman" w:hAnsi="Times New Roman" w:eastAsia="宋体"/>
          <w:b w:val="0"/>
          <w:i w:val="0"/>
          <w:sz w:val="21"/>
        </w:rPr>
        <w:t>总跳数为 407+4=411。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number of right jumps and l be the number of left jumps. We need</w:t>
      </w:r>
    </w:p>
    <w:p>
      <w:pPr>
        <w:spacing w:before="0" w:after="80" w:line="300" w:lineRule="auto"/>
        <w:jc w:val="left"/>
      </w:pPr>
      <w:r>
        <w:rPr>
          <w:rFonts w:ascii="Times New Roman" w:hAnsi="Times New Roman" w:eastAsia="宋体"/>
          <w:b w:val="0"/>
          <w:i w:val="0"/>
          <w:color w:val="333333"/>
          <w:sz w:val="19"/>
        </w:rPr>
        <w:t>5r-3l=2023.</w:t>
      </w:r>
    </w:p>
    <w:p>
      <w:pPr>
        <w:spacing w:before="0" w:after="80" w:line="300" w:lineRule="auto"/>
        <w:jc w:val="left"/>
      </w:pPr>
      <w:r>
        <w:rPr>
          <w:rFonts w:ascii="Times New Roman" w:hAnsi="Times New Roman" w:eastAsia="宋体"/>
          <w:b w:val="0"/>
          <w:i w:val="0"/>
          <w:color w:val="333333"/>
          <w:sz w:val="19"/>
        </w:rPr>
        <w:t>Reducing modulo 5 gives -3l≡3pmod5, so l≡4pmod5.</w:t>
      </w:r>
    </w:p>
    <w:p>
      <w:pPr>
        <w:spacing w:before="0" w:after="80" w:line="300" w:lineRule="auto"/>
        <w:jc w:val="left"/>
      </w:pPr>
      <w:r>
        <w:rPr>
          <w:rFonts w:ascii="Times New Roman" w:hAnsi="Times New Roman" w:eastAsia="宋体"/>
          <w:b w:val="0"/>
          <w:i w:val="0"/>
          <w:color w:val="333333"/>
          <w:sz w:val="19"/>
        </w:rPr>
        <w:t>To minimize the total number of jumps, use the smallest possible l, namely l=4. Then 5r-12=2023, so r=407.</w:t>
      </w:r>
    </w:p>
    <w:p>
      <w:pPr>
        <w:spacing w:before="0" w:after="80" w:line="300" w:lineRule="auto"/>
        <w:jc w:val="left"/>
      </w:pPr>
      <w:r>
        <w:rPr>
          <w:rFonts w:ascii="Times New Roman" w:hAnsi="Times New Roman" w:eastAsia="宋体"/>
          <w:b w:val="0"/>
          <w:i w:val="0"/>
          <w:color w:val="333333"/>
          <w:sz w:val="19"/>
        </w:rPr>
        <w:t>The fewest number of jumps is 407+4=411.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内三角形边长是大三角形的 2/3，所以面积是大三角形的 (2/3)² = 4/9。</w:t>
      </w:r>
    </w:p>
    <w:p>
      <w:pPr>
        <w:spacing w:before="0" w:after="80" w:line="300" w:lineRule="auto"/>
        <w:jc w:val="left"/>
      </w:pPr>
      <w:r>
        <w:rPr>
          <w:rFonts w:ascii="Times New Roman" w:hAnsi="Times New Roman" w:eastAsia="宋体"/>
          <w:b w:val="0"/>
          <w:i w:val="0"/>
          <w:sz w:val="21"/>
        </w:rPr>
        <w:t>三个梯形总面积是大三角形的 1 - 4/9 = 5/9。</w:t>
      </w:r>
    </w:p>
    <w:p>
      <w:pPr>
        <w:spacing w:before="0" w:after="80" w:line="300" w:lineRule="auto"/>
        <w:jc w:val="left"/>
      </w:pPr>
      <w:r>
        <w:rPr>
          <w:rFonts w:ascii="Times New Roman" w:hAnsi="Times New Roman" w:eastAsia="宋体"/>
          <w:b w:val="0"/>
          <w:i w:val="0"/>
          <w:sz w:val="21"/>
        </w:rPr>
        <w:t>一个梯形面积是大三角形的 5/9 ÷ 3 = 5/27。</w:t>
      </w:r>
    </w:p>
    <w:p>
      <w:pPr>
        <w:spacing w:before="0" w:after="80" w:line="300" w:lineRule="auto"/>
        <w:jc w:val="left"/>
      </w:pPr>
      <w:r>
        <w:rPr>
          <w:rFonts w:ascii="Times New Roman" w:hAnsi="Times New Roman" w:eastAsia="宋体"/>
          <w:b w:val="0"/>
          <w:i w:val="0"/>
          <w:sz w:val="21"/>
        </w:rPr>
        <w:t>它与内三角形的面积比为</w:t>
      </w:r>
    </w:p>
    <w:p>
      <w:pPr>
        <w:spacing w:before="0" w:after="80" w:line="300" w:lineRule="auto"/>
        <w:jc w:val="left"/>
      </w:pPr>
      <w:r>
        <w:rPr>
          <w:rFonts w:ascii="Times New Roman" w:hAnsi="Times New Roman" w:eastAsia="宋体"/>
          <w:b w:val="0"/>
          <w:i w:val="0"/>
          <w:sz w:val="21"/>
        </w:rPr>
        <w:t>(5/27)/(4/9) = 5/27 · 9/4 = 5/12。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inner triangle’s side length is 2/3 the side length of the outer triangle, its area is (2/3)² = 4/9 the area of the outer triangle.</w:t>
      </w:r>
    </w:p>
    <w:p>
      <w:pPr>
        <w:spacing w:before="0" w:after="80" w:line="300" w:lineRule="auto"/>
        <w:jc w:val="left"/>
      </w:pPr>
      <w:r>
        <w:rPr>
          <w:rFonts w:ascii="Times New Roman" w:hAnsi="Times New Roman" w:eastAsia="宋体"/>
          <w:b w:val="0"/>
          <w:i w:val="0"/>
          <w:color w:val="333333"/>
          <w:sz w:val="19"/>
        </w:rPr>
        <w:t>This means that the three trapezoids are 1 - 4/9 = 5/9 the area of the outer triangle.</w:t>
      </w:r>
    </w:p>
    <w:p>
      <w:pPr>
        <w:spacing w:before="0" w:after="80" w:line="300" w:lineRule="auto"/>
        <w:jc w:val="left"/>
      </w:pPr>
      <w:r>
        <w:rPr>
          <w:rFonts w:ascii="Times New Roman" w:hAnsi="Times New Roman" w:eastAsia="宋体"/>
          <w:b w:val="0"/>
          <w:i w:val="0"/>
          <w:color w:val="333333"/>
          <w:sz w:val="19"/>
        </w:rPr>
        <w:t>Therefore, one trapezoid is 5/9 ÷ 3 = 5/27 the area of the outer triangle.</w:t>
      </w:r>
    </w:p>
    <w:p>
      <w:pPr>
        <w:spacing w:before="0" w:after="80" w:line="300" w:lineRule="auto"/>
        <w:jc w:val="left"/>
      </w:pPr>
      <w:r>
        <w:rPr>
          <w:rFonts w:ascii="Times New Roman" w:hAnsi="Times New Roman" w:eastAsia="宋体"/>
          <w:b w:val="0"/>
          <w:i w:val="0"/>
          <w:color w:val="333333"/>
          <w:sz w:val="19"/>
        </w:rPr>
        <w:t>This makes the ratio of the areas of one trapezoid and the inner triangle</w:t>
      </w:r>
    </w:p>
    <w:p>
      <w:pPr>
        <w:spacing w:before="0" w:after="80" w:line="300" w:lineRule="auto"/>
        <w:jc w:val="left"/>
      </w:pPr>
      <w:r>
        <w:rPr>
          <w:rFonts w:ascii="Times New Roman" w:hAnsi="Times New Roman" w:eastAsia="宋体"/>
          <w:b w:val="0"/>
          <w:i w:val="0"/>
          <w:color w:val="333333"/>
          <w:sz w:val="19"/>
        </w:rPr>
        <w:t>(5/27)/(4/9) = 5/27 · 9/4 = 5/12.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原来的极差是 28-3=25，所以新极差必须是 50。要保持中位数为 8，新增的一个数 x 必须小于 8，另一个数 y 必须大于 8。</w:t>
      </w:r>
    </w:p>
    <w:p>
      <w:pPr>
        <w:spacing w:before="0" w:after="80" w:line="300" w:lineRule="auto"/>
        <w:jc w:val="left"/>
      </w:pPr>
      <w:r>
        <w:rPr>
          <w:rFonts w:ascii="Times New Roman" w:hAnsi="Times New Roman" w:eastAsia="宋体"/>
          <w:b w:val="0"/>
          <w:i w:val="0"/>
          <w:sz w:val="21"/>
        </w:rPr>
        <w:t>若 x≥3，最小值仍为 3，所以新的最大值必须是 53。取 x=3 会改变众数，因此 x≤7。所以 x+y≤7+53=60。</w:t>
      </w:r>
    </w:p>
    <w:p>
      <w:pPr>
        <w:spacing w:before="0" w:after="80" w:line="300" w:lineRule="auto"/>
        <w:jc w:val="left"/>
      </w:pPr>
      <w:r>
        <w:rPr>
          <w:rFonts w:ascii="Times New Roman" w:hAnsi="Times New Roman" w:eastAsia="宋体"/>
          <w:b w:val="0"/>
          <w:i w:val="0"/>
          <w:sz w:val="21"/>
        </w:rPr>
        <w:t>若 x&lt;3 且 y&gt;28，则 y-x=50，所以 x+y=2x+50≤54。若 y≤28，最大值仍为 28，这会迫使 x=-22，得到的和更小。因此没有任何情况能超过 60。</w:t>
      </w:r>
    </w:p>
    <w:p>
      <w:pPr>
        <w:spacing w:before="0" w:after="80" w:line="300" w:lineRule="auto"/>
        <w:jc w:val="left"/>
      </w:pPr>
      <w:r>
        <w:rPr>
          <w:rFonts w:ascii="Times New Roman" w:hAnsi="Times New Roman" w:eastAsia="宋体"/>
          <w:b w:val="0"/>
          <w:i w:val="0"/>
          <w:sz w:val="21"/>
        </w:rPr>
        <w:t>取 x=7 和 y=53 时，众数和中位数都不变，极差为 50，所以最大和是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range is 28-3=25, so the new range must be 50. To keep the median 8, one added number x must be less than 8 and the other, y, must be greater than 8.</w:t>
      </w:r>
    </w:p>
    <w:p>
      <w:pPr>
        <w:spacing w:before="0" w:after="80" w:line="300" w:lineRule="auto"/>
        <w:jc w:val="left"/>
      </w:pPr>
      <w:r>
        <w:rPr>
          <w:rFonts w:ascii="Times New Roman" w:hAnsi="Times New Roman" w:eastAsia="宋体"/>
          <w:b w:val="0"/>
          <w:i w:val="0"/>
          <w:color w:val="333333"/>
          <w:sz w:val="19"/>
        </w:rPr>
        <w:t>If x≥3, the minimum remains 3, so the new maximum must be 53. The value x=3 would change the mode, so x≤7. Hence x+y≤7+53=60.</w:t>
      </w:r>
    </w:p>
    <w:p>
      <w:pPr>
        <w:spacing w:before="0" w:after="80" w:line="300" w:lineRule="auto"/>
        <w:jc w:val="left"/>
      </w:pPr>
      <w:r>
        <w:rPr>
          <w:rFonts w:ascii="Times New Roman" w:hAnsi="Times New Roman" w:eastAsia="宋体"/>
          <w:b w:val="0"/>
          <w:i w:val="0"/>
          <w:color w:val="333333"/>
          <w:sz w:val="19"/>
        </w:rPr>
        <w:t>If x&lt;3 and y&gt;28, then y-x=50, so x+y=2x+50≤54. If y≤28, the maximum remains 28, forcing x=-22 and giving an even smaller sum. Therefore no case exceeds 60.</w:t>
      </w:r>
    </w:p>
    <w:p>
      <w:pPr>
        <w:spacing w:before="0" w:after="80" w:line="300" w:lineRule="auto"/>
        <w:jc w:val="left"/>
      </w:pPr>
      <w:r>
        <w:rPr>
          <w:rFonts w:ascii="Times New Roman" w:hAnsi="Times New Roman" w:eastAsia="宋体"/>
          <w:b w:val="0"/>
          <w:i w:val="0"/>
          <w:color w:val="333333"/>
          <w:sz w:val="19"/>
        </w:rPr>
        <w:t>The values x=7 and y=53 preserve the mode and median and give range 50, so the maximum sum is 60.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所有数字的总和为 (9 · 10)/2 = 45，所以每组和必须为 45 ÷ 3 = 15。</w:t>
      </w:r>
    </w:p>
    <w:p>
      <w:pPr>
        <w:spacing w:before="0" w:after="80" w:line="300" w:lineRule="auto"/>
        <w:jc w:val="left"/>
      </w:pPr>
      <w:r>
        <w:rPr>
          <w:rFonts w:ascii="Times New Roman" w:hAnsi="Times New Roman" w:eastAsia="宋体"/>
          <w:b w:val="0"/>
          <w:i w:val="0"/>
          <w:sz w:val="21"/>
        </w:rPr>
        <w:t>含 9 的组中，另外两个数和为 6。可能是 1 和 5，或 2 和 4。</w:t>
      </w:r>
    </w:p>
    <w:p>
      <w:pPr>
        <w:spacing w:before="0" w:after="80" w:line="300" w:lineRule="auto"/>
        <w:jc w:val="left"/>
      </w:pPr>
      <w:r>
        <w:rPr>
          <w:rFonts w:ascii="Times New Roman" w:hAnsi="Times New Roman" w:eastAsia="宋体"/>
          <w:b/>
          <w:i w:val="0"/>
          <w:sz w:val="21"/>
        </w:rPr>
        <w:t>情况 1：</w:t>
      </w:r>
      <w:r>
        <w:rPr>
          <w:rFonts w:ascii="Times New Roman" w:hAnsi="Times New Roman" w:eastAsia="宋体"/>
          <w:b w:val="0"/>
          <w:i w:val="0"/>
          <w:sz w:val="21"/>
        </w:rPr>
        <w:t>一组是 1、5 和 9。</w:t>
      </w:r>
    </w:p>
    <w:p>
      <w:pPr>
        <w:spacing w:before="0" w:after="80" w:line="300" w:lineRule="auto"/>
        <w:jc w:val="left"/>
      </w:pPr>
      <w:r>
        <w:rPr>
          <w:rFonts w:ascii="Times New Roman" w:hAnsi="Times New Roman" w:eastAsia="宋体"/>
          <w:b w:val="0"/>
          <w:i w:val="0"/>
          <w:sz w:val="21"/>
        </w:rPr>
        <w:t>考虑含 8 的那组，另外两个数必须和为 7。唯一选择是 3 和 4。</w:t>
      </w:r>
    </w:p>
    <w:p>
      <w:pPr>
        <w:spacing w:before="0" w:after="80" w:line="300" w:lineRule="auto"/>
        <w:jc w:val="left"/>
      </w:pPr>
      <w:r>
        <w:rPr>
          <w:rFonts w:ascii="Times New Roman" w:hAnsi="Times New Roman" w:eastAsia="宋体"/>
          <w:b w:val="0"/>
          <w:i w:val="0"/>
          <w:sz w:val="21"/>
        </w:rPr>
        <w:t>剩下的一组是 2、6 和 7，其和为 15，所以这种情况给出一种分法。</w:t>
      </w:r>
    </w:p>
    <w:p>
      <w:pPr>
        <w:spacing w:before="0" w:after="80" w:line="300" w:lineRule="auto"/>
        <w:jc w:val="left"/>
      </w:pPr>
      <w:r>
        <w:rPr>
          <w:rFonts w:ascii="Times New Roman" w:hAnsi="Times New Roman" w:eastAsia="宋体"/>
          <w:b/>
          <w:i w:val="0"/>
          <w:sz w:val="21"/>
        </w:rPr>
        <w:t>情况 2：</w:t>
      </w:r>
      <w:r>
        <w:rPr>
          <w:rFonts w:ascii="Times New Roman" w:hAnsi="Times New Roman" w:eastAsia="宋体"/>
          <w:b w:val="0"/>
          <w:i w:val="0"/>
          <w:sz w:val="21"/>
        </w:rPr>
        <w:t>一组是 2、4 和 9。</w:t>
      </w:r>
    </w:p>
    <w:p>
      <w:pPr>
        <w:spacing w:before="0" w:after="80" w:line="300" w:lineRule="auto"/>
        <w:jc w:val="left"/>
      </w:pPr>
      <w:r>
        <w:rPr>
          <w:rFonts w:ascii="Times New Roman" w:hAnsi="Times New Roman" w:eastAsia="宋体"/>
          <w:b w:val="0"/>
          <w:i w:val="0"/>
          <w:sz w:val="21"/>
        </w:rPr>
        <w:t>同理，含 8 的那组另外两个数和为 7。唯一选择是 1 和 6。</w:t>
      </w:r>
    </w:p>
    <w:p>
      <w:pPr>
        <w:spacing w:before="0" w:after="80" w:line="300" w:lineRule="auto"/>
        <w:jc w:val="left"/>
      </w:pPr>
      <w:r>
        <w:rPr>
          <w:rFonts w:ascii="Times New Roman" w:hAnsi="Times New Roman" w:eastAsia="宋体"/>
          <w:b w:val="0"/>
          <w:i w:val="0"/>
          <w:sz w:val="21"/>
        </w:rPr>
        <w:t>最后一组是 3、5 和 7，其和为 15，这又给出一种分法。</w:t>
      </w:r>
    </w:p>
    <w:p>
      <w:pPr>
        <w:spacing w:before="0" w:after="80" w:line="300" w:lineRule="auto"/>
        <w:jc w:val="left"/>
      </w:pPr>
      <w:r>
        <w:rPr>
          <w:rFonts w:ascii="Times New Roman" w:hAnsi="Times New Roman" w:eastAsia="宋体"/>
          <w:b w:val="0"/>
          <w:i w:val="0"/>
          <w:sz w:val="21"/>
        </w:rPr>
        <w:t>所有情况都已检查，共有 2 种分法。</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all the numbers is (9 · 10)/2 = 45. This means that the sum of each group is 45 ÷ 3 = 15.</w:t>
      </w:r>
    </w:p>
    <w:p>
      <w:pPr>
        <w:spacing w:before="0" w:after="80" w:line="300" w:lineRule="auto"/>
        <w:jc w:val="left"/>
      </w:pPr>
      <w:r>
        <w:rPr>
          <w:rFonts w:ascii="Times New Roman" w:hAnsi="Times New Roman" w:eastAsia="宋体"/>
          <w:b w:val="0"/>
          <w:i w:val="0"/>
          <w:color w:val="333333"/>
          <w:sz w:val="19"/>
        </w:rPr>
        <w:t>Consider the group with 9 in it. The other two numbers must add to 6. Therefore, the other cards in this group are 1 and 5 or 2 and 4.</w:t>
      </w:r>
    </w:p>
    <w:p>
      <w:pPr>
        <w:spacing w:before="0" w:after="80" w:line="300" w:lineRule="auto"/>
        <w:jc w:val="left"/>
      </w:pPr>
      <w:r>
        <w:rPr>
          <w:rFonts w:ascii="Times New Roman" w:hAnsi="Times New Roman" w:eastAsia="宋体"/>
          <w:b/>
          <w:i w:val="0"/>
          <w:color w:val="333333"/>
          <w:sz w:val="19"/>
        </w:rPr>
        <w:t>Case 1:</w:t>
      </w:r>
      <w:r>
        <w:rPr>
          <w:rFonts w:ascii="Times New Roman" w:hAnsi="Times New Roman" w:eastAsia="宋体"/>
          <w:b w:val="0"/>
          <w:i w:val="0"/>
          <w:color w:val="333333"/>
          <w:sz w:val="19"/>
        </w:rPr>
        <w:t>One group is 1, 5, and 9.</w:t>
      </w:r>
    </w:p>
    <w:p>
      <w:pPr>
        <w:spacing w:before="0" w:after="80" w:line="300" w:lineRule="auto"/>
        <w:jc w:val="left"/>
      </w:pPr>
      <w:r>
        <w:rPr>
          <w:rFonts w:ascii="Times New Roman" w:hAnsi="Times New Roman" w:eastAsia="宋体"/>
          <w:b w:val="0"/>
          <w:i w:val="0"/>
          <w:color w:val="333333"/>
          <w:sz w:val="19"/>
        </w:rPr>
        <w:t>Consider the group with 8 in it. The other numbers must add to 7. The only option is 3 and 4 with the remaining cards.</w:t>
      </w:r>
    </w:p>
    <w:p>
      <w:pPr>
        <w:spacing w:before="0" w:after="80" w:line="300" w:lineRule="auto"/>
        <w:jc w:val="left"/>
      </w:pPr>
      <w:r>
        <w:rPr>
          <w:rFonts w:ascii="Times New Roman" w:hAnsi="Times New Roman" w:eastAsia="宋体"/>
          <w:b w:val="0"/>
          <w:i w:val="0"/>
          <w:color w:val="333333"/>
          <w:sz w:val="19"/>
        </w:rPr>
        <w:t>The other group is then 2, 6, and 7. This adds to 15, so this case contributes one possibility.</w:t>
      </w:r>
    </w:p>
    <w:p>
      <w:pPr>
        <w:spacing w:before="0" w:after="80" w:line="300" w:lineRule="auto"/>
        <w:jc w:val="left"/>
      </w:pPr>
      <w:r>
        <w:rPr>
          <w:rFonts w:ascii="Times New Roman" w:hAnsi="Times New Roman" w:eastAsia="宋体"/>
          <w:b/>
          <w:i w:val="0"/>
          <w:color w:val="333333"/>
          <w:sz w:val="19"/>
        </w:rPr>
        <w:t>Case 2:</w:t>
      </w:r>
      <w:r>
        <w:rPr>
          <w:rFonts w:ascii="Times New Roman" w:hAnsi="Times New Roman" w:eastAsia="宋体"/>
          <w:b w:val="0"/>
          <w:i w:val="0"/>
          <w:color w:val="333333"/>
          <w:sz w:val="19"/>
        </w:rPr>
        <w:t>One group is 2, 4, and 9.</w:t>
      </w:r>
    </w:p>
    <w:p>
      <w:pPr>
        <w:spacing w:before="0" w:after="80" w:line="300" w:lineRule="auto"/>
        <w:jc w:val="left"/>
      </w:pPr>
      <w:r>
        <w:rPr>
          <w:rFonts w:ascii="Times New Roman" w:hAnsi="Times New Roman" w:eastAsia="宋体"/>
          <w:b w:val="0"/>
          <w:i w:val="0"/>
          <w:color w:val="333333"/>
          <w:sz w:val="19"/>
        </w:rPr>
        <w:t>Consider the group with 8 in it. As above, the other numbers have to add to 7. The only option is 1 and 6.</w:t>
      </w:r>
    </w:p>
    <w:p>
      <w:pPr>
        <w:spacing w:before="0" w:after="80" w:line="300" w:lineRule="auto"/>
        <w:jc w:val="left"/>
      </w:pPr>
      <w:r>
        <w:rPr>
          <w:rFonts w:ascii="Times New Roman" w:hAnsi="Times New Roman" w:eastAsia="宋体"/>
          <w:b w:val="0"/>
          <w:i w:val="0"/>
          <w:color w:val="333333"/>
          <w:sz w:val="19"/>
        </w:rPr>
        <w:t>The final group is 3, 5, and 7, which adds to 15. This is another configuration.</w:t>
      </w:r>
    </w:p>
    <w:p>
      <w:pPr>
        <w:spacing w:before="0" w:after="80" w:line="300" w:lineRule="auto"/>
        <w:jc w:val="left"/>
      </w:pPr>
      <w:r>
        <w:rPr>
          <w:rFonts w:ascii="Times New Roman" w:hAnsi="Times New Roman" w:eastAsia="宋体"/>
          <w:b w:val="0"/>
          <w:i w:val="0"/>
          <w:color w:val="333333"/>
          <w:sz w:val="19"/>
        </w:rPr>
        <w:t>We have gone through all the cases, which revealed that there are only 2 possible groupings.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设第一项为 x，第二项为 y。</w:t>
      </w:r>
    </w:p>
    <w:p>
      <w:pPr>
        <w:spacing w:before="0" w:after="80" w:line="300" w:lineRule="auto"/>
        <w:jc w:val="left"/>
      </w:pPr>
      <w:r>
        <w:rPr>
          <w:rFonts w:ascii="Times New Roman" w:hAnsi="Times New Roman" w:eastAsia="宋体"/>
          <w:b w:val="0"/>
          <w:i w:val="0"/>
          <w:sz w:val="21"/>
        </w:rPr>
        <w:t>于是，序列的前几项为</w:t>
      </w:r>
    </w:p>
    <w:p>
      <w:pPr>
        <w:spacing w:before="0" w:after="80" w:line="300" w:lineRule="auto"/>
        <w:jc w:val="left"/>
      </w:pPr>
      <w:r>
        <w:rPr>
          <w:rFonts w:ascii="Times New Roman" w:hAnsi="Times New Roman" w:eastAsia="宋体"/>
          <w:b w:val="0"/>
          <w:i w:val="0"/>
          <w:sz w:val="21"/>
        </w:rPr>
        <w:t>x, y, xy, xy², x²y³, x³y⁵, ⋯</w:t>
      </w:r>
    </w:p>
    <w:p>
      <w:pPr>
        <w:spacing w:before="0" w:after="80" w:line="300" w:lineRule="auto"/>
        <w:jc w:val="left"/>
      </w:pPr>
      <w:r>
        <w:rPr>
          <w:rFonts w:ascii="Times New Roman" w:hAnsi="Times New Roman" w:eastAsia="宋体"/>
          <w:b w:val="0"/>
          <w:i w:val="0"/>
          <w:sz w:val="21"/>
        </w:rPr>
        <w:t>因此 x³y⁵ = 4000。</w:t>
      </w:r>
    </w:p>
    <w:p>
      <w:pPr>
        <w:spacing w:before="0" w:after="80" w:line="300" w:lineRule="auto"/>
        <w:jc w:val="left"/>
      </w:pPr>
      <w:r>
        <w:rPr>
          <w:rFonts w:ascii="Times New Roman" w:hAnsi="Times New Roman" w:eastAsia="宋体"/>
          <w:b w:val="0"/>
          <w:i w:val="0"/>
          <w:sz w:val="21"/>
        </w:rPr>
        <w:t>将 4000 分解质因数，得到</w:t>
      </w:r>
    </w:p>
    <w:p>
      <w:pPr>
        <w:spacing w:before="0" w:after="80" w:line="300" w:lineRule="auto"/>
        <w:jc w:val="left"/>
      </w:pPr>
      <w:r>
        <w:rPr>
          <w:rFonts w:ascii="Times New Roman" w:hAnsi="Times New Roman" w:eastAsia="宋体"/>
          <w:b w:val="0"/>
          <w:i w:val="0"/>
          <w:sz w:val="21"/>
        </w:rPr>
        <w:t>4000 = 2⁵ · 5³。</w:t>
      </w:r>
    </w:p>
    <w:p>
      <w:pPr>
        <w:spacing w:before="0" w:after="80" w:line="300" w:lineRule="auto"/>
        <w:jc w:val="left"/>
      </w:pPr>
      <w:r>
        <w:rPr>
          <w:rFonts w:ascii="Times New Roman" w:hAnsi="Times New Roman" w:eastAsia="宋体"/>
          <w:b w:val="0"/>
          <w:i w:val="0"/>
          <w:sz w:val="21"/>
        </w:rPr>
        <w:t>因为 x 和 y 都是正整数，所以能整除 4000 的完全五次方只有 1 和 32。</w:t>
      </w:r>
    </w:p>
    <w:p>
      <w:pPr>
        <w:spacing w:before="0" w:after="80" w:line="300" w:lineRule="auto"/>
        <w:jc w:val="left"/>
      </w:pPr>
      <w:r>
        <w:rPr>
          <w:rFonts w:ascii="Times New Roman" w:hAnsi="Times New Roman" w:eastAsia="宋体"/>
          <w:b w:val="0"/>
          <w:i w:val="0"/>
          <w:sz w:val="21"/>
        </w:rPr>
        <w:t>若 y = 1，则 x³ = 4000，但 4000 不是完全立方数，不可能成立。因此</w:t>
      </w:r>
    </w:p>
    <w:p>
      <w:pPr>
        <w:spacing w:before="0" w:after="80" w:line="300" w:lineRule="auto"/>
        <w:jc w:val="left"/>
      </w:pPr>
      <w:r>
        <w:rPr>
          <w:rFonts w:ascii="Times New Roman" w:hAnsi="Times New Roman" w:eastAsia="宋体"/>
          <w:b w:val="0"/>
          <w:i w:val="0"/>
          <w:sz w:val="21"/>
        </w:rPr>
        <w:t>y⁵ = 32</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y = 2。</w:t>
      </w:r>
    </w:p>
    <w:p>
      <w:pPr>
        <w:spacing w:before="0" w:after="80" w:line="300" w:lineRule="auto"/>
        <w:jc w:val="left"/>
      </w:pPr>
      <w:r>
        <w:rPr>
          <w:rFonts w:ascii="Times New Roman" w:hAnsi="Times New Roman" w:eastAsia="宋体"/>
          <w:b w:val="0"/>
          <w:i w:val="0"/>
          <w:sz w:val="21"/>
        </w:rPr>
        <w:t>这迫使 x 等于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first term and y be the second.</w:t>
      </w:r>
    </w:p>
    <w:p>
      <w:pPr>
        <w:spacing w:before="0" w:after="80" w:line="300" w:lineRule="auto"/>
        <w:jc w:val="left"/>
      </w:pPr>
      <w:r>
        <w:rPr>
          <w:rFonts w:ascii="Times New Roman" w:hAnsi="Times New Roman" w:eastAsia="宋体"/>
          <w:b w:val="0"/>
          <w:i w:val="0"/>
          <w:color w:val="333333"/>
          <w:sz w:val="19"/>
        </w:rPr>
        <w:t>Then we get the following sequence:</w:t>
      </w:r>
    </w:p>
    <w:p>
      <w:pPr>
        <w:spacing w:before="0" w:after="80" w:line="300" w:lineRule="auto"/>
        <w:jc w:val="left"/>
      </w:pPr>
      <w:r>
        <w:rPr>
          <w:rFonts w:ascii="Times New Roman" w:hAnsi="Times New Roman" w:eastAsia="宋体"/>
          <w:b w:val="0"/>
          <w:i w:val="0"/>
          <w:color w:val="333333"/>
          <w:sz w:val="19"/>
        </w:rPr>
        <w:t>x, y, xy, xy², x²y³, x³y⁵, ⋯</w:t>
      </w:r>
    </w:p>
    <w:p>
      <w:pPr>
        <w:spacing w:before="0" w:after="80" w:line="300" w:lineRule="auto"/>
        <w:jc w:val="left"/>
      </w:pPr>
      <w:r>
        <w:rPr>
          <w:rFonts w:ascii="Times New Roman" w:hAnsi="Times New Roman" w:eastAsia="宋体"/>
          <w:b w:val="0"/>
          <w:i w:val="0"/>
          <w:color w:val="333333"/>
          <w:sz w:val="19"/>
        </w:rPr>
        <w:t>Thus x³y⁵ = 4000.</w:t>
      </w:r>
    </w:p>
    <w:p>
      <w:pPr>
        <w:spacing w:before="0" w:after="80" w:line="300" w:lineRule="auto"/>
        <w:jc w:val="left"/>
      </w:pPr>
      <w:r>
        <w:rPr>
          <w:rFonts w:ascii="Times New Roman" w:hAnsi="Times New Roman" w:eastAsia="宋体"/>
          <w:b w:val="0"/>
          <w:i w:val="0"/>
          <w:color w:val="333333"/>
          <w:sz w:val="19"/>
        </w:rPr>
        <w:t>Factoring 4000, gives</w:t>
      </w:r>
    </w:p>
    <w:p>
      <w:pPr>
        <w:spacing w:before="0" w:after="80" w:line="300" w:lineRule="auto"/>
        <w:jc w:val="left"/>
      </w:pPr>
      <w:r>
        <w:rPr>
          <w:rFonts w:ascii="Times New Roman" w:hAnsi="Times New Roman" w:eastAsia="宋体"/>
          <w:b w:val="0"/>
          <w:i w:val="0"/>
          <w:color w:val="333333"/>
          <w:sz w:val="19"/>
        </w:rPr>
        <w:t>4000 = 2⁵ · 5³.</w:t>
      </w:r>
    </w:p>
    <w:p>
      <w:pPr>
        <w:spacing w:before="0" w:after="80" w:line="300" w:lineRule="auto"/>
        <w:jc w:val="left"/>
      </w:pPr>
      <w:r>
        <w:rPr>
          <w:rFonts w:ascii="Times New Roman" w:hAnsi="Times New Roman" w:eastAsia="宋体"/>
          <w:b w:val="0"/>
          <w:i w:val="0"/>
          <w:color w:val="333333"/>
          <w:sz w:val="19"/>
        </w:rPr>
        <w:t>Because x and y are positive integers, the only fifth powers that divide 4000 are 1 and 32.</w:t>
      </w:r>
    </w:p>
    <w:p>
      <w:pPr>
        <w:spacing w:before="0" w:after="80" w:line="300" w:lineRule="auto"/>
        <w:jc w:val="left"/>
      </w:pPr>
      <w:r>
        <w:rPr>
          <w:rFonts w:ascii="Times New Roman" w:hAnsi="Times New Roman" w:eastAsia="宋体"/>
          <w:b w:val="0"/>
          <w:i w:val="0"/>
          <w:color w:val="333333"/>
          <w:sz w:val="19"/>
        </w:rPr>
        <w:t>If y = 1, then x³ = 4000, which is impossible because 4000 is not a perfect cube. Therefore,</w:t>
      </w:r>
    </w:p>
    <w:p>
      <w:pPr>
        <w:spacing w:before="0" w:after="80" w:line="300" w:lineRule="auto"/>
        <w:jc w:val="left"/>
      </w:pPr>
      <w:r>
        <w:rPr>
          <w:rFonts w:ascii="Times New Roman" w:hAnsi="Times New Roman" w:eastAsia="宋体"/>
          <w:b w:val="0"/>
          <w:i w:val="0"/>
          <w:color w:val="333333"/>
          <w:sz w:val="19"/>
        </w:rPr>
        <w:t>y⁵ = 32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y = 2.</w:t>
      </w:r>
    </w:p>
    <w:p>
      <w:pPr>
        <w:spacing w:before="0" w:after="80" w:line="300" w:lineRule="auto"/>
        <w:jc w:val="left"/>
      </w:pPr>
      <w:r>
        <w:rPr>
          <w:rFonts w:ascii="Times New Roman" w:hAnsi="Times New Roman" w:eastAsia="宋体"/>
          <w:b w:val="0"/>
          <w:i w:val="0"/>
          <w:color w:val="333333"/>
          <w:sz w:val="19"/>
        </w:rPr>
        <w:t>This forces x to equal 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总铺法数为 4⁹。可形成大阴影菱形的 2×2 小网格有 4 个。</w:t>
      </w:r>
    </w:p>
    <w:p>
      <w:pPr>
        <w:spacing w:before="0" w:after="80" w:line="300" w:lineRule="auto"/>
        <w:jc w:val="left"/>
      </w:pPr>
      <w:r>
        <w:rPr>
          <w:rFonts w:ascii="Times New Roman" w:hAnsi="Times New Roman" w:eastAsia="宋体"/>
          <w:b w:val="0"/>
          <w:i w:val="0"/>
          <w:sz w:val="21"/>
        </w:rPr>
        <w:t>选定其中一个 2×2 小网格后，它内部四块瓷砖的方向就被确定了，其余 5 个方格可以任意填。所以每选定一个这样的 2×2 小网格，都对应 4⁵ 种铺法。</w:t>
      </w:r>
    </w:p>
    <w:p>
      <w:pPr>
        <w:spacing w:before="0" w:after="80" w:line="300" w:lineRule="auto"/>
        <w:jc w:val="left"/>
      </w:pPr>
      <w:r>
        <w:rPr>
          <w:rFonts w:ascii="Times New Roman" w:hAnsi="Times New Roman" w:eastAsia="宋体"/>
          <w:b w:val="0"/>
          <w:i w:val="0"/>
          <w:sz w:val="21"/>
        </w:rPr>
        <w:t>两个不同的 2×2 小网格不能同时形成大阴影菱形，因为重叠方格会要求不同方向。因此有利铺法数为 4·4⁵=4⁶。</w:t>
      </w:r>
    </w:p>
    <w:p>
      <w:pPr>
        <w:spacing w:before="0" w:after="80" w:line="300" w:lineRule="auto"/>
        <w:jc w:val="left"/>
      </w:pPr>
      <w:r>
        <w:rPr>
          <w:rFonts w:ascii="Times New Roman" w:hAnsi="Times New Roman" w:eastAsia="宋体"/>
          <w:b w:val="0"/>
          <w:i w:val="0"/>
          <w:sz w:val="21"/>
        </w:rPr>
        <w:t>所求概率为</w:t>
      </w:r>
    </w:p>
    <w:p>
      <w:pPr>
        <w:spacing w:before="0" w:after="80" w:line="300" w:lineRule="auto"/>
        <w:jc w:val="left"/>
      </w:pPr>
      <w:r>
        <w:rPr>
          <w:rFonts w:ascii="Times New Roman" w:hAnsi="Times New Roman" w:eastAsia="宋体"/>
          <w:b w:val="0"/>
          <w:i w:val="0"/>
          <w:sz w:val="21"/>
        </w:rPr>
        <w:t>4⁶/4⁹ = 1/4³ = 1/64。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4⁹ possible tilings. There are 4 possible 2×2 grids where a large shaded diamond could appear.</w:t>
      </w:r>
    </w:p>
    <w:p>
      <w:pPr>
        <w:spacing w:before="0" w:after="80" w:line="300" w:lineRule="auto"/>
        <w:jc w:val="left"/>
      </w:pPr>
      <w:r>
        <w:rPr>
          <w:rFonts w:ascii="Times New Roman" w:hAnsi="Times New Roman" w:eastAsia="宋体"/>
          <w:b w:val="0"/>
          <w:i w:val="0"/>
          <w:color w:val="333333"/>
          <w:sz w:val="19"/>
        </w:rPr>
        <w:t>After one of these 2×2 grids is chosen, the four tile orientations inside it are forced, and the other 5 squares can be filled in any way. This gives 4⁵ tilings for each chosen 2×2 grid.</w:t>
      </w:r>
    </w:p>
    <w:p>
      <w:pPr>
        <w:spacing w:before="0" w:after="80" w:line="300" w:lineRule="auto"/>
        <w:jc w:val="left"/>
      </w:pPr>
      <w:r>
        <w:rPr>
          <w:rFonts w:ascii="Times New Roman" w:hAnsi="Times New Roman" w:eastAsia="宋体"/>
          <w:b w:val="0"/>
          <w:i w:val="0"/>
          <w:color w:val="333333"/>
          <w:sz w:val="19"/>
        </w:rPr>
        <w:t>Two different 2×2 grids cannot both contain a large shaded diamond, because their overlapping squares would require incompatible tile orientations. Therefore the number of favorable tilings is 4·4⁵=4⁶.</w:t>
      </w:r>
    </w:p>
    <w:p>
      <w:pPr>
        <w:spacing w:before="0" w:after="80" w:line="300" w:lineRule="auto"/>
        <w:jc w:val="left"/>
      </w:pPr>
      <w:r>
        <w:rPr>
          <w:rFonts w:ascii="Times New Roman" w:hAnsi="Times New Roman" w:eastAsia="宋体"/>
          <w:b w:val="0"/>
          <w:i w:val="0"/>
          <w:color w:val="333333"/>
          <w:sz w:val="19"/>
        </w:rPr>
        <w:t>The desired probability is then</w:t>
      </w:r>
    </w:p>
    <w:p>
      <w:pPr>
        <w:spacing w:before="0" w:after="80" w:line="300" w:lineRule="auto"/>
        <w:jc w:val="left"/>
      </w:pPr>
      <w:r>
        <w:rPr>
          <w:rFonts w:ascii="Times New Roman" w:hAnsi="Times New Roman" w:eastAsia="宋体"/>
          <w:b w:val="0"/>
          <w:i w:val="0"/>
          <w:color w:val="333333"/>
          <w:sz w:val="19"/>
        </w:rPr>
        <w:t>4⁶/4⁹ = 1/4³ = 1/64.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设 △ ABC 的面积为 a。左图中的未阴影三角形高为 11，并且与整个三角形相似，所以它的面积是 a(11/h)²。因此，左图的阴影面积是 a(1-(11/h)²)。</w:t>
      </w:r>
    </w:p>
    <w:p>
      <w:pPr>
        <w:spacing w:before="0" w:after="80" w:line="300" w:lineRule="auto"/>
        <w:jc w:val="left"/>
      </w:pPr>
      <w:r>
        <w:rPr>
          <w:rFonts w:ascii="Times New Roman" w:hAnsi="Times New Roman" w:eastAsia="宋体"/>
          <w:b w:val="0"/>
          <w:i w:val="0"/>
          <w:sz w:val="21"/>
        </w:rPr>
        <w:t>右图中的阴影三角形高为 h-5，并且与整个三角形相似，所以它的面积是 a(h-5/h)²。令两图的阴影面积相等，再约去 a，得到</w:t>
      </w:r>
    </w:p>
    <w:p>
      <w:pPr>
        <w:spacing w:before="0" w:after="80" w:line="300" w:lineRule="auto"/>
        <w:jc w:val="left"/>
      </w:pPr>
      <w:r>
        <w:rPr>
          <w:rFonts w:ascii="Times New Roman" w:hAnsi="Times New Roman" w:eastAsia="宋体"/>
          <w:b w:val="0"/>
          <w:i w:val="0"/>
          <w:sz w:val="21"/>
        </w:rPr>
        <w:t>1-(11/h)² =(h-5/h)²。</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h² - 121 = h² - 10h + 25，</w:t>
      </w:r>
    </w:p>
    <w:p>
      <w:pPr>
        <w:spacing w:before="0" w:after="80" w:line="300" w:lineRule="auto"/>
        <w:jc w:val="left"/>
      </w:pPr>
      <w:r>
        <w:rPr>
          <w:rFonts w:ascii="Times New Roman" w:hAnsi="Times New Roman" w:eastAsia="宋体"/>
          <w:b w:val="0"/>
          <w:i w:val="0"/>
          <w:sz w:val="21"/>
        </w:rPr>
        <w:t>也就是</w:t>
      </w:r>
    </w:p>
    <w:p>
      <w:pPr>
        <w:spacing w:before="0" w:after="80" w:line="300" w:lineRule="auto"/>
        <w:jc w:val="left"/>
      </w:pPr>
      <w:r>
        <w:rPr>
          <w:rFonts w:ascii="Times New Roman" w:hAnsi="Times New Roman" w:eastAsia="宋体"/>
          <w:b w:val="0"/>
          <w:i w:val="0"/>
          <w:sz w:val="21"/>
        </w:rPr>
        <w:t>10h = 146。</w:t>
      </w:r>
    </w:p>
    <w:p>
      <w:pPr>
        <w:spacing w:before="0" w:after="80" w:line="300" w:lineRule="auto"/>
        <w:jc w:val="left"/>
      </w:pPr>
      <w:r>
        <w:rPr>
          <w:rFonts w:ascii="Times New Roman" w:hAnsi="Times New Roman" w:eastAsia="宋体"/>
          <w:b w:val="0"/>
          <w:i w:val="0"/>
          <w:sz w:val="21"/>
        </w:rPr>
        <w:t>所以 h=14.6。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area of △ ABC. The unshaded triangle in the left figure has height 11 and is similar to the full triangle, so its area is a(11/h)². Therefore, the shaded area there is a(1-(11/h)²).</w:t>
      </w:r>
    </w:p>
    <w:p>
      <w:pPr>
        <w:spacing w:before="0" w:after="80" w:line="300" w:lineRule="auto"/>
        <w:jc w:val="left"/>
      </w:pPr>
      <w:r>
        <w:rPr>
          <w:rFonts w:ascii="Times New Roman" w:hAnsi="Times New Roman" w:eastAsia="宋体"/>
          <w:b w:val="0"/>
          <w:i w:val="0"/>
          <w:color w:val="333333"/>
          <w:sz w:val="19"/>
        </w:rPr>
        <w:t>In the right figure, the shaded triangle has height h-5 and is similar to the full triangle, so its area is a(h-5/h)². Equating the shaded areas and canceling a gives</w:t>
      </w:r>
    </w:p>
    <w:p>
      <w:pPr>
        <w:spacing w:before="0" w:after="80" w:line="300" w:lineRule="auto"/>
        <w:jc w:val="left"/>
      </w:pPr>
      <w:r>
        <w:rPr>
          <w:rFonts w:ascii="Times New Roman" w:hAnsi="Times New Roman" w:eastAsia="宋体"/>
          <w:b w:val="0"/>
          <w:i w:val="0"/>
          <w:color w:val="333333"/>
          <w:sz w:val="19"/>
        </w:rPr>
        <w:t>1-(11/h)² =(h-5/h)².</w:t>
      </w:r>
    </w:p>
    <w:p>
      <w:pPr>
        <w:spacing w:before="0" w:after="80" w:line="300" w:lineRule="auto"/>
        <w:jc w:val="left"/>
      </w:pPr>
      <w:r>
        <w:rPr>
          <w:rFonts w:ascii="Times New Roman" w:hAnsi="Times New Roman" w:eastAsia="宋体"/>
          <w:b w:val="0"/>
          <w:i w:val="0"/>
          <w:color w:val="333333"/>
          <w:sz w:val="19"/>
        </w:rPr>
        <w:t>Simplifying yields</w:t>
      </w:r>
    </w:p>
    <w:p>
      <w:pPr>
        <w:spacing w:before="0" w:after="80" w:line="300" w:lineRule="auto"/>
        <w:jc w:val="left"/>
      </w:pPr>
      <w:r>
        <w:rPr>
          <w:rFonts w:ascii="Times New Roman" w:hAnsi="Times New Roman" w:eastAsia="宋体"/>
          <w:b w:val="0"/>
          <w:i w:val="0"/>
          <w:color w:val="333333"/>
          <w:sz w:val="19"/>
        </w:rPr>
        <w:t>h² - 121 = h² - 10h + 25.</w:t>
      </w:r>
    </w:p>
    <w:p>
      <w:pPr>
        <w:spacing w:before="0" w:after="80" w:line="300" w:lineRule="auto"/>
        <w:jc w:val="left"/>
      </w:pPr>
      <w:r>
        <w:rPr>
          <w:rFonts w:ascii="Times New Roman" w:hAnsi="Times New Roman" w:eastAsia="宋体"/>
          <w:b w:val="0"/>
          <w:i w:val="0"/>
          <w:color w:val="333333"/>
          <w:sz w:val="19"/>
        </w:rPr>
        <w:t>This simplifies to</w:t>
      </w:r>
    </w:p>
    <w:p>
      <w:pPr>
        <w:spacing w:before="0" w:after="80" w:line="300" w:lineRule="auto"/>
        <w:jc w:val="left"/>
      </w:pPr>
      <w:r>
        <w:rPr>
          <w:rFonts w:ascii="Times New Roman" w:hAnsi="Times New Roman" w:eastAsia="宋体"/>
          <w:b w:val="0"/>
          <w:i w:val="0"/>
          <w:color w:val="333333"/>
          <w:sz w:val="19"/>
        </w:rPr>
        <w:t>10h = 146,</w:t>
      </w:r>
    </w:p>
    <w:p>
      <w:pPr>
        <w:spacing w:before="0" w:after="80" w:line="300" w:lineRule="auto"/>
        <w:jc w:val="left"/>
      </w:pPr>
      <w:r>
        <w:rPr>
          <w:rFonts w:ascii="Times New Roman" w:hAnsi="Times New Roman" w:eastAsia="宋体"/>
          <w:b w:val="0"/>
          <w:i w:val="0"/>
          <w:color w:val="333333"/>
          <w:sz w:val="19"/>
        </w:rPr>
        <w:t>so h=14.6.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设公差为 d。将 a₁ 取其最大可能值 10，将 a₁₅ 取其最小可能值 241，可得</w:t>
      </w:r>
    </w:p>
    <w:p>
      <w:pPr>
        <w:spacing w:before="0" w:after="80" w:line="300" w:lineRule="auto"/>
        <w:jc w:val="left"/>
      </w:pPr>
      <w:r>
        <w:rPr>
          <w:rFonts w:ascii="Times New Roman" w:hAnsi="Times New Roman" w:eastAsia="宋体"/>
          <w:b w:val="0"/>
          <w:i w:val="0"/>
          <w:sz w:val="21"/>
        </w:rPr>
        <w:t>d ≥ (241 - 10)/14 = 16.5。</w:t>
      </w:r>
    </w:p>
    <w:p>
      <w:pPr>
        <w:spacing w:before="0" w:after="80" w:line="300" w:lineRule="auto"/>
        <w:jc w:val="left"/>
      </w:pPr>
      <w:r>
        <w:rPr>
          <w:rFonts w:ascii="Times New Roman" w:hAnsi="Times New Roman" w:eastAsia="宋体"/>
          <w:b w:val="0"/>
          <w:i w:val="0"/>
          <w:sz w:val="21"/>
        </w:rPr>
        <w:t>因为所有数都是整数，所以 d 至少为 17。</w:t>
      </w:r>
    </w:p>
    <w:p>
      <w:pPr>
        <w:spacing w:before="0" w:after="80" w:line="300" w:lineRule="auto"/>
        <w:jc w:val="left"/>
      </w:pPr>
      <w:r>
        <w:rPr>
          <w:rFonts w:ascii="Times New Roman" w:hAnsi="Times New Roman" w:eastAsia="宋体"/>
          <w:b w:val="0"/>
          <w:i w:val="0"/>
          <w:sz w:val="21"/>
        </w:rPr>
        <w:t>将 a₁ 取其最小可能值 1，将 a₁₅ 取其最大可能值 250，可得</w:t>
      </w:r>
    </w:p>
    <w:p>
      <w:pPr>
        <w:spacing w:before="0" w:after="80" w:line="300" w:lineRule="auto"/>
        <w:jc w:val="left"/>
      </w:pPr>
      <w:r>
        <w:rPr>
          <w:rFonts w:ascii="Times New Roman" w:hAnsi="Times New Roman" w:eastAsia="宋体"/>
          <w:b w:val="0"/>
          <w:i w:val="0"/>
          <w:sz w:val="21"/>
        </w:rPr>
        <w:t>d ≤ (250 - 1)/14 ≈ 17.8。</w:t>
      </w:r>
    </w:p>
    <w:p>
      <w:pPr>
        <w:spacing w:before="0" w:after="80" w:line="300" w:lineRule="auto"/>
        <w:jc w:val="left"/>
      </w:pPr>
      <w:r>
        <w:rPr>
          <w:rFonts w:ascii="Times New Roman" w:hAnsi="Times New Roman" w:eastAsia="宋体"/>
          <w:b w:val="0"/>
          <w:i w:val="0"/>
          <w:sz w:val="21"/>
        </w:rPr>
        <w:t>因为所有数都是整数，所以 d 至多为 17。因此 d=17。</w:t>
      </w:r>
    </w:p>
    <w:p>
      <w:pPr>
        <w:spacing w:before="0" w:after="80" w:line="300" w:lineRule="auto"/>
        <w:jc w:val="left"/>
      </w:pPr>
      <w:r>
        <w:rPr>
          <w:rFonts w:ascii="Times New Roman" w:hAnsi="Times New Roman" w:eastAsia="宋体"/>
          <w:b w:val="0"/>
          <w:i w:val="0"/>
          <w:sz w:val="21"/>
        </w:rPr>
        <w:t>注意 17 · 14 = 238。由于 a₁₅ 至少为 241，所以 a₁ 至少为 3。</w:t>
      </w:r>
    </w:p>
    <w:p>
      <w:pPr>
        <w:spacing w:before="0" w:after="80" w:line="300" w:lineRule="auto"/>
        <w:jc w:val="left"/>
      </w:pPr>
      <w:r>
        <w:rPr>
          <w:rFonts w:ascii="Times New Roman" w:hAnsi="Times New Roman" w:eastAsia="宋体"/>
          <w:b w:val="0"/>
          <w:i w:val="0"/>
          <w:sz w:val="21"/>
        </w:rPr>
        <w:t>另一方面，如果 a₁ 大于 3，那么 a₂=a₁+17 就会大于 20，不符合条件。</w:t>
      </w:r>
    </w:p>
    <w:p>
      <w:pPr>
        <w:spacing w:before="0" w:after="80" w:line="300" w:lineRule="auto"/>
        <w:jc w:val="left"/>
      </w:pPr>
      <w:r>
        <w:rPr>
          <w:rFonts w:ascii="Times New Roman" w:hAnsi="Times New Roman" w:eastAsia="宋体"/>
          <w:b w:val="0"/>
          <w:i w:val="0"/>
          <w:sz w:val="21"/>
        </w:rPr>
        <w:t>所以 a₁ = 3，且 d = 17。于是</w:t>
      </w:r>
    </w:p>
    <w:p>
      <w:pPr>
        <w:spacing w:before="0" w:after="80" w:line="300" w:lineRule="auto"/>
        <w:jc w:val="left"/>
      </w:pPr>
      <w:r>
        <w:rPr>
          <w:rFonts w:ascii="Times New Roman" w:hAnsi="Times New Roman" w:eastAsia="宋体"/>
          <w:b w:val="0"/>
          <w:i w:val="0"/>
          <w:sz w:val="21"/>
        </w:rPr>
        <w:t>a₁₄ = 3 + 13 · 17 = 224。</w:t>
      </w:r>
    </w:p>
    <w:p>
      <w:pPr>
        <w:spacing w:before="0" w:after="80" w:line="300" w:lineRule="auto"/>
        <w:jc w:val="left"/>
      </w:pPr>
      <w:r>
        <w:rPr>
          <w:rFonts w:ascii="Times New Roman" w:hAnsi="Times New Roman" w:eastAsia="宋体"/>
          <w:b w:val="0"/>
          <w:i w:val="0"/>
          <w:sz w:val="21"/>
        </w:rPr>
        <w:t>数字和为</w:t>
      </w:r>
    </w:p>
    <w:p>
      <w:pPr>
        <w:spacing w:before="0" w:after="80" w:line="300" w:lineRule="auto"/>
        <w:jc w:val="left"/>
      </w:pPr>
      <w:r>
        <w:rPr>
          <w:rFonts w:ascii="Times New Roman" w:hAnsi="Times New Roman" w:eastAsia="宋体"/>
          <w:b w:val="0"/>
          <w:i w:val="0"/>
          <w:sz w:val="21"/>
        </w:rPr>
        <w:t>2 + 2 + 4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the common difference. Using the largest possible value 10 for a₁ and the smallest possible value 241 for a₁₅, we have</w:t>
      </w:r>
    </w:p>
    <w:p>
      <w:pPr>
        <w:spacing w:before="0" w:after="80" w:line="300" w:lineRule="auto"/>
        <w:jc w:val="left"/>
      </w:pPr>
      <w:r>
        <w:rPr>
          <w:rFonts w:ascii="Times New Roman" w:hAnsi="Times New Roman" w:eastAsia="宋体"/>
          <w:b w:val="0"/>
          <w:i w:val="0"/>
          <w:color w:val="333333"/>
          <w:sz w:val="19"/>
        </w:rPr>
        <w:t>d ≥ (241 - 10)/14 = 16.5.</w:t>
      </w:r>
    </w:p>
    <w:p>
      <w:pPr>
        <w:spacing w:before="0" w:after="80" w:line="300" w:lineRule="auto"/>
        <w:jc w:val="left"/>
      </w:pPr>
      <w:r>
        <w:rPr>
          <w:rFonts w:ascii="Times New Roman" w:hAnsi="Times New Roman" w:eastAsia="宋体"/>
          <w:b w:val="0"/>
          <w:i w:val="0"/>
          <w:color w:val="333333"/>
          <w:sz w:val="19"/>
        </w:rPr>
        <w:t>Since all the numbers are integers, d must be at least 17.</w:t>
      </w:r>
    </w:p>
    <w:p>
      <w:pPr>
        <w:spacing w:before="0" w:after="80" w:line="300" w:lineRule="auto"/>
        <w:jc w:val="left"/>
      </w:pPr>
      <w:r>
        <w:rPr>
          <w:rFonts w:ascii="Times New Roman" w:hAnsi="Times New Roman" w:eastAsia="宋体"/>
          <w:b w:val="0"/>
          <w:i w:val="0"/>
          <w:color w:val="333333"/>
          <w:sz w:val="19"/>
        </w:rPr>
        <w:t>Using the smallest possible value 1 for a₁ and the largest possible value 250 for a₁₅, we have</w:t>
      </w:r>
    </w:p>
    <w:p>
      <w:pPr>
        <w:spacing w:before="0" w:after="80" w:line="300" w:lineRule="auto"/>
        <w:jc w:val="left"/>
      </w:pPr>
      <w:r>
        <w:rPr>
          <w:rFonts w:ascii="Times New Roman" w:hAnsi="Times New Roman" w:eastAsia="宋体"/>
          <w:b w:val="0"/>
          <w:i w:val="0"/>
          <w:color w:val="333333"/>
          <w:sz w:val="19"/>
        </w:rPr>
        <w:t>d ≤ (250 - 1)/14 ≈ 17.8.</w:t>
      </w:r>
    </w:p>
    <w:p>
      <w:pPr>
        <w:spacing w:before="0" w:after="80" w:line="300" w:lineRule="auto"/>
        <w:jc w:val="left"/>
      </w:pPr>
      <w:r>
        <w:rPr>
          <w:rFonts w:ascii="Times New Roman" w:hAnsi="Times New Roman" w:eastAsia="宋体"/>
          <w:b w:val="0"/>
          <w:i w:val="0"/>
          <w:color w:val="333333"/>
          <w:sz w:val="19"/>
        </w:rPr>
        <w:t>Since all the numbers are integers, d is at most 17. Therefore, d=17.</w:t>
      </w:r>
    </w:p>
    <w:p>
      <w:pPr>
        <w:spacing w:before="0" w:after="80" w:line="300" w:lineRule="auto"/>
        <w:jc w:val="left"/>
      </w:pPr>
      <w:r>
        <w:rPr>
          <w:rFonts w:ascii="Times New Roman" w:hAnsi="Times New Roman" w:eastAsia="宋体"/>
          <w:b w:val="0"/>
          <w:i w:val="0"/>
          <w:color w:val="333333"/>
          <w:sz w:val="19"/>
        </w:rPr>
        <w:t>Note that 17 · 14 = 238. Since a₁₅ is at least 241, a₁ must be at least 3.</w:t>
      </w:r>
    </w:p>
    <w:p>
      <w:pPr>
        <w:spacing w:before="0" w:after="80" w:line="300" w:lineRule="auto"/>
        <w:jc w:val="left"/>
      </w:pPr>
      <w:r>
        <w:rPr>
          <w:rFonts w:ascii="Times New Roman" w:hAnsi="Times New Roman" w:eastAsia="宋体"/>
          <w:b w:val="0"/>
          <w:i w:val="0"/>
          <w:color w:val="333333"/>
          <w:sz w:val="19"/>
        </w:rPr>
        <w:t>On the other hand, if a₁ were greater than 3, then a₂=a₁+17 would be greater than 20, which is not allowed.</w:t>
      </w:r>
    </w:p>
    <w:p>
      <w:pPr>
        <w:spacing w:before="0" w:after="80" w:line="300" w:lineRule="auto"/>
        <w:jc w:val="left"/>
      </w:pPr>
      <w:r>
        <w:rPr>
          <w:rFonts w:ascii="Times New Roman" w:hAnsi="Times New Roman" w:eastAsia="宋体"/>
          <w:b w:val="0"/>
          <w:i w:val="0"/>
          <w:color w:val="333333"/>
          <w:sz w:val="19"/>
        </w:rPr>
        <w:t>Now we know that a₁ = 3 and d = 17. This tells us that</w:t>
      </w:r>
    </w:p>
    <w:p>
      <w:pPr>
        <w:spacing w:before="0" w:after="80" w:line="300" w:lineRule="auto"/>
        <w:jc w:val="left"/>
      </w:pPr>
      <w:r>
        <w:rPr>
          <w:rFonts w:ascii="Times New Roman" w:hAnsi="Times New Roman" w:eastAsia="宋体"/>
          <w:b w:val="0"/>
          <w:i w:val="0"/>
          <w:color w:val="333333"/>
          <w:sz w:val="19"/>
        </w:rPr>
        <w:t>a₁₄ = 3 + 13 · 17 = 224.</w:t>
      </w:r>
    </w:p>
    <w:p>
      <w:pPr>
        <w:spacing w:before="0" w:after="80" w:line="300" w:lineRule="auto"/>
        <w:jc w:val="left"/>
      </w:pPr>
      <w:r>
        <w:rPr>
          <w:rFonts w:ascii="Times New Roman" w:hAnsi="Times New Roman" w:eastAsia="宋体"/>
          <w:b w:val="0"/>
          <w:i w:val="0"/>
          <w:color w:val="333333"/>
          <w:sz w:val="19"/>
        </w:rPr>
        <w:t>Therefore, sum of the digits is</w:t>
      </w:r>
    </w:p>
    <w:p>
      <w:pPr>
        <w:spacing w:before="0" w:after="80" w:line="300" w:lineRule="auto"/>
        <w:jc w:val="left"/>
      </w:pPr>
      <w:r>
        <w:rPr>
          <w:rFonts w:ascii="Times New Roman" w:hAnsi="Times New Roman" w:eastAsia="宋体"/>
          <w:b w:val="0"/>
          <w:i w:val="0"/>
          <w:color w:val="333333"/>
          <w:sz w:val="19"/>
        </w:rPr>
        <w:t>2 + 2 + 4 =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