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2020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卢卡正在制作柠檬水，在学校募捐活动中出售。他的配方需要的水是糖的 4 倍，糖是柠檬汁的二倍。他用了 3 杯柠檬汁。他需要多少杯水？</w:t>
      </w:r>
    </w:p>
    <w:p>
      <w:pPr>
        <w:spacing w:before="0" w:after="120" w:line="300" w:lineRule="auto"/>
      </w:pPr>
      <w:r>
        <w:rPr>
          <w:rFonts w:ascii="Times New Roman" w:hAnsi="Times New Roman" w:eastAsia="宋体"/>
          <w:b w:val="0"/>
          <w:i w:val="0"/>
          <w:sz w:val="21"/>
        </w:rPr>
        <w:t>（A）6　　（B）8　　（C）12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Luka is making lemonade to sell at a school fundraiser. His recipe requires 4 times as much water as sugar and twice as much sugar as lemon juice. He uses 3 cups of lemon juice. How many cups of water does he need?</w:t>
      </w:r>
    </w:p>
    <w:p>
      <w:pPr>
        <w:spacing w:before="0" w:after="160" w:line="300" w:lineRule="auto"/>
      </w:pPr>
      <w:r>
        <w:rPr>
          <w:rFonts w:ascii="Times New Roman" w:hAnsi="Times New Roman" w:eastAsia="宋体"/>
          <w:b w:val="0"/>
          <w:i w:val="0"/>
          <w:color w:val="333333"/>
          <w:sz w:val="19"/>
        </w:rPr>
        <w:t>(A) 6　　(B) 8　　(C) 12　　(D) 18　　(E) 24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四个朋友周末为邻居做院子活，分别赚了 $15、$20、$25 和 $40。他们决定把收入平均分给四个人。赚了 $40 的朋友一共要给其他人多少钱？</w:t>
      </w:r>
    </w:p>
    <w:p>
      <w:pPr>
        <w:spacing w:before="0" w:after="120" w:line="300" w:lineRule="auto"/>
      </w:pPr>
      <w:r>
        <w:rPr>
          <w:rFonts w:ascii="Times New Roman" w:hAnsi="Times New Roman" w:eastAsia="宋体"/>
          <w:b w:val="0"/>
          <w:i w:val="0"/>
          <w:sz w:val="21"/>
        </w:rPr>
        <w:t>（A）$5　　（B）$10　　（C）$15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friends do yardwork for their neighbors over the weekend, earning $15, $20, $25, and $40 respectively. They decide to split their earnings equally among themselves. In total how much will the friend who earned $40 give to the others?</w:t>
      </w:r>
    </w:p>
    <w:p>
      <w:pPr>
        <w:spacing w:before="0" w:after="160" w:line="300" w:lineRule="auto"/>
      </w:pPr>
      <w:r>
        <w:rPr>
          <w:rFonts w:ascii="Times New Roman" w:hAnsi="Times New Roman" w:eastAsia="宋体"/>
          <w:b w:val="0"/>
          <w:i w:val="0"/>
          <w:color w:val="333333"/>
          <w:sz w:val="19"/>
        </w:rPr>
        <w:t>(A) $5　　(B) $10　　(C) $15　　(D) $20　　(E) $25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凯莉有一个 6 英尺乘 8 英尺的矩形花园。她把整个花园都种上草莓。每平方英尺可以种 4 株草莓，每株平均收获 10 个草莓。她预计可以收获多少个草莓？</w:t>
      </w:r>
    </w:p>
    <w:p>
      <w:pPr>
        <w:spacing w:before="0" w:after="120" w:line="300" w:lineRule="auto"/>
      </w:pPr>
      <w:r>
        <w:rPr>
          <w:rFonts w:ascii="Times New Roman" w:hAnsi="Times New Roman" w:eastAsia="宋体"/>
          <w:b w:val="0"/>
          <w:i w:val="0"/>
          <w:sz w:val="21"/>
        </w:rPr>
        <w:t>（A）560　　（B）960　　（C）1120　　（D）1920　　（E）3840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Carrie has a rectangular garden that measures 6 feet by 8 feet. She plants the entire garden with strawberry plants. Carrie is able to plant 4 strawberry plants per square foot, and she harvests an average of 10 strawberries per plant. How many strawberries can she expect to harvest?</w:t>
      </w:r>
    </w:p>
    <w:p>
      <w:pPr>
        <w:spacing w:before="0" w:after="160" w:line="300" w:lineRule="auto"/>
      </w:pPr>
      <w:r>
        <w:rPr>
          <w:rFonts w:ascii="Times New Roman" w:hAnsi="Times New Roman" w:eastAsia="宋体"/>
          <w:b w:val="0"/>
          <w:i w:val="0"/>
          <w:color w:val="333333"/>
          <w:sz w:val="19"/>
        </w:rPr>
        <w:t>(A) 560　　(B) 960　　(C) 1120　　(D) 1920　　(E) 3840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下图显示了三个逐渐变大的六边形。假设点阵继续按同样规律增长，每个后续六边形都多一圈点。下一个六边形中有多少个点？</w:t>
      </w:r>
    </w:p>
    <w:p>
      <w:pPr>
        <w:spacing w:before="80" w:after="80"/>
        <w:jc w:val="center"/>
      </w:pPr>
      <w:r>
        <w:drawing>
          <wp:inline xmlns:a="http://schemas.openxmlformats.org/drawingml/2006/main" xmlns:pic="http://schemas.openxmlformats.org/drawingml/2006/picture">
            <wp:extent cx="3840073" cy="1715709"/>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3840073" cy="1715709"/>
                    </a:xfrm>
                    <a:prstGeom prst="rect"/>
                  </pic:spPr>
                </pic:pic>
              </a:graphicData>
            </a:graphic>
          </wp:inline>
        </w:drawing>
      </w:r>
    </w:p>
    <w:p>
      <w:pPr>
        <w:spacing w:before="0" w:after="120" w:line="300" w:lineRule="auto"/>
      </w:pPr>
      <w:r>
        <w:rPr>
          <w:rFonts w:ascii="Times New Roman" w:hAnsi="Times New Roman" w:eastAsia="宋体"/>
          <w:b w:val="0"/>
          <w:i w:val="0"/>
          <w:sz w:val="21"/>
        </w:rPr>
        <w:t>（A）35　　（B）37　　（C）39　　（D）43　　（E）49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hexagons of increasing size are shown below. Suppose the dot pattern continues so that each successive hexagon contains one more band of dots. How many dots are in the next hexagon?</w:t>
      </w:r>
    </w:p>
    <w:p>
      <w:pPr>
        <w:spacing w:before="80" w:after="80"/>
        <w:jc w:val="center"/>
      </w:pPr>
      <w:r>
        <w:drawing>
          <wp:inline xmlns:a="http://schemas.openxmlformats.org/drawingml/2006/main" xmlns:pic="http://schemas.openxmlformats.org/drawingml/2006/picture">
            <wp:extent cx="3840073" cy="1715709"/>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3840073" cy="171570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35　　(B) 37　　(C) 39　　(D) 43　　(E) 49</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一个水壶中装有其容量四分之三的菠萝汁。把水壶倒空，平均倒入 5 个杯子中。每个杯子得到的菠萝汁占水壶总容量的百分之多少？</w:t>
      </w:r>
    </w:p>
    <w:p>
      <w:pPr>
        <w:spacing w:before="0" w:after="120" w:line="300" w:lineRule="auto"/>
      </w:pPr>
      <w:r>
        <w:rPr>
          <w:rFonts w:ascii="Times New Roman" w:hAnsi="Times New Roman" w:eastAsia="宋体"/>
          <w:b w:val="0"/>
          <w:i w:val="0"/>
          <w:sz w:val="21"/>
        </w:rPr>
        <w:t>（A）5　　（B）10　　（C）15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fourths of a pitcher is filled with pineapple juice. The pitcher is emptied by pouring an equal amount of juice into each of 5 cups. What percent of the total capacity of the pitcher did each cup receive?</w:t>
      </w:r>
    </w:p>
    <w:p>
      <w:pPr>
        <w:spacing w:before="0" w:after="160" w:line="300" w:lineRule="auto"/>
      </w:pPr>
      <w:r>
        <w:rPr>
          <w:rFonts w:ascii="Times New Roman" w:hAnsi="Times New Roman" w:eastAsia="宋体"/>
          <w:b w:val="0"/>
          <w:i w:val="0"/>
          <w:color w:val="333333"/>
          <w:sz w:val="19"/>
        </w:rPr>
        <w:t>(A) 5　　(B) 10　　(C) 15　　(D) 20　　(E) 25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亚伦、达伦、凯伦、玛伦和莎伦乘坐一列小火车，火车有五节车厢，每节坐一人。玛伦坐在最后一节车厢。亚伦正好坐在莎伦后面。达伦坐在亚伦前面的某节车厢。凯伦和达伦之间至少隔着一个人。谁坐在中间车厢？</w:t>
      </w:r>
    </w:p>
    <w:p>
      <w:pPr>
        <w:spacing w:before="0" w:after="120" w:line="300" w:lineRule="auto"/>
      </w:pPr>
      <w:r>
        <w:rPr>
          <w:rFonts w:ascii="Times New Roman" w:hAnsi="Times New Roman" w:eastAsia="宋体"/>
          <w:b w:val="0"/>
          <w:i w:val="0"/>
          <w:sz w:val="21"/>
        </w:rPr>
        <w:t>（A）亚伦　　（B）达伦　　（C）凯伦　　（D）玛伦　　（E）莎伦</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Aaron, Darren, Karen, Maren, and Sharon rode on a small train that has five cars that seat one person each. Maren sat in the last car. Aaron sat directly behind Sharon. Darren sat in one of the cars in front of Aaron. At least one person sat between Karen and Darren. Who sat in the middle car?</w:t>
      </w:r>
    </w:p>
    <w:p>
      <w:pPr>
        <w:spacing w:before="0" w:after="160" w:line="300" w:lineRule="auto"/>
      </w:pPr>
      <w:r>
        <w:rPr>
          <w:rFonts w:ascii="Times New Roman" w:hAnsi="Times New Roman" w:eastAsia="宋体"/>
          <w:b w:val="0"/>
          <w:i w:val="0"/>
          <w:color w:val="333333"/>
          <w:sz w:val="19"/>
        </w:rPr>
        <w:t>(A) Aaron　　(B) Darren　　(C) Karen　　(D) Maren　　(E) Sharon</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2020 到 2400 之间有多少个整数的四个数字互不相同且按递增顺序排列？（例如 2357 是一个这样的整数。）</w:t>
      </w:r>
    </w:p>
    <w:p>
      <w:pPr>
        <w:spacing w:before="0" w:after="120" w:line="300" w:lineRule="auto"/>
      </w:pPr>
      <w:r>
        <w:rPr>
          <w:rFonts w:ascii="Times New Roman" w:hAnsi="Times New Roman" w:eastAsia="宋体"/>
          <w:b w:val="0"/>
          <w:i w:val="0"/>
          <w:sz w:val="21"/>
        </w:rPr>
        <w:t>（A）9　　（B）10　　（C）15　　（D）21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integers between 2020 and 2400 have four distinct digits arranged in increasing order? (For example, 2357 is one such integer.)</w:t>
      </w:r>
    </w:p>
    <w:p>
      <w:pPr>
        <w:spacing w:before="0" w:after="160" w:line="300" w:lineRule="auto"/>
      </w:pPr>
      <w:r>
        <w:rPr>
          <w:rFonts w:ascii="Times New Roman" w:hAnsi="Times New Roman" w:eastAsia="宋体"/>
          <w:b w:val="0"/>
          <w:i w:val="0"/>
          <w:color w:val="333333"/>
          <w:sz w:val="19"/>
        </w:rPr>
        <w:t>(A) 9　　(B) 10　　(C) 15　　(D) 21　　(E) 28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里卡多有 2020 枚硬币，其中一些是 1 美分硬币，其余是 5 美分硬币。他至少有一枚一美分硬币，也至少有一枚五美分硬币。里卡多可能拥有的钱数最大值与最小值相差多少美分？</w:t>
      </w:r>
    </w:p>
    <w:p>
      <w:pPr>
        <w:spacing w:before="0" w:after="120" w:line="300" w:lineRule="auto"/>
      </w:pPr>
      <w:r>
        <w:rPr>
          <w:rFonts w:ascii="Times New Roman" w:hAnsi="Times New Roman" w:eastAsia="宋体"/>
          <w:b w:val="0"/>
          <w:i w:val="0"/>
          <w:sz w:val="21"/>
        </w:rPr>
        <w:t>（A）8062　　（B）8068　　（C）8072　　（D）8076　　（E）8082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Ricardo has 2020 coins, some of which are pennies (1-cent coins) and the rest of which are nickels (5-cent coins). He has at least one penny and at least one nickel. What is the difference in cents between the greatest possible and least possible amounts of money that Ricardo can have?</w:t>
      </w:r>
    </w:p>
    <w:p>
      <w:pPr>
        <w:spacing w:before="0" w:after="160" w:line="300" w:lineRule="auto"/>
      </w:pPr>
      <w:r>
        <w:rPr>
          <w:rFonts w:ascii="Times New Roman" w:hAnsi="Times New Roman" w:eastAsia="宋体"/>
          <w:b w:val="0"/>
          <w:i w:val="0"/>
          <w:color w:val="333333"/>
          <w:sz w:val="19"/>
        </w:rPr>
        <w:t>(A) 8062　　(B) 8068　　(C) 8072　　(D) 8076　　(E) 8082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阿卡什的生日蛋糕是一个 4 × 4 × 4 英寸的立方体。蛋糕的顶面和四个侧面有糖霜，底面没有糖霜。若把蛋糕切成 64 个 1 × 1 × 1 英寸的小立方体，如下图所示，有多少小块恰好有两个面带糖霜？</w:t>
      </w:r>
    </w:p>
    <w:p>
      <w:pPr>
        <w:spacing w:before="80" w:after="80"/>
        <w:jc w:val="center"/>
      </w:pPr>
      <w:r>
        <w:drawing>
          <wp:inline xmlns:a="http://schemas.openxmlformats.org/drawingml/2006/main" xmlns:pic="http://schemas.openxmlformats.org/drawingml/2006/picture">
            <wp:extent cx="3164105" cy="2971333"/>
            <wp:docPr id="3" name="Picture 3"/>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3164105" cy="2971333"/>
                    </a:xfrm>
                    <a:prstGeom prst="rect"/>
                  </pic:spPr>
                </pic:pic>
              </a:graphicData>
            </a:graphic>
          </wp:inline>
        </w:drawing>
      </w:r>
    </w:p>
    <w:p>
      <w:pPr>
        <w:spacing w:before="0" w:after="120" w:line="300" w:lineRule="auto"/>
      </w:pPr>
      <w:r>
        <w:rPr>
          <w:rFonts w:ascii="Times New Roman" w:hAnsi="Times New Roman" w:eastAsia="宋体"/>
          <w:b w:val="0"/>
          <w:i w:val="0"/>
          <w:sz w:val="21"/>
        </w:rPr>
        <w:t>（A）12　　（B）16　　（C）18　　（D）20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Akash’s birthday cake is in the form of a 4 × 4 × 4 inch cube. The cake has icing on the top and the four side faces, and no icing on the bottom. Suppose the cake is cut into 64 smaller cubes, each measuring 1 × 1 × 1 inch, as shown below. How many small pieces will have icing on exactly two sides?</w:t>
      </w:r>
    </w:p>
    <w:p>
      <w:pPr>
        <w:spacing w:before="80" w:after="80"/>
        <w:jc w:val="center"/>
      </w:pPr>
      <w:r>
        <w:drawing>
          <wp:inline xmlns:a="http://schemas.openxmlformats.org/drawingml/2006/main" xmlns:pic="http://schemas.openxmlformats.org/drawingml/2006/picture">
            <wp:extent cx="3164105" cy="2971333"/>
            <wp:docPr id="4" name="Picture 4"/>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3164105" cy="29713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16　　(C) 18　　(D) 20　　(E) 24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扎拉有 4 个弹珠：阿吉、邦布尔比、斯蒂利和泰格。她想把它们排成一行展示在架子上，但不想把斯蒂利和泰格放在相邻位置。有多少种排法？</w:t>
      </w:r>
    </w:p>
    <w:p>
      <w:pPr>
        <w:spacing w:before="0" w:after="120" w:line="300" w:lineRule="auto"/>
      </w:pPr>
      <w:r>
        <w:rPr>
          <w:rFonts w:ascii="Times New Roman" w:hAnsi="Times New Roman" w:eastAsia="宋体"/>
          <w:b w:val="0"/>
          <w:i w:val="0"/>
          <w:sz w:val="21"/>
        </w:rPr>
        <w:t>（A）6　　（B）8　　（C）12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Zara has a collection of 4 marbles: an Aggie, a Bumblebee, a Steelie, and a Tiger. She wants to display them in a row on a shelf, but does not want to put the Steelie and the Tiger next to one another. In how many ways can she do this?</w:t>
      </w:r>
    </w:p>
    <w:p>
      <w:pPr>
        <w:spacing w:before="0" w:after="160" w:line="300" w:lineRule="auto"/>
      </w:pPr>
      <w:r>
        <w:rPr>
          <w:rFonts w:ascii="Times New Roman" w:hAnsi="Times New Roman" w:eastAsia="宋体"/>
          <w:b w:val="0"/>
          <w:i w:val="0"/>
          <w:color w:val="333333"/>
          <w:sz w:val="19"/>
        </w:rPr>
        <w:t>(A) 6　　(B) 8　　(C) 12　　(D) 18　　(E) 24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放学后，玛雅和娜奥米前往 6 英里外的海滩。玛雅骑自行车，娜奥米乘公交车。下图显示了她们的行程，标出了时间和行进距离。娜奥米和玛雅的平均速度相差多少英里每小时？</w:t>
      </w:r>
    </w:p>
    <w:p>
      <w:pPr>
        <w:spacing w:before="80" w:after="80"/>
        <w:jc w:val="center"/>
      </w:pPr>
      <w:r>
        <w:drawing>
          <wp:inline xmlns:a="http://schemas.openxmlformats.org/drawingml/2006/main" xmlns:pic="http://schemas.openxmlformats.org/drawingml/2006/picture">
            <wp:extent cx="1888733" cy="1887613"/>
            <wp:docPr id="5" name="Picture 5"/>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1888733" cy="1887613"/>
                    </a:xfrm>
                    <a:prstGeom prst="rect"/>
                  </pic:spPr>
                </pic:pic>
              </a:graphicData>
            </a:graphic>
          </wp:inline>
        </w:drawing>
      </w:r>
    </w:p>
    <w:p>
      <w:pPr>
        <w:spacing w:before="0" w:after="120" w:line="300" w:lineRule="auto"/>
      </w:pPr>
      <w:r>
        <w:rPr>
          <w:rFonts w:ascii="Times New Roman" w:hAnsi="Times New Roman" w:eastAsia="宋体"/>
          <w:b w:val="0"/>
          <w:i w:val="0"/>
          <w:sz w:val="21"/>
        </w:rPr>
        <w:t>（A）6　　（B）12　　（C）18　　（D）20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school, Maya and Naomi headed to the beach, 6 miles away. Maya decided to bike while Naomi took a bus. The graph below shows their journeys, indicating the time and distance traveled. What was the difference, in miles per hour, between Naomi’s and Maya’s average speeds?</w:t>
      </w:r>
    </w:p>
    <w:p>
      <w:pPr>
        <w:spacing w:before="80" w:after="80"/>
        <w:jc w:val="center"/>
      </w:pPr>
      <w:r>
        <w:drawing>
          <wp:inline xmlns:a="http://schemas.openxmlformats.org/drawingml/2006/main" xmlns:pic="http://schemas.openxmlformats.org/drawingml/2006/picture">
            <wp:extent cx="1888733" cy="1887613"/>
            <wp:docPr id="6" name="Picture 6"/>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1888733" cy="188761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12　　(C) 18　　(D) 20　　(E) 24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对正整数 n，阶乘记号 n! 表示从 n 到 1 的所有整数的乘积。例如：</w:t>
      </w:r>
    </w:p>
    <w:p>
      <w:pPr>
        <w:spacing w:before="0" w:after="80" w:line="300" w:lineRule="auto"/>
        <w:jc w:val="left"/>
      </w:pPr>
      <w:r>
        <w:rPr>
          <w:rFonts w:ascii="Times New Roman" w:hAnsi="Times New Roman" w:eastAsia="宋体"/>
          <w:b w:val="0"/>
          <w:i w:val="0"/>
          <w:sz w:val="21"/>
        </w:rPr>
        <w:t>6! = 6 × 5 × 4 × 3 × 2 × 1</w:t>
      </w:r>
    </w:p>
    <w:p>
      <w:pPr>
        <w:spacing w:before="0" w:after="80" w:line="300" w:lineRule="auto"/>
        <w:jc w:val="left"/>
      </w:pPr>
      <w:r>
        <w:rPr>
          <w:rFonts w:ascii="Times New Roman" w:hAnsi="Times New Roman" w:eastAsia="宋体"/>
          <w:b w:val="0"/>
          <w:i w:val="0"/>
          <w:sz w:val="21"/>
        </w:rPr>
        <w:t>哪个 N 满足下面的方程？</w:t>
      </w:r>
    </w:p>
    <w:p>
      <w:pPr>
        <w:spacing w:before="0" w:after="80" w:line="300" w:lineRule="auto"/>
        <w:jc w:val="left"/>
      </w:pPr>
      <w:r>
        <w:rPr>
          <w:rFonts w:ascii="Times New Roman" w:hAnsi="Times New Roman" w:eastAsia="宋体"/>
          <w:b w:val="0"/>
          <w:i w:val="0"/>
          <w:sz w:val="21"/>
        </w:rPr>
        <w:t>5! × 9! = 12 × N!</w:t>
      </w:r>
    </w:p>
    <w:p>
      <w:pPr>
        <w:spacing w:before="0" w:after="120" w:line="300" w:lineRule="auto"/>
      </w:pPr>
      <w:r>
        <w:rPr>
          <w:rFonts w:ascii="Times New Roman" w:hAnsi="Times New Roman" w:eastAsia="宋体"/>
          <w:b w:val="0"/>
          <w:i w:val="0"/>
          <w:sz w:val="21"/>
        </w:rPr>
        <w:t>（A）10　　（B）11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positive integer n, the factorial notation n! represents the product of the integers from n to 1. For example:</w:t>
      </w:r>
    </w:p>
    <w:p>
      <w:pPr>
        <w:spacing w:before="0" w:after="80" w:line="300" w:lineRule="auto"/>
        <w:jc w:val="left"/>
      </w:pPr>
      <w:r>
        <w:rPr>
          <w:rFonts w:ascii="Times New Roman" w:hAnsi="Times New Roman" w:eastAsia="宋体"/>
          <w:b w:val="0"/>
          <w:i w:val="0"/>
          <w:color w:val="333333"/>
          <w:sz w:val="19"/>
        </w:rPr>
        <w:t>6! = 6 × 5 × 4 × 3 × 2 × 1</w:t>
      </w:r>
    </w:p>
    <w:p>
      <w:pPr>
        <w:spacing w:before="0" w:after="80" w:line="300" w:lineRule="auto"/>
        <w:jc w:val="left"/>
      </w:pPr>
      <w:r>
        <w:rPr>
          <w:rFonts w:ascii="Times New Roman" w:hAnsi="Times New Roman" w:eastAsia="宋体"/>
          <w:b w:val="0"/>
          <w:i w:val="0"/>
          <w:color w:val="333333"/>
          <w:sz w:val="19"/>
        </w:rPr>
        <w:t>What value of N satisfies the following equation?</w:t>
      </w:r>
    </w:p>
    <w:p>
      <w:pPr>
        <w:spacing w:before="0" w:after="80" w:line="300" w:lineRule="auto"/>
        <w:jc w:val="left"/>
      </w:pPr>
      <w:r>
        <w:rPr>
          <w:rFonts w:ascii="Times New Roman" w:hAnsi="Times New Roman" w:eastAsia="宋体"/>
          <w:b w:val="0"/>
          <w:i w:val="0"/>
          <w:color w:val="333333"/>
          <w:sz w:val="19"/>
        </w:rPr>
        <w:t>5! × 9! = 12 × N!</w:t>
      </w:r>
    </w:p>
    <w:p>
      <w:pPr>
        <w:spacing w:before="0" w:after="160" w:line="300" w:lineRule="auto"/>
      </w:pPr>
      <w:r>
        <w:rPr>
          <w:rFonts w:ascii="Times New Roman" w:hAnsi="Times New Roman" w:eastAsia="宋体"/>
          <w:b w:val="0"/>
          <w:i w:val="0"/>
          <w:color w:val="333333"/>
          <w:sz w:val="19"/>
        </w:rPr>
        <w:t>(A) 10　　(B) 11　　(C) 12　　(D) 13　　(E) 14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贾马尔的抽屉里有 6 只绿色袜子、18 只紫色袜子和 12 只橙色袜子。加入一些紫色袜子后，贾马尔注意到现在随机抽到一只紫色袜子的概率是 60%。贾马尔加入了多少只紫色袜子？</w:t>
      </w:r>
    </w:p>
    <w:p>
      <w:pPr>
        <w:spacing w:before="0" w:after="120" w:line="300" w:lineRule="auto"/>
      </w:pPr>
      <w:r>
        <w:rPr>
          <w:rFonts w:ascii="Times New Roman" w:hAnsi="Times New Roman" w:eastAsia="宋体"/>
          <w:b w:val="0"/>
          <w:i w:val="0"/>
          <w:sz w:val="21"/>
        </w:rPr>
        <w:t>（A）6　　（B）9　　（C）12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Jamal has a drawer containing 6 green socks, 18 purple socks, and 12 orange socks. After adding more purple socks, Jamal noticed that there is now a 60% chance that a sock randomly selected from the drawer is purple. How many purple socks did Jamal add?</w:t>
      </w:r>
    </w:p>
    <w:p>
      <w:pPr>
        <w:spacing w:before="0" w:after="160" w:line="300" w:lineRule="auto"/>
      </w:pPr>
      <w:r>
        <w:rPr>
          <w:rFonts w:ascii="Times New Roman" w:hAnsi="Times New Roman" w:eastAsia="宋体"/>
          <w:b w:val="0"/>
          <w:i w:val="0"/>
          <w:color w:val="333333"/>
          <w:sz w:val="19"/>
        </w:rPr>
        <w:t>(A) 6　　(B) 9　　(C) 12　　(D) 18　　(E) 24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牛顿县有 20 个城市。它们的人口显示在下方条形图中。所有城市的平均人口由水平虚线表示。下列哪一项最接近这 20 个城市的总人口？</w:t>
      </w:r>
    </w:p>
    <w:p>
      <w:pPr>
        <w:spacing w:before="80" w:after="80"/>
        <w:jc w:val="center"/>
      </w:pPr>
      <w:r>
        <w:drawing>
          <wp:inline xmlns:a="http://schemas.openxmlformats.org/drawingml/2006/main" xmlns:pic="http://schemas.openxmlformats.org/drawingml/2006/picture">
            <wp:extent cx="2565875" cy="1745147"/>
            <wp:docPr id="7" name="Picture 7"/>
            <wp:cNvGraphicFramePr>
              <a:graphicFrameLocks noChangeAspect="1"/>
            </wp:cNvGraphicFramePr>
            <a:graphic>
              <a:graphicData uri="http://schemas.openxmlformats.org/drawingml/2006/picture">
                <pic:pic>
                  <pic:nvPicPr>
                    <pic:cNvPr id="0" name="q14-1@300dpi.png"/>
                    <pic:cNvPicPr/>
                  </pic:nvPicPr>
                  <pic:blipFill>
                    <a:blip r:embed="rId12"/>
                    <a:stretch>
                      <a:fillRect/>
                    </a:stretch>
                  </pic:blipFill>
                  <pic:spPr>
                    <a:xfrm>
                      <a:off x="0" y="0"/>
                      <a:ext cx="2565875" cy="1745147"/>
                    </a:xfrm>
                    <a:prstGeom prst="rect"/>
                  </pic:spPr>
                </pic:pic>
              </a:graphicData>
            </a:graphic>
          </wp:inline>
        </w:drawing>
      </w:r>
    </w:p>
    <w:p>
      <w:pPr>
        <w:spacing w:before="0" w:after="120" w:line="300" w:lineRule="auto"/>
      </w:pPr>
      <w:r>
        <w:rPr>
          <w:rFonts w:ascii="Times New Roman" w:hAnsi="Times New Roman" w:eastAsia="宋体"/>
          <w:b w:val="0"/>
          <w:i w:val="0"/>
          <w:sz w:val="21"/>
        </w:rPr>
        <w:t>（A）65,000　　（B）75,000　　（C）85,000　　（D）95,000　　（E）105,000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20 cities in the County of Newton. Their populations are shown in the bar chart below. The average population of all the cities is indicated by the horizontal dashed line. Which of the following is closest to the total population of all 20 cities?</w:t>
      </w:r>
    </w:p>
    <w:p>
      <w:pPr>
        <w:spacing w:before="80" w:after="80"/>
        <w:jc w:val="center"/>
      </w:pPr>
      <w:r>
        <w:drawing>
          <wp:inline xmlns:a="http://schemas.openxmlformats.org/drawingml/2006/main" xmlns:pic="http://schemas.openxmlformats.org/drawingml/2006/picture">
            <wp:extent cx="2565875" cy="1745147"/>
            <wp:docPr id="8" name="Picture 8"/>
            <wp:cNvGraphicFramePr>
              <a:graphicFrameLocks noChangeAspect="1"/>
            </wp:cNvGraphicFramePr>
            <a:graphic>
              <a:graphicData uri="http://schemas.openxmlformats.org/drawingml/2006/picture">
                <pic:pic>
                  <pic:nvPicPr>
                    <pic:cNvPr id="0" name="q14-1@300dpi.png"/>
                    <pic:cNvPicPr/>
                  </pic:nvPicPr>
                  <pic:blipFill>
                    <a:blip r:embed="rId12"/>
                    <a:stretch>
                      <a:fillRect/>
                    </a:stretch>
                  </pic:blipFill>
                  <pic:spPr>
                    <a:xfrm>
                      <a:off x="0" y="0"/>
                      <a:ext cx="2565875" cy="174514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65,000　　(B) 75,000　　(C) 85,000　　(D) 95,000　　(E) 105,000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假设 15% 的 x 等于 20% 的 y。y 是 x 的百分之多少？</w:t>
      </w:r>
    </w:p>
    <w:p>
      <w:pPr>
        <w:spacing w:before="0" w:after="120" w:line="300" w:lineRule="auto"/>
      </w:pPr>
      <w:r>
        <w:rPr>
          <w:rFonts w:ascii="Times New Roman" w:hAnsi="Times New Roman" w:eastAsia="宋体"/>
          <w:b w:val="0"/>
          <w:i w:val="0"/>
          <w:sz w:val="21"/>
        </w:rPr>
        <w:t>（A）5　　（B）35　　（C）75　　（D）133 1/3　　（E）300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15% of x equals 20% of y. What percentage of x is y?</w:t>
      </w:r>
    </w:p>
    <w:p>
      <w:pPr>
        <w:spacing w:before="0" w:after="160" w:line="300" w:lineRule="auto"/>
      </w:pPr>
      <w:r>
        <w:rPr>
          <w:rFonts w:ascii="Times New Roman" w:hAnsi="Times New Roman" w:eastAsia="宋体"/>
          <w:b w:val="0"/>
          <w:i w:val="0"/>
          <w:color w:val="333333"/>
          <w:sz w:val="19"/>
        </w:rPr>
        <w:t>(A) 5　　(B) 35　　(C) 75　　(D) 133 1/3　　(E) 300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下图中的点 A、B、C、D、E 和 F 各表示 1 到 6 中不同的一个数字。图中五条直线各经过其中一些点。把每条线上的数字相加，得到五个和。五个和的总和为 47。点 B 表示的数字是多少？</w:t>
      </w:r>
    </w:p>
    <w:p>
      <w:pPr>
        <w:spacing w:before="80" w:after="80"/>
        <w:jc w:val="center"/>
      </w:pPr>
      <w:r>
        <w:drawing>
          <wp:inline xmlns:a="http://schemas.openxmlformats.org/drawingml/2006/main" xmlns:pic="http://schemas.openxmlformats.org/drawingml/2006/picture">
            <wp:extent cx="1777707" cy="1084347"/>
            <wp:docPr id="9" name="Picture 9"/>
            <wp:cNvGraphicFramePr>
              <a:graphicFrameLocks noChangeAspect="1"/>
            </wp:cNvGraphicFramePr>
            <a:graphic>
              <a:graphicData uri="http://schemas.openxmlformats.org/drawingml/2006/picture">
                <pic:pic>
                  <pic:nvPicPr>
                    <pic:cNvPr id="0" name="q16-1@300dpi.png"/>
                    <pic:cNvPicPr/>
                  </pic:nvPicPr>
                  <pic:blipFill>
                    <a:blip r:embed="rId13"/>
                    <a:stretch>
                      <a:fillRect/>
                    </a:stretch>
                  </pic:blipFill>
                  <pic:spPr>
                    <a:xfrm>
                      <a:off x="0" y="0"/>
                      <a:ext cx="1777707" cy="1084347"/>
                    </a:xfrm>
                    <a:prstGeom prst="rect"/>
                  </pic:spPr>
                </pic:pic>
              </a:graphicData>
            </a:graphic>
          </wp:inline>
        </w:drawing>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points A, B, C, D, E, and F in the figure below represents a different digit from 1 to 6. Each of the five lines shown passes through some of these points. The digits along each line are added to produce five sums, one for each line. The total of the five sums is 47. What is the digit represented by B?</w:t>
      </w:r>
    </w:p>
    <w:p>
      <w:pPr>
        <w:spacing w:before="80" w:after="80"/>
        <w:jc w:val="center"/>
      </w:pPr>
      <w:r>
        <w:drawing>
          <wp:inline xmlns:a="http://schemas.openxmlformats.org/drawingml/2006/main" xmlns:pic="http://schemas.openxmlformats.org/drawingml/2006/picture">
            <wp:extent cx="1777707" cy="1084347"/>
            <wp:docPr id="10" name="Picture 10"/>
            <wp:cNvGraphicFramePr>
              <a:graphicFrameLocks noChangeAspect="1"/>
            </wp:cNvGraphicFramePr>
            <a:graphic>
              <a:graphicData uri="http://schemas.openxmlformats.org/drawingml/2006/picture">
                <pic:pic>
                  <pic:nvPicPr>
                    <pic:cNvPr id="0" name="q16-1@300dpi.png"/>
                    <pic:cNvPicPr/>
                  </pic:nvPicPr>
                  <pic:blipFill>
                    <a:blip r:embed="rId13"/>
                    <a:stretch>
                      <a:fillRect/>
                    </a:stretch>
                  </pic:blipFill>
                  <pic:spPr>
                    <a:xfrm>
                      <a:off x="0" y="0"/>
                      <a:ext cx="1777707" cy="108434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2020 的因数中，有多少个因数本身拥有超过 3 个因数？（例如，12 有 6 个因数，分别是 1、2、3、4、6 和 12。）</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factors of 2020 have more than 3 factors? (As an example, 12 has 6 factors, namely 1, 2, 3, 4, 6, and 12.)</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矩形 ABCD 内接于以 FE 为直径的半圆，如图所示。已知 DA=16，且 FD=AE=9。矩形 ABCD 的面积是多少？</w:t>
      </w:r>
    </w:p>
    <w:p>
      <w:pPr>
        <w:spacing w:before="80" w:after="80"/>
        <w:jc w:val="center"/>
      </w:pPr>
      <w:r>
        <w:drawing>
          <wp:inline xmlns:a="http://schemas.openxmlformats.org/drawingml/2006/main" xmlns:pic="http://schemas.openxmlformats.org/drawingml/2006/picture">
            <wp:extent cx="2220800" cy="1270344"/>
            <wp:docPr id="11" name="Picture 11"/>
            <wp:cNvGraphicFramePr>
              <a:graphicFrameLocks noChangeAspect="1"/>
            </wp:cNvGraphicFramePr>
            <a:graphic>
              <a:graphicData uri="http://schemas.openxmlformats.org/drawingml/2006/picture">
                <pic:pic>
                  <pic:nvPicPr>
                    <pic:cNvPr id="0" name="q18-1@300dpi.png"/>
                    <pic:cNvPicPr/>
                  </pic:nvPicPr>
                  <pic:blipFill>
                    <a:blip r:embed="rId14"/>
                    <a:stretch>
                      <a:fillRect/>
                    </a:stretch>
                  </pic:blipFill>
                  <pic:spPr>
                    <a:xfrm>
                      <a:off x="0" y="0"/>
                      <a:ext cx="2220800" cy="1270344"/>
                    </a:xfrm>
                    <a:prstGeom prst="rect"/>
                  </pic:spPr>
                </pic:pic>
              </a:graphicData>
            </a:graphic>
          </wp:inline>
        </w:drawing>
      </w:r>
    </w:p>
    <w:p>
      <w:pPr>
        <w:spacing w:before="0" w:after="120" w:line="300" w:lineRule="auto"/>
      </w:pPr>
      <w:r>
        <w:rPr>
          <w:rFonts w:ascii="Times New Roman" w:hAnsi="Times New Roman" w:eastAsia="宋体"/>
          <w:b w:val="0"/>
          <w:i w:val="0"/>
          <w:sz w:val="21"/>
        </w:rPr>
        <w:t>（A）240　　（B）248　　（C）256　　（D）264　　（E）272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ABCD is inscribed in a semicircle with diameter FE, as shown in the figure. Let DA=16, and let FD=AE=9. What is the area of ABCD?</w:t>
      </w:r>
    </w:p>
    <w:p>
      <w:pPr>
        <w:spacing w:before="80" w:after="80"/>
        <w:jc w:val="center"/>
      </w:pPr>
      <w:r>
        <w:drawing>
          <wp:inline xmlns:a="http://schemas.openxmlformats.org/drawingml/2006/main" xmlns:pic="http://schemas.openxmlformats.org/drawingml/2006/picture">
            <wp:extent cx="2220800" cy="1270344"/>
            <wp:docPr id="12" name="Picture 12"/>
            <wp:cNvGraphicFramePr>
              <a:graphicFrameLocks noChangeAspect="1"/>
            </wp:cNvGraphicFramePr>
            <a:graphic>
              <a:graphicData uri="http://schemas.openxmlformats.org/drawingml/2006/picture">
                <pic:pic>
                  <pic:nvPicPr>
                    <pic:cNvPr id="0" name="q18-1@300dpi.png"/>
                    <pic:cNvPicPr/>
                  </pic:nvPicPr>
                  <pic:blipFill>
                    <a:blip r:embed="rId14"/>
                    <a:stretch>
                      <a:fillRect/>
                    </a:stretch>
                  </pic:blipFill>
                  <pic:spPr>
                    <a:xfrm>
                      <a:off x="0" y="0"/>
                      <a:ext cx="2220800" cy="127034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240　　(B) 248　　(C) 256　　(D) 264　　(E) 272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如果一个数的各位数字在两个不同数字之间交替出现，就称它为交替数。例如，2020 和 37373 是交替数，但 3883 和 123123 不是。有多少个五位交替数能被 15 整除？</w:t>
      </w:r>
    </w:p>
    <w:p>
      <w:pPr>
        <w:spacing w:before="0" w:after="120" w:line="300" w:lineRule="auto"/>
      </w:pPr>
      <w:r>
        <w:rPr>
          <w:rFonts w:ascii="Times New Roman" w:hAnsi="Times New Roman" w:eastAsia="宋体"/>
          <w:b w:val="0"/>
          <w:i w:val="0"/>
          <w:sz w:val="21"/>
        </w:rPr>
        <w:t>（A）3　　（B）4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is called flippy if its digits alternate between two distinct digits. For example, 2020 and 37373 are flippy, but 3883 and 123123 are not. How many five-digit flippy numbers are divisible by 15?</w:t>
      </w:r>
    </w:p>
    <w:p>
      <w:pPr>
        <w:spacing w:before="0" w:after="160" w:line="300" w:lineRule="auto"/>
      </w:pPr>
      <w:r>
        <w:rPr>
          <w:rFonts w:ascii="Times New Roman" w:hAnsi="Times New Roman" w:eastAsia="宋体"/>
          <w:b w:val="0"/>
          <w:i w:val="0"/>
          <w:color w:val="333333"/>
          <w:sz w:val="19"/>
        </w:rPr>
        <w:t>(A) 3　　(B) 4　　(C) 5　　(D) 6　　(E) 8</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一位科学家穿过森林时，把排成一行的 5 棵树的高度记录为整数。她观察到每棵树要么是右边那棵树的两倍高，要么是右边那棵树的一半高。不幸的是，雨水让笔记中的一些数据丢失了。她的笔记如下，空白表示缺失数字。根据观察，科学家能够恢复丢失数据。树的平均高度是多少米？</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T₁</w:t>
            </w:r>
          </w:p>
        </w:tc>
        <w:tc>
          <w:tcPr>
            <w:tcW w:type="dxa" w:w="4706"/>
          </w:tcPr>
          <w:p>
            <w:pPr>
              <w:spacing w:before="20" w:after="20" w:line="240" w:lineRule="auto"/>
              <w:jc w:val="center"/>
            </w:pPr>
            <w:r/>
            <w:r>
              <w:rPr>
                <w:rFonts w:ascii="Times New Roman" w:hAnsi="Times New Roman" w:eastAsia="宋体"/>
                <w:b w:val="0"/>
                <w:i w:val="0"/>
                <w:sz w:val="20"/>
              </w:rPr>
              <w:t>phantom00 m</w:t>
            </w:r>
          </w:p>
        </w:tc>
      </w:tr>
      <w:tr>
        <w:tc>
          <w:tcPr>
            <w:tcW w:type="dxa" w:w="4706"/>
          </w:tcPr>
          <w:p>
            <w:pPr>
              <w:spacing w:before="20" w:after="20" w:line="240" w:lineRule="auto"/>
              <w:jc w:val="center"/>
            </w:pPr>
            <w:r/>
            <w:r>
              <w:rPr>
                <w:rFonts w:ascii="Times New Roman" w:hAnsi="Times New Roman" w:eastAsia="宋体"/>
                <w:b w:val="0"/>
                <w:i w:val="0"/>
                <w:sz w:val="20"/>
              </w:rPr>
              <w:t>T₂</w:t>
            </w:r>
          </w:p>
        </w:tc>
        <w:tc>
          <w:tcPr>
            <w:tcW w:type="dxa" w:w="4706"/>
          </w:tcPr>
          <w:p>
            <w:pPr>
              <w:spacing w:before="20" w:after="20" w:line="240" w:lineRule="auto"/>
              <w:jc w:val="center"/>
            </w:pPr>
            <w:r/>
            <w:r>
              <w:rPr>
                <w:rFonts w:ascii="Times New Roman" w:hAnsi="Times New Roman" w:eastAsia="宋体"/>
                <w:b w:val="0"/>
                <w:i w:val="0"/>
                <w:sz w:val="20"/>
              </w:rPr>
              <w:t>11 m</w:t>
            </w:r>
          </w:p>
        </w:tc>
      </w:tr>
      <w:tr>
        <w:tc>
          <w:tcPr>
            <w:tcW w:type="dxa" w:w="4706"/>
          </w:tcPr>
          <w:p>
            <w:pPr>
              <w:spacing w:before="20" w:after="20" w:line="240" w:lineRule="auto"/>
              <w:jc w:val="center"/>
            </w:pPr>
            <w:r/>
            <w:r>
              <w:rPr>
                <w:rFonts w:ascii="Times New Roman" w:hAnsi="Times New Roman" w:eastAsia="宋体"/>
                <w:b w:val="0"/>
                <w:i w:val="0"/>
                <w:sz w:val="20"/>
              </w:rPr>
              <w:t>T₃</w:t>
            </w:r>
          </w:p>
        </w:tc>
        <w:tc>
          <w:tcPr>
            <w:tcW w:type="dxa" w:w="4706"/>
          </w:tcPr>
          <w:p>
            <w:pPr>
              <w:spacing w:before="20" w:after="20" w:line="240" w:lineRule="auto"/>
              <w:jc w:val="center"/>
            </w:pPr>
            <w:r/>
            <w:r>
              <w:rPr>
                <w:rFonts w:ascii="Times New Roman" w:hAnsi="Times New Roman" w:eastAsia="宋体"/>
                <w:b w:val="0"/>
                <w:i w:val="0"/>
                <w:sz w:val="20"/>
              </w:rPr>
              <w:t>phantom00 m</w:t>
            </w:r>
          </w:p>
        </w:tc>
      </w:tr>
      <w:tr>
        <w:tc>
          <w:tcPr>
            <w:tcW w:type="dxa" w:w="4706"/>
          </w:tcPr>
          <w:p>
            <w:pPr>
              <w:spacing w:before="20" w:after="20" w:line="240" w:lineRule="auto"/>
              <w:jc w:val="center"/>
            </w:pPr>
            <w:r/>
            <w:r>
              <w:rPr>
                <w:rFonts w:ascii="Times New Roman" w:hAnsi="Times New Roman" w:eastAsia="宋体"/>
                <w:b w:val="0"/>
                <w:i w:val="0"/>
                <w:sz w:val="20"/>
              </w:rPr>
              <w:t>T₄</w:t>
            </w:r>
          </w:p>
        </w:tc>
        <w:tc>
          <w:tcPr>
            <w:tcW w:type="dxa" w:w="4706"/>
          </w:tcPr>
          <w:p>
            <w:pPr>
              <w:spacing w:before="20" w:after="20" w:line="240" w:lineRule="auto"/>
              <w:jc w:val="center"/>
            </w:pPr>
            <w:r/>
            <w:r>
              <w:rPr>
                <w:rFonts w:ascii="Times New Roman" w:hAnsi="Times New Roman" w:eastAsia="宋体"/>
                <w:b w:val="0"/>
                <w:i w:val="0"/>
                <w:sz w:val="20"/>
              </w:rPr>
              <w:t>phantom00 m</w:t>
            </w:r>
          </w:p>
        </w:tc>
      </w:tr>
      <w:tr>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sz w:val="20"/>
              </w:rPr>
              <w:t>T₅</w:t>
            </w:r>
          </w:p>
        </w:tc>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sz w:val="20"/>
              </w:rPr>
              <w:t>phantom00 m</w:t>
            </w:r>
          </w:p>
        </w:tc>
      </w:tr>
      <w:tr>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sz w:val="20"/>
              </w:rPr>
              <w:t>T</w:t>
            </w:r>
          </w:p>
        </w:tc>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sz w:val="20"/>
              </w:rPr>
              <w:t>phantom00.2 m</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（A）22.2　　（B）24.2　　（C）33.2　　（D）35.2　　（E）37.2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scientist walking through a forest recorded as integers the heights of 5 trees standing in a row. She observed that each tree was either twice as tall or half as tall as the one to its right. Unfortunately some of her data was lost when rain fell on her notebook. Her notes are shown below, with blanks indicating the missing numbers. Based on her observations, the scientist was able to reconstruct the lost data. What was the average height of the trees, in meters?</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T₁</w:t>
            </w:r>
          </w:p>
        </w:tc>
        <w:tc>
          <w:tcPr>
            <w:tcW w:type="dxa" w:w="4706"/>
          </w:tcPr>
          <w:p>
            <w:pPr>
              <w:spacing w:before="20" w:after="20" w:line="240" w:lineRule="auto"/>
              <w:jc w:val="center"/>
            </w:pPr>
            <w:r/>
            <w:r>
              <w:rPr>
                <w:rFonts w:ascii="Times New Roman" w:hAnsi="Times New Roman" w:eastAsia="宋体"/>
                <w:b w:val="0"/>
                <w:i w:val="0"/>
                <w:color w:val="333333"/>
                <w:sz w:val="19"/>
              </w:rPr>
              <w:t>phantom00 m</w:t>
            </w:r>
          </w:p>
        </w:tc>
      </w:tr>
      <w:tr>
        <w:tc>
          <w:tcPr>
            <w:tcW w:type="dxa" w:w="4706"/>
          </w:tcPr>
          <w:p>
            <w:pPr>
              <w:spacing w:before="20" w:after="20" w:line="240" w:lineRule="auto"/>
              <w:jc w:val="center"/>
            </w:pPr>
            <w:r/>
            <w:r>
              <w:rPr>
                <w:rFonts w:ascii="Times New Roman" w:hAnsi="Times New Roman" w:eastAsia="宋体"/>
                <w:b w:val="0"/>
                <w:i w:val="0"/>
                <w:color w:val="333333"/>
                <w:sz w:val="19"/>
              </w:rPr>
              <w:t>T₂</w:t>
            </w:r>
          </w:p>
        </w:tc>
        <w:tc>
          <w:tcPr>
            <w:tcW w:type="dxa" w:w="4706"/>
          </w:tcPr>
          <w:p>
            <w:pPr>
              <w:spacing w:before="20" w:after="20" w:line="240" w:lineRule="auto"/>
              <w:jc w:val="center"/>
            </w:pPr>
            <w:r/>
            <w:r>
              <w:rPr>
                <w:rFonts w:ascii="Times New Roman" w:hAnsi="Times New Roman" w:eastAsia="宋体"/>
                <w:b w:val="0"/>
                <w:i w:val="0"/>
                <w:color w:val="333333"/>
                <w:sz w:val="19"/>
              </w:rPr>
              <w:t>11 m</w:t>
            </w:r>
          </w:p>
        </w:tc>
      </w:tr>
      <w:tr>
        <w:tc>
          <w:tcPr>
            <w:tcW w:type="dxa" w:w="4706"/>
          </w:tcPr>
          <w:p>
            <w:pPr>
              <w:spacing w:before="20" w:after="20" w:line="240" w:lineRule="auto"/>
              <w:jc w:val="center"/>
            </w:pPr>
            <w:r/>
            <w:r>
              <w:rPr>
                <w:rFonts w:ascii="Times New Roman" w:hAnsi="Times New Roman" w:eastAsia="宋体"/>
                <w:b w:val="0"/>
                <w:i w:val="0"/>
                <w:color w:val="333333"/>
                <w:sz w:val="19"/>
              </w:rPr>
              <w:t>T₃</w:t>
            </w:r>
          </w:p>
        </w:tc>
        <w:tc>
          <w:tcPr>
            <w:tcW w:type="dxa" w:w="4706"/>
          </w:tcPr>
          <w:p>
            <w:pPr>
              <w:spacing w:before="20" w:after="20" w:line="240" w:lineRule="auto"/>
              <w:jc w:val="center"/>
            </w:pPr>
            <w:r/>
            <w:r>
              <w:rPr>
                <w:rFonts w:ascii="Times New Roman" w:hAnsi="Times New Roman" w:eastAsia="宋体"/>
                <w:b w:val="0"/>
                <w:i w:val="0"/>
                <w:color w:val="333333"/>
                <w:sz w:val="19"/>
              </w:rPr>
              <w:t>phantom00 m</w:t>
            </w:r>
          </w:p>
        </w:tc>
      </w:tr>
      <w:tr>
        <w:tc>
          <w:tcPr>
            <w:tcW w:type="dxa" w:w="4706"/>
          </w:tcPr>
          <w:p>
            <w:pPr>
              <w:spacing w:before="20" w:after="20" w:line="240" w:lineRule="auto"/>
              <w:jc w:val="center"/>
            </w:pPr>
            <w:r/>
            <w:r>
              <w:rPr>
                <w:rFonts w:ascii="Times New Roman" w:hAnsi="Times New Roman" w:eastAsia="宋体"/>
                <w:b w:val="0"/>
                <w:i w:val="0"/>
                <w:color w:val="333333"/>
                <w:sz w:val="19"/>
              </w:rPr>
              <w:t>T₄</w:t>
            </w:r>
          </w:p>
        </w:tc>
        <w:tc>
          <w:tcPr>
            <w:tcW w:type="dxa" w:w="4706"/>
          </w:tcPr>
          <w:p>
            <w:pPr>
              <w:spacing w:before="20" w:after="20" w:line="240" w:lineRule="auto"/>
              <w:jc w:val="center"/>
            </w:pPr>
            <w:r/>
            <w:r>
              <w:rPr>
                <w:rFonts w:ascii="Times New Roman" w:hAnsi="Times New Roman" w:eastAsia="宋体"/>
                <w:b w:val="0"/>
                <w:i w:val="0"/>
                <w:color w:val="333333"/>
                <w:sz w:val="19"/>
              </w:rPr>
              <w:t>phantom00 m</w:t>
            </w:r>
          </w:p>
        </w:tc>
      </w:tr>
      <w:tr>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T₅</w:t>
            </w:r>
          </w:p>
        </w:tc>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phantom00 m</w:t>
            </w:r>
          </w:p>
        </w:tc>
      </w:tr>
      <w:tr>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T</w:t>
            </w:r>
          </w:p>
        </w:tc>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phantom00.2 m</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22.2　　(B) 24.2　　(C) 33.2　　(D) 35.2　　(E) 37.2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一个棋盘由 64 个方格组成，阴影格和非阴影格交替排列。下图显示了底行的方格 P 和顶行的方格 Q。一个标记放在 P 上。一步是把标记移到上一行相邻的一个非阴影方格。从 P 到 Q 有多少条 7 步路径？（图中显示了一条示例路径。）</w:t>
      </w:r>
    </w:p>
    <w:p>
      <w:pPr>
        <w:spacing w:before="80" w:after="80"/>
        <w:jc w:val="center"/>
      </w:pPr>
      <w:r>
        <w:drawing>
          <wp:inline xmlns:a="http://schemas.openxmlformats.org/drawingml/2006/main" xmlns:pic="http://schemas.openxmlformats.org/drawingml/2006/picture">
            <wp:extent cx="2435640" cy="2435640"/>
            <wp:docPr id="13" name="Picture 13"/>
            <wp:cNvGraphicFramePr>
              <a:graphicFrameLocks noChangeAspect="1"/>
            </wp:cNvGraphicFramePr>
            <a:graphic>
              <a:graphicData uri="http://schemas.openxmlformats.org/drawingml/2006/picture">
                <pic:pic>
                  <pic:nvPicPr>
                    <pic:cNvPr id="0" name="q21-1@300dpi.png"/>
                    <pic:cNvPicPr/>
                  </pic:nvPicPr>
                  <pic:blipFill>
                    <a:blip r:embed="rId15"/>
                    <a:stretch>
                      <a:fillRect/>
                    </a:stretch>
                  </pic:blipFill>
                  <pic:spPr>
                    <a:xfrm>
                      <a:off x="0" y="0"/>
                      <a:ext cx="2435640" cy="2435640"/>
                    </a:xfrm>
                    <a:prstGeom prst="rect"/>
                  </pic:spPr>
                </pic:pic>
              </a:graphicData>
            </a:graphic>
          </wp:inline>
        </w:drawing>
      </w:r>
    </w:p>
    <w:p>
      <w:pPr>
        <w:spacing w:before="0" w:after="120" w:line="300" w:lineRule="auto"/>
      </w:pPr>
      <w:r>
        <w:rPr>
          <w:rFonts w:ascii="Times New Roman" w:hAnsi="Times New Roman" w:eastAsia="宋体"/>
          <w:b w:val="0"/>
          <w:i w:val="0"/>
          <w:sz w:val="21"/>
        </w:rPr>
        <w:t>（A）28　　（B）30　　（C）32　　（D）33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game board consists of 64 squares that alternate between shaded and unshaded. The figure below shows square P in the bottom row and square Q in the top row. A marker is placed at P. A step consists of moving the marker onto one of the adjoining unshaded squares in the row above. How many 7-step paths are there from P to Q? (The figure shows a sample path.)</w:t>
      </w:r>
    </w:p>
    <w:p>
      <w:pPr>
        <w:spacing w:before="80" w:after="80"/>
        <w:jc w:val="center"/>
      </w:pPr>
      <w:r>
        <w:drawing>
          <wp:inline xmlns:a="http://schemas.openxmlformats.org/drawingml/2006/main" xmlns:pic="http://schemas.openxmlformats.org/drawingml/2006/picture">
            <wp:extent cx="2435640" cy="2435640"/>
            <wp:docPr id="14" name="Picture 14"/>
            <wp:cNvGraphicFramePr>
              <a:graphicFrameLocks noChangeAspect="1"/>
            </wp:cNvGraphicFramePr>
            <a:graphic>
              <a:graphicData uri="http://schemas.openxmlformats.org/drawingml/2006/picture">
                <pic:pic>
                  <pic:nvPicPr>
                    <pic:cNvPr id="0" name="q21-1@300dpi.png"/>
                    <pic:cNvPicPr/>
                  </pic:nvPicPr>
                  <pic:blipFill>
                    <a:blip r:embed="rId15"/>
                    <a:stretch>
                      <a:fillRect/>
                    </a:stretch>
                  </pic:blipFill>
                  <pic:spPr>
                    <a:xfrm>
                      <a:off x="0" y="0"/>
                      <a:ext cx="2435640" cy="243564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28　　(B) 30　　(C) 32　　(D) 33　　(E) 35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当一个正整数 N 输入机器时，输出按下图规则计算。</w:t>
      </w:r>
    </w:p>
    <w:p>
      <w:pPr>
        <w:spacing w:before="80" w:after="80"/>
        <w:jc w:val="center"/>
      </w:pPr>
      <w:r>
        <w:drawing>
          <wp:inline xmlns:a="http://schemas.openxmlformats.org/drawingml/2006/main" xmlns:pic="http://schemas.openxmlformats.org/drawingml/2006/picture">
            <wp:extent cx="2959406" cy="1148889"/>
            <wp:docPr id="15" name="Picture 15"/>
            <wp:cNvGraphicFramePr>
              <a:graphicFrameLocks noChangeAspect="1"/>
            </wp:cNvGraphicFramePr>
            <a:graphic>
              <a:graphicData uri="http://schemas.openxmlformats.org/drawingml/2006/picture">
                <pic:pic>
                  <pic:nvPicPr>
                    <pic:cNvPr id="0" name="q22-1@300dpi.png"/>
                    <pic:cNvPicPr/>
                  </pic:nvPicPr>
                  <pic:blipFill>
                    <a:blip r:embed="rId16"/>
                    <a:stretch>
                      <a:fillRect/>
                    </a:stretch>
                  </pic:blipFill>
                  <pic:spPr>
                    <a:xfrm>
                      <a:off x="0" y="0"/>
                      <a:ext cx="2959406" cy="1148889"/>
                    </a:xfrm>
                    <a:prstGeom prst="rect"/>
                  </pic:spPr>
                </pic:pic>
              </a:graphicData>
            </a:graphic>
          </wp:inline>
        </w:drawing>
      </w:r>
    </w:p>
    <w:p>
      <w:pPr>
        <w:spacing w:before="0" w:after="80" w:line="300" w:lineRule="auto"/>
        <w:jc w:val="left"/>
      </w:pPr>
      <w:r>
        <w:rPr>
          <w:rFonts w:ascii="Times New Roman" w:hAnsi="Times New Roman" w:eastAsia="宋体"/>
          <w:b w:val="0"/>
          <w:i w:val="0"/>
          <w:sz w:val="21"/>
        </w:rPr>
        <w:t>例如，输入 N=7 时，机器输出 3 · 7 + 1 = 22。然后把输出再连续输入机器五次，最终输出为 26：</w:t>
      </w:r>
    </w:p>
    <w:p>
      <w:pPr>
        <w:spacing w:before="0" w:after="80" w:line="300" w:lineRule="auto"/>
        <w:jc w:val="left"/>
      </w:pPr>
      <w:r>
        <w:rPr>
          <w:rFonts w:ascii="Times New Roman" w:hAnsi="Times New Roman" w:eastAsia="宋体"/>
          <w:b w:val="0"/>
          <w:i w:val="0"/>
          <w:sz w:val="21"/>
        </w:rPr>
        <w:t>7 → 22 → 11 → 34</w:t>
      </w:r>
    </w:p>
    <w:p>
      <w:pPr>
        <w:spacing w:before="0" w:after="80" w:line="300" w:lineRule="auto"/>
        <w:jc w:val="left"/>
      </w:pPr>
      <w:r>
        <w:rPr>
          <w:rFonts w:ascii="Times New Roman" w:hAnsi="Times New Roman" w:eastAsia="宋体"/>
          <w:b w:val="0"/>
          <w:i w:val="0"/>
          <w:sz w:val="21"/>
        </w:rPr>
        <w:t>→ 17 → 52 → 26</w:t>
      </w:r>
    </w:p>
    <w:p>
      <w:pPr>
        <w:spacing w:before="0" w:after="80" w:line="300" w:lineRule="auto"/>
        <w:jc w:val="left"/>
      </w:pPr>
      <w:r>
        <w:rPr>
          <w:rFonts w:ascii="Times New Roman" w:hAnsi="Times New Roman" w:eastAsia="宋体"/>
          <w:b w:val="0"/>
          <w:i w:val="0"/>
          <w:sz w:val="21"/>
        </w:rPr>
        <w:t>对另一个起始值 N 应用同样的 6 步过程，最终输出为 1。所有这样的整数 N 的和是多少？</w:t>
      </w:r>
    </w:p>
    <w:p>
      <w:pPr>
        <w:spacing w:before="0" w:after="80" w:line="300" w:lineRule="auto"/>
        <w:jc w:val="left"/>
      </w:pPr>
      <w:r>
        <w:rPr>
          <w:rFonts w:ascii="Times New Roman" w:hAnsi="Times New Roman" w:eastAsia="宋体"/>
          <w:b w:val="0"/>
          <w:i w:val="0"/>
          <w:sz w:val="21"/>
        </w:rPr>
        <w:t>N → phantom00 → phantom00 → phantom00</w:t>
      </w:r>
    </w:p>
    <w:p>
      <w:pPr>
        <w:spacing w:before="0" w:after="80" w:line="300" w:lineRule="auto"/>
        <w:jc w:val="left"/>
      </w:pPr>
      <w:r>
        <w:rPr>
          <w:rFonts w:ascii="Times New Roman" w:hAnsi="Times New Roman" w:eastAsia="宋体"/>
          <w:b w:val="0"/>
          <w:i w:val="0"/>
          <w:sz w:val="21"/>
        </w:rPr>
        <w:t>→ phantom00 → phantom00 → 1</w:t>
      </w:r>
    </w:p>
    <w:p>
      <w:pPr>
        <w:spacing w:before="0" w:after="120" w:line="300" w:lineRule="auto"/>
      </w:pPr>
      <w:r>
        <w:rPr>
          <w:rFonts w:ascii="Times New Roman" w:hAnsi="Times New Roman" w:eastAsia="宋体"/>
          <w:b w:val="0"/>
          <w:i w:val="0"/>
          <w:sz w:val="21"/>
        </w:rPr>
        <w:t>（A）73　　（B）74　　（C）75　　（D）82　　（E）83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a positive integer N is fed into a machine, the output is a number calculated according to the rule shown below.</w:t>
      </w:r>
    </w:p>
    <w:p>
      <w:pPr>
        <w:spacing w:before="80" w:after="80"/>
        <w:jc w:val="center"/>
      </w:pPr>
      <w:r>
        <w:drawing>
          <wp:inline xmlns:a="http://schemas.openxmlformats.org/drawingml/2006/main" xmlns:pic="http://schemas.openxmlformats.org/drawingml/2006/picture">
            <wp:extent cx="2959406" cy="1148889"/>
            <wp:docPr id="16" name="Picture 16"/>
            <wp:cNvGraphicFramePr>
              <a:graphicFrameLocks noChangeAspect="1"/>
            </wp:cNvGraphicFramePr>
            <a:graphic>
              <a:graphicData uri="http://schemas.openxmlformats.org/drawingml/2006/picture">
                <pic:pic>
                  <pic:nvPicPr>
                    <pic:cNvPr id="0" name="q22-1@300dpi.png"/>
                    <pic:cNvPicPr/>
                  </pic:nvPicPr>
                  <pic:blipFill>
                    <a:blip r:embed="rId16"/>
                    <a:stretch>
                      <a:fillRect/>
                    </a:stretch>
                  </pic:blipFill>
                  <pic:spPr>
                    <a:xfrm>
                      <a:off x="0" y="0"/>
                      <a:ext cx="2959406" cy="114888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For example, starting with an input of N=7, the machine will output 3 · 7 + 1 = 22. Then if the output is repeatedly inserted into the machine five more times, the final output is 26.</w:t>
      </w:r>
    </w:p>
    <w:p>
      <w:pPr>
        <w:spacing w:before="0" w:after="80" w:line="300" w:lineRule="auto"/>
        <w:jc w:val="left"/>
      </w:pPr>
      <w:r>
        <w:rPr>
          <w:rFonts w:ascii="Times New Roman" w:hAnsi="Times New Roman" w:eastAsia="宋体"/>
          <w:b w:val="0"/>
          <w:i w:val="0"/>
          <w:color w:val="333333"/>
          <w:sz w:val="19"/>
        </w:rPr>
        <w:t>7 → 22 → 11 → 34</w:t>
      </w:r>
    </w:p>
    <w:p>
      <w:pPr>
        <w:spacing w:before="0" w:after="80" w:line="300" w:lineRule="auto"/>
        <w:jc w:val="left"/>
      </w:pPr>
      <w:r>
        <w:rPr>
          <w:rFonts w:ascii="Times New Roman" w:hAnsi="Times New Roman" w:eastAsia="宋体"/>
          <w:b w:val="0"/>
          <w:i w:val="0"/>
          <w:color w:val="333333"/>
          <w:sz w:val="19"/>
        </w:rPr>
        <w:t>→ 17 → 52 → 26</w:t>
      </w:r>
    </w:p>
    <w:p>
      <w:pPr>
        <w:spacing w:before="0" w:after="80" w:line="300" w:lineRule="auto"/>
        <w:jc w:val="left"/>
      </w:pPr>
      <w:r>
        <w:rPr>
          <w:rFonts w:ascii="Times New Roman" w:hAnsi="Times New Roman" w:eastAsia="宋体"/>
          <w:b w:val="0"/>
          <w:i w:val="0"/>
          <w:color w:val="333333"/>
          <w:sz w:val="19"/>
        </w:rPr>
        <w:t>When the same 6-step process is applied to a different starting value of N, the final output is 1. What is the sum of all such integers N?</w:t>
      </w:r>
    </w:p>
    <w:p>
      <w:pPr>
        <w:spacing w:before="0" w:after="80" w:line="300" w:lineRule="auto"/>
        <w:jc w:val="left"/>
      </w:pPr>
      <w:r>
        <w:rPr>
          <w:rFonts w:ascii="Times New Roman" w:hAnsi="Times New Roman" w:eastAsia="宋体"/>
          <w:b w:val="0"/>
          <w:i w:val="0"/>
          <w:color w:val="333333"/>
          <w:sz w:val="19"/>
        </w:rPr>
        <w:t>N → phantom00 → phantom00 → phantom00</w:t>
      </w:r>
    </w:p>
    <w:p>
      <w:pPr>
        <w:spacing w:before="0" w:after="80" w:line="300" w:lineRule="auto"/>
        <w:jc w:val="left"/>
      </w:pPr>
      <w:r>
        <w:rPr>
          <w:rFonts w:ascii="Times New Roman" w:hAnsi="Times New Roman" w:eastAsia="宋体"/>
          <w:b w:val="0"/>
          <w:i w:val="0"/>
          <w:color w:val="333333"/>
          <w:sz w:val="19"/>
        </w:rPr>
        <w:t>→ phantom00 → phantom00 → 1</w:t>
      </w:r>
    </w:p>
    <w:p>
      <w:pPr>
        <w:spacing w:before="0" w:after="160" w:line="300" w:lineRule="auto"/>
      </w:pPr>
      <w:r>
        <w:rPr>
          <w:rFonts w:ascii="Times New Roman" w:hAnsi="Times New Roman" w:eastAsia="宋体"/>
          <w:b w:val="0"/>
          <w:i w:val="0"/>
          <w:color w:val="333333"/>
          <w:sz w:val="19"/>
        </w:rPr>
        <w:t>(A) 73　　(B) 74　　(C) 75　　(D) 82　　(E) 83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五个不同的奖项要颁给三名学生。每名学生至少获得一个奖项。共有多少种不同的颁奖方式？</w:t>
      </w:r>
    </w:p>
    <w:p>
      <w:pPr>
        <w:spacing w:before="0" w:after="120" w:line="300" w:lineRule="auto"/>
      </w:pPr>
      <w:r>
        <w:rPr>
          <w:rFonts w:ascii="Times New Roman" w:hAnsi="Times New Roman" w:eastAsia="宋体"/>
          <w:b w:val="0"/>
          <w:i w:val="0"/>
          <w:sz w:val="21"/>
        </w:rPr>
        <w:t>（A）120　　（B）150　　（C）180　　（D）210　　（E）240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different awards are to be given to three students. Each student will receive at least one award. In how many different ways can the awards be distributed?</w:t>
      </w:r>
    </w:p>
    <w:p>
      <w:pPr>
        <w:spacing w:before="0" w:after="160" w:line="300" w:lineRule="auto"/>
      </w:pPr>
      <w:r>
        <w:rPr>
          <w:rFonts w:ascii="Times New Roman" w:hAnsi="Times New Roman" w:eastAsia="宋体"/>
          <w:b w:val="0"/>
          <w:i w:val="0"/>
          <w:color w:val="333333"/>
          <w:sz w:val="19"/>
        </w:rPr>
        <w:t>(A) 120　　(B) 150　　(C) 180　　(D) 210　　(E) 240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一个大正方形区域铺有 n² 块阴影正方形瓷砖，每块边长为 s 英寸。每块瓷砖周围有宽 d 英寸的边框。下图显示了 n=3 的情况。当 n=24 时，576 块阴影瓷砖覆盖了大正方形区域面积的 64%。当 n 取这个较大的值时，d/s 是多少？</w:t>
      </w:r>
    </w:p>
    <w:p>
      <w:pPr>
        <w:spacing w:before="80" w:after="80"/>
        <w:jc w:val="center"/>
      </w:pPr>
      <w:r>
        <w:drawing>
          <wp:inline xmlns:a="http://schemas.openxmlformats.org/drawingml/2006/main" xmlns:pic="http://schemas.openxmlformats.org/drawingml/2006/picture">
            <wp:extent cx="1980148" cy="1980148"/>
            <wp:docPr id="17" name="Picture 17"/>
            <wp:cNvGraphicFramePr>
              <a:graphicFrameLocks noChangeAspect="1"/>
            </wp:cNvGraphicFramePr>
            <a:graphic>
              <a:graphicData uri="http://schemas.openxmlformats.org/drawingml/2006/picture">
                <pic:pic>
                  <pic:nvPicPr>
                    <pic:cNvPr id="0" name="q24-1@300dpi.png"/>
                    <pic:cNvPicPr/>
                  </pic:nvPicPr>
                  <pic:blipFill>
                    <a:blip r:embed="rId17"/>
                    <a:stretch>
                      <a:fillRect/>
                    </a:stretch>
                  </pic:blipFill>
                  <pic:spPr>
                    <a:xfrm>
                      <a:off x="0" y="0"/>
                      <a:ext cx="1980148" cy="1980148"/>
                    </a:xfrm>
                    <a:prstGeom prst="rect"/>
                  </pic:spPr>
                </pic:pic>
              </a:graphicData>
            </a:graphic>
          </wp:inline>
        </w:drawing>
      </w:r>
    </w:p>
    <w:p>
      <w:pPr>
        <w:spacing w:before="0" w:after="120" w:line="300" w:lineRule="auto"/>
      </w:pPr>
      <w:r>
        <w:rPr>
          <w:rFonts w:ascii="Times New Roman" w:hAnsi="Times New Roman" w:eastAsia="宋体"/>
          <w:b w:val="0"/>
          <w:i w:val="0"/>
          <w:sz w:val="21"/>
        </w:rPr>
        <w:t>（A）6/25　　（B）1/4　　（C）9/25　　（D）7/16　　（E）9/16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large square region is paved with n² shaded square tiles, each measuring s inches on a side. A border d inches wide surrounds each tile. The figure below shows the case for n=3. When n=24, the 576 shaded tiles cover 64% of the area of the large square region. What is the ratio d/s for this larger value of n?</w:t>
      </w:r>
    </w:p>
    <w:p>
      <w:pPr>
        <w:spacing w:before="80" w:after="80"/>
        <w:jc w:val="center"/>
      </w:pPr>
      <w:r>
        <w:drawing>
          <wp:inline xmlns:a="http://schemas.openxmlformats.org/drawingml/2006/main" xmlns:pic="http://schemas.openxmlformats.org/drawingml/2006/picture">
            <wp:extent cx="1980148" cy="1980148"/>
            <wp:docPr id="18" name="Picture 18"/>
            <wp:cNvGraphicFramePr>
              <a:graphicFrameLocks noChangeAspect="1"/>
            </wp:cNvGraphicFramePr>
            <a:graphic>
              <a:graphicData uri="http://schemas.openxmlformats.org/drawingml/2006/picture">
                <pic:pic>
                  <pic:nvPicPr>
                    <pic:cNvPr id="0" name="q24-1@300dpi.png"/>
                    <pic:cNvPicPr/>
                  </pic:nvPicPr>
                  <pic:blipFill>
                    <a:blip r:embed="rId17"/>
                    <a:stretch>
                      <a:fillRect/>
                    </a:stretch>
                  </pic:blipFill>
                  <pic:spPr>
                    <a:xfrm>
                      <a:off x="0" y="0"/>
                      <a:ext cx="1980148" cy="198014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6/25　　(B) 1/4　　(C) 9/25　　(D) 7/16　　(E) 9/16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下图中的矩形 R₁ 和 R₂，以及正方形 S₁、S₂ 和 S₃，共同组成一个宽 3322 个单位、高 2020 个单位的矩形。正方形 S₂ 的边长是多少个单位？</w:t>
      </w:r>
    </w:p>
    <w:p>
      <w:pPr>
        <w:spacing w:before="80" w:after="80"/>
        <w:jc w:val="center"/>
      </w:pPr>
      <w:r>
        <w:drawing>
          <wp:inline xmlns:a="http://schemas.openxmlformats.org/drawingml/2006/main" xmlns:pic="http://schemas.openxmlformats.org/drawingml/2006/picture">
            <wp:extent cx="1687621" cy="1028676"/>
            <wp:docPr id="19" name="Picture 19"/>
            <wp:cNvGraphicFramePr>
              <a:graphicFrameLocks noChangeAspect="1"/>
            </wp:cNvGraphicFramePr>
            <a:graphic>
              <a:graphicData uri="http://schemas.openxmlformats.org/drawingml/2006/picture">
                <pic:pic>
                  <pic:nvPicPr>
                    <pic:cNvPr id="0" name="q25-1@300dpi.png"/>
                    <pic:cNvPicPr/>
                  </pic:nvPicPr>
                  <pic:blipFill>
                    <a:blip r:embed="rId18"/>
                    <a:stretch>
                      <a:fillRect/>
                    </a:stretch>
                  </pic:blipFill>
                  <pic:spPr>
                    <a:xfrm>
                      <a:off x="0" y="0"/>
                      <a:ext cx="1687621" cy="1028676"/>
                    </a:xfrm>
                    <a:prstGeom prst="rect"/>
                  </pic:spPr>
                </pic:pic>
              </a:graphicData>
            </a:graphic>
          </wp:inline>
        </w:drawing>
      </w:r>
    </w:p>
    <w:p>
      <w:pPr>
        <w:spacing w:before="0" w:after="120" w:line="300" w:lineRule="auto"/>
      </w:pPr>
      <w:r>
        <w:rPr>
          <w:rFonts w:ascii="Times New Roman" w:hAnsi="Times New Roman" w:eastAsia="宋体"/>
          <w:b w:val="0"/>
          <w:i w:val="0"/>
          <w:sz w:val="21"/>
        </w:rPr>
        <w:t>（A）651　　（B）655　　（C）656　　（D）662　　（E）666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Rectangles R₁ and R₂, and squares S₁, S₂, and S₃, shown below, combine to form a rectangle that is 3322 units wide and 2020 units high. What is the side length of S₂ in units?</w:t>
      </w:r>
    </w:p>
    <w:p>
      <w:pPr>
        <w:spacing w:before="80" w:after="80"/>
        <w:jc w:val="center"/>
      </w:pPr>
      <w:r>
        <w:drawing>
          <wp:inline xmlns:a="http://schemas.openxmlformats.org/drawingml/2006/main" xmlns:pic="http://schemas.openxmlformats.org/drawingml/2006/picture">
            <wp:extent cx="1687621" cy="1028676"/>
            <wp:docPr id="20" name="Picture 20"/>
            <wp:cNvGraphicFramePr>
              <a:graphicFrameLocks noChangeAspect="1"/>
            </wp:cNvGraphicFramePr>
            <a:graphic>
              <a:graphicData uri="http://schemas.openxmlformats.org/drawingml/2006/picture">
                <pic:pic>
                  <pic:nvPicPr>
                    <pic:cNvPr id="0" name="q25-1@300dpi.png"/>
                    <pic:cNvPicPr/>
                  </pic:nvPicPr>
                  <pic:blipFill>
                    <a:blip r:embed="rId18"/>
                    <a:stretch>
                      <a:fillRect/>
                    </a:stretch>
                  </pic:blipFill>
                  <pic:spPr>
                    <a:xfrm>
                      <a:off x="0" y="0"/>
                      <a:ext cx="1687621" cy="102867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651　　(B) 655　　(C) 656　　(D) 662　　(E) 666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C　D　B　C　A　C　C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E　A　B　D　C　E　B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B　A　E　B　A　A</w:t>
      </w:r>
    </w:p>
    <w:p>
      <w:pPr>
        <w:spacing w:before="0" w:after="200" w:line="300" w:lineRule="auto"/>
      </w:pPr>
      <w:r>
        <w:rPr>
          <w:rFonts w:ascii="Times New Roman" w:hAnsi="Times New Roman" w:eastAsia="宋体"/>
          <w:b w:val="0"/>
          <w:i w:val="0"/>
          <w:color w:val="666666"/>
          <w:sz w:val="18"/>
        </w:rPr>
        <w:t>答案串：ECDBCACCDCEABDCEBABBAEBAA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糖是柠檬汁的二倍，所以卢卡需要 2·3=6 杯糖。水是糖的 4 倍，所以卢卡需要 4·6=24 杯水。</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Luka needs twice as much sugar as lemon, he needs 2·3=6 cups of sugar. Since Luka also needs 4 times as much water as sugar, he needs 4·6=24 cups of water.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他们总共赚了 $15+$20+$25+$40=$100。</w:t>
      </w:r>
    </w:p>
    <w:p>
      <w:pPr>
        <w:spacing w:before="0" w:after="80" w:line="300" w:lineRule="auto"/>
        <w:jc w:val="left"/>
      </w:pPr>
      <w:r>
        <w:rPr>
          <w:rFonts w:ascii="Times New Roman" w:hAnsi="Times New Roman" w:eastAsia="宋体"/>
          <w:b w:val="0"/>
          <w:i w:val="0"/>
          <w:sz w:val="21"/>
        </w:rPr>
        <w:t>平均分给四个人后，每人应得 100/4=25 美元。</w:t>
      </w:r>
    </w:p>
    <w:p>
      <w:pPr>
        <w:spacing w:before="0" w:after="80" w:line="300" w:lineRule="auto"/>
        <w:jc w:val="left"/>
      </w:pPr>
      <w:r>
        <w:rPr>
          <w:rFonts w:ascii="Times New Roman" w:hAnsi="Times New Roman" w:eastAsia="宋体"/>
          <w:b w:val="0"/>
          <w:i w:val="0"/>
          <w:sz w:val="21"/>
        </w:rPr>
        <w:t>因此，赚 $40 的朋友要给其他人 $40-$25=$15。</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the total amount of money that they make is $15+$20+$25+$40=$100.</w:t>
      </w:r>
    </w:p>
    <w:p>
      <w:pPr>
        <w:spacing w:before="0" w:after="80" w:line="300" w:lineRule="auto"/>
        <w:jc w:val="left"/>
      </w:pPr>
      <w:r>
        <w:rPr>
          <w:rFonts w:ascii="Times New Roman" w:hAnsi="Times New Roman" w:eastAsia="宋体"/>
          <w:b w:val="0"/>
          <w:i w:val="0"/>
          <w:color w:val="333333"/>
          <w:sz w:val="19"/>
        </w:rPr>
        <w:t>Since they divide this equally, they each get 100/4=25 dollars.</w:t>
      </w:r>
    </w:p>
    <w:p>
      <w:pPr>
        <w:spacing w:before="0" w:after="80" w:line="300" w:lineRule="auto"/>
        <w:jc w:val="left"/>
      </w:pPr>
      <w:r>
        <w:rPr>
          <w:rFonts w:ascii="Times New Roman" w:hAnsi="Times New Roman" w:eastAsia="宋体"/>
          <w:b w:val="0"/>
          <w:i w:val="0"/>
          <w:color w:val="333333"/>
          <w:sz w:val="19"/>
        </w:rPr>
        <w:t>The friend who earned $40 therefore gives away $40-$25=$15.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花园面积为 6·8=48 平方英尺。</w:t>
      </w:r>
    </w:p>
    <w:p>
      <w:pPr>
        <w:spacing w:before="0" w:after="80" w:line="300" w:lineRule="auto"/>
        <w:jc w:val="left"/>
      </w:pPr>
      <w:r>
        <w:rPr>
          <w:rFonts w:ascii="Times New Roman" w:hAnsi="Times New Roman" w:eastAsia="宋体"/>
          <w:b w:val="0"/>
          <w:i w:val="0"/>
          <w:sz w:val="21"/>
        </w:rPr>
        <w:t>每平方英尺可种 4 株，所以凯莉总共可种 4· 48=192 株草莓。</w:t>
      </w:r>
    </w:p>
    <w:p>
      <w:pPr>
        <w:spacing w:before="0" w:after="80" w:line="300" w:lineRule="auto"/>
        <w:jc w:val="left"/>
      </w:pPr>
      <w:r>
        <w:rPr>
          <w:rFonts w:ascii="Times New Roman" w:hAnsi="Times New Roman" w:eastAsia="宋体"/>
          <w:b w:val="0"/>
          <w:i w:val="0"/>
          <w:sz w:val="21"/>
        </w:rPr>
        <w:t>每株平均 10 个草莓，所以总数为 10· 192=1920。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the size of the garden is 6·8=48 square feet.</w:t>
      </w:r>
    </w:p>
    <w:p>
      <w:pPr>
        <w:spacing w:before="0" w:after="80" w:line="300" w:lineRule="auto"/>
        <w:jc w:val="left"/>
      </w:pPr>
      <w:r>
        <w:rPr>
          <w:rFonts w:ascii="Times New Roman" w:hAnsi="Times New Roman" w:eastAsia="宋体"/>
          <w:b w:val="0"/>
          <w:i w:val="0"/>
          <w:color w:val="333333"/>
          <w:sz w:val="19"/>
        </w:rPr>
        <w:t>Next, since there are 4 plants per square foot, Carrie can plant 4· 48=192 plants total.</w:t>
      </w:r>
    </w:p>
    <w:p>
      <w:pPr>
        <w:spacing w:before="0" w:after="80" w:line="300" w:lineRule="auto"/>
        <w:jc w:val="left"/>
      </w:pPr>
      <w:r>
        <w:rPr>
          <w:rFonts w:ascii="Times New Roman" w:hAnsi="Times New Roman" w:eastAsia="宋体"/>
          <w:b w:val="0"/>
          <w:i w:val="0"/>
          <w:color w:val="333333"/>
          <w:sz w:val="19"/>
        </w:rPr>
        <w:t>Finally, since there are 10 strawberries per plant, Carrie can harvest 10· 192=1920 strawberries total.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前三个六边形分别有 1、7 和 19 个点。每增加一圈，比上一圈多加 6 个点。</w:t>
      </w:r>
    </w:p>
    <w:p>
      <w:pPr>
        <w:spacing w:before="0" w:after="80" w:line="300" w:lineRule="auto"/>
        <w:jc w:val="left"/>
      </w:pPr>
      <w:r>
        <w:rPr>
          <w:rFonts w:ascii="Times New Roman" w:hAnsi="Times New Roman" w:eastAsia="宋体"/>
          <w:b w:val="0"/>
          <w:i w:val="0"/>
          <w:sz w:val="21"/>
        </w:rPr>
        <w:t>第四个六边形会在第三个基础上再增加 18 个点，所以共有 19+18=37 个点。</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three hexagons contain 1, 7, and 19 dots. Each new band adds 6 more dots than the previous band.</w:t>
      </w:r>
    </w:p>
    <w:p>
      <w:pPr>
        <w:spacing w:before="0" w:after="80" w:line="300" w:lineRule="auto"/>
        <w:jc w:val="left"/>
      </w:pPr>
      <w:r>
        <w:rPr>
          <w:rFonts w:ascii="Times New Roman" w:hAnsi="Times New Roman" w:eastAsia="宋体"/>
          <w:b w:val="0"/>
          <w:i w:val="0"/>
          <w:color w:val="333333"/>
          <w:sz w:val="19"/>
        </w:rPr>
        <w:t>The fourth hexagon adds 18 dots around the third hexagon, so it contains 19+18=37 dots.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每个杯子得到水壶容量 3/4 的五分之一，也就是</w:t>
      </w:r>
    </w:p>
    <w:p>
      <w:pPr>
        <w:spacing w:before="0" w:after="80" w:line="300" w:lineRule="auto"/>
        <w:jc w:val="left"/>
      </w:pPr>
      <w:r>
        <w:rPr>
          <w:rFonts w:ascii="Times New Roman" w:hAnsi="Times New Roman" w:eastAsia="宋体"/>
          <w:b w:val="0"/>
          <w:i w:val="0"/>
          <w:sz w:val="21"/>
        </w:rPr>
        <w:t>1/5·3/4=3/20=15%。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cup receives one fifth of the 3/4 of a pitcher, or</w:t>
      </w:r>
    </w:p>
    <w:p>
      <w:pPr>
        <w:spacing w:before="0" w:after="80" w:line="300" w:lineRule="auto"/>
        <w:jc w:val="left"/>
      </w:pPr>
      <w:r>
        <w:rPr>
          <w:rFonts w:ascii="Times New Roman" w:hAnsi="Times New Roman" w:eastAsia="宋体"/>
          <w:b w:val="0"/>
          <w:i w:val="0"/>
          <w:color w:val="333333"/>
          <w:sz w:val="19"/>
        </w:rPr>
        <w:t>1/5·3/4=3/20=15%.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玛伦坐在最后一节。由于亚伦正好在莎伦后面，且达伦在亚伦前方，在玛伦前面的车厢中只需安排达伦、莎伦和亚伦的相对位置。</w:t>
      </w:r>
    </w:p>
    <w:p>
      <w:pPr>
        <w:spacing w:before="0" w:after="80" w:line="300" w:lineRule="auto"/>
        <w:jc w:val="left"/>
      </w:pPr>
      <w:r>
        <w:rPr>
          <w:rFonts w:ascii="Times New Roman" w:hAnsi="Times New Roman" w:eastAsia="宋体"/>
          <w:b w:val="0"/>
          <w:i w:val="0"/>
          <w:sz w:val="21"/>
        </w:rPr>
        <w:t>如果莎伦和亚伦分别在第 1 和第 2 节，达伦就无法坐在亚伦前面；如果他们在第 3 和第 4 节，达伦和凯伦只能在第 1 和第 2 节，会相邻。</w:t>
      </w:r>
    </w:p>
    <w:p>
      <w:pPr>
        <w:spacing w:before="0" w:after="80" w:line="300" w:lineRule="auto"/>
        <w:jc w:val="left"/>
      </w:pPr>
      <w:r>
        <w:rPr>
          <w:rFonts w:ascii="Times New Roman" w:hAnsi="Times New Roman" w:eastAsia="宋体"/>
          <w:b w:val="0"/>
          <w:i w:val="0"/>
          <w:sz w:val="21"/>
        </w:rPr>
        <w:t>因此莎伦和亚伦必须在第 2 和第 3 节，达伦在第 1 节，凯伦在第 4 节，亚伦坐在中间车厢。</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Maren is in the last car. Since Aaron is directly behind Sharon and Darren is in front of Aaron, the possible placements of Darren, Sharon, and Aaron before Maren are limited.</w:t>
      </w:r>
    </w:p>
    <w:p>
      <w:pPr>
        <w:spacing w:before="0" w:after="80" w:line="300" w:lineRule="auto"/>
        <w:jc w:val="left"/>
      </w:pPr>
      <w:r>
        <w:rPr>
          <w:rFonts w:ascii="Times New Roman" w:hAnsi="Times New Roman" w:eastAsia="宋体"/>
          <w:b w:val="0"/>
          <w:i w:val="0"/>
          <w:color w:val="333333"/>
          <w:sz w:val="19"/>
        </w:rPr>
        <w:t>If Sharon and Aaron were in cars 1 and 2, Darren could not be in front of Aaron. If they were in cars 3 and 4, then Darren and Karen would have to occupy cars 1 and 2, which are adjacent.</w:t>
      </w:r>
    </w:p>
    <w:p>
      <w:pPr>
        <w:spacing w:before="0" w:after="80" w:line="300" w:lineRule="auto"/>
        <w:jc w:val="left"/>
      </w:pPr>
      <w:r>
        <w:rPr>
          <w:rFonts w:ascii="Times New Roman" w:hAnsi="Times New Roman" w:eastAsia="宋体"/>
          <w:b w:val="0"/>
          <w:i w:val="0"/>
          <w:color w:val="333333"/>
          <w:sz w:val="19"/>
        </w:rPr>
        <w:t>Thus Sharon and Aaron must be in cars 2 and 3. Darren is then in car 1, Karen is in car 4, and Aaron is in the middle car.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千位必须是 2。因为数字互不相同且递增，百位必须是 3。</w:t>
      </w:r>
    </w:p>
    <w:p>
      <w:pPr>
        <w:spacing w:before="0" w:after="80" w:line="300" w:lineRule="auto"/>
        <w:jc w:val="left"/>
      </w:pPr>
      <w:r>
        <w:rPr>
          <w:rFonts w:ascii="Times New Roman" w:hAnsi="Times New Roman" w:eastAsia="宋体"/>
          <w:b w:val="0"/>
          <w:i w:val="0"/>
          <w:sz w:val="21"/>
        </w:rPr>
        <w:t>最后两位必须从 4、5、6、7、8、9 中选择；选定两个数字后，它们的顺序也就确定了。</w:t>
      </w:r>
    </w:p>
    <w:p>
      <w:pPr>
        <w:spacing w:before="0" w:after="80" w:line="300" w:lineRule="auto"/>
        <w:jc w:val="left"/>
      </w:pPr>
      <w:r>
        <w:rPr>
          <w:rFonts w:ascii="Times New Roman" w:hAnsi="Times New Roman" w:eastAsia="宋体"/>
          <w:b w:val="0"/>
          <w:i w:val="0"/>
          <w:sz w:val="21"/>
        </w:rPr>
        <w:t>共有 C(6, 2)=15 个这样的整数。</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thousands digit must be 2. Since the digits are distinct and increasing, the hundreds digit must be 3.</w:t>
      </w:r>
    </w:p>
    <w:p>
      <w:pPr>
        <w:spacing w:before="0" w:after="80" w:line="300" w:lineRule="auto"/>
        <w:jc w:val="left"/>
      </w:pPr>
      <w:r>
        <w:rPr>
          <w:rFonts w:ascii="Times New Roman" w:hAnsi="Times New Roman" w:eastAsia="宋体"/>
          <w:b w:val="0"/>
          <w:i w:val="0"/>
          <w:color w:val="333333"/>
          <w:sz w:val="19"/>
        </w:rPr>
        <w:t>The last two digits must be chosen from 4, 5, 6, 7, 8, 9. Once the two digits are chosen, their order is forced.</w:t>
      </w:r>
    </w:p>
    <w:p>
      <w:pPr>
        <w:spacing w:before="0" w:after="80" w:line="300" w:lineRule="auto"/>
        <w:jc w:val="left"/>
      </w:pPr>
      <w:r>
        <w:rPr>
          <w:rFonts w:ascii="Times New Roman" w:hAnsi="Times New Roman" w:eastAsia="宋体"/>
          <w:b w:val="0"/>
          <w:i w:val="0"/>
          <w:color w:val="333333"/>
          <w:sz w:val="19"/>
        </w:rPr>
        <w:t>There are C(6, 2)=15 such integers.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最大金额对应 2019 枚五美分硬币和 1 枚一美分硬币；最小金额对应 1 枚五美分硬币和 2019 枚一美分硬币。</w:t>
      </w:r>
    </w:p>
    <w:p>
      <w:pPr>
        <w:spacing w:before="0" w:after="80" w:line="300" w:lineRule="auto"/>
        <w:jc w:val="left"/>
      </w:pPr>
      <w:r>
        <w:rPr>
          <w:rFonts w:ascii="Times New Roman" w:hAnsi="Times New Roman" w:eastAsia="宋体"/>
          <w:b w:val="0"/>
          <w:i w:val="0"/>
          <w:sz w:val="21"/>
        </w:rPr>
        <w:t>从第二种情况变到第一种情况，共把 2018 枚一美分硬币换成五美分硬币。每次替换增加 5-1=4 美分，所以差为</w:t>
      </w:r>
    </w:p>
    <w:p>
      <w:pPr>
        <w:spacing w:before="0" w:after="80" w:line="300" w:lineRule="auto"/>
        <w:jc w:val="left"/>
      </w:pPr>
      <w:r>
        <w:rPr>
          <w:rFonts w:ascii="Times New Roman" w:hAnsi="Times New Roman" w:eastAsia="宋体"/>
          <w:b w:val="0"/>
          <w:i w:val="0"/>
          <w:sz w:val="21"/>
        </w:rPr>
        <w:t>2018·4=8072</w:t>
      </w:r>
    </w:p>
    <w:p>
      <w:pPr>
        <w:spacing w:before="0" w:after="80" w:line="300" w:lineRule="auto"/>
        <w:jc w:val="left"/>
      </w:pPr>
      <w:r>
        <w:rPr>
          <w:rFonts w:ascii="Times New Roman" w:hAnsi="Times New Roman" w:eastAsia="宋体"/>
          <w:b w:val="0"/>
          <w:i w:val="0"/>
          <w:sz w:val="21"/>
        </w:rPr>
        <w:t>美分。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greatest value occurs with 2019 nickels and 1 penny, while the least occurs with 1 nickel and 2019 pennies.</w:t>
      </w:r>
    </w:p>
    <w:p>
      <w:pPr>
        <w:spacing w:before="0" w:after="80" w:line="300" w:lineRule="auto"/>
        <w:jc w:val="left"/>
      </w:pPr>
      <w:r>
        <w:rPr>
          <w:rFonts w:ascii="Times New Roman" w:hAnsi="Times New Roman" w:eastAsia="宋体"/>
          <w:b w:val="0"/>
          <w:i w:val="0"/>
          <w:color w:val="333333"/>
          <w:sz w:val="19"/>
        </w:rPr>
        <w:t>Between these two cases, 2018 pennies have been replaced by nickels. Each replacement adds 5-1=4 cents, so the difference is</w:t>
      </w:r>
    </w:p>
    <w:p>
      <w:pPr>
        <w:spacing w:before="0" w:after="80" w:line="300" w:lineRule="auto"/>
        <w:jc w:val="left"/>
      </w:pPr>
      <w:r>
        <w:rPr>
          <w:rFonts w:ascii="Times New Roman" w:hAnsi="Times New Roman" w:eastAsia="宋体"/>
          <w:b w:val="0"/>
          <w:i w:val="0"/>
          <w:color w:val="333333"/>
          <w:sz w:val="19"/>
        </w:rPr>
        <w:t>2018·4=8072</w:t>
      </w:r>
    </w:p>
    <w:p>
      <w:pPr>
        <w:spacing w:before="0" w:after="80" w:line="300" w:lineRule="auto"/>
        <w:jc w:val="left"/>
      </w:pPr>
      <w:r>
        <w:rPr>
          <w:rFonts w:ascii="Times New Roman" w:hAnsi="Times New Roman" w:eastAsia="宋体"/>
          <w:b w:val="0"/>
          <w:i w:val="0"/>
          <w:color w:val="333333"/>
          <w:sz w:val="19"/>
        </w:rPr>
        <w:t>cents.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顶层中，每条边上非角的小块恰好有两个糖霜面。共有 4 条边，每条边有 2 个这样的块，共 8 块。</w:t>
      </w:r>
    </w:p>
    <w:p>
      <w:pPr>
        <w:spacing w:before="0" w:after="80" w:line="300" w:lineRule="auto"/>
        <w:jc w:val="left"/>
      </w:pPr>
      <w:r>
        <w:rPr>
          <w:rFonts w:ascii="Times New Roman" w:hAnsi="Times New Roman" w:eastAsia="宋体"/>
          <w:b w:val="0"/>
          <w:i w:val="0"/>
          <w:sz w:val="21"/>
        </w:rPr>
        <w:t>在下面 3 层中，恰好有两个糖霜面的只有每层的 4 个角块，共 3·4=12 块。</w:t>
      </w:r>
    </w:p>
    <w:p>
      <w:pPr>
        <w:spacing w:before="0" w:after="80" w:line="300" w:lineRule="auto"/>
        <w:jc w:val="left"/>
      </w:pPr>
      <w:r>
        <w:rPr>
          <w:rFonts w:ascii="Times New Roman" w:hAnsi="Times New Roman" w:eastAsia="宋体"/>
          <w:b w:val="0"/>
          <w:i w:val="0"/>
          <w:sz w:val="21"/>
        </w:rPr>
        <w:t>总数为 8+12=20。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top layer, the non-corner edge pieces have icing on exactly two sides. There are 4 edges with 2 such pieces each, for 8 pieces.</w:t>
      </w:r>
    </w:p>
    <w:p>
      <w:pPr>
        <w:spacing w:before="0" w:after="80" w:line="300" w:lineRule="auto"/>
        <w:jc w:val="left"/>
      </w:pPr>
      <w:r>
        <w:rPr>
          <w:rFonts w:ascii="Times New Roman" w:hAnsi="Times New Roman" w:eastAsia="宋体"/>
          <w:b w:val="0"/>
          <w:i w:val="0"/>
          <w:color w:val="333333"/>
          <w:sz w:val="19"/>
        </w:rPr>
        <w:t>In each of the other 3 layers, the only pieces with exactly two iced sides are the 4 corner pieces. This adds 3·4=12 pieces.</w:t>
      </w:r>
    </w:p>
    <w:p>
      <w:pPr>
        <w:spacing w:before="0" w:after="80" w:line="300" w:lineRule="auto"/>
        <w:jc w:val="left"/>
      </w:pPr>
      <w:r>
        <w:rPr>
          <w:rFonts w:ascii="Times New Roman" w:hAnsi="Times New Roman" w:eastAsia="宋体"/>
          <w:b w:val="0"/>
          <w:i w:val="0"/>
          <w:color w:val="333333"/>
          <w:sz w:val="19"/>
        </w:rPr>
        <w:t>The total is 8+12=20.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四个弹珠共有 4!=24 种排列。</w:t>
      </w:r>
    </w:p>
    <w:p>
      <w:pPr>
        <w:spacing w:before="0" w:after="80" w:line="300" w:lineRule="auto"/>
        <w:jc w:val="left"/>
      </w:pPr>
      <w:r>
        <w:rPr>
          <w:rFonts w:ascii="Times New Roman" w:hAnsi="Times New Roman" w:eastAsia="宋体"/>
          <w:b w:val="0"/>
          <w:i w:val="0"/>
          <w:sz w:val="21"/>
        </w:rPr>
        <w:t>若斯蒂利和泰格相邻，把它们看成一个整体，则有 3! 种放置整体和另外两个弹珠的方法，整体内部有 2 种顺序，共 3!·2=12 种。</w:t>
      </w:r>
    </w:p>
    <w:p>
      <w:pPr>
        <w:spacing w:before="0" w:after="80" w:line="300" w:lineRule="auto"/>
        <w:jc w:val="left"/>
      </w:pPr>
      <w:r>
        <w:rPr>
          <w:rFonts w:ascii="Times New Roman" w:hAnsi="Times New Roman" w:eastAsia="宋体"/>
          <w:b w:val="0"/>
          <w:i w:val="0"/>
          <w:sz w:val="21"/>
        </w:rPr>
        <w:t>不相邻的排法为 24-12=12。</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4!=24 total arrangements of the marbles.</w:t>
      </w:r>
    </w:p>
    <w:p>
      <w:pPr>
        <w:spacing w:before="0" w:after="80" w:line="300" w:lineRule="auto"/>
        <w:jc w:val="left"/>
      </w:pPr>
      <w:r>
        <w:rPr>
          <w:rFonts w:ascii="Times New Roman" w:hAnsi="Times New Roman" w:eastAsia="宋体"/>
          <w:b w:val="0"/>
          <w:i w:val="0"/>
          <w:color w:val="333333"/>
          <w:sz w:val="19"/>
        </w:rPr>
        <w:t>If the Steelie and Tiger are adjacent, treat them as one block. Then there are 3! ways to arrange the block with the other two marbles, and 2 orders inside the block, for 3!·2=12 adjacent arrangements.</w:t>
      </w:r>
    </w:p>
    <w:p>
      <w:pPr>
        <w:spacing w:before="0" w:after="80" w:line="300" w:lineRule="auto"/>
        <w:jc w:val="left"/>
      </w:pPr>
      <w:r>
        <w:rPr>
          <w:rFonts w:ascii="Times New Roman" w:hAnsi="Times New Roman" w:eastAsia="宋体"/>
          <w:b w:val="0"/>
          <w:i w:val="0"/>
          <w:color w:val="333333"/>
          <w:sz w:val="19"/>
        </w:rPr>
        <w:t>Therefore, 24-12=12 arrangements keep the Steelie and Tiger separated.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娜奥米用 10 分钟走完 6 英里，平均速度为</w:t>
      </w:r>
    </w:p>
    <w:p>
      <w:pPr>
        <w:spacing w:before="0" w:after="80" w:line="300" w:lineRule="auto"/>
        <w:jc w:val="left"/>
      </w:pPr>
      <w:r>
        <w:rPr>
          <w:rFonts w:ascii="Times New Roman" w:hAnsi="Times New Roman" w:eastAsia="宋体"/>
          <w:b w:val="0"/>
          <w:i w:val="0"/>
          <w:sz w:val="21"/>
        </w:rPr>
        <w:t>6/(10/60)=36</w:t>
      </w:r>
    </w:p>
    <w:p>
      <w:pPr>
        <w:spacing w:before="0" w:after="80" w:line="300" w:lineRule="auto"/>
        <w:jc w:val="left"/>
      </w:pPr>
      <w:r>
        <w:rPr>
          <w:rFonts w:ascii="Times New Roman" w:hAnsi="Times New Roman" w:eastAsia="宋体"/>
          <w:b w:val="0"/>
          <w:i w:val="0"/>
          <w:sz w:val="21"/>
        </w:rPr>
        <w:t>英里每小时。</w:t>
      </w:r>
    </w:p>
    <w:p>
      <w:pPr>
        <w:spacing w:before="0" w:after="80" w:line="300" w:lineRule="auto"/>
        <w:jc w:val="left"/>
      </w:pPr>
      <w:r>
        <w:rPr>
          <w:rFonts w:ascii="Times New Roman" w:hAnsi="Times New Roman" w:eastAsia="宋体"/>
          <w:b w:val="0"/>
          <w:i w:val="0"/>
          <w:sz w:val="21"/>
        </w:rPr>
        <w:t>玛雅用 30 分钟走完 6 英里，平均速度为</w:t>
      </w:r>
    </w:p>
    <w:p>
      <w:pPr>
        <w:spacing w:before="0" w:after="80" w:line="300" w:lineRule="auto"/>
        <w:jc w:val="left"/>
      </w:pPr>
      <w:r>
        <w:rPr>
          <w:rFonts w:ascii="Times New Roman" w:hAnsi="Times New Roman" w:eastAsia="宋体"/>
          <w:b w:val="0"/>
          <w:i w:val="0"/>
          <w:sz w:val="21"/>
        </w:rPr>
        <w:t>6/(30/60)=12</w:t>
      </w:r>
    </w:p>
    <w:p>
      <w:pPr>
        <w:spacing w:before="0" w:after="80" w:line="300" w:lineRule="auto"/>
        <w:jc w:val="left"/>
      </w:pPr>
      <w:r>
        <w:rPr>
          <w:rFonts w:ascii="Times New Roman" w:hAnsi="Times New Roman" w:eastAsia="宋体"/>
          <w:b w:val="0"/>
          <w:i w:val="0"/>
          <w:sz w:val="21"/>
        </w:rPr>
        <w:t>英里每小时。</w:t>
      </w:r>
    </w:p>
    <w:p>
      <w:pPr>
        <w:spacing w:before="0" w:after="80" w:line="300" w:lineRule="auto"/>
        <w:jc w:val="left"/>
      </w:pPr>
      <w:r>
        <w:rPr>
          <w:rFonts w:ascii="Times New Roman" w:hAnsi="Times New Roman" w:eastAsia="宋体"/>
          <w:b w:val="0"/>
          <w:i w:val="0"/>
          <w:sz w:val="21"/>
        </w:rPr>
        <w:t>差为 36-12=24。</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Naomi traveled 6 miles in 10 minutes, so her average speed was</w:t>
      </w:r>
    </w:p>
    <w:p>
      <w:pPr>
        <w:spacing w:before="0" w:after="80" w:line="300" w:lineRule="auto"/>
        <w:jc w:val="left"/>
      </w:pPr>
      <w:r>
        <w:rPr>
          <w:rFonts w:ascii="Times New Roman" w:hAnsi="Times New Roman" w:eastAsia="宋体"/>
          <w:b w:val="0"/>
          <w:i w:val="0"/>
          <w:color w:val="333333"/>
          <w:sz w:val="19"/>
        </w:rPr>
        <w:t>6/(10/60)=36</w:t>
      </w:r>
    </w:p>
    <w:p>
      <w:pPr>
        <w:spacing w:before="0" w:after="80" w:line="300" w:lineRule="auto"/>
        <w:jc w:val="left"/>
      </w:pPr>
      <w:r>
        <w:rPr>
          <w:rFonts w:ascii="Times New Roman" w:hAnsi="Times New Roman" w:eastAsia="宋体"/>
          <w:b w:val="0"/>
          <w:i w:val="0"/>
          <w:color w:val="333333"/>
          <w:sz w:val="19"/>
        </w:rPr>
        <w:t>miles per hour.</w:t>
      </w:r>
    </w:p>
    <w:p>
      <w:pPr>
        <w:spacing w:before="0" w:after="80" w:line="300" w:lineRule="auto"/>
        <w:jc w:val="left"/>
      </w:pPr>
      <w:r>
        <w:rPr>
          <w:rFonts w:ascii="Times New Roman" w:hAnsi="Times New Roman" w:eastAsia="宋体"/>
          <w:b w:val="0"/>
          <w:i w:val="0"/>
          <w:color w:val="333333"/>
          <w:sz w:val="19"/>
        </w:rPr>
        <w:t>Maya traveled 6 miles in 30 minutes, so her average speed was</w:t>
      </w:r>
    </w:p>
    <w:p>
      <w:pPr>
        <w:spacing w:before="0" w:after="80" w:line="300" w:lineRule="auto"/>
        <w:jc w:val="left"/>
      </w:pPr>
      <w:r>
        <w:rPr>
          <w:rFonts w:ascii="Times New Roman" w:hAnsi="Times New Roman" w:eastAsia="宋体"/>
          <w:b w:val="0"/>
          <w:i w:val="0"/>
          <w:color w:val="333333"/>
          <w:sz w:val="19"/>
        </w:rPr>
        <w:t>6/(30/60)=12</w:t>
      </w:r>
    </w:p>
    <w:p>
      <w:pPr>
        <w:spacing w:before="0" w:after="80" w:line="300" w:lineRule="auto"/>
        <w:jc w:val="left"/>
      </w:pPr>
      <w:r>
        <w:rPr>
          <w:rFonts w:ascii="Times New Roman" w:hAnsi="Times New Roman" w:eastAsia="宋体"/>
          <w:b w:val="0"/>
          <w:i w:val="0"/>
          <w:color w:val="333333"/>
          <w:sz w:val="19"/>
        </w:rPr>
        <w:t>miles per hour.</w:t>
      </w:r>
    </w:p>
    <w:p>
      <w:pPr>
        <w:spacing w:before="0" w:after="80" w:line="300" w:lineRule="auto"/>
        <w:jc w:val="left"/>
      </w:pPr>
      <w:r>
        <w:rPr>
          <w:rFonts w:ascii="Times New Roman" w:hAnsi="Times New Roman" w:eastAsia="宋体"/>
          <w:b w:val="0"/>
          <w:i w:val="0"/>
          <w:color w:val="333333"/>
          <w:sz w:val="19"/>
        </w:rPr>
        <w:t>This difference is 36-12=24.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因为 5!=120=12·10，原方程可写成</w:t>
      </w:r>
    </w:p>
    <w:p>
      <w:pPr>
        <w:spacing w:before="0" w:after="80" w:line="300" w:lineRule="auto"/>
        <w:jc w:val="left"/>
      </w:pPr>
      <w:r>
        <w:rPr>
          <w:rFonts w:ascii="Times New Roman" w:hAnsi="Times New Roman" w:eastAsia="宋体"/>
          <w:b w:val="0"/>
          <w:i w:val="0"/>
          <w:sz w:val="21"/>
        </w:rPr>
        <w:t>12·10·9!=12· N!。</w:t>
      </w:r>
    </w:p>
    <w:p>
      <w:pPr>
        <w:spacing w:before="0" w:after="80" w:line="300" w:lineRule="auto"/>
        <w:jc w:val="left"/>
      </w:pPr>
      <w:r>
        <w:rPr>
          <w:rFonts w:ascii="Times New Roman" w:hAnsi="Times New Roman" w:eastAsia="宋体"/>
          <w:b w:val="0"/>
          <w:i w:val="0"/>
          <w:sz w:val="21"/>
        </w:rPr>
        <w:t>两边约去 12，得到 N!=10·9!=10!，所以 N=10。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5!=120=12·10, the equation becomes</w:t>
      </w:r>
    </w:p>
    <w:p>
      <w:pPr>
        <w:spacing w:before="0" w:after="80" w:line="300" w:lineRule="auto"/>
        <w:jc w:val="left"/>
      </w:pPr>
      <w:r>
        <w:rPr>
          <w:rFonts w:ascii="Times New Roman" w:hAnsi="Times New Roman" w:eastAsia="宋体"/>
          <w:b w:val="0"/>
          <w:i w:val="0"/>
          <w:color w:val="333333"/>
          <w:sz w:val="19"/>
        </w:rPr>
        <w:t>12·10·9!=12· N!.</w:t>
      </w:r>
    </w:p>
    <w:p>
      <w:pPr>
        <w:spacing w:before="0" w:after="80" w:line="300" w:lineRule="auto"/>
        <w:jc w:val="left"/>
      </w:pPr>
      <w:r>
        <w:rPr>
          <w:rFonts w:ascii="Times New Roman" w:hAnsi="Times New Roman" w:eastAsia="宋体"/>
          <w:b w:val="0"/>
          <w:i w:val="0"/>
          <w:color w:val="333333"/>
          <w:sz w:val="19"/>
        </w:rPr>
        <w:t>Canceling 12 gives N!=10·9!=10!, so N=10.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设贾马尔加入 s 只紫色袜子，则紫色袜子共有 s+18 只。</w:t>
      </w:r>
    </w:p>
    <w:p>
      <w:pPr>
        <w:spacing w:before="0" w:after="80" w:line="300" w:lineRule="auto"/>
        <w:jc w:val="left"/>
      </w:pPr>
      <w:r>
        <w:rPr>
          <w:rFonts w:ascii="Times New Roman" w:hAnsi="Times New Roman" w:eastAsia="宋体"/>
          <w:b w:val="0"/>
          <w:i w:val="0"/>
          <w:sz w:val="21"/>
        </w:rPr>
        <w:t>原来共有 36 只袜子，加入后总数为 s+36 只。</w:t>
      </w:r>
    </w:p>
    <w:p>
      <w:pPr>
        <w:spacing w:before="0" w:after="80" w:line="300" w:lineRule="auto"/>
        <w:jc w:val="left"/>
      </w:pPr>
      <w:r>
        <w:rPr>
          <w:rFonts w:ascii="Times New Roman" w:hAnsi="Times New Roman" w:eastAsia="宋体"/>
          <w:b w:val="0"/>
          <w:i w:val="0"/>
          <w:sz w:val="21"/>
        </w:rPr>
        <w:t>因为之后抽到紫色袜子的概率是 60%，所以</w:t>
      </w:r>
    </w:p>
    <w:p>
      <w:pPr>
        <w:spacing w:before="0" w:after="80" w:line="300" w:lineRule="auto"/>
        <w:jc w:val="left"/>
      </w:pPr>
      <w:r>
        <w:rPr>
          <w:rFonts w:ascii="Times New Roman" w:hAnsi="Times New Roman" w:eastAsia="宋体"/>
          <w:b w:val="0"/>
          <w:i w:val="0"/>
          <w:sz w:val="21"/>
        </w:rPr>
        <w:t>s+18/s+36=0.6。</w:t>
      </w:r>
    </w:p>
    <w:p>
      <w:pPr>
        <w:spacing w:before="0" w:after="80" w:line="300" w:lineRule="auto"/>
        <w:jc w:val="left"/>
      </w:pPr>
      <w:r>
        <w:rPr>
          <w:rFonts w:ascii="Times New Roman" w:hAnsi="Times New Roman" w:eastAsia="宋体"/>
          <w:b w:val="0"/>
          <w:i w:val="0"/>
          <w:sz w:val="21"/>
        </w:rPr>
        <w:t>解 s 得</w:t>
      </w:r>
    </w:p>
    <w:p>
      <w:pPr>
        <w:spacing w:before="0" w:after="80" w:line="300" w:lineRule="auto"/>
        <w:jc w:val="left"/>
      </w:pPr>
      <w:r>
        <w:rPr>
          <w:rFonts w:ascii="Times New Roman" w:hAnsi="Times New Roman" w:eastAsia="宋体"/>
          <w:b w:val="0"/>
          <w:i w:val="0"/>
          <w:sz w:val="21"/>
        </w:rPr>
        <w:t>s+18 = 0.6s+21.6</w:t>
      </w:r>
    </w:p>
    <w:p>
      <w:pPr>
        <w:spacing w:before="0" w:after="80" w:line="300" w:lineRule="auto"/>
        <w:jc w:val="left"/>
      </w:pPr>
      <w:r>
        <w:rPr>
          <w:rFonts w:ascii="Times New Roman" w:hAnsi="Times New Roman" w:eastAsia="宋体"/>
          <w:b w:val="0"/>
          <w:i w:val="0"/>
          <w:sz w:val="21"/>
        </w:rPr>
        <w:t>0.4s = 3.6</w:t>
      </w:r>
    </w:p>
    <w:p>
      <w:pPr>
        <w:spacing w:before="0" w:after="80" w:line="300" w:lineRule="auto"/>
        <w:jc w:val="left"/>
      </w:pPr>
      <w:r>
        <w:rPr>
          <w:rFonts w:ascii="Times New Roman" w:hAnsi="Times New Roman" w:eastAsia="宋体"/>
          <w:b w:val="0"/>
          <w:i w:val="0"/>
          <w:sz w:val="21"/>
        </w:rPr>
        <w:t>s = 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所以加入了 9 只袜子。</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Jamal adds s purple socks. Then, there will be s+18 purple socks.</w:t>
      </w:r>
    </w:p>
    <w:p>
      <w:pPr>
        <w:spacing w:before="0" w:after="80" w:line="300" w:lineRule="auto"/>
        <w:jc w:val="left"/>
      </w:pPr>
      <w:r>
        <w:rPr>
          <w:rFonts w:ascii="Times New Roman" w:hAnsi="Times New Roman" w:eastAsia="宋体"/>
          <w:b w:val="0"/>
          <w:i w:val="0"/>
          <w:color w:val="333333"/>
          <w:sz w:val="19"/>
        </w:rPr>
        <w:t>Also, since there are 36 total socks to begin with, we have s+36 socks after adding the socks.</w:t>
      </w:r>
    </w:p>
    <w:p>
      <w:pPr>
        <w:spacing w:before="0" w:after="80" w:line="300" w:lineRule="auto"/>
        <w:jc w:val="left"/>
      </w:pPr>
      <w:r>
        <w:rPr>
          <w:rFonts w:ascii="Times New Roman" w:hAnsi="Times New Roman" w:eastAsia="宋体"/>
          <w:b w:val="0"/>
          <w:i w:val="0"/>
          <w:color w:val="333333"/>
          <w:sz w:val="19"/>
        </w:rPr>
        <w:t>Since we have a 60% chance of choosing a purple sock afterwards, we know</w:t>
      </w:r>
    </w:p>
    <w:p>
      <w:pPr>
        <w:spacing w:before="0" w:after="80" w:line="300" w:lineRule="auto"/>
        <w:jc w:val="left"/>
      </w:pPr>
      <w:r>
        <w:rPr>
          <w:rFonts w:ascii="Times New Roman" w:hAnsi="Times New Roman" w:eastAsia="宋体"/>
          <w:b w:val="0"/>
          <w:i w:val="0"/>
          <w:color w:val="333333"/>
          <w:sz w:val="19"/>
        </w:rPr>
        <w:t>s+18/s+36=0.6.</w:t>
      </w:r>
    </w:p>
    <w:p>
      <w:pPr>
        <w:spacing w:before="0" w:after="80" w:line="300" w:lineRule="auto"/>
        <w:jc w:val="left"/>
      </w:pPr>
      <w:r>
        <w:rPr>
          <w:rFonts w:ascii="Times New Roman" w:hAnsi="Times New Roman" w:eastAsia="宋体"/>
          <w:b w:val="0"/>
          <w:i w:val="0"/>
          <w:color w:val="333333"/>
          <w:sz w:val="19"/>
        </w:rPr>
        <w:t>Solving for s yields:</w:t>
      </w:r>
    </w:p>
    <w:p>
      <w:pPr>
        <w:spacing w:before="0" w:after="80" w:line="300" w:lineRule="auto"/>
        <w:jc w:val="left"/>
      </w:pPr>
      <w:r>
        <w:rPr>
          <w:rFonts w:ascii="Times New Roman" w:hAnsi="Times New Roman" w:eastAsia="宋体"/>
          <w:b w:val="0"/>
          <w:i w:val="0"/>
          <w:color w:val="333333"/>
          <w:sz w:val="19"/>
        </w:rPr>
        <w:t>s+18 = 0.6s+21.6</w:t>
      </w:r>
    </w:p>
    <w:p>
      <w:pPr>
        <w:spacing w:before="0" w:after="80" w:line="300" w:lineRule="auto"/>
        <w:jc w:val="left"/>
      </w:pPr>
      <w:r>
        <w:rPr>
          <w:rFonts w:ascii="Times New Roman" w:hAnsi="Times New Roman" w:eastAsia="宋体"/>
          <w:b w:val="0"/>
          <w:i w:val="0"/>
          <w:color w:val="333333"/>
          <w:sz w:val="19"/>
        </w:rPr>
        <w:t>0.4s = 3.6</w:t>
      </w:r>
    </w:p>
    <w:p>
      <w:pPr>
        <w:spacing w:before="0" w:after="80" w:line="300" w:lineRule="auto"/>
        <w:jc w:val="left"/>
      </w:pPr>
      <w:r>
        <w:rPr>
          <w:rFonts w:ascii="Times New Roman" w:hAnsi="Times New Roman" w:eastAsia="宋体"/>
          <w:b w:val="0"/>
          <w:i w:val="0"/>
          <w:color w:val="333333"/>
          <w:sz w:val="19"/>
        </w:rPr>
        <w:t>s = 9.</w:t>
      </w:r>
    </w:p>
    <w:p>
      <w:pPr>
        <w:spacing w:before="0" w:after="80" w:line="300" w:lineRule="auto"/>
        <w:jc w:val="left"/>
      </w:pPr>
      <w:r>
        <w:rPr>
          <w:rFonts w:ascii="Times New Roman" w:hAnsi="Times New Roman" w:eastAsia="宋体"/>
          <w:b w:val="0"/>
          <w:i w:val="0"/>
          <w:color w:val="333333"/>
          <w:sz w:val="19"/>
        </w:rPr>
        <w:t>Therefore, 9 socks are added.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从虚线读出平均人口约为 4750。</w:t>
      </w:r>
    </w:p>
    <w:p>
      <w:pPr>
        <w:spacing w:before="0" w:after="80" w:line="300" w:lineRule="auto"/>
        <w:jc w:val="left"/>
      </w:pPr>
      <w:r>
        <w:rPr>
          <w:rFonts w:ascii="Times New Roman" w:hAnsi="Times New Roman" w:eastAsia="宋体"/>
          <w:b w:val="0"/>
          <w:i w:val="0"/>
          <w:sz w:val="21"/>
        </w:rPr>
        <w:t>有 20 个城市，所以总人口约为</w:t>
      </w:r>
    </w:p>
    <w:p>
      <w:pPr>
        <w:spacing w:before="0" w:after="80" w:line="300" w:lineRule="auto"/>
        <w:jc w:val="left"/>
      </w:pPr>
      <w:r>
        <w:rPr>
          <w:rFonts w:ascii="Times New Roman" w:hAnsi="Times New Roman" w:eastAsia="宋体"/>
          <w:b w:val="0"/>
          <w:i w:val="0"/>
          <w:sz w:val="21"/>
        </w:rPr>
        <w:t>20·4750=95,000。</w:t>
      </w:r>
    </w:p>
    <w:p>
      <w:pPr>
        <w:spacing w:before="0" w:after="80" w:line="300" w:lineRule="auto"/>
        <w:jc w:val="left"/>
      </w:pPr>
      <w:r>
        <w:rPr>
          <w:rFonts w:ascii="Times New Roman" w:hAnsi="Times New Roman" w:eastAsia="宋体"/>
          <w:b w:val="0"/>
          <w:i w:val="0"/>
          <w:sz w:val="21"/>
        </w:rPr>
        <w:t>因此总人口约为 95,000。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Looking at the horizontal dashed line, the average population is around 4750.</w:t>
      </w:r>
    </w:p>
    <w:p>
      <w:pPr>
        <w:spacing w:before="0" w:after="80" w:line="300" w:lineRule="auto"/>
        <w:jc w:val="left"/>
      </w:pPr>
      <w:r>
        <w:rPr>
          <w:rFonts w:ascii="Times New Roman" w:hAnsi="Times New Roman" w:eastAsia="宋体"/>
          <w:b w:val="0"/>
          <w:i w:val="0"/>
          <w:color w:val="333333"/>
          <w:sz w:val="19"/>
        </w:rPr>
        <w:t>Since there are 20 cities, the total population is approximately</w:t>
      </w:r>
    </w:p>
    <w:p>
      <w:pPr>
        <w:spacing w:before="0" w:after="80" w:line="300" w:lineRule="auto"/>
        <w:jc w:val="left"/>
      </w:pPr>
      <w:r>
        <w:rPr>
          <w:rFonts w:ascii="Times New Roman" w:hAnsi="Times New Roman" w:eastAsia="宋体"/>
          <w:b w:val="0"/>
          <w:i w:val="0"/>
          <w:color w:val="333333"/>
          <w:sz w:val="19"/>
        </w:rPr>
        <w:t>20·4750=95,000.</w:t>
      </w:r>
    </w:p>
    <w:p>
      <w:pPr>
        <w:spacing w:before="0" w:after="80" w:line="300" w:lineRule="auto"/>
        <w:jc w:val="left"/>
      </w:pPr>
      <w:r>
        <w:rPr>
          <w:rFonts w:ascii="Times New Roman" w:hAnsi="Times New Roman" w:eastAsia="宋体"/>
          <w:b w:val="0"/>
          <w:i w:val="0"/>
          <w:color w:val="333333"/>
          <w:sz w:val="19"/>
        </w:rPr>
        <w:t>Therefore, the total population is approximately 95,000.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题目条件给出 0.15x=0.20y。</w:t>
      </w:r>
    </w:p>
    <w:p>
      <w:pPr>
        <w:spacing w:before="0" w:after="80" w:line="300" w:lineRule="auto"/>
        <w:jc w:val="left"/>
      </w:pPr>
      <w:r>
        <w:rPr>
          <w:rFonts w:ascii="Times New Roman" w:hAnsi="Times New Roman" w:eastAsia="宋体"/>
          <w:b w:val="0"/>
          <w:i w:val="0"/>
          <w:sz w:val="21"/>
        </w:rPr>
        <w:t>解出 y，得到 y=0.15/0.20x=3/4x。</w:t>
      </w:r>
    </w:p>
    <w:p>
      <w:pPr>
        <w:spacing w:before="0" w:after="80" w:line="300" w:lineRule="auto"/>
        <w:jc w:val="left"/>
      </w:pPr>
      <w:r>
        <w:rPr>
          <w:rFonts w:ascii="Times New Roman" w:hAnsi="Times New Roman" w:eastAsia="宋体"/>
          <w:b w:val="0"/>
          <w:i w:val="0"/>
          <w:sz w:val="21"/>
        </w:rPr>
        <w:t>因此 y 是 x 的 75%。</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statement gives 0.15x=0.20y.</w:t>
      </w:r>
    </w:p>
    <w:p>
      <w:pPr>
        <w:spacing w:before="0" w:after="80" w:line="300" w:lineRule="auto"/>
        <w:jc w:val="left"/>
      </w:pPr>
      <w:r>
        <w:rPr>
          <w:rFonts w:ascii="Times New Roman" w:hAnsi="Times New Roman" w:eastAsia="宋体"/>
          <w:b w:val="0"/>
          <w:i w:val="0"/>
          <w:color w:val="333333"/>
          <w:sz w:val="19"/>
        </w:rPr>
        <w:t>Solving for y gives y=0.15/0.20x=3/4x.</w:t>
      </w:r>
    </w:p>
    <w:p>
      <w:pPr>
        <w:spacing w:before="0" w:after="80" w:line="300" w:lineRule="auto"/>
        <w:jc w:val="left"/>
      </w:pPr>
      <w:r>
        <w:rPr>
          <w:rFonts w:ascii="Times New Roman" w:hAnsi="Times New Roman" w:eastAsia="宋体"/>
          <w:b w:val="0"/>
          <w:i w:val="0"/>
          <w:color w:val="333333"/>
          <w:sz w:val="19"/>
        </w:rPr>
        <w:t>Therefore, y is 75% of 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除 B 外，每个点都在两条线上，所以在五个线和中被计入两次；B 在三条线上，因此还要多计一次。</w:t>
      </w:r>
    </w:p>
    <w:p>
      <w:pPr>
        <w:spacing w:before="0" w:after="80" w:line="300" w:lineRule="auto"/>
        <w:jc w:val="left"/>
      </w:pPr>
      <w:r>
        <w:rPr>
          <w:rFonts w:ascii="Times New Roman" w:hAnsi="Times New Roman" w:eastAsia="宋体"/>
          <w:b w:val="0"/>
          <w:i w:val="0"/>
          <w:sz w:val="21"/>
        </w:rPr>
        <w:t>六个数字恰为 1、2、3、4、5、6，总和是 21。因此</w:t>
      </w:r>
    </w:p>
    <w:p>
      <w:pPr>
        <w:spacing w:before="0" w:after="80" w:line="300" w:lineRule="auto"/>
        <w:jc w:val="left"/>
      </w:pPr>
      <w:r>
        <w:rPr>
          <w:rFonts w:ascii="Times New Roman" w:hAnsi="Times New Roman" w:eastAsia="宋体"/>
          <w:b w:val="0"/>
          <w:i w:val="0"/>
          <w:sz w:val="21"/>
        </w:rPr>
        <w:t>2·21+B=47，</w:t>
      </w:r>
    </w:p>
    <w:p>
      <w:pPr>
        <w:spacing w:before="0" w:after="80" w:line="300" w:lineRule="auto"/>
        <w:jc w:val="left"/>
      </w:pPr>
      <w:r>
        <w:rPr>
          <w:rFonts w:ascii="Times New Roman" w:hAnsi="Times New Roman" w:eastAsia="宋体"/>
          <w:b w:val="0"/>
          <w:i w:val="0"/>
          <w:sz w:val="21"/>
        </w:rPr>
        <w:t>所以 B=5。</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point is counted in two of the line sums except B, which is counted in three. Thus the total of the five line sums is twice the sum of all six digits, plus one extra B.</w:t>
      </w:r>
    </w:p>
    <w:p>
      <w:pPr>
        <w:spacing w:before="0" w:after="80" w:line="300" w:lineRule="auto"/>
        <w:jc w:val="left"/>
      </w:pPr>
      <w:r>
        <w:rPr>
          <w:rFonts w:ascii="Times New Roman" w:hAnsi="Times New Roman" w:eastAsia="宋体"/>
          <w:b w:val="0"/>
          <w:i w:val="0"/>
          <w:color w:val="333333"/>
          <w:sz w:val="19"/>
        </w:rPr>
        <w:t>The digits are exactly 1, 2, 3, 4, 5, and 6, whose sum is 21. Therefore</w:t>
      </w:r>
    </w:p>
    <w:p>
      <w:pPr>
        <w:spacing w:before="0" w:after="80" w:line="300" w:lineRule="auto"/>
        <w:jc w:val="left"/>
      </w:pPr>
      <w:r>
        <w:rPr>
          <w:rFonts w:ascii="Times New Roman" w:hAnsi="Times New Roman" w:eastAsia="宋体"/>
          <w:b w:val="0"/>
          <w:i w:val="0"/>
          <w:color w:val="333333"/>
          <w:sz w:val="19"/>
        </w:rPr>
        <w:t>2·21+B=47,</w:t>
      </w:r>
    </w:p>
    <w:p>
      <w:pPr>
        <w:spacing w:before="0" w:after="80" w:line="300" w:lineRule="auto"/>
        <w:jc w:val="left"/>
      </w:pPr>
      <w:r>
        <w:rPr>
          <w:rFonts w:ascii="Times New Roman" w:hAnsi="Times New Roman" w:eastAsia="宋体"/>
          <w:b w:val="0"/>
          <w:i w:val="0"/>
          <w:color w:val="333333"/>
          <w:sz w:val="19"/>
        </w:rPr>
        <w:t>so B=5.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因为 2020=2²·5·101，所以它有</w:t>
      </w:r>
    </w:p>
    <w:p>
      <w:pPr>
        <w:spacing w:before="0" w:after="80" w:line="300" w:lineRule="auto"/>
        <w:jc w:val="left"/>
      </w:pPr>
      <w:r>
        <w:rPr>
          <w:rFonts w:ascii="Times New Roman" w:hAnsi="Times New Roman" w:eastAsia="宋体"/>
          <w:b w:val="0"/>
          <w:i w:val="0"/>
          <w:sz w:val="21"/>
        </w:rPr>
        <w:t>(2+1)(1+1)(1+1)=12</w:t>
      </w:r>
    </w:p>
    <w:p>
      <w:pPr>
        <w:spacing w:before="0" w:after="80" w:line="300" w:lineRule="auto"/>
        <w:jc w:val="left"/>
      </w:pPr>
      <w:r>
        <w:rPr>
          <w:rFonts w:ascii="Times New Roman" w:hAnsi="Times New Roman" w:eastAsia="宋体"/>
          <w:b w:val="0"/>
          <w:i w:val="0"/>
          <w:sz w:val="21"/>
        </w:rPr>
        <w:t>个正因数。</w:t>
      </w:r>
    </w:p>
    <w:p>
      <w:pPr>
        <w:spacing w:before="0" w:after="80" w:line="300" w:lineRule="auto"/>
        <w:jc w:val="left"/>
      </w:pPr>
      <w:r>
        <w:rPr>
          <w:rFonts w:ascii="Times New Roman" w:hAnsi="Times New Roman" w:eastAsia="宋体"/>
          <w:b w:val="0"/>
          <w:i w:val="0"/>
          <w:sz w:val="21"/>
        </w:rPr>
        <w:t>在这些因数中，只有 1 和质数 2、5、101 的因数少于三个，而 4 恰有三个因数。因此其余 12-5=7 个因数本身都拥有超过三个因数。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2020=2²·5·101, it has</w:t>
      </w:r>
    </w:p>
    <w:p>
      <w:pPr>
        <w:spacing w:before="0" w:after="80" w:line="300" w:lineRule="auto"/>
        <w:jc w:val="left"/>
      </w:pPr>
      <w:r>
        <w:rPr>
          <w:rFonts w:ascii="Times New Roman" w:hAnsi="Times New Roman" w:eastAsia="宋体"/>
          <w:b w:val="0"/>
          <w:i w:val="0"/>
          <w:color w:val="333333"/>
          <w:sz w:val="19"/>
        </w:rPr>
        <w:t>(2+1)(1+1)(1+1)=12</w:t>
      </w:r>
    </w:p>
    <w:p>
      <w:pPr>
        <w:spacing w:before="0" w:after="80" w:line="300" w:lineRule="auto"/>
        <w:jc w:val="left"/>
      </w:pPr>
      <w:r>
        <w:rPr>
          <w:rFonts w:ascii="Times New Roman" w:hAnsi="Times New Roman" w:eastAsia="宋体"/>
          <w:b w:val="0"/>
          <w:i w:val="0"/>
          <w:color w:val="333333"/>
          <w:sz w:val="19"/>
        </w:rPr>
        <w:t>positive factors.</w:t>
      </w:r>
    </w:p>
    <w:p>
      <w:pPr>
        <w:spacing w:before="0" w:after="80" w:line="300" w:lineRule="auto"/>
        <w:jc w:val="left"/>
      </w:pPr>
      <w:r>
        <w:rPr>
          <w:rFonts w:ascii="Times New Roman" w:hAnsi="Times New Roman" w:eastAsia="宋体"/>
          <w:b w:val="0"/>
          <w:i w:val="0"/>
          <w:color w:val="333333"/>
          <w:sz w:val="19"/>
        </w:rPr>
        <w:t>Among those factors, only 1 and the primes 2, 5, and 101 have fewer than three factors, while 4 has exactly three. The other 12-5=7 factors therefore have more than three factors.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因为 FE 是半圆直径，直径长为 34，半径为 17。设 O 为直径的中点。</w:t>
      </w:r>
    </w:p>
    <w:p>
      <w:pPr>
        <w:spacing w:before="0" w:after="80" w:line="300" w:lineRule="auto"/>
        <w:jc w:val="left"/>
      </w:pPr>
      <w:r>
        <w:rPr>
          <w:rFonts w:ascii="Times New Roman" w:hAnsi="Times New Roman" w:eastAsia="宋体"/>
          <w:b w:val="0"/>
          <w:i w:val="0"/>
          <w:sz w:val="21"/>
        </w:rPr>
        <w:t>因此 OF 的长度为 17。</w:t>
      </w:r>
    </w:p>
    <w:p>
      <w:pPr>
        <w:spacing w:before="0" w:after="80" w:line="300" w:lineRule="auto"/>
        <w:jc w:val="left"/>
      </w:pPr>
      <w:r>
        <w:rPr>
          <w:rFonts w:ascii="Times New Roman" w:hAnsi="Times New Roman" w:eastAsia="宋体"/>
          <w:b w:val="0"/>
          <w:i w:val="0"/>
          <w:sz w:val="21"/>
        </w:rPr>
        <w:t>由于 D 在 OF 上，</w:t>
      </w:r>
    </w:p>
    <w:p>
      <w:pPr>
        <w:spacing w:before="0" w:after="80" w:line="300" w:lineRule="auto"/>
        <w:jc w:val="left"/>
      </w:pPr>
      <w:r>
        <w:rPr>
          <w:rFonts w:ascii="Times New Roman" w:hAnsi="Times New Roman" w:eastAsia="宋体"/>
          <w:b w:val="0"/>
          <w:i w:val="0"/>
          <w:sz w:val="21"/>
        </w:rPr>
        <w:t>OD + FD = OF</w:t>
      </w:r>
    </w:p>
    <w:p>
      <w:pPr>
        <w:spacing w:before="0" w:after="80" w:line="300" w:lineRule="auto"/>
        <w:jc w:val="left"/>
      </w:pPr>
      <w:r>
        <w:rPr>
          <w:rFonts w:ascii="Times New Roman" w:hAnsi="Times New Roman" w:eastAsia="宋体"/>
          <w:b w:val="0"/>
          <w:i w:val="0"/>
          <w:sz w:val="21"/>
        </w:rPr>
        <w:t>OD + 9 = 17</w:t>
      </w:r>
    </w:p>
    <w:p>
      <w:pPr>
        <w:spacing w:before="0" w:after="80" w:line="300" w:lineRule="auto"/>
        <w:jc w:val="left"/>
      </w:pPr>
      <w:r>
        <w:rPr>
          <w:rFonts w:ascii="Times New Roman" w:hAnsi="Times New Roman" w:eastAsia="宋体"/>
          <w:b w:val="0"/>
          <w:i w:val="0"/>
          <w:sz w:val="21"/>
        </w:rPr>
        <w:t>OD = 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又因为该点在半圆上，所以 OC = 17。</w:t>
      </w:r>
    </w:p>
    <w:p>
      <w:pPr>
        <w:spacing w:before="0" w:after="80" w:line="300" w:lineRule="auto"/>
        <w:jc w:val="left"/>
      </w:pPr>
      <w:r>
        <w:rPr>
          <w:rFonts w:ascii="Times New Roman" w:hAnsi="Times New Roman" w:eastAsia="宋体"/>
          <w:b w:val="0"/>
          <w:i w:val="0"/>
          <w:sz w:val="21"/>
        </w:rPr>
        <w:t>矩形 ABCD 中，∠ ODC 是直角。用勾股定理求 DC：</w:t>
      </w:r>
    </w:p>
    <w:p>
      <w:pPr>
        <w:spacing w:before="0" w:after="80" w:line="300" w:lineRule="auto"/>
        <w:jc w:val="left"/>
      </w:pPr>
      <w:r>
        <w:rPr>
          <w:rFonts w:ascii="Times New Roman" w:hAnsi="Times New Roman" w:eastAsia="宋体"/>
          <w:b w:val="0"/>
          <w:i w:val="0"/>
          <w:sz w:val="21"/>
        </w:rPr>
        <w:t>OD²+DC²=OC²</w:t>
      </w:r>
    </w:p>
    <w:p>
      <w:pPr>
        <w:spacing w:before="0" w:after="80" w:line="300" w:lineRule="auto"/>
        <w:jc w:val="left"/>
      </w:pPr>
      <w:r>
        <w:rPr>
          <w:rFonts w:ascii="Times New Roman" w:hAnsi="Times New Roman" w:eastAsia="宋体"/>
          <w:b w:val="0"/>
          <w:i w:val="0"/>
          <w:sz w:val="21"/>
        </w:rPr>
        <w:t>8²+DC² = 17²</w:t>
      </w:r>
    </w:p>
    <w:p>
      <w:pPr>
        <w:spacing w:before="0" w:after="80" w:line="300" w:lineRule="auto"/>
        <w:jc w:val="left"/>
      </w:pPr>
      <w:r>
        <w:rPr>
          <w:rFonts w:ascii="Times New Roman" w:hAnsi="Times New Roman" w:eastAsia="宋体"/>
          <w:b w:val="0"/>
          <w:i w:val="0"/>
          <w:sz w:val="21"/>
        </w:rPr>
        <w:t>DC = 15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因此矩形面积为 DC· DA = 15· 16=240。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FE is the diameter of the semicircle, we know the length of the diameter is 34, and so the radius is 17. Let O be the center of the diameter.</w:t>
      </w:r>
    </w:p>
    <w:p>
      <w:pPr>
        <w:spacing w:before="0" w:after="80" w:line="300" w:lineRule="auto"/>
        <w:jc w:val="left"/>
      </w:pPr>
      <w:r>
        <w:rPr>
          <w:rFonts w:ascii="Times New Roman" w:hAnsi="Times New Roman" w:eastAsia="宋体"/>
          <w:b w:val="0"/>
          <w:i w:val="0"/>
          <w:color w:val="333333"/>
          <w:sz w:val="19"/>
        </w:rPr>
        <w:t>The length from OF therefore is 17.</w:t>
      </w:r>
    </w:p>
    <w:p>
      <w:pPr>
        <w:spacing w:before="0" w:after="80" w:line="300" w:lineRule="auto"/>
        <w:jc w:val="left"/>
      </w:pPr>
      <w:r>
        <w:rPr>
          <w:rFonts w:ascii="Times New Roman" w:hAnsi="Times New Roman" w:eastAsia="宋体"/>
          <w:b w:val="0"/>
          <w:i w:val="0"/>
          <w:color w:val="333333"/>
          <w:sz w:val="19"/>
        </w:rPr>
        <w:t>Since D is on OF, we know</w:t>
      </w:r>
    </w:p>
    <w:p>
      <w:pPr>
        <w:spacing w:before="0" w:after="80" w:line="300" w:lineRule="auto"/>
        <w:jc w:val="left"/>
      </w:pPr>
      <w:r>
        <w:rPr>
          <w:rFonts w:ascii="Times New Roman" w:hAnsi="Times New Roman" w:eastAsia="宋体"/>
          <w:b w:val="0"/>
          <w:i w:val="0"/>
          <w:color w:val="333333"/>
          <w:sz w:val="19"/>
        </w:rPr>
        <w:t>OD + FD = OF</w:t>
      </w:r>
    </w:p>
    <w:p>
      <w:pPr>
        <w:spacing w:before="0" w:after="80" w:line="300" w:lineRule="auto"/>
        <w:jc w:val="left"/>
      </w:pPr>
      <w:r>
        <w:rPr>
          <w:rFonts w:ascii="Times New Roman" w:hAnsi="Times New Roman" w:eastAsia="宋体"/>
          <w:b w:val="0"/>
          <w:i w:val="0"/>
          <w:color w:val="333333"/>
          <w:sz w:val="19"/>
        </w:rPr>
        <w:t>OD + 9 = 17</w:t>
      </w:r>
    </w:p>
    <w:p>
      <w:pPr>
        <w:spacing w:before="0" w:after="80" w:line="300" w:lineRule="auto"/>
        <w:jc w:val="left"/>
      </w:pPr>
      <w:r>
        <w:rPr>
          <w:rFonts w:ascii="Times New Roman" w:hAnsi="Times New Roman" w:eastAsia="宋体"/>
          <w:b w:val="0"/>
          <w:i w:val="0"/>
          <w:color w:val="333333"/>
          <w:sz w:val="19"/>
        </w:rPr>
        <w:t>OD = 8.</w:t>
      </w:r>
    </w:p>
    <w:p>
      <w:pPr>
        <w:spacing w:before="0" w:after="80" w:line="300" w:lineRule="auto"/>
        <w:jc w:val="left"/>
      </w:pPr>
      <w:r>
        <w:rPr>
          <w:rFonts w:ascii="Times New Roman" w:hAnsi="Times New Roman" w:eastAsia="宋体"/>
          <w:b w:val="0"/>
          <w:i w:val="0"/>
          <w:color w:val="333333"/>
          <w:sz w:val="19"/>
        </w:rPr>
        <w:t>Also, since we have a semicircle, we know OC = 17.</w:t>
      </w:r>
    </w:p>
    <w:p>
      <w:pPr>
        <w:spacing w:before="0" w:after="80" w:line="300" w:lineRule="auto"/>
        <w:jc w:val="left"/>
      </w:pPr>
      <w:r>
        <w:rPr>
          <w:rFonts w:ascii="Times New Roman" w:hAnsi="Times New Roman" w:eastAsia="宋体"/>
          <w:b w:val="0"/>
          <w:i w:val="0"/>
          <w:color w:val="333333"/>
          <w:sz w:val="19"/>
        </w:rPr>
        <w:t>Finally, since ABCD is a rectangle, we know ∠ ODC is a right angle. This means we can find DC by the Pythagorean Theorem. We know</w:t>
      </w:r>
    </w:p>
    <w:p>
      <w:pPr>
        <w:spacing w:before="0" w:after="80" w:line="300" w:lineRule="auto"/>
        <w:jc w:val="left"/>
      </w:pPr>
      <w:r>
        <w:rPr>
          <w:rFonts w:ascii="Times New Roman" w:hAnsi="Times New Roman" w:eastAsia="宋体"/>
          <w:b w:val="0"/>
          <w:i w:val="0"/>
          <w:color w:val="333333"/>
          <w:sz w:val="19"/>
        </w:rPr>
        <w:t>OD²+DC²=OC²</w:t>
      </w:r>
    </w:p>
    <w:p>
      <w:pPr>
        <w:spacing w:before="0" w:after="80" w:line="300" w:lineRule="auto"/>
        <w:jc w:val="left"/>
      </w:pPr>
      <w:r>
        <w:rPr>
          <w:rFonts w:ascii="Times New Roman" w:hAnsi="Times New Roman" w:eastAsia="宋体"/>
          <w:b w:val="0"/>
          <w:i w:val="0"/>
          <w:color w:val="333333"/>
          <w:sz w:val="19"/>
        </w:rPr>
        <w:t>8²+DC² = 17²</w:t>
      </w:r>
    </w:p>
    <w:p>
      <w:pPr>
        <w:spacing w:before="0" w:after="80" w:line="300" w:lineRule="auto"/>
        <w:jc w:val="left"/>
      </w:pPr>
      <w:r>
        <w:rPr>
          <w:rFonts w:ascii="Times New Roman" w:hAnsi="Times New Roman" w:eastAsia="宋体"/>
          <w:b w:val="0"/>
          <w:i w:val="0"/>
          <w:color w:val="333333"/>
          <w:sz w:val="19"/>
        </w:rPr>
        <w:t>DC = 15.</w:t>
      </w:r>
    </w:p>
    <w:p>
      <w:pPr>
        <w:spacing w:before="0" w:after="80" w:line="300" w:lineRule="auto"/>
        <w:jc w:val="left"/>
      </w:pPr>
      <w:r>
        <w:rPr>
          <w:rFonts w:ascii="Times New Roman" w:hAnsi="Times New Roman" w:eastAsia="宋体"/>
          <w:b w:val="0"/>
          <w:i w:val="0"/>
          <w:color w:val="333333"/>
          <w:sz w:val="19"/>
        </w:rPr>
        <w:t>Thus, the area of the rectangle is DC· DA = 15· 16=240.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一个五位交替数形如 ABABA，其中 A≠0 且 A≠ B。能被 5 整除要求末位 A 为 0 或 5。因为 A≠0，所以必须有 A=5。</w:t>
      </w:r>
    </w:p>
    <w:p>
      <w:pPr>
        <w:spacing w:before="0" w:after="80" w:line="300" w:lineRule="auto"/>
        <w:jc w:val="left"/>
      </w:pPr>
      <w:r>
        <w:rPr>
          <w:rFonts w:ascii="Times New Roman" w:hAnsi="Times New Roman" w:eastAsia="宋体"/>
          <w:b w:val="0"/>
          <w:i w:val="0"/>
          <w:sz w:val="21"/>
        </w:rPr>
        <w:t>因此这个数形如 5B5B5。它的各位数字之和为 15+2B，所以能被 3 整除要求 B 是 3 的倍数。可能值为 B=0、B=3、B=6、B=9，共得到 4 个数。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five-digit flippy number has the form ABABA, where A≠0 and A≠ B. Divisibility by 5 requires the last digit A to be 0 or 5. Since A≠0, we must have A=5.</w:t>
      </w:r>
    </w:p>
    <w:p>
      <w:pPr>
        <w:spacing w:before="0" w:after="80" w:line="300" w:lineRule="auto"/>
        <w:jc w:val="left"/>
      </w:pPr>
      <w:r>
        <w:rPr>
          <w:rFonts w:ascii="Times New Roman" w:hAnsi="Times New Roman" w:eastAsia="宋体"/>
          <w:b w:val="0"/>
          <w:i w:val="0"/>
          <w:color w:val="333333"/>
          <w:sz w:val="19"/>
        </w:rPr>
        <w:t>The number therefore has the form 5B5B5. Its digit sum is 15+2B, so divisibility by 3 requires B to be a multiple of 3. The possibilities are B=0, B=3, B=6, and B=9, giving 4 numbers.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第 2 棵树高 11 米。由于相邻两棵树高度相差因子 2，且高度都是整数，第 1 棵和第 3 棵都必须高 22 米。</w:t>
      </w:r>
    </w:p>
    <w:p>
      <w:pPr>
        <w:spacing w:before="0" w:after="80" w:line="300" w:lineRule="auto"/>
        <w:jc w:val="left"/>
      </w:pPr>
      <w:r>
        <w:rPr>
          <w:rFonts w:ascii="Times New Roman" w:hAnsi="Times New Roman" w:eastAsia="宋体"/>
          <w:b w:val="0"/>
          <w:i w:val="0"/>
          <w:sz w:val="21"/>
        </w:rPr>
        <w:t>前三棵树总高为 22+11+22=55 米。第 4 棵和第 5 棵的可能整数高度对为 (11,22)、(44,22)、(44,88)。</w:t>
      </w:r>
    </w:p>
    <w:p>
      <w:pPr>
        <w:spacing w:before="0" w:after="80" w:line="300" w:lineRule="auto"/>
        <w:jc w:val="left"/>
      </w:pPr>
      <w:r>
        <w:rPr>
          <w:rFonts w:ascii="Times New Roman" w:hAnsi="Times New Roman" w:eastAsia="宋体"/>
          <w:b w:val="0"/>
          <w:i w:val="0"/>
          <w:sz w:val="21"/>
        </w:rPr>
        <w:t>这三种情况对应的平均数分别为 17.6、24.2、37.4。笔记表明平均数以 0.2 结尾，所以只能是 24.2。</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Tree 2 is 11 meters tall. Since all heights are integers and neighboring trees differ by a factor of 2, trees 1 and 3 must both be 22 meters tall.</w:t>
      </w:r>
    </w:p>
    <w:p>
      <w:pPr>
        <w:spacing w:before="0" w:after="80" w:line="300" w:lineRule="auto"/>
        <w:jc w:val="left"/>
      </w:pPr>
      <w:r>
        <w:rPr>
          <w:rFonts w:ascii="Times New Roman" w:hAnsi="Times New Roman" w:eastAsia="宋体"/>
          <w:b w:val="0"/>
          <w:i w:val="0"/>
          <w:color w:val="333333"/>
          <w:sz w:val="19"/>
        </w:rPr>
        <w:t>The first three trees total 22+11+22=55 meters. The possible integer pairs for trees 4 and 5 are (11,22), (44,22), and (44,88).</w:t>
      </w:r>
    </w:p>
    <w:p>
      <w:pPr>
        <w:spacing w:before="0" w:after="80" w:line="300" w:lineRule="auto"/>
        <w:jc w:val="left"/>
      </w:pPr>
      <w:r>
        <w:rPr>
          <w:rFonts w:ascii="Times New Roman" w:hAnsi="Times New Roman" w:eastAsia="宋体"/>
          <w:b w:val="0"/>
          <w:i w:val="0"/>
          <w:color w:val="333333"/>
          <w:sz w:val="19"/>
        </w:rPr>
        <w:t>These give averages 17.6, 24.2, and 37.4, respectively. The notebook shows that the average ends in 0.2, so it must be 24.2.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每一步都必须向上一行，并向左或向右移动。从 P 开始逐行计算，每个可达方格的路径数等于下面两个相邻方格路径数之和。</w:t>
      </w:r>
    </w:p>
    <w:p>
      <w:pPr>
        <w:spacing w:before="80" w:after="80"/>
        <w:jc w:val="center"/>
      </w:pPr>
      <w:r>
        <w:drawing>
          <wp:inline xmlns:a="http://schemas.openxmlformats.org/drawingml/2006/main" xmlns:pic="http://schemas.openxmlformats.org/drawingml/2006/picture">
            <wp:extent cx="2435640" cy="2435640"/>
            <wp:docPr id="21" name="Picture 21"/>
            <wp:cNvGraphicFramePr>
              <a:graphicFrameLocks noChangeAspect="1"/>
            </wp:cNvGraphicFramePr>
            <a:graphic>
              <a:graphicData uri="http://schemas.openxmlformats.org/drawingml/2006/picture">
                <pic:pic>
                  <pic:nvPicPr>
                    <pic:cNvPr id="0" name="q21-sol-1@300dpi.png"/>
                    <pic:cNvPicPr/>
                  </pic:nvPicPr>
                  <pic:blipFill>
                    <a:blip r:embed="rId19"/>
                    <a:stretch>
                      <a:fillRect/>
                    </a:stretch>
                  </pic:blipFill>
                  <pic:spPr>
                    <a:xfrm>
                      <a:off x="0" y="0"/>
                      <a:ext cx="2435640" cy="2435640"/>
                    </a:xfrm>
                    <a:prstGeom prst="rect"/>
                  </pic:spPr>
                </pic:pic>
              </a:graphicData>
            </a:graphic>
          </wp:inline>
        </w:drawing>
      </w:r>
    </w:p>
    <w:p>
      <w:pPr>
        <w:spacing w:before="0" w:after="80" w:line="300" w:lineRule="auto"/>
        <w:jc w:val="left"/>
      </w:pPr>
      <w:r>
        <w:rPr>
          <w:rFonts w:ascii="Times New Roman" w:hAnsi="Times New Roman" w:eastAsia="宋体"/>
          <w:b w:val="0"/>
          <w:i w:val="0"/>
          <w:sz w:val="21"/>
        </w:rPr>
        <w:t>方格 Q 处的计数是 28，所以共有 28 条路径。</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move must go up one row and either left or right. Counting row by row from P, each reachable square gets the sum of the counts from the two adjoining squares below it.</w:t>
      </w:r>
    </w:p>
    <w:p>
      <w:pPr>
        <w:spacing w:before="80" w:after="80"/>
        <w:jc w:val="center"/>
      </w:pPr>
      <w:r>
        <w:drawing>
          <wp:inline xmlns:a="http://schemas.openxmlformats.org/drawingml/2006/main" xmlns:pic="http://schemas.openxmlformats.org/drawingml/2006/picture">
            <wp:extent cx="2435640" cy="2435640"/>
            <wp:docPr id="22" name="Picture 22"/>
            <wp:cNvGraphicFramePr>
              <a:graphicFrameLocks noChangeAspect="1"/>
            </wp:cNvGraphicFramePr>
            <a:graphic>
              <a:graphicData uri="http://schemas.openxmlformats.org/drawingml/2006/picture">
                <pic:pic>
                  <pic:nvPicPr>
                    <pic:cNvPr id="0" name="q21-sol-1@300dpi.png"/>
                    <pic:cNvPicPr/>
                  </pic:nvPicPr>
                  <pic:blipFill>
                    <a:blip r:embed="rId19"/>
                    <a:stretch>
                      <a:fillRect/>
                    </a:stretch>
                  </pic:blipFill>
                  <pic:spPr>
                    <a:xfrm>
                      <a:off x="0" y="0"/>
                      <a:ext cx="2435640" cy="243564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count at Q is 28, so there are 28 paths.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从 1 倒推。一个值 m 总可以由偶数输入 2m 产生；当 m-1/3 是正奇数时，也可以由这个奇数输入产生。</w:t>
      </w:r>
    </w:p>
    <w:p>
      <w:pPr>
        <w:spacing w:before="0" w:after="80" w:line="300" w:lineRule="auto"/>
        <w:jc w:val="left"/>
      </w:pPr>
      <w:r>
        <w:rPr>
          <w:rFonts w:ascii="Times New Roman" w:hAnsi="Times New Roman" w:eastAsia="宋体"/>
          <w:b w:val="0"/>
          <w:i w:val="0"/>
          <w:sz w:val="21"/>
        </w:rPr>
        <w:t>列出每次倒推后所有可能的值：</w:t>
      </w:r>
    </w:p>
    <w:p>
      <w:pPr>
        <w:spacing w:before="0" w:after="80" w:line="300" w:lineRule="auto"/>
        <w:jc w:val="left"/>
      </w:pPr>
      <w:r>
        <w:rPr>
          <w:rFonts w:ascii="Times New Roman" w:hAnsi="Times New Roman" w:eastAsia="宋体"/>
          <w:b w:val="0"/>
          <w:i w:val="0"/>
          <w:sz w:val="21"/>
        </w:rPr>
        <w:t>{1}←{2}←{4}←{1,8}</w:t>
      </w:r>
    </w:p>
    <w:p>
      <w:pPr>
        <w:spacing w:before="0" w:after="80" w:line="300" w:lineRule="auto"/>
        <w:jc w:val="left"/>
      </w:pPr>
      <w:r>
        <w:rPr>
          <w:rFonts w:ascii="Times New Roman" w:hAnsi="Times New Roman" w:eastAsia="宋体"/>
          <w:b w:val="0"/>
          <w:i w:val="0"/>
          <w:sz w:val="21"/>
        </w:rPr>
        <w:t>←{2,16}←{4,5,32}</w:t>
      </w:r>
    </w:p>
    <w:p>
      <w:pPr>
        <w:spacing w:before="0" w:after="80" w:line="300" w:lineRule="auto"/>
        <w:jc w:val="left"/>
      </w:pPr>
      <w:r>
        <w:rPr>
          <w:rFonts w:ascii="Times New Roman" w:hAnsi="Times New Roman" w:eastAsia="宋体"/>
          <w:b w:val="0"/>
          <w:i w:val="0"/>
          <w:sz w:val="21"/>
        </w:rPr>
        <w:t>←{1,8,10,64}。</w:t>
      </w:r>
    </w:p>
    <w:p>
      <w:pPr>
        <w:spacing w:before="0" w:after="80" w:line="300" w:lineRule="auto"/>
        <w:jc w:val="left"/>
      </w:pPr>
      <w:r>
        <w:rPr>
          <w:rFonts w:ascii="Times New Roman" w:hAnsi="Times New Roman" w:eastAsia="宋体"/>
          <w:b w:val="0"/>
          <w:i w:val="0"/>
          <w:sz w:val="21"/>
        </w:rPr>
        <w:t>因此可能的起始值为 1、8、10 和 64，它们的和是 83。</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 backward from 1. A value m can always come from the even input 2m. It can also come from the odd input m-1/3 when that expression is a positive odd integer.</w:t>
      </w:r>
    </w:p>
    <w:p>
      <w:pPr>
        <w:spacing w:before="0" w:after="80" w:line="300" w:lineRule="auto"/>
        <w:jc w:val="left"/>
      </w:pPr>
      <w:r>
        <w:rPr>
          <w:rFonts w:ascii="Times New Roman" w:hAnsi="Times New Roman" w:eastAsia="宋体"/>
          <w:b w:val="0"/>
          <w:i w:val="0"/>
          <w:color w:val="333333"/>
          <w:sz w:val="19"/>
        </w:rPr>
        <w:t>Listing the possible values after each backward step gives</w:t>
      </w:r>
    </w:p>
    <w:p>
      <w:pPr>
        <w:spacing w:before="0" w:after="80" w:line="300" w:lineRule="auto"/>
        <w:jc w:val="left"/>
      </w:pPr>
      <w:r>
        <w:rPr>
          <w:rFonts w:ascii="Times New Roman" w:hAnsi="Times New Roman" w:eastAsia="宋体"/>
          <w:b w:val="0"/>
          <w:i w:val="0"/>
          <w:color w:val="333333"/>
          <w:sz w:val="19"/>
        </w:rPr>
        <w:t>{1}←{2}←{4}←{1,8}</w:t>
      </w:r>
    </w:p>
    <w:p>
      <w:pPr>
        <w:spacing w:before="0" w:after="80" w:line="300" w:lineRule="auto"/>
        <w:jc w:val="left"/>
      </w:pPr>
      <w:r>
        <w:rPr>
          <w:rFonts w:ascii="Times New Roman" w:hAnsi="Times New Roman" w:eastAsia="宋体"/>
          <w:b w:val="0"/>
          <w:i w:val="0"/>
          <w:color w:val="333333"/>
          <w:sz w:val="19"/>
        </w:rPr>
        <w:t>←{2,16}←{4,5,32}</w:t>
      </w:r>
    </w:p>
    <w:p>
      <w:pPr>
        <w:spacing w:before="0" w:after="80" w:line="300" w:lineRule="auto"/>
        <w:jc w:val="left"/>
      </w:pPr>
      <w:r>
        <w:rPr>
          <w:rFonts w:ascii="Times New Roman" w:hAnsi="Times New Roman" w:eastAsia="宋体"/>
          <w:b w:val="0"/>
          <w:i w:val="0"/>
          <w:color w:val="333333"/>
          <w:sz w:val="19"/>
        </w:rPr>
        <w:t>←{1,8,10,64}.</w:t>
      </w:r>
    </w:p>
    <w:p>
      <w:pPr>
        <w:spacing w:before="0" w:after="80" w:line="300" w:lineRule="auto"/>
        <w:jc w:val="left"/>
      </w:pPr>
      <w:r>
        <w:rPr>
          <w:rFonts w:ascii="Times New Roman" w:hAnsi="Times New Roman" w:eastAsia="宋体"/>
          <w:b w:val="0"/>
          <w:i w:val="0"/>
          <w:color w:val="333333"/>
          <w:sz w:val="19"/>
        </w:rPr>
        <w:t>Thus the possible starting values are 1, 8, 10, 64, whose sum is 83.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若没有“每人至少一个奖项”的限制，每个奖项有 3 个学生可选，5 个奖项共有 3⁵=243 种分配。</w:t>
      </w:r>
    </w:p>
    <w:p>
      <w:pPr>
        <w:spacing w:before="0" w:after="80" w:line="300" w:lineRule="auto"/>
        <w:jc w:val="left"/>
      </w:pPr>
      <w:r>
        <w:rPr>
          <w:rFonts w:ascii="Times New Roman" w:hAnsi="Times New Roman" w:eastAsia="宋体"/>
          <w:b w:val="0"/>
          <w:i w:val="0"/>
          <w:sz w:val="21"/>
        </w:rPr>
        <w:t>减去至少一名学生没有获奖的情况。指定某名学生没有获奖时，五个奖项只能给另外两人，有 2⁵ 种；三名学生都可能是没有获奖者，所以先减去 3·2⁵。不过所有奖项都给同一个人的 3 种情况被多减了一次。</w:t>
      </w:r>
    </w:p>
    <w:p>
      <w:pPr>
        <w:spacing w:before="0" w:after="80" w:line="300" w:lineRule="auto"/>
        <w:jc w:val="left"/>
      </w:pPr>
      <w:r>
        <w:rPr>
          <w:rFonts w:ascii="Times New Roman" w:hAnsi="Times New Roman" w:eastAsia="宋体"/>
          <w:b w:val="0"/>
          <w:i w:val="0"/>
          <w:sz w:val="21"/>
        </w:rPr>
        <w:t>由容斥，符合条件的分配数为 3⁵-3·2⁵+3=150。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3⁵=243 ways to give each of the 5 distinct awards to one of the 3 students.</w:t>
      </w:r>
    </w:p>
    <w:p>
      <w:pPr>
        <w:spacing w:before="0" w:after="80" w:line="300" w:lineRule="auto"/>
        <w:jc w:val="left"/>
      </w:pPr>
      <w:r>
        <w:rPr>
          <w:rFonts w:ascii="Times New Roman" w:hAnsi="Times New Roman" w:eastAsia="宋体"/>
          <w:b w:val="0"/>
          <w:i w:val="0"/>
          <w:color w:val="333333"/>
          <w:sz w:val="19"/>
        </w:rPr>
        <w:t>Subtract the distributions in which at least one student receives no award. If a particular student receives none, the awards go to the other two students in 2⁵ ways. This gives 3·2⁵ counts, but the 3 cases in which one student receives all awards have each been subtracted twice.</w:t>
      </w:r>
    </w:p>
    <w:p>
      <w:pPr>
        <w:spacing w:before="0" w:after="80" w:line="300" w:lineRule="auto"/>
        <w:jc w:val="left"/>
      </w:pPr>
      <w:r>
        <w:rPr>
          <w:rFonts w:ascii="Times New Roman" w:hAnsi="Times New Roman" w:eastAsia="宋体"/>
          <w:b w:val="0"/>
          <w:i w:val="0"/>
          <w:color w:val="333333"/>
          <w:sz w:val="19"/>
        </w:rPr>
        <w:t>By inclusion-exclusion, the desired number is 3⁵-3·2⁵+3=150.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当 n=24 时，阴影瓷砖总面积为 24²s²。大正方形一边有 24 块瓷砖和 25 条边框，所以边长为 24s+25d。</w:t>
      </w:r>
    </w:p>
    <w:p>
      <w:pPr>
        <w:spacing w:before="0" w:after="80" w:line="300" w:lineRule="auto"/>
        <w:jc w:val="left"/>
      </w:pPr>
      <w:r>
        <w:rPr>
          <w:rFonts w:ascii="Times New Roman" w:hAnsi="Times New Roman" w:eastAsia="宋体"/>
          <w:b w:val="0"/>
          <w:i w:val="0"/>
          <w:sz w:val="21"/>
        </w:rPr>
        <w:t>阴影部分占 64%=16/25，所以</w:t>
      </w:r>
    </w:p>
    <w:p>
      <w:pPr>
        <w:spacing w:before="0" w:after="80" w:line="300" w:lineRule="auto"/>
        <w:jc w:val="left"/>
      </w:pPr>
      <w:r>
        <w:rPr>
          <w:rFonts w:ascii="Times New Roman" w:hAnsi="Times New Roman" w:eastAsia="宋体"/>
          <w:b w:val="0"/>
          <w:i w:val="0"/>
          <w:sz w:val="21"/>
        </w:rPr>
        <w:t>24²s²/((24s+25d)²)=16/25。</w:t>
      </w:r>
    </w:p>
    <w:p>
      <w:pPr>
        <w:spacing w:before="0" w:after="80" w:line="300" w:lineRule="auto"/>
        <w:jc w:val="left"/>
      </w:pPr>
      <w:r>
        <w:rPr>
          <w:rFonts w:ascii="Times New Roman" w:hAnsi="Times New Roman" w:eastAsia="宋体"/>
          <w:b w:val="0"/>
          <w:i w:val="0"/>
          <w:sz w:val="21"/>
        </w:rPr>
        <w:t>取正平方根得 24s/24s+25d=4/5。</w:t>
      </w:r>
    </w:p>
    <w:p>
      <w:pPr>
        <w:spacing w:before="0" w:after="80" w:line="300" w:lineRule="auto"/>
        <w:jc w:val="left"/>
      </w:pPr>
      <w:r>
        <w:rPr>
          <w:rFonts w:ascii="Times New Roman" w:hAnsi="Times New Roman" w:eastAsia="宋体"/>
          <w:b w:val="0"/>
          <w:i w:val="0"/>
          <w:sz w:val="21"/>
        </w:rPr>
        <w:t>因此 120s=96s+100d，所以 24s=100d，d/s=6/25。</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n=24, the shaded tile area is 24²s². Each side of the large square consists of 24 tiles and 25 borders, so its side length is 24s+25d.</w:t>
      </w:r>
    </w:p>
    <w:p>
      <w:pPr>
        <w:spacing w:before="0" w:after="80" w:line="300" w:lineRule="auto"/>
        <w:jc w:val="left"/>
      </w:pPr>
      <w:r>
        <w:rPr>
          <w:rFonts w:ascii="Times New Roman" w:hAnsi="Times New Roman" w:eastAsia="宋体"/>
          <w:b w:val="0"/>
          <w:i w:val="0"/>
          <w:color w:val="333333"/>
          <w:sz w:val="19"/>
        </w:rPr>
        <w:t>The shaded tiles cover 64%=16/25 of the large square, so</w:t>
      </w:r>
    </w:p>
    <w:p>
      <w:pPr>
        <w:spacing w:before="0" w:after="80" w:line="300" w:lineRule="auto"/>
        <w:jc w:val="left"/>
      </w:pPr>
      <w:r>
        <w:rPr>
          <w:rFonts w:ascii="Times New Roman" w:hAnsi="Times New Roman" w:eastAsia="宋体"/>
          <w:b w:val="0"/>
          <w:i w:val="0"/>
          <w:color w:val="333333"/>
          <w:sz w:val="19"/>
        </w:rPr>
        <w:t>24²s²/((24s+25d)²)=16/25.</w:t>
      </w:r>
    </w:p>
    <w:p>
      <w:pPr>
        <w:spacing w:before="0" w:after="80" w:line="300" w:lineRule="auto"/>
        <w:jc w:val="left"/>
      </w:pPr>
      <w:r>
        <w:rPr>
          <w:rFonts w:ascii="Times New Roman" w:hAnsi="Times New Roman" w:eastAsia="宋体"/>
          <w:b w:val="0"/>
          <w:i w:val="0"/>
          <w:color w:val="333333"/>
          <w:sz w:val="19"/>
        </w:rPr>
        <w:t>Taking positive square roots gives 24s/24s+25d=4/5.</w:t>
      </w:r>
    </w:p>
    <w:p>
      <w:pPr>
        <w:spacing w:before="0" w:after="80" w:line="300" w:lineRule="auto"/>
        <w:jc w:val="left"/>
      </w:pPr>
      <w:r>
        <w:rPr>
          <w:rFonts w:ascii="Times New Roman" w:hAnsi="Times New Roman" w:eastAsia="宋体"/>
          <w:b w:val="0"/>
          <w:i w:val="0"/>
          <w:color w:val="333333"/>
          <w:sz w:val="19"/>
        </w:rPr>
        <w:t>Thus 120s=96s+100d, so 24s=100d and d/s=6/25.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设三个正方形的边长分别为 s₁,s₂,s₃。沿着大矩形的宽度可得</w:t>
      </w:r>
    </w:p>
    <w:p>
      <w:pPr>
        <w:spacing w:before="0" w:after="80" w:line="300" w:lineRule="auto"/>
        <w:jc w:val="left"/>
      </w:pPr>
      <w:r>
        <w:rPr>
          <w:rFonts w:ascii="Times New Roman" w:hAnsi="Times New Roman" w:eastAsia="宋体"/>
          <w:b w:val="0"/>
          <w:i w:val="0"/>
          <w:sz w:val="21"/>
        </w:rPr>
        <w:t>s₁+s₂+s₃=3322。</w:t>
      </w:r>
    </w:p>
    <w:p>
      <w:pPr>
        <w:spacing w:before="0" w:after="80" w:line="300" w:lineRule="auto"/>
        <w:jc w:val="left"/>
      </w:pPr>
      <w:r>
        <w:rPr>
          <w:rFonts w:ascii="Times New Roman" w:hAnsi="Times New Roman" w:eastAsia="宋体"/>
          <w:b w:val="0"/>
          <w:i w:val="0"/>
          <w:sz w:val="21"/>
        </w:rPr>
        <w:t>矩形 R₂ 的高度为 s₁-s₂，所以大矩形的总高度为</w:t>
      </w:r>
    </w:p>
    <w:p>
      <w:pPr>
        <w:spacing w:before="0" w:after="80" w:line="300" w:lineRule="auto"/>
        <w:jc w:val="left"/>
      </w:pPr>
      <w:r>
        <w:rPr>
          <w:rFonts w:ascii="Times New Roman" w:hAnsi="Times New Roman" w:eastAsia="宋体"/>
          <w:b w:val="0"/>
          <w:i w:val="0"/>
          <w:sz w:val="21"/>
        </w:rPr>
        <w:t>s₁-s₂+s₃=2020。</w:t>
      </w:r>
    </w:p>
    <w:p>
      <w:pPr>
        <w:spacing w:before="0" w:after="80" w:line="300" w:lineRule="auto"/>
        <w:jc w:val="left"/>
      </w:pPr>
      <w:r>
        <w:rPr>
          <w:rFonts w:ascii="Times New Roman" w:hAnsi="Times New Roman" w:eastAsia="宋体"/>
          <w:b w:val="0"/>
          <w:i w:val="0"/>
          <w:sz w:val="21"/>
        </w:rPr>
        <w:t>用宽度方程减去高度方程，得 2s₂=1302，所以 s₂=651。</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s₁,s₂,s₃ be the side lengths of the three squares. Across the width of the large rectangle,</w:t>
      </w:r>
    </w:p>
    <w:p>
      <w:pPr>
        <w:spacing w:before="0" w:after="80" w:line="300" w:lineRule="auto"/>
        <w:jc w:val="left"/>
      </w:pPr>
      <w:r>
        <w:rPr>
          <w:rFonts w:ascii="Times New Roman" w:hAnsi="Times New Roman" w:eastAsia="宋体"/>
          <w:b w:val="0"/>
          <w:i w:val="0"/>
          <w:color w:val="333333"/>
          <w:sz w:val="19"/>
        </w:rPr>
        <w:t>s₁+s₂+s₃=3322.</w:t>
      </w:r>
    </w:p>
    <w:p>
      <w:pPr>
        <w:spacing w:before="0" w:after="80" w:line="300" w:lineRule="auto"/>
        <w:jc w:val="left"/>
      </w:pPr>
      <w:r>
        <w:rPr>
          <w:rFonts w:ascii="Times New Roman" w:hAnsi="Times New Roman" w:eastAsia="宋体"/>
          <w:b w:val="0"/>
          <w:i w:val="0"/>
          <w:color w:val="333333"/>
          <w:sz w:val="19"/>
        </w:rPr>
        <w:t>The height of R₂ is s₁-s₂, so the total height is</w:t>
      </w:r>
    </w:p>
    <w:p>
      <w:pPr>
        <w:spacing w:before="0" w:after="80" w:line="300" w:lineRule="auto"/>
        <w:jc w:val="left"/>
      </w:pPr>
      <w:r>
        <w:rPr>
          <w:rFonts w:ascii="Times New Roman" w:hAnsi="Times New Roman" w:eastAsia="宋体"/>
          <w:b w:val="0"/>
          <w:i w:val="0"/>
          <w:color w:val="333333"/>
          <w:sz w:val="19"/>
        </w:rPr>
        <w:t>s₁-s₂+s₃=2020.</w:t>
      </w:r>
    </w:p>
    <w:p>
      <w:pPr>
        <w:spacing w:before="0" w:after="80" w:line="300" w:lineRule="auto"/>
        <w:jc w:val="left"/>
      </w:pPr>
      <w:r>
        <w:rPr>
          <w:rFonts w:ascii="Times New Roman" w:hAnsi="Times New Roman" w:eastAsia="宋体"/>
          <w:b w:val="0"/>
          <w:i w:val="0"/>
          <w:color w:val="333333"/>
          <w:sz w:val="19"/>
        </w:rPr>
        <w:t>Subtracting the height equation from the width equation gives 2s₂=1302, so s₂=651.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