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2018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一个游乐园收藏了全国各地建筑和景观的比例模型，比例为 1: 20。美国国会大厦高 289 英尺。这个公园中它的复制模型高多少英尺？答案四舍五入到最接近的整数。</w:t>
      </w:r>
    </w:p>
    <w:p>
      <w:pPr>
        <w:spacing w:before="0" w:after="120" w:line="300" w:lineRule="auto"/>
      </w:pPr>
      <w:r>
        <w:rPr>
          <w:rFonts w:ascii="Times New Roman" w:hAnsi="Times New Roman" w:eastAsia="宋体"/>
          <w:b w:val="0"/>
          <w:i w:val="0"/>
          <w:sz w:val="21"/>
        </w:rPr>
        <w:t>（A）14　　（B）15　　（C）16　　（D）18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amusement park has a collection of scale models, with a ratio of 1: 20, of buildings and other sights from around the country. The height of the United States Capitol is 289 feet. What is the height in feet of its replica at this park, rounded to the nearest whole number?</w:t>
      </w:r>
    </w:p>
    <w:p>
      <w:pPr>
        <w:spacing w:before="0" w:after="160" w:line="300" w:lineRule="auto"/>
      </w:pPr>
      <w:r>
        <w:rPr>
          <w:rFonts w:ascii="Times New Roman" w:hAnsi="Times New Roman" w:eastAsia="宋体"/>
          <w:b w:val="0"/>
          <w:i w:val="0"/>
          <w:color w:val="333333"/>
          <w:sz w:val="19"/>
        </w:rPr>
        <w:t>(A) 14　　(B) 15　　(C) 16　　(D) 18　　(E) 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下列乘积的值是多少？</w:t>
      </w:r>
    </w:p>
    <w:p>
      <w:pPr>
        <w:spacing w:before="0" w:after="80" w:line="300" w:lineRule="auto"/>
        <w:jc w:val="left"/>
      </w:pPr>
      <w:r>
        <w:rPr>
          <w:rFonts w:ascii="Times New Roman" w:hAnsi="Times New Roman" w:eastAsia="宋体"/>
          <w:b w:val="0"/>
          <w:i w:val="0"/>
          <w:sz w:val="21"/>
        </w:rPr>
        <w:t>(1+1/1)·(1+1/2)</w:t>
      </w:r>
    </w:p>
    <w:p>
      <w:pPr>
        <w:spacing w:before="0" w:after="80" w:line="300" w:lineRule="auto"/>
        <w:jc w:val="left"/>
      </w:pPr>
      <w:r>
        <w:rPr>
          <w:rFonts w:ascii="Times New Roman" w:hAnsi="Times New Roman" w:eastAsia="宋体"/>
          <w:b w:val="0"/>
          <w:i w:val="0"/>
          <w:sz w:val="21"/>
        </w:rPr>
        <w:t>·(1+1/3)·(1+1/4)</w:t>
      </w:r>
    </w:p>
    <w:p>
      <w:pPr>
        <w:spacing w:before="0" w:after="80" w:line="300" w:lineRule="auto"/>
        <w:jc w:val="left"/>
      </w:pPr>
      <w:r>
        <w:rPr>
          <w:rFonts w:ascii="Times New Roman" w:hAnsi="Times New Roman" w:eastAsia="宋体"/>
          <w:b w:val="0"/>
          <w:i w:val="0"/>
          <w:sz w:val="21"/>
        </w:rPr>
        <w:t>·(1+1/5)·(1+1/6)</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（A）7/6　　（B）4/3　　（C）7/2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product</w:t>
      </w:r>
    </w:p>
    <w:p>
      <w:pPr>
        <w:spacing w:before="0" w:after="80" w:line="300" w:lineRule="auto"/>
        <w:jc w:val="left"/>
      </w:pPr>
      <w:r>
        <w:rPr>
          <w:rFonts w:ascii="Times New Roman" w:hAnsi="Times New Roman" w:eastAsia="宋体"/>
          <w:b w:val="0"/>
          <w:i w:val="0"/>
          <w:color w:val="333333"/>
          <w:sz w:val="19"/>
        </w:rPr>
        <w:t>(1+1/1)·(1+1/2)</w:t>
      </w:r>
    </w:p>
    <w:p>
      <w:pPr>
        <w:spacing w:before="0" w:after="80" w:line="300" w:lineRule="auto"/>
        <w:jc w:val="left"/>
      </w:pPr>
      <w:r>
        <w:rPr>
          <w:rFonts w:ascii="Times New Roman" w:hAnsi="Times New Roman" w:eastAsia="宋体"/>
          <w:b w:val="0"/>
          <w:i w:val="0"/>
          <w:color w:val="333333"/>
          <w:sz w:val="19"/>
        </w:rPr>
        <w:t>·(1+1/3)·(1+1/4)</w:t>
      </w:r>
    </w:p>
    <w:p>
      <w:pPr>
        <w:spacing w:before="0" w:after="80" w:line="300" w:lineRule="auto"/>
        <w:jc w:val="left"/>
      </w:pPr>
      <w:r>
        <w:rPr>
          <w:rFonts w:ascii="Times New Roman" w:hAnsi="Times New Roman" w:eastAsia="宋体"/>
          <w:b w:val="0"/>
          <w:i w:val="0"/>
          <w:color w:val="333333"/>
          <w:sz w:val="19"/>
        </w:rPr>
        <w:t>·(1+1/5)·(1+1/6)?</w:t>
      </w:r>
    </w:p>
    <w:p>
      <w:pPr>
        <w:spacing w:before="0" w:after="160" w:line="300" w:lineRule="auto"/>
      </w:pPr>
      <w:r>
        <w:rPr>
          <w:rFonts w:ascii="Times New Roman" w:hAnsi="Times New Roman" w:eastAsia="宋体"/>
          <w:b w:val="0"/>
          <w:i w:val="0"/>
          <w:color w:val="333333"/>
          <w:sz w:val="19"/>
        </w:rPr>
        <w:t>(A) 7/6　　(B) 4/3　　(C) 7/2　　(D) 7　　(E) 8</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学生 Arn、Bob、Cyd、Dan、Eve 和 Fon 按这个顺序围成一圈。他们开始报数：Arn 先报，然后 Bob，以此类推。当一个数含有数字 7（例如 47）或者是 7 的倍数时，报到这个数的人离开圆圈，报数继续。最后留在圆圈里的是谁？</w:t>
      </w:r>
    </w:p>
    <w:p>
      <w:pPr>
        <w:spacing w:before="0" w:after="120" w:line="300" w:lineRule="auto"/>
      </w:pPr>
      <w:r>
        <w:rPr>
          <w:rFonts w:ascii="Times New Roman" w:hAnsi="Times New Roman" w:eastAsia="宋体"/>
          <w:b w:val="0"/>
          <w:i w:val="0"/>
          <w:sz w:val="21"/>
        </w:rPr>
        <w:t>（A）Arn　　（B）Bob　　（C）Cyd　　（D）Dan　　（E）Eve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Students Arn, Bob, Cyd, Dan, Eve, and Fon are arranged in that order in a circle. They start counting: Arn first, then Bob, and so forth. When the number contains a 7 as a digit (such as 47) or is a multiple of 7 that person leaves the circle and the counting continues. Who is the last one present in the circle?</w:t>
      </w:r>
    </w:p>
    <w:p>
      <w:pPr>
        <w:spacing w:before="0" w:after="160" w:line="300" w:lineRule="auto"/>
      </w:pPr>
      <w:r>
        <w:rPr>
          <w:rFonts w:ascii="Times New Roman" w:hAnsi="Times New Roman" w:eastAsia="宋体"/>
          <w:b w:val="0"/>
          <w:i w:val="0"/>
          <w:color w:val="333333"/>
          <w:sz w:val="19"/>
        </w:rPr>
        <w:t>(A) Arn　　(B) Bob　　(C) Cyd　　(D) Dan　　(E) Eve</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图中的十二边形画在 1 cm× 1 cm 的方格纸上。该图形的面积是多少 cm²？</w:t>
      </w:r>
    </w:p>
    <w:p>
      <w:pPr>
        <w:spacing w:before="80" w:after="80"/>
        <w:jc w:val="center"/>
      </w:pPr>
      <w:r>
        <w:drawing>
          <wp:inline xmlns:a="http://schemas.openxmlformats.org/drawingml/2006/main" xmlns:pic="http://schemas.openxmlformats.org/drawingml/2006/picture">
            <wp:extent cx="1069164" cy="1069164"/>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069164" cy="1069164"/>
                    </a:xfrm>
                    <a:prstGeom prst="rect"/>
                  </pic:spPr>
                </pic:pic>
              </a:graphicData>
            </a:graphic>
          </wp:inline>
        </w:drawing>
      </w:r>
    </w:p>
    <w:p>
      <w:pPr>
        <w:spacing w:before="0" w:after="120" w:line="300" w:lineRule="auto"/>
      </w:pPr>
      <w:r>
        <w:rPr>
          <w:rFonts w:ascii="Times New Roman" w:hAnsi="Times New Roman" w:eastAsia="宋体"/>
          <w:b w:val="0"/>
          <w:i w:val="0"/>
          <w:sz w:val="21"/>
        </w:rPr>
        <w:t>（A）12　　（B）12.5　　（C）13　　（D）13.5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twelve-sided figure shown has been drawn on 1 cm× 1 cm graph paper. What is the area of the figure in cm²?</w:t>
      </w:r>
    </w:p>
    <w:p>
      <w:pPr>
        <w:spacing w:before="80" w:after="80"/>
        <w:jc w:val="center"/>
      </w:pPr>
      <w:r>
        <w:drawing>
          <wp:inline xmlns:a="http://schemas.openxmlformats.org/drawingml/2006/main" xmlns:pic="http://schemas.openxmlformats.org/drawingml/2006/picture">
            <wp:extent cx="1069164" cy="1069164"/>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069164" cy="106916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12.5　　(C) 13　　(D) 13.5　　(E) 14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1+3+5+⋯+2017+2019</w:t>
      </w:r>
    </w:p>
    <w:p>
      <w:pPr>
        <w:spacing w:before="0" w:after="80" w:line="300" w:lineRule="auto"/>
        <w:jc w:val="left"/>
      </w:pPr>
      <w:r>
        <w:rPr>
          <w:rFonts w:ascii="Times New Roman" w:hAnsi="Times New Roman" w:eastAsia="宋体"/>
          <w:b w:val="0"/>
          <w:i w:val="0"/>
          <w:sz w:val="21"/>
        </w:rPr>
        <w:t>-2-4-6-⋯-2016-2018</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（A）-1010　　（B）-1009　　（C）1008　　（D）1009　　（E）1010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1+3+5+⋯+2017+2019</w:t>
      </w:r>
    </w:p>
    <w:p>
      <w:pPr>
        <w:spacing w:before="0" w:after="80" w:line="300" w:lineRule="auto"/>
        <w:jc w:val="left"/>
      </w:pPr>
      <w:r>
        <w:rPr>
          <w:rFonts w:ascii="Times New Roman" w:hAnsi="Times New Roman" w:eastAsia="宋体"/>
          <w:b w:val="0"/>
          <w:i w:val="0"/>
          <w:color w:val="333333"/>
          <w:sz w:val="19"/>
        </w:rPr>
        <w:t>-2-4-6-⋯-2016-2018?</w:t>
      </w:r>
    </w:p>
    <w:p>
      <w:pPr>
        <w:spacing w:before="0" w:after="160" w:line="300" w:lineRule="auto"/>
      </w:pPr>
      <w:r>
        <w:rPr>
          <w:rFonts w:ascii="Times New Roman" w:hAnsi="Times New Roman" w:eastAsia="宋体"/>
          <w:b w:val="0"/>
          <w:i w:val="0"/>
          <w:color w:val="333333"/>
          <w:sz w:val="19"/>
        </w:rPr>
        <w:t>(A) -1010　　(B) -1009　　(C) 1008　　(D) 1009　　(E) 1010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Anh 去海滩旅行时，在高速公路上行驶了 50 英里，在海边通道上行驶了 10 英里。他在高速公路上的速度是海边通道上的三倍。如果 Anh 在海边通道上开了 30 分钟，那么他的整趟行程用了多少分钟？</w:t>
      </w:r>
    </w:p>
    <w:p>
      <w:pPr>
        <w:spacing w:before="0" w:after="120" w:line="300" w:lineRule="auto"/>
      </w:pPr>
      <w:r>
        <w:rPr>
          <w:rFonts w:ascii="Times New Roman" w:hAnsi="Times New Roman" w:eastAsia="宋体"/>
          <w:b w:val="0"/>
          <w:i w:val="0"/>
          <w:sz w:val="21"/>
        </w:rPr>
        <w:t>（A）50　　（B）70　　（C）80　　（D）90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trip to the beach, Anh traveled 50 miles on the highway and 10 miles on a coastal access road. He drove three times as fast on the highway as on the coastal road. If Anh spent 30 minutes driving on the coastal road, how many minutes did his entire trip take?</w:t>
      </w:r>
    </w:p>
    <w:p>
      <w:pPr>
        <w:spacing w:before="0" w:after="160" w:line="300" w:lineRule="auto"/>
      </w:pPr>
      <w:r>
        <w:rPr>
          <w:rFonts w:ascii="Times New Roman" w:hAnsi="Times New Roman" w:eastAsia="宋体"/>
          <w:b w:val="0"/>
          <w:i w:val="0"/>
          <w:color w:val="333333"/>
          <w:sz w:val="19"/>
        </w:rPr>
        <w:t>(A) 50　　(B) 70　　(C) 80　　(D) 90　　(E) 100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5 位数 2 0 1 8 U 能被 9 整除。这个数除以 8 的余数是多少？</w:t>
      </w:r>
    </w:p>
    <w:p>
      <w:pPr>
        <w:spacing w:before="0" w:after="120" w:line="300" w:lineRule="auto"/>
      </w:pPr>
      <w:r>
        <w:rPr>
          <w:rFonts w:ascii="Times New Roman" w:hAnsi="Times New Roman" w:eastAsia="宋体"/>
          <w:b w:val="0"/>
          <w:i w:val="0"/>
          <w:sz w:val="21"/>
        </w:rPr>
        <w:t>（A）1　　（B）3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5-digit number 2 0 1 8 U is divisible by 9. What is the remainder when this number is divided by 8?</w:t>
      </w:r>
    </w:p>
    <w:p>
      <w:pPr>
        <w:spacing w:before="0" w:after="160" w:line="300" w:lineRule="auto"/>
      </w:pPr>
      <w:r>
        <w:rPr>
          <w:rFonts w:ascii="Times New Roman" w:hAnsi="Times New Roman" w:eastAsia="宋体"/>
          <w:b w:val="0"/>
          <w:i w:val="0"/>
          <w:color w:val="333333"/>
          <w:sz w:val="19"/>
        </w:rPr>
        <w:t>(A) 1　　(B) 3　　(C) 5　　(D) 6　　(E) 7</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Garcia 老师询问健康课的学生上周有多少天至少锻炼了 30 分钟。结果汇总在下面的条形图中，柱子的高度表示学生人数。</w:t>
      </w:r>
    </w:p>
    <w:p>
      <w:pPr>
        <w:spacing w:before="80" w:after="80"/>
        <w:jc w:val="center"/>
      </w:pPr>
      <w:r>
        <w:drawing>
          <wp:inline xmlns:a="http://schemas.openxmlformats.org/drawingml/2006/main" xmlns:pic="http://schemas.openxmlformats.org/drawingml/2006/picture">
            <wp:extent cx="1867610" cy="1889752"/>
            <wp:docPr id="3" name="Picture 3"/>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1867610" cy="1889752"/>
                    </a:xfrm>
                    <a:prstGeom prst="rect"/>
                  </pic:spPr>
                </pic:pic>
              </a:graphicData>
            </a:graphic>
          </wp:inline>
        </w:drawing>
      </w:r>
    </w:p>
    <w:p>
      <w:pPr>
        <w:spacing w:before="0" w:after="80" w:line="300" w:lineRule="auto"/>
        <w:jc w:val="left"/>
      </w:pPr>
      <w:r>
        <w:rPr>
          <w:rFonts w:ascii="Times New Roman" w:hAnsi="Times New Roman" w:eastAsia="宋体"/>
          <w:b w:val="0"/>
          <w:i w:val="0"/>
          <w:sz w:val="21"/>
        </w:rPr>
        <w:t>Garcia 老师班上学生报告的上周锻炼天数的平均数是多少？答案四舍五入到最接近的百分之一。</w:t>
      </w:r>
    </w:p>
    <w:p>
      <w:pPr>
        <w:spacing w:before="0" w:after="120" w:line="300" w:lineRule="auto"/>
      </w:pPr>
      <w:r>
        <w:rPr>
          <w:rFonts w:ascii="Times New Roman" w:hAnsi="Times New Roman" w:eastAsia="宋体"/>
          <w:b w:val="0"/>
          <w:i w:val="0"/>
          <w:sz w:val="21"/>
        </w:rPr>
        <w:t>（A）3.50　　（B）3.57　　（C）4.36　　（D）4.50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Garcia asked the members of his health class how many days last week they exercised for at least 30 minutes. The results are summarized in the following bar graph, where the heights of the bars represent the number of students.</w:t>
      </w:r>
    </w:p>
    <w:p>
      <w:pPr>
        <w:spacing w:before="80" w:after="80"/>
        <w:jc w:val="center"/>
      </w:pPr>
      <w:r>
        <w:drawing>
          <wp:inline xmlns:a="http://schemas.openxmlformats.org/drawingml/2006/main" xmlns:pic="http://schemas.openxmlformats.org/drawingml/2006/picture">
            <wp:extent cx="1867610" cy="1889752"/>
            <wp:docPr id="4" name="Picture 4"/>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1867610" cy="1889752"/>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What was the mean number of days of exercise last week, rounded to the nearest hundredth, reported by the students in Mr. Garcia’s class?</w:t>
      </w:r>
    </w:p>
    <w:p>
      <w:pPr>
        <w:spacing w:before="0" w:after="160" w:line="300" w:lineRule="auto"/>
      </w:pPr>
      <w:r>
        <w:rPr>
          <w:rFonts w:ascii="Times New Roman" w:hAnsi="Times New Roman" w:eastAsia="宋体"/>
          <w:b w:val="0"/>
          <w:i w:val="0"/>
          <w:color w:val="333333"/>
          <w:sz w:val="19"/>
        </w:rPr>
        <w:t>(A) 3.50　　(B) 3.57　　(C) 4.36　　(D) 4.50　　(E) 5.00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Tyler 正在给他 12 英尺乘 16 英尺的客厅铺地砖。他计划沿房间边缘用一英尺乘一英尺的正方形地砖铺一圈边框，其余部分用二英尺乘二英尺的正方形地砖铺满。他一共会用多少块地砖？</w:t>
      </w:r>
    </w:p>
    <w:p>
      <w:pPr>
        <w:spacing w:before="0" w:after="120" w:line="300" w:lineRule="auto"/>
      </w:pPr>
      <w:r>
        <w:rPr>
          <w:rFonts w:ascii="Times New Roman" w:hAnsi="Times New Roman" w:eastAsia="宋体"/>
          <w:b w:val="0"/>
          <w:i w:val="0"/>
          <w:sz w:val="21"/>
        </w:rPr>
        <w:t>（A）48　　（B）87　　（C）91　　（D）96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Tyler is tiling the floor of his 12 foot by 16 foot living room. He plans to place one-foot by one-foot square tiles to form a border along the edges of the room and to fill in the rest of the floor with two-foot by two-foot square tiles. How many tiles will he use?</w:t>
      </w:r>
    </w:p>
    <w:p>
      <w:pPr>
        <w:spacing w:before="0" w:after="160" w:line="300" w:lineRule="auto"/>
      </w:pPr>
      <w:r>
        <w:rPr>
          <w:rFonts w:ascii="Times New Roman" w:hAnsi="Times New Roman" w:eastAsia="宋体"/>
          <w:b w:val="0"/>
          <w:i w:val="0"/>
          <w:color w:val="333333"/>
          <w:sz w:val="19"/>
        </w:rPr>
        <w:t>(A) 48　　(B) 87　　(C) 91　　(D) 96　　(E) 120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一组非零数的</w:t>
      </w:r>
      <w:r>
        <w:rPr>
          <w:rFonts w:ascii="Times New Roman" w:hAnsi="Times New Roman" w:eastAsia="宋体"/>
          <w:b w:val="0"/>
          <w:i/>
          <w:sz w:val="21"/>
        </w:rPr>
        <w:t>调和平均数</w:t>
      </w:r>
      <w:r>
        <w:rPr>
          <w:rFonts w:ascii="Times New Roman" w:hAnsi="Times New Roman" w:eastAsia="宋体"/>
          <w:b w:val="0"/>
          <w:i w:val="0"/>
          <w:sz w:val="21"/>
        </w:rPr>
        <w:t>定义为这些数的倒数的平均数再取倒数。1、2 和 4 的调和平均数是多少？</w:t>
      </w:r>
    </w:p>
    <w:p>
      <w:pPr>
        <w:spacing w:before="0" w:after="120" w:line="300" w:lineRule="auto"/>
      </w:pPr>
      <w:r>
        <w:rPr>
          <w:rFonts w:ascii="Times New Roman" w:hAnsi="Times New Roman" w:eastAsia="宋体"/>
          <w:b w:val="0"/>
          <w:i w:val="0"/>
          <w:sz w:val="21"/>
        </w:rPr>
        <w:t>（A）3/7　　（B）7/12　　（C）12/7　　（D）7/4　　（E）7/3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w:t>
      </w:r>
      <w:r>
        <w:rPr>
          <w:rFonts w:ascii="Times New Roman" w:hAnsi="Times New Roman" w:eastAsia="宋体"/>
          <w:b w:val="0"/>
          <w:i/>
          <w:color w:val="333333"/>
          <w:sz w:val="19"/>
        </w:rPr>
        <w:t>harmonic mean</w:t>
      </w:r>
      <w:r>
        <w:rPr>
          <w:rFonts w:ascii="Times New Roman" w:hAnsi="Times New Roman" w:eastAsia="宋体"/>
          <w:b w:val="0"/>
          <w:i w:val="0"/>
          <w:color w:val="333333"/>
          <w:sz w:val="19"/>
        </w:rPr>
        <w:t>of a set of non-zero numbers is the reciprocal of the average of the reciprocals of the numbers. What is the harmonic mean of 1, 2, and 4?</w:t>
      </w:r>
    </w:p>
    <w:p>
      <w:pPr>
        <w:spacing w:before="0" w:after="160" w:line="300" w:lineRule="auto"/>
      </w:pPr>
      <w:r>
        <w:rPr>
          <w:rFonts w:ascii="Times New Roman" w:hAnsi="Times New Roman" w:eastAsia="宋体"/>
          <w:b w:val="0"/>
          <w:i w:val="0"/>
          <w:color w:val="333333"/>
          <w:sz w:val="19"/>
        </w:rPr>
        <w:t>(A) 3/7　　(B) 7/12　　(C) 12/7　　(D) 7/4　　(E) 7/3</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Abby、Bridget 和另外四位同学将坐成两排、每排三人来拍集体照，如下图所示。</w:t>
      </w:r>
    </w:p>
    <w:tbl>
      <w:tblPr>
        <w:tblW w:type="auto" w:w="0"/>
        <w:jc w:val="center"/>
        <w:tblLayout w:type="autofit"/>
        <w:tblLook w:firstColumn="1" w:firstRow="1" w:lastColumn="0" w:lastRow="0" w:noHBand="0" w:noVBand="1" w:val="04A0"/>
      </w:tblPr>
      <w:tblGrid>
        <w:gridCol w:w="3137"/>
        <w:gridCol w:w="3137"/>
        <w:gridCol w:w="3137"/>
      </w:tblGrid>
      <w:tr>
        <w:tc>
          <w:tcPr>
            <w:tcW w:type="dxa" w:w="3137"/>
          </w:tcPr>
          <w:p>
            <w:pPr>
              <w:spacing w:before="20" w:after="20" w:line="240" w:lineRule="auto"/>
              <w:jc w:val="center"/>
            </w:pPr>
            <w:r/>
            <w:r>
              <w:rPr>
                <w:rFonts w:ascii="Times New Roman" w:hAnsi="Times New Roman" w:eastAsia="宋体"/>
                <w:b w:val="0"/>
                <w:i w:val="0"/>
                <w:sz w:val="20"/>
              </w:rPr>
              <w:t>X</w:t>
            </w:r>
          </w:p>
        </w:tc>
        <w:tc>
          <w:tcPr>
            <w:tcW w:type="dxa" w:w="3137"/>
          </w:tcPr>
          <w:p>
            <w:pPr>
              <w:spacing w:before="20" w:after="20" w:line="240" w:lineRule="auto"/>
              <w:jc w:val="center"/>
            </w:pPr>
            <w:r/>
            <w:r>
              <w:rPr>
                <w:rFonts w:ascii="Times New Roman" w:hAnsi="Times New Roman" w:eastAsia="宋体"/>
                <w:b w:val="0"/>
                <w:i w:val="0"/>
                <w:sz w:val="20"/>
              </w:rPr>
              <w:t>X</w:t>
            </w:r>
          </w:p>
        </w:tc>
        <w:tc>
          <w:tcPr>
            <w:tcW w:type="dxa" w:w="3137"/>
          </w:tcPr>
          <w:p>
            <w:pPr>
              <w:spacing w:before="20" w:after="20" w:line="240" w:lineRule="auto"/>
              <w:jc w:val="center"/>
            </w:pPr>
            <w:r/>
            <w:r>
              <w:rPr>
                <w:rFonts w:ascii="Times New Roman" w:hAnsi="Times New Roman" w:eastAsia="宋体"/>
                <w:b w:val="0"/>
                <w:i w:val="0"/>
                <w:sz w:val="20"/>
              </w:rPr>
              <w:t>X</w:t>
            </w:r>
          </w:p>
        </w:tc>
      </w:tr>
      <w:tr>
        <w:tc>
          <w:tcPr>
            <w:tcW w:type="dxa" w:w="3137"/>
          </w:tcPr>
          <w:p>
            <w:pPr>
              <w:spacing w:before="20" w:after="20" w:line="240" w:lineRule="auto"/>
              <w:jc w:val="center"/>
            </w:pPr>
            <w:r/>
            <w:r>
              <w:rPr>
                <w:rFonts w:ascii="Times New Roman" w:hAnsi="Times New Roman" w:eastAsia="宋体"/>
                <w:b w:val="0"/>
                <w:i w:val="0"/>
                <w:sz w:val="20"/>
              </w:rPr>
              <w:t>X</w:t>
            </w:r>
          </w:p>
        </w:tc>
        <w:tc>
          <w:tcPr>
            <w:tcW w:type="dxa" w:w="3137"/>
          </w:tcPr>
          <w:p>
            <w:pPr>
              <w:spacing w:before="20" w:after="20" w:line="240" w:lineRule="auto"/>
              <w:jc w:val="center"/>
            </w:pPr>
            <w:r/>
            <w:r>
              <w:rPr>
                <w:rFonts w:ascii="Times New Roman" w:hAnsi="Times New Roman" w:eastAsia="宋体"/>
                <w:b w:val="0"/>
                <w:i w:val="0"/>
                <w:sz w:val="20"/>
              </w:rPr>
              <w:t>X</w:t>
            </w:r>
          </w:p>
        </w:tc>
        <w:tc>
          <w:tcPr>
            <w:tcW w:type="dxa" w:w="3137"/>
          </w:tcPr>
          <w:p>
            <w:pPr>
              <w:spacing w:before="20" w:after="20" w:line="240" w:lineRule="auto"/>
              <w:jc w:val="center"/>
            </w:pPr>
            <w:r/>
            <w:r>
              <w:rPr>
                <w:rFonts w:ascii="Times New Roman" w:hAnsi="Times New Roman" w:eastAsia="宋体"/>
                <w:b w:val="0"/>
                <w:i w:val="0"/>
                <w:sz w:val="20"/>
              </w:rPr>
              <w:t>X</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如果座位随机分配，那么 Abby 和 Bridget 在同一行或同一列相邻的概率是多少？</w:t>
      </w:r>
    </w:p>
    <w:p>
      <w:pPr>
        <w:spacing w:before="0" w:after="120" w:line="300" w:lineRule="auto"/>
      </w:pPr>
      <w:r>
        <w:rPr>
          <w:rFonts w:ascii="Times New Roman" w:hAnsi="Times New Roman" w:eastAsia="宋体"/>
          <w:b w:val="0"/>
          <w:i w:val="0"/>
          <w:sz w:val="21"/>
        </w:rPr>
        <w:t>（A）1/3　　（B）2/5　　（C）7/15　　（D）1/2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Abby, Bridget, and four of their classmates will be seated in two rows of three for a group picture, as shown.</w:t>
      </w:r>
    </w:p>
    <w:tbl>
      <w:tblPr>
        <w:tblW w:type="auto" w:w="0"/>
        <w:jc w:val="center"/>
        <w:tblLayout w:type="autofit"/>
        <w:tblLook w:firstColumn="1" w:firstRow="1" w:lastColumn="0" w:lastRow="0" w:noHBand="0" w:noVBand="1" w:val="04A0"/>
      </w:tblPr>
      <w:tblGrid>
        <w:gridCol w:w="3137"/>
        <w:gridCol w:w="3137"/>
        <w:gridCol w:w="3137"/>
      </w:tblGrid>
      <w:tr>
        <w:tc>
          <w:tcPr>
            <w:tcW w:type="dxa" w:w="3137"/>
          </w:tcPr>
          <w:p>
            <w:pPr>
              <w:spacing w:before="20" w:after="20" w:line="240" w:lineRule="auto"/>
              <w:jc w:val="center"/>
            </w:pPr>
            <w:r/>
            <w:r>
              <w:rPr>
                <w:rFonts w:ascii="Times New Roman" w:hAnsi="Times New Roman" w:eastAsia="宋体"/>
                <w:b w:val="0"/>
                <w:i w:val="0"/>
                <w:color w:val="333333"/>
                <w:sz w:val="19"/>
              </w:rPr>
              <w:t>X</w:t>
            </w:r>
          </w:p>
        </w:tc>
        <w:tc>
          <w:tcPr>
            <w:tcW w:type="dxa" w:w="3137"/>
          </w:tcPr>
          <w:p>
            <w:pPr>
              <w:spacing w:before="20" w:after="20" w:line="240" w:lineRule="auto"/>
              <w:jc w:val="center"/>
            </w:pPr>
            <w:r/>
            <w:r>
              <w:rPr>
                <w:rFonts w:ascii="Times New Roman" w:hAnsi="Times New Roman" w:eastAsia="宋体"/>
                <w:b w:val="0"/>
                <w:i w:val="0"/>
                <w:color w:val="333333"/>
                <w:sz w:val="19"/>
              </w:rPr>
              <w:t>X</w:t>
            </w:r>
          </w:p>
        </w:tc>
        <w:tc>
          <w:tcPr>
            <w:tcW w:type="dxa" w:w="3137"/>
          </w:tcPr>
          <w:p>
            <w:pPr>
              <w:spacing w:before="20" w:after="20" w:line="240" w:lineRule="auto"/>
              <w:jc w:val="center"/>
            </w:pPr>
            <w:r/>
            <w:r>
              <w:rPr>
                <w:rFonts w:ascii="Times New Roman" w:hAnsi="Times New Roman" w:eastAsia="宋体"/>
                <w:b w:val="0"/>
                <w:i w:val="0"/>
                <w:color w:val="333333"/>
                <w:sz w:val="19"/>
              </w:rPr>
              <w:t>X</w:t>
            </w:r>
          </w:p>
        </w:tc>
      </w:tr>
      <w:tr>
        <w:tc>
          <w:tcPr>
            <w:tcW w:type="dxa" w:w="3137"/>
          </w:tcPr>
          <w:p>
            <w:pPr>
              <w:spacing w:before="20" w:after="20" w:line="240" w:lineRule="auto"/>
              <w:jc w:val="center"/>
            </w:pPr>
            <w:r/>
            <w:r>
              <w:rPr>
                <w:rFonts w:ascii="Times New Roman" w:hAnsi="Times New Roman" w:eastAsia="宋体"/>
                <w:b w:val="0"/>
                <w:i w:val="0"/>
                <w:color w:val="333333"/>
                <w:sz w:val="19"/>
              </w:rPr>
              <w:t>X</w:t>
            </w:r>
          </w:p>
        </w:tc>
        <w:tc>
          <w:tcPr>
            <w:tcW w:type="dxa" w:w="3137"/>
          </w:tcPr>
          <w:p>
            <w:pPr>
              <w:spacing w:before="20" w:after="20" w:line="240" w:lineRule="auto"/>
              <w:jc w:val="center"/>
            </w:pPr>
            <w:r/>
            <w:r>
              <w:rPr>
                <w:rFonts w:ascii="Times New Roman" w:hAnsi="Times New Roman" w:eastAsia="宋体"/>
                <w:b w:val="0"/>
                <w:i w:val="0"/>
                <w:color w:val="333333"/>
                <w:sz w:val="19"/>
              </w:rPr>
              <w:t>X</w:t>
            </w:r>
          </w:p>
        </w:tc>
        <w:tc>
          <w:tcPr>
            <w:tcW w:type="dxa" w:w="3137"/>
          </w:tcPr>
          <w:p>
            <w:pPr>
              <w:spacing w:before="20" w:after="20" w:line="240" w:lineRule="auto"/>
              <w:jc w:val="center"/>
            </w:pPr>
            <w:r/>
            <w:r>
              <w:rPr>
                <w:rFonts w:ascii="Times New Roman" w:hAnsi="Times New Roman" w:eastAsia="宋体"/>
                <w:b w:val="0"/>
                <w:i w:val="0"/>
                <w:color w:val="333333"/>
                <w:sz w:val="19"/>
              </w:rPr>
              <w:t>X</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If the seating positions are assigned randomly, what is the probability that Abby and Bridget are adjacent to each other in the same row or the same column?</w:t>
      </w:r>
    </w:p>
    <w:p>
      <w:pPr>
        <w:spacing w:before="0" w:after="160" w:line="300" w:lineRule="auto"/>
      </w:pPr>
      <w:r>
        <w:rPr>
          <w:rFonts w:ascii="Times New Roman" w:hAnsi="Times New Roman" w:eastAsia="宋体"/>
          <w:b w:val="0"/>
          <w:i w:val="0"/>
          <w:color w:val="333333"/>
          <w:sz w:val="19"/>
        </w:rPr>
        <w:t>(A) 1/3　　(B) 2/5　　(C) 7/15　　(D) 1/2　　(E) 2/3</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Sri 车里的钟不准，并且以恒定速度走快。某天他开始购物时，车钟和他准确的手表都显示中午 12:00 整。购物结束时，他的手表显示 12:30，车钟显示 12:35。当天晚些时候，Sri 弄丢了手表。他看车钟，显示 7:00 整。实际时间是多少？</w:t>
      </w:r>
    </w:p>
    <w:p>
      <w:pPr>
        <w:spacing w:before="0" w:after="120" w:line="300" w:lineRule="auto"/>
      </w:pPr>
      <w:r>
        <w:rPr>
          <w:rFonts w:ascii="Times New Roman" w:hAnsi="Times New Roman" w:eastAsia="宋体"/>
          <w:b w:val="0"/>
          <w:i w:val="0"/>
          <w:sz w:val="21"/>
        </w:rPr>
        <w:t>（A）5:50　　（B）6:00　　（C）6:30　　（D）6:55　　（E）8:10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clock in Sri’s car, which is not accurate, gains time at a constant rate. One day as he begins shopping he notes that his car clock and his watch (which is accurate) both say 12:00 noon. When he is done shopping, his watch says 12:30 and his car clock says 12:35. Later that day, Sri loses his watch. He looks at his car clock and it says 7:00. What is the actual time?</w:t>
      </w:r>
    </w:p>
    <w:p>
      <w:pPr>
        <w:spacing w:before="0" w:after="160" w:line="300" w:lineRule="auto"/>
      </w:pPr>
      <w:r>
        <w:rPr>
          <w:rFonts w:ascii="Times New Roman" w:hAnsi="Times New Roman" w:eastAsia="宋体"/>
          <w:b w:val="0"/>
          <w:i w:val="0"/>
          <w:color w:val="333333"/>
          <w:sz w:val="19"/>
        </w:rPr>
        <w:t>(A) 5:50　　(B) 6:00　　(C) 6:30　　(D) 6:55　　(E) 8:10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Laila 参加了五次数学测试，每次满分 100 分。每次成绩都是 0 到 100 之间的整数。她前四次测试得了相同分数，最后一次分数更高。五次测试的平均分是 82。Laila 最后一次测试的分数可能有多少个不同的值？</w:t>
      </w:r>
    </w:p>
    <w:p>
      <w:pPr>
        <w:spacing w:before="0" w:after="120" w:line="300" w:lineRule="auto"/>
      </w:pPr>
      <w:r>
        <w:rPr>
          <w:rFonts w:ascii="Times New Roman" w:hAnsi="Times New Roman" w:eastAsia="宋体"/>
          <w:b w:val="0"/>
          <w:i w:val="0"/>
          <w:sz w:val="21"/>
        </w:rPr>
        <w:t>（A）4　　（B）5　　（C）9　　（D）10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Laila took five math tests, each worth a maximum of 100 points. Laila’s score on each test was an integer between 0 and 100, inclusive. Laila received the same score on the first four tests, and she received a higher score on the last test. Her average score on the five tests was 82. How many values are possible for Laila’s score on the last test?</w:t>
      </w:r>
    </w:p>
    <w:p>
      <w:pPr>
        <w:spacing w:before="0" w:after="160" w:line="300" w:lineRule="auto"/>
      </w:pPr>
      <w:r>
        <w:rPr>
          <w:rFonts w:ascii="Times New Roman" w:hAnsi="Times New Roman" w:eastAsia="宋体"/>
          <w:b w:val="0"/>
          <w:i w:val="0"/>
          <w:color w:val="333333"/>
          <w:sz w:val="19"/>
        </w:rPr>
        <w:t>(A) 4　　(B) 5　　(C) 9　　(D) 10　　(E) 18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设 N 是数字乘积为 120 的最大五位数。N 的各位数字之和是多少？</w:t>
      </w:r>
    </w:p>
    <w:p>
      <w:pPr>
        <w:spacing w:before="0" w:after="120" w:line="300" w:lineRule="auto"/>
      </w:pPr>
      <w:r>
        <w:rPr>
          <w:rFonts w:ascii="Times New Roman" w:hAnsi="Times New Roman" w:eastAsia="宋体"/>
          <w:b w:val="0"/>
          <w:i w:val="0"/>
          <w:sz w:val="21"/>
        </w:rPr>
        <w:t>（A）15　　（B）16　　（C）17　　（D）18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greatest five-digit number whose digits have a product of 120. What is the sum of the digits of N?</w:t>
      </w:r>
    </w:p>
    <w:p>
      <w:pPr>
        <w:spacing w:before="0" w:after="160" w:line="300" w:lineRule="auto"/>
      </w:pPr>
      <w:r>
        <w:rPr>
          <w:rFonts w:ascii="Times New Roman" w:hAnsi="Times New Roman" w:eastAsia="宋体"/>
          <w:b w:val="0"/>
          <w:i w:val="0"/>
          <w:color w:val="333333"/>
          <w:sz w:val="19"/>
        </w:rPr>
        <w:t>(A) 15　　(B) 16　　(C) 17　　(D) 18　　(E) 20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如下图，在两个较小圆中，每个较小圆的一条直径都是大圆的一条半径。如果两个较小圆的总面积为 1 平方单位，那么阴影区域的面积是多少平方单位？</w:t>
      </w:r>
    </w:p>
    <w:p>
      <w:pPr>
        <w:spacing w:before="80" w:after="80"/>
        <w:jc w:val="center"/>
      </w:pPr>
      <w:r>
        <w:drawing>
          <wp:inline xmlns:a="http://schemas.openxmlformats.org/drawingml/2006/main" xmlns:pic="http://schemas.openxmlformats.org/drawingml/2006/picture">
            <wp:extent cx="613672" cy="613672"/>
            <wp:docPr id="5" name="Picture 5"/>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613672" cy="613672"/>
                    </a:xfrm>
                    <a:prstGeom prst="rect"/>
                  </pic:spPr>
                </pic:pic>
              </a:graphicData>
            </a:graphic>
          </wp:inline>
        </w:drawing>
      </w:r>
    </w:p>
    <w:p>
      <w:pPr>
        <w:spacing w:before="0" w:after="120" w:line="300" w:lineRule="auto"/>
      </w:pPr>
      <w:r>
        <w:rPr>
          <w:rFonts w:ascii="Times New Roman" w:hAnsi="Times New Roman" w:eastAsia="宋体"/>
          <w:b w:val="0"/>
          <w:i w:val="0"/>
          <w:sz w:val="21"/>
        </w:rPr>
        <w:t>（A）1/4　　（B）1/3　　（C）1/2　　（D）1　　（E）π/2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diagram below, a diameter of each of the two smaller circles is a radius of the larger circle. If the two smaller circles have a combined area of 1 square unit, then what is the area of the shaded region, in square units?</w:t>
      </w:r>
    </w:p>
    <w:p>
      <w:pPr>
        <w:spacing w:before="80" w:after="80"/>
        <w:jc w:val="center"/>
      </w:pPr>
      <w:r>
        <w:drawing>
          <wp:inline xmlns:a="http://schemas.openxmlformats.org/drawingml/2006/main" xmlns:pic="http://schemas.openxmlformats.org/drawingml/2006/picture">
            <wp:extent cx="613672" cy="613672"/>
            <wp:docPr id="6" name="Picture 6"/>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613672" cy="6136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　　(B) 1/3　　(C) 1/2　　(D) 1　　(E) π/2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Chang 教授有九本不同的语言书排在书架上：两本阿拉伯语书、三本德语书和四本西班牙语书。若要求阿拉伯语书放在一起，西班牙语书也放在一起，那么这九本书有多少种排列方式？</w:t>
      </w:r>
    </w:p>
    <w:p>
      <w:pPr>
        <w:spacing w:before="0" w:after="120" w:line="300" w:lineRule="auto"/>
      </w:pPr>
      <w:r>
        <w:rPr>
          <w:rFonts w:ascii="Times New Roman" w:hAnsi="Times New Roman" w:eastAsia="宋体"/>
          <w:b w:val="0"/>
          <w:i w:val="0"/>
          <w:sz w:val="21"/>
        </w:rPr>
        <w:t>（A）1440　　（B）2880　　（C）5760　　（D）182,440　　（E）362,880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Professor Chang has nine different language books lined up on a bookshelf: two Arabic, three German, and four Spanish. How many ways are there to arrange the nine books on the shelf keeping the Arabic books together and keeping the Spanish books together?</w:t>
      </w:r>
    </w:p>
    <w:p>
      <w:pPr>
        <w:spacing w:before="0" w:after="160" w:line="300" w:lineRule="auto"/>
      </w:pPr>
      <w:r>
        <w:rPr>
          <w:rFonts w:ascii="Times New Roman" w:hAnsi="Times New Roman" w:eastAsia="宋体"/>
          <w:b w:val="0"/>
          <w:i w:val="0"/>
          <w:color w:val="333333"/>
          <w:sz w:val="19"/>
        </w:rPr>
        <w:t>(A) 1440　　(B) 2880　　(C) 5760　　(D) 182,440　　(E) 362,880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Bella 从自己家出发，朝朋友 Ella 家走去。与此同时，Ella 从自己家骑自行车朝 Bella 家出发。她们都保持恒定速度，Ella 骑车速度是 Bella 步行速度的 5 倍。两家相距 2 英里，即 10,560 英尺，Bella 每一步走 2 1/2 英尺。到两人相遇时，Bella 会走多少步？</w:t>
      </w:r>
    </w:p>
    <w:p>
      <w:pPr>
        <w:spacing w:before="0" w:after="120" w:line="300" w:lineRule="auto"/>
      </w:pPr>
      <w:r>
        <w:rPr>
          <w:rFonts w:ascii="Times New Roman" w:hAnsi="Times New Roman" w:eastAsia="宋体"/>
          <w:b w:val="0"/>
          <w:i w:val="0"/>
          <w:sz w:val="21"/>
        </w:rPr>
        <w:t>（A）704　　（B）845　　（C）1056　　（D）1760　　（E）3520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Bella begins to walk from her house toward her friend Ella’s house. At the same time, Ella begins to ride her bicycle toward Bella’s house. They each maintain a constant speed, and Ella rides 5 times as fast as Bella walks. The distance between their houses is 2 miles, which is 10,560 feet, and Bella covers 2 1/2 feet with each step. How many steps will Bella take by the time she meets Ella?</w:t>
      </w:r>
    </w:p>
    <w:p>
      <w:pPr>
        <w:spacing w:before="0" w:after="160" w:line="300" w:lineRule="auto"/>
      </w:pPr>
      <w:r>
        <w:rPr>
          <w:rFonts w:ascii="Times New Roman" w:hAnsi="Times New Roman" w:eastAsia="宋体"/>
          <w:b w:val="0"/>
          <w:i w:val="0"/>
          <w:color w:val="333333"/>
          <w:sz w:val="19"/>
        </w:rPr>
        <w:t>(A) 704　　(B) 845　　(C) 1056　　(D) 1760　　(E) 3520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23,232 有多少个正因数？</w:t>
      </w:r>
    </w:p>
    <w:p>
      <w:pPr>
        <w:spacing w:before="0" w:after="120" w:line="300" w:lineRule="auto"/>
      </w:pPr>
      <w:r>
        <w:rPr>
          <w:rFonts w:ascii="Times New Roman" w:hAnsi="Times New Roman" w:eastAsia="宋体"/>
          <w:b w:val="0"/>
          <w:i w:val="0"/>
          <w:sz w:val="21"/>
        </w:rPr>
        <w:t>（A）9　　（B）12　　（C）28　　（D）36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factors does 23,232 have?</w:t>
      </w:r>
    </w:p>
    <w:p>
      <w:pPr>
        <w:spacing w:before="0" w:after="160" w:line="300" w:lineRule="auto"/>
      </w:pPr>
      <w:r>
        <w:rPr>
          <w:rFonts w:ascii="Times New Roman" w:hAnsi="Times New Roman" w:eastAsia="宋体"/>
          <w:b w:val="0"/>
          <w:i w:val="0"/>
          <w:color w:val="333333"/>
          <w:sz w:val="19"/>
        </w:rPr>
        <w:t>(A) 9　　(B) 12　　(C) 28　　(D) 36　　(E) 42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在一个符号金字塔中，如果某格下面两个格子的符号相同，则该格填 “+”；如果下面两个格子的符号不同，则该格填 “-”。下图展示了一个四层符号金字塔。有多少种方法可以填最底行的四个格子，使得金字塔顶端为 “+”？</w:t>
      </w:r>
    </w:p>
    <w:p>
      <w:pPr>
        <w:spacing w:before="80" w:after="80"/>
        <w:jc w:val="center"/>
      </w:pPr>
      <w:r>
        <w:drawing>
          <wp:inline xmlns:a="http://schemas.openxmlformats.org/drawingml/2006/main" xmlns:pic="http://schemas.openxmlformats.org/drawingml/2006/picture">
            <wp:extent cx="3647110" cy="1825142"/>
            <wp:docPr id="7" name="Picture 7"/>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3647110" cy="1825142"/>
                    </a:xfrm>
                    <a:prstGeom prst="rect"/>
                  </pic:spPr>
                </pic:pic>
              </a:graphicData>
            </a:graphic>
          </wp:inline>
        </w:drawing>
      </w:r>
    </w:p>
    <w:p>
      <w:pPr>
        <w:spacing w:before="0" w:after="120" w:line="300" w:lineRule="auto"/>
      </w:pPr>
      <w:r>
        <w:rPr>
          <w:rFonts w:ascii="Times New Roman" w:hAnsi="Times New Roman" w:eastAsia="宋体"/>
          <w:b w:val="0"/>
          <w:i w:val="0"/>
          <w:sz w:val="21"/>
        </w:rPr>
        <w:t>（A）2　　（B）4　　（C）8　　（D）12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sign pyramid a cell gets a “+” if the two cells below it have the same sign, and it gets a “-” if the two cells below it have different signs. The diagram below illustrates a sign pyramid with four levels. How many possible ways are there to fill the four cells in the bottom row to produce a “+” at the top of the pyramid?</w:t>
      </w:r>
    </w:p>
    <w:p>
      <w:pPr>
        <w:spacing w:before="80" w:after="80"/>
        <w:jc w:val="center"/>
      </w:pPr>
      <w:r>
        <w:drawing>
          <wp:inline xmlns:a="http://schemas.openxmlformats.org/drawingml/2006/main" xmlns:pic="http://schemas.openxmlformats.org/drawingml/2006/picture">
            <wp:extent cx="3647110" cy="1825142"/>
            <wp:docPr id="8" name="Picture 8"/>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3647110" cy="182514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4　　(C) 8　　(D) 12　　(E) 16</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 △ ABC 中，点 E 在 AB 上，且 AE=1、EB=2。点 D 在 AC 上，使得 DE ∥ BC；点 F 在 BC 上，使得 EF ∥ AC。CDEF 的面积与 △ ABC 的面积之比是多少？</w:t>
      </w:r>
    </w:p>
    <w:p>
      <w:pPr>
        <w:spacing w:before="80" w:after="80"/>
        <w:jc w:val="center"/>
      </w:pPr>
      <w:r>
        <w:drawing>
          <wp:inline xmlns:a="http://schemas.openxmlformats.org/drawingml/2006/main" xmlns:pic="http://schemas.openxmlformats.org/drawingml/2006/picture">
            <wp:extent cx="3137054" cy="2685211"/>
            <wp:docPr id="9" name="Picture 9"/>
            <wp:cNvGraphicFramePr>
              <a:graphicFrameLocks noChangeAspect="1"/>
            </wp:cNvGraphicFramePr>
            <a:graphic>
              <a:graphicData uri="http://schemas.openxmlformats.org/drawingml/2006/picture">
                <pic:pic>
                  <pic:nvPicPr>
                    <pic:cNvPr id="0" name="q20-1@300dpi.png"/>
                    <pic:cNvPicPr/>
                  </pic:nvPicPr>
                  <pic:blipFill>
                    <a:blip r:embed="rId13"/>
                    <a:stretch>
                      <a:fillRect/>
                    </a:stretch>
                  </pic:blipFill>
                  <pic:spPr>
                    <a:xfrm>
                      <a:off x="0" y="0"/>
                      <a:ext cx="3137054" cy="2685211"/>
                    </a:xfrm>
                    <a:prstGeom prst="rect"/>
                  </pic:spPr>
                </pic:pic>
              </a:graphicData>
            </a:graphic>
          </wp:inline>
        </w:drawing>
      </w:r>
    </w:p>
    <w:p>
      <w:pPr>
        <w:spacing w:before="0" w:after="120" w:line="300" w:lineRule="auto"/>
      </w:pPr>
      <w:r>
        <w:rPr>
          <w:rFonts w:ascii="Times New Roman" w:hAnsi="Times New Roman" w:eastAsia="宋体"/>
          <w:b w:val="0"/>
          <w:i w:val="0"/>
          <w:sz w:val="21"/>
        </w:rPr>
        <w:t>（A）4/9　　（B）1/2　　（C）5/9　　（D）3/5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 point E is on AB with AE=1 and EB=2. Point D is on AC so that DE ∥ BC and point F is on BC so that EF ∥ AC. What is the ratio of the area of CDEF to the area of △ ABC?</w:t>
      </w:r>
    </w:p>
    <w:p>
      <w:pPr>
        <w:spacing w:before="80" w:after="80"/>
        <w:jc w:val="center"/>
      </w:pPr>
      <w:r>
        <w:drawing>
          <wp:inline xmlns:a="http://schemas.openxmlformats.org/drawingml/2006/main" xmlns:pic="http://schemas.openxmlformats.org/drawingml/2006/picture">
            <wp:extent cx="3137054" cy="2685211"/>
            <wp:docPr id="10" name="Picture 10"/>
            <wp:cNvGraphicFramePr>
              <a:graphicFrameLocks noChangeAspect="1"/>
            </wp:cNvGraphicFramePr>
            <a:graphic>
              <a:graphicData uri="http://schemas.openxmlformats.org/drawingml/2006/picture">
                <pic:pic>
                  <pic:nvPicPr>
                    <pic:cNvPr id="0" name="q20-1@300dpi.png"/>
                    <pic:cNvPicPr/>
                  </pic:nvPicPr>
                  <pic:blipFill>
                    <a:blip r:embed="rId13"/>
                    <a:stretch>
                      <a:fillRect/>
                    </a:stretch>
                  </pic:blipFill>
                  <pic:spPr>
                    <a:xfrm>
                      <a:off x="0" y="0"/>
                      <a:ext cx="3137054" cy="268521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4/9　　(B) 1/2　　(C) 5/9　　(D) 3/5　　(E) 2/3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有多少个正的三位整数，除以 6 余 2，除以 9 余 5，且除以 11 余 7？</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three-digit integers have a remainder of 2 when divided by 6, a remainder of 5 when divided by 9, and a remainder of 7 when divided by 11?</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在正方形 ABCD 中，点 E 是边 CD 的中点。BE 与对角线 AC 相交于 F。四边形 AFED 的面积为 45。正方形 ABCD 的面积是多少？</w:t>
      </w:r>
    </w:p>
    <w:p>
      <w:pPr>
        <w:spacing w:before="80" w:after="80"/>
        <w:jc w:val="center"/>
      </w:pPr>
      <w:r>
        <w:drawing>
          <wp:inline xmlns:a="http://schemas.openxmlformats.org/drawingml/2006/main" xmlns:pic="http://schemas.openxmlformats.org/drawingml/2006/picture">
            <wp:extent cx="3285561" cy="3240000"/>
            <wp:docPr id="11" name="Picture 11"/>
            <wp:cNvGraphicFramePr>
              <a:graphicFrameLocks noChangeAspect="1"/>
            </wp:cNvGraphicFramePr>
            <a:graphic>
              <a:graphicData uri="http://schemas.openxmlformats.org/drawingml/2006/picture">
                <pic:pic>
                  <pic:nvPicPr>
                    <pic:cNvPr id="0" name="q22-1@288dpi.png"/>
                    <pic:cNvPicPr/>
                  </pic:nvPicPr>
                  <pic:blipFill>
                    <a:blip r:embed="rId14"/>
                    <a:stretch>
                      <a:fillRect/>
                    </a:stretch>
                  </pic:blipFill>
                  <pic:spPr>
                    <a:xfrm>
                      <a:off x="0" y="0"/>
                      <a:ext cx="3285561" cy="3240000"/>
                    </a:xfrm>
                    <a:prstGeom prst="rect"/>
                  </pic:spPr>
                </pic:pic>
              </a:graphicData>
            </a:graphic>
          </wp:inline>
        </w:drawing>
      </w:r>
    </w:p>
    <w:p>
      <w:pPr>
        <w:spacing w:before="0" w:after="120" w:line="300" w:lineRule="auto"/>
      </w:pPr>
      <w:r>
        <w:rPr>
          <w:rFonts w:ascii="Times New Roman" w:hAnsi="Times New Roman" w:eastAsia="宋体"/>
          <w:b w:val="0"/>
          <w:i w:val="0"/>
          <w:sz w:val="21"/>
        </w:rPr>
        <w:t>（A）100　　（B）108　　（C）120　　（D）135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 E is the midpoint of side CD in square ABCD, and BE meets diagonal AC at F. The area of quadrilateral AFED is 45. What is the area of ABCD?</w:t>
      </w:r>
    </w:p>
    <w:p>
      <w:pPr>
        <w:spacing w:before="80" w:after="80"/>
        <w:jc w:val="center"/>
      </w:pPr>
      <w:r>
        <w:drawing>
          <wp:inline xmlns:a="http://schemas.openxmlformats.org/drawingml/2006/main" xmlns:pic="http://schemas.openxmlformats.org/drawingml/2006/picture">
            <wp:extent cx="3285561" cy="3240000"/>
            <wp:docPr id="12" name="Picture 12"/>
            <wp:cNvGraphicFramePr>
              <a:graphicFrameLocks noChangeAspect="1"/>
            </wp:cNvGraphicFramePr>
            <a:graphic>
              <a:graphicData uri="http://schemas.openxmlformats.org/drawingml/2006/picture">
                <pic:pic>
                  <pic:nvPicPr>
                    <pic:cNvPr id="0" name="q22-1@288dpi.png"/>
                    <pic:cNvPicPr/>
                  </pic:nvPicPr>
                  <pic:blipFill>
                    <a:blip r:embed="rId14"/>
                    <a:stretch>
                      <a:fillRect/>
                    </a:stretch>
                  </pic:blipFill>
                  <pic:spPr>
                    <a:xfrm>
                      <a:off x="0" y="0"/>
                      <a:ext cx="3285561" cy="3240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100　　(B) 108　　(C) 120　　(D) 135　　(E) 144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从一个正八边形中随机选择三个顶点并连接成一个三角形。这个三角形至少有一条边也是八边形的一条边的概率是多少？</w:t>
      </w:r>
    </w:p>
    <w:p>
      <w:pPr>
        <w:spacing w:before="80" w:after="80"/>
        <w:jc w:val="center"/>
      </w:pPr>
      <w:r>
        <w:drawing>
          <wp:inline xmlns:a="http://schemas.openxmlformats.org/drawingml/2006/main" xmlns:pic="http://schemas.openxmlformats.org/drawingml/2006/picture">
            <wp:extent cx="1079999" cy="1079999"/>
            <wp:docPr id="13" name="Picture 13"/>
            <wp:cNvGraphicFramePr>
              <a:graphicFrameLocks noChangeAspect="1"/>
            </wp:cNvGraphicFramePr>
            <a:graphic>
              <a:graphicData uri="http://schemas.openxmlformats.org/drawingml/2006/picture">
                <pic:pic>
                  <pic:nvPicPr>
                    <pic:cNvPr id="0" name="q23-1@300dpi.png"/>
                    <pic:cNvPicPr/>
                  </pic:nvPicPr>
                  <pic:blipFill>
                    <a:blip r:embed="rId15"/>
                    <a:stretch>
                      <a:fillRect/>
                    </a:stretch>
                  </pic:blipFill>
                  <pic:spPr>
                    <a:xfrm>
                      <a:off x="0" y="0"/>
                      <a:ext cx="1079999" cy="1079999"/>
                    </a:xfrm>
                    <a:prstGeom prst="rect"/>
                  </pic:spPr>
                </pic:pic>
              </a:graphicData>
            </a:graphic>
          </wp:inline>
        </w:drawing>
      </w:r>
    </w:p>
    <w:p>
      <w:pPr>
        <w:spacing w:before="0" w:after="120" w:line="300" w:lineRule="auto"/>
      </w:pPr>
      <w:r>
        <w:rPr>
          <w:rFonts w:ascii="Times New Roman" w:hAnsi="Times New Roman" w:eastAsia="宋体"/>
          <w:b w:val="0"/>
          <w:i w:val="0"/>
          <w:sz w:val="21"/>
        </w:rPr>
        <w:t>（A）2/7　　（B）5/42　　（C）11/14　　（D）5/7　　（E）6/7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a regular octagon, a triangle is formed by connecting three randomly chosen vertices of the octagon. What is the probability that at least one of the sides of the triangle is also a side of the octagon?</w:t>
      </w:r>
    </w:p>
    <w:p>
      <w:pPr>
        <w:spacing w:before="80" w:after="80"/>
        <w:jc w:val="center"/>
      </w:pPr>
      <w:r>
        <w:drawing>
          <wp:inline xmlns:a="http://schemas.openxmlformats.org/drawingml/2006/main" xmlns:pic="http://schemas.openxmlformats.org/drawingml/2006/picture">
            <wp:extent cx="1079999" cy="1079999"/>
            <wp:docPr id="14" name="Picture 14"/>
            <wp:cNvGraphicFramePr>
              <a:graphicFrameLocks noChangeAspect="1"/>
            </wp:cNvGraphicFramePr>
            <a:graphic>
              <a:graphicData uri="http://schemas.openxmlformats.org/drawingml/2006/picture">
                <pic:pic>
                  <pic:nvPicPr>
                    <pic:cNvPr id="0" name="q23-1@300dpi.png"/>
                    <pic:cNvPicPr/>
                  </pic:nvPicPr>
                  <pic:blipFill>
                    <a:blip r:embed="rId15"/>
                    <a:stretch>
                      <a:fillRect/>
                    </a:stretch>
                  </pic:blipFill>
                  <pic:spPr>
                    <a:xfrm>
                      <a:off x="0" y="0"/>
                      <a:ext cx="1079999" cy="10799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2/7　　(B) 5/42　　(C) 11/14　　(D) 5/7　　(E) 6/7</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在立方体 ABCDEFGH 中，C 与 E 是相对顶点，J 和 I 分别是棱 FB 和 HD 的中点。设 R 为截面 EJCI 的面积与立方体一个面的面积之比。R² 是多少？</w:t>
      </w:r>
    </w:p>
    <w:p>
      <w:pPr>
        <w:spacing w:before="80" w:after="80"/>
        <w:jc w:val="center"/>
      </w:pPr>
      <w:r>
        <w:drawing>
          <wp:inline xmlns:a="http://schemas.openxmlformats.org/drawingml/2006/main" xmlns:pic="http://schemas.openxmlformats.org/drawingml/2006/picture">
            <wp:extent cx="1965908" cy="2159999"/>
            <wp:docPr id="15" name="Picture 15"/>
            <wp:cNvGraphicFramePr>
              <a:graphicFrameLocks noChangeAspect="1"/>
            </wp:cNvGraphicFramePr>
            <a:graphic>
              <a:graphicData uri="http://schemas.openxmlformats.org/drawingml/2006/picture">
                <pic:pic>
                  <pic:nvPicPr>
                    <pic:cNvPr id="0" name="q24-1@300dpi.png"/>
                    <pic:cNvPicPr/>
                  </pic:nvPicPr>
                  <pic:blipFill>
                    <a:blip r:embed="rId16"/>
                    <a:stretch>
                      <a:fillRect/>
                    </a:stretch>
                  </pic:blipFill>
                  <pic:spPr>
                    <a:xfrm>
                      <a:off x="0" y="0"/>
                      <a:ext cx="1965908" cy="2159999"/>
                    </a:xfrm>
                    <a:prstGeom prst="rect"/>
                  </pic:spPr>
                </pic:pic>
              </a:graphicData>
            </a:graphic>
          </wp:inline>
        </w:drawing>
      </w:r>
    </w:p>
    <w:p>
      <w:pPr>
        <w:spacing w:before="0" w:after="120" w:line="300" w:lineRule="auto"/>
      </w:pPr>
      <w:r>
        <w:rPr>
          <w:rFonts w:ascii="Times New Roman" w:hAnsi="Times New Roman" w:eastAsia="宋体"/>
          <w:b w:val="0"/>
          <w:i w:val="0"/>
          <w:sz w:val="21"/>
        </w:rPr>
        <w:t>（A）5/4　　（B）4/3　　（C）3/2　　（D）25/16　　（E）9/4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cube ABCDEFGH with opposite vertices C and E, J and I are the midpoints of edges FB and HD, respectively. Let R be the ratio of the area of the cross-section EJCI to the area of one of the faces of the cube. What is R²?</w:t>
      </w:r>
    </w:p>
    <w:p>
      <w:pPr>
        <w:spacing w:before="80" w:after="80"/>
        <w:jc w:val="center"/>
      </w:pPr>
      <w:r>
        <w:drawing>
          <wp:inline xmlns:a="http://schemas.openxmlformats.org/drawingml/2006/main" xmlns:pic="http://schemas.openxmlformats.org/drawingml/2006/picture">
            <wp:extent cx="1965908" cy="2159999"/>
            <wp:docPr id="16" name="Picture 16"/>
            <wp:cNvGraphicFramePr>
              <a:graphicFrameLocks noChangeAspect="1"/>
            </wp:cNvGraphicFramePr>
            <a:graphic>
              <a:graphicData uri="http://schemas.openxmlformats.org/drawingml/2006/picture">
                <pic:pic>
                  <pic:nvPicPr>
                    <pic:cNvPr id="0" name="q24-1@300dpi.png"/>
                    <pic:cNvPicPr/>
                  </pic:nvPicPr>
                  <pic:blipFill>
                    <a:blip r:embed="rId16"/>
                    <a:stretch>
                      <a:fillRect/>
                    </a:stretch>
                  </pic:blipFill>
                  <pic:spPr>
                    <a:xfrm>
                      <a:off x="0" y="0"/>
                      <a:ext cx="1965908" cy="21599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5/4　　(B) 4/3　　(C) 3/2　　(D) 25/16　　(E) 9/4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 2⁸+1 和 2¹⁸+1 之间（含端点）有多少个完全立方数？</w:t>
      </w:r>
    </w:p>
    <w:p>
      <w:pPr>
        <w:spacing w:before="0" w:after="120" w:line="300" w:lineRule="auto"/>
      </w:pPr>
      <w:r>
        <w:rPr>
          <w:rFonts w:ascii="Times New Roman" w:hAnsi="Times New Roman" w:eastAsia="宋体"/>
          <w:b w:val="0"/>
          <w:i w:val="0"/>
          <w:sz w:val="21"/>
        </w:rPr>
        <w:t>（A）4　　（B）9　　（C）10　　（D）57　　（E）58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perfect cubes lie between 2⁸+1 and 2¹⁸+1, inclusive?</w:t>
      </w:r>
    </w:p>
    <w:p>
      <w:pPr>
        <w:spacing w:before="0" w:after="160" w:line="300" w:lineRule="auto"/>
      </w:pPr>
      <w:r>
        <w:rPr>
          <w:rFonts w:ascii="Times New Roman" w:hAnsi="Times New Roman" w:eastAsia="宋体"/>
          <w:b w:val="0"/>
          <w:i w:val="0"/>
          <w:color w:val="333333"/>
          <w:sz w:val="19"/>
        </w:rPr>
        <w:t>(A) 4　　(B) 9　　(C) 10　　(D) 57　　(E) 58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D　D　C　E　C　B　C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C　B　A　D　D　C　A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A　E　B　D　C　E</w:t>
      </w:r>
    </w:p>
    <w:p>
      <w:pPr>
        <w:spacing w:before="0" w:after="200" w:line="300" w:lineRule="auto"/>
      </w:pPr>
      <w:r>
        <w:rPr>
          <w:rFonts w:ascii="Times New Roman" w:hAnsi="Times New Roman" w:eastAsia="宋体"/>
          <w:b w:val="0"/>
          <w:i w:val="0"/>
          <w:color w:val="666666"/>
          <w:sz w:val="18"/>
        </w:rPr>
        <w:t>答案串：ADDCECBCBCCBADDCAECAEBDCE</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复制模型的高度是 289/20=14.45 英尺，四舍五入得到 14 英尺。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replica is 289/20=14.45 feet tall, which rounds to 14 feet.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先注意，形如 1 + 1/n 的因子可以改写为</w:t>
      </w:r>
    </w:p>
    <w:p>
      <w:pPr>
        <w:spacing w:before="0" w:after="80" w:line="300" w:lineRule="auto"/>
        <w:jc w:val="left"/>
      </w:pPr>
      <w:r>
        <w:rPr>
          <w:rFonts w:ascii="Times New Roman" w:hAnsi="Times New Roman" w:eastAsia="宋体"/>
          <w:b w:val="0"/>
          <w:i w:val="0"/>
          <w:sz w:val="21"/>
        </w:rPr>
        <w:t>n/n + 1/n = n+1/n。</w:t>
      </w:r>
    </w:p>
    <w:p>
      <w:pPr>
        <w:spacing w:before="0" w:after="80" w:line="300" w:lineRule="auto"/>
        <w:jc w:val="left"/>
      </w:pPr>
      <w:r>
        <w:rPr>
          <w:rFonts w:ascii="Times New Roman" w:hAnsi="Times New Roman" w:eastAsia="宋体"/>
          <w:b w:val="0"/>
          <w:i w:val="0"/>
          <w:sz w:val="21"/>
        </w:rPr>
        <w:t>因此题中的乘积可以写成</w:t>
      </w:r>
    </w:p>
    <w:p>
      <w:pPr>
        <w:spacing w:before="0" w:after="80" w:line="300" w:lineRule="auto"/>
        <w:jc w:val="left"/>
      </w:pPr>
      <w:r>
        <w:rPr>
          <w:rFonts w:ascii="Times New Roman" w:hAnsi="Times New Roman" w:eastAsia="宋体"/>
          <w:b w:val="0"/>
          <w:i w:val="0"/>
          <w:sz w:val="21"/>
        </w:rPr>
        <w:t>(1+1/1)·(1+1/2)</w:t>
      </w:r>
    </w:p>
    <w:p>
      <w:pPr>
        <w:spacing w:before="0" w:after="80" w:line="300" w:lineRule="auto"/>
        <w:jc w:val="left"/>
      </w:pPr>
      <w:r>
        <w:rPr>
          <w:rFonts w:ascii="Times New Roman" w:hAnsi="Times New Roman" w:eastAsia="宋体"/>
          <w:b w:val="0"/>
          <w:i w:val="0"/>
          <w:sz w:val="21"/>
        </w:rPr>
        <w:t>·(1+1/3)·(1+1/4)</w:t>
      </w:r>
    </w:p>
    <w:p>
      <w:pPr>
        <w:spacing w:before="0" w:after="80" w:line="300" w:lineRule="auto"/>
        <w:jc w:val="left"/>
      </w:pPr>
      <w:r>
        <w:rPr>
          <w:rFonts w:ascii="Times New Roman" w:hAnsi="Times New Roman" w:eastAsia="宋体"/>
          <w:b w:val="0"/>
          <w:i w:val="0"/>
          <w:sz w:val="21"/>
        </w:rPr>
        <w:t>·(1+1/5)·(1+1/6)</w:t>
      </w:r>
    </w:p>
    <w:p>
      <w:pPr>
        <w:spacing w:before="0" w:after="80" w:line="300" w:lineRule="auto"/>
        <w:jc w:val="left"/>
      </w:pPr>
      <w:r>
        <w:rPr>
          <w:rFonts w:ascii="Times New Roman" w:hAnsi="Times New Roman" w:eastAsia="宋体"/>
          <w:b w:val="0"/>
          <w:i w:val="0"/>
          <w:sz w:val="21"/>
        </w:rPr>
        <w:t>=2/1 · 3/2 · 4/3 ·5/4 ·6/5 ·7/6</w:t>
      </w:r>
    </w:p>
    <w:p>
      <w:pPr>
        <w:spacing w:before="0" w:after="80" w:line="300" w:lineRule="auto"/>
        <w:jc w:val="left"/>
      </w:pPr>
      <w:r>
        <w:rPr>
          <w:rFonts w:ascii="Times New Roman" w:hAnsi="Times New Roman" w:eastAsia="宋体"/>
          <w:b w:val="0"/>
          <w:i w:val="0"/>
          <w:sz w:val="21"/>
        </w:rPr>
        <w:t>=7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Let’s first note that if we are given an expression of the form 1 + 1/n, we can rewrite this as</w:t>
      </w:r>
    </w:p>
    <w:p>
      <w:pPr>
        <w:spacing w:before="0" w:after="80" w:line="300" w:lineRule="auto"/>
        <w:jc w:val="left"/>
      </w:pPr>
      <w:r>
        <w:rPr>
          <w:rFonts w:ascii="Times New Roman" w:hAnsi="Times New Roman" w:eastAsia="宋体"/>
          <w:b w:val="0"/>
          <w:i w:val="0"/>
          <w:color w:val="333333"/>
          <w:sz w:val="19"/>
        </w:rPr>
        <w:t>n/n + 1/n = n+1/n.</w:t>
      </w:r>
    </w:p>
    <w:p>
      <w:pPr>
        <w:spacing w:before="0" w:after="80" w:line="300" w:lineRule="auto"/>
        <w:jc w:val="left"/>
      </w:pPr>
      <w:r>
        <w:rPr>
          <w:rFonts w:ascii="Times New Roman" w:hAnsi="Times New Roman" w:eastAsia="宋体"/>
          <w:b w:val="0"/>
          <w:i w:val="0"/>
          <w:color w:val="333333"/>
          <w:sz w:val="19"/>
        </w:rPr>
        <w:t>With that in mind, we can rewrite the expression given to us in the problem, as shown below:</w:t>
      </w:r>
    </w:p>
    <w:p>
      <w:pPr>
        <w:spacing w:before="0" w:after="80" w:line="300" w:lineRule="auto"/>
        <w:jc w:val="left"/>
      </w:pPr>
      <w:r>
        <w:rPr>
          <w:rFonts w:ascii="Times New Roman" w:hAnsi="Times New Roman" w:eastAsia="宋体"/>
          <w:b w:val="0"/>
          <w:i w:val="0"/>
          <w:color w:val="333333"/>
          <w:sz w:val="19"/>
        </w:rPr>
        <w:t>(1+1/1)·(1+1/2)</w:t>
      </w:r>
    </w:p>
    <w:p>
      <w:pPr>
        <w:spacing w:before="0" w:after="80" w:line="300" w:lineRule="auto"/>
        <w:jc w:val="left"/>
      </w:pPr>
      <w:r>
        <w:rPr>
          <w:rFonts w:ascii="Times New Roman" w:hAnsi="Times New Roman" w:eastAsia="宋体"/>
          <w:b w:val="0"/>
          <w:i w:val="0"/>
          <w:color w:val="333333"/>
          <w:sz w:val="19"/>
        </w:rPr>
        <w:t>·(1+1/3)·(1+1/4)</w:t>
      </w:r>
    </w:p>
    <w:p>
      <w:pPr>
        <w:spacing w:before="0" w:after="80" w:line="300" w:lineRule="auto"/>
        <w:jc w:val="left"/>
      </w:pPr>
      <w:r>
        <w:rPr>
          <w:rFonts w:ascii="Times New Roman" w:hAnsi="Times New Roman" w:eastAsia="宋体"/>
          <w:b w:val="0"/>
          <w:i w:val="0"/>
          <w:color w:val="333333"/>
          <w:sz w:val="19"/>
        </w:rPr>
        <w:t>·(1+1/5)·(1+1/6)</w:t>
      </w:r>
    </w:p>
    <w:p>
      <w:pPr>
        <w:spacing w:before="0" w:after="80" w:line="300" w:lineRule="auto"/>
        <w:jc w:val="left"/>
      </w:pPr>
      <w:r>
        <w:rPr>
          <w:rFonts w:ascii="Times New Roman" w:hAnsi="Times New Roman" w:eastAsia="宋体"/>
          <w:b w:val="0"/>
          <w:i w:val="0"/>
          <w:color w:val="333333"/>
          <w:sz w:val="19"/>
        </w:rPr>
        <w:t>=2/1 · 3/2 · 4/3 ·5/4 ·6/5 ·7/6</w:t>
      </w:r>
    </w:p>
    <w:p>
      <w:pPr>
        <w:spacing w:before="0" w:after="80" w:line="300" w:lineRule="auto"/>
        <w:jc w:val="left"/>
      </w:pPr>
      <w:r>
        <w:rPr>
          <w:rFonts w:ascii="Times New Roman" w:hAnsi="Times New Roman" w:eastAsia="宋体"/>
          <w:b w:val="0"/>
          <w:i w:val="0"/>
          <w:color w:val="333333"/>
          <w:sz w:val="19"/>
        </w:rPr>
        <w:t>=7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最先会让人离开的五个数是 7,14,17,21,27。只跟踪这些轮次即可。</w:t>
      </w:r>
    </w:p>
    <w:p>
      <w:pPr>
        <w:spacing w:before="0" w:after="80" w:line="300" w:lineRule="auto"/>
        <w:jc w:val="left"/>
      </w:pPr>
      <w:r>
        <w:rPr>
          <w:rFonts w:ascii="Times New Roman" w:hAnsi="Times New Roman" w:eastAsia="宋体"/>
          <w:b w:val="0"/>
          <w:i w:val="0"/>
          <w:sz w:val="21"/>
        </w:rPr>
        <w:t>Arn 报到 7，Cyd 报到 14，Fon 报到 17，Bob 报到 21，Eve 报到 27。</w:t>
      </w:r>
    </w:p>
    <w:p>
      <w:pPr>
        <w:spacing w:before="0" w:after="80" w:line="300" w:lineRule="auto"/>
        <w:jc w:val="left"/>
      </w:pPr>
      <w:r>
        <w:rPr>
          <w:rFonts w:ascii="Times New Roman" w:hAnsi="Times New Roman" w:eastAsia="宋体"/>
          <w:b w:val="0"/>
          <w:i w:val="0"/>
          <w:sz w:val="21"/>
        </w:rPr>
        <w:t>Dan 是唯一留在圆圈里的学生，所以正确答案是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five removal numbers are 7,14,17,21,27. Tracking only those turns gives:</w:t>
      </w:r>
    </w:p>
    <w:p>
      <w:pPr>
        <w:spacing w:before="0" w:after="80" w:line="300" w:lineRule="auto"/>
        <w:jc w:val="left"/>
      </w:pPr>
      <w:r>
        <w:rPr>
          <w:rFonts w:ascii="Times New Roman" w:hAnsi="Times New Roman" w:eastAsia="宋体"/>
          <w:b w:val="0"/>
          <w:i w:val="0"/>
          <w:color w:val="333333"/>
          <w:sz w:val="19"/>
        </w:rPr>
        <w:t>Arn says 7, Cyd says 14, Fon says 17, Bob says 21, and Eve says 27.</w:t>
      </w:r>
    </w:p>
    <w:p>
      <w:pPr>
        <w:spacing w:before="0" w:after="80" w:line="300" w:lineRule="auto"/>
        <w:jc w:val="left"/>
      </w:pPr>
      <w:r>
        <w:rPr>
          <w:rFonts w:ascii="Times New Roman" w:hAnsi="Times New Roman" w:eastAsia="宋体"/>
          <w:b w:val="0"/>
          <w:i w:val="0"/>
          <w:color w:val="333333"/>
          <w:sz w:val="19"/>
        </w:rPr>
        <w:t>Dan is the only student remaining, so</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如图所示，可以把图形分解：</w:t>
      </w:r>
    </w:p>
    <w:p>
      <w:pPr>
        <w:spacing w:before="80" w:after="80"/>
        <w:jc w:val="center"/>
      </w:pPr>
      <w:r>
        <w:drawing>
          <wp:inline xmlns:a="http://schemas.openxmlformats.org/drawingml/2006/main" xmlns:pic="http://schemas.openxmlformats.org/drawingml/2006/picture">
            <wp:extent cx="1069164" cy="1069164"/>
            <wp:docPr id="17" name="Picture 17"/>
            <wp:cNvGraphicFramePr>
              <a:graphicFrameLocks noChangeAspect="1"/>
            </wp:cNvGraphicFramePr>
            <a:graphic>
              <a:graphicData uri="http://schemas.openxmlformats.org/drawingml/2006/picture">
                <pic:pic>
                  <pic:nvPicPr>
                    <pic:cNvPr id="0" name="q04-sol-1@300dpi.png"/>
                    <pic:cNvPicPr/>
                  </pic:nvPicPr>
                  <pic:blipFill>
                    <a:blip r:embed="rId17"/>
                    <a:stretch>
                      <a:fillRect/>
                    </a:stretch>
                  </pic:blipFill>
                  <pic:spPr>
                    <a:xfrm>
                      <a:off x="0" y="0"/>
                      <a:ext cx="1069164" cy="1069164"/>
                    </a:xfrm>
                    <a:prstGeom prst="rect"/>
                  </pic:spPr>
                </pic:pic>
              </a:graphicData>
            </a:graphic>
          </wp:inline>
        </w:drawing>
      </w:r>
    </w:p>
    <w:p>
      <w:pPr>
        <w:spacing w:before="0" w:after="80" w:line="300" w:lineRule="auto"/>
        <w:jc w:val="left"/>
      </w:pPr>
      <w:r>
        <w:rPr>
          <w:rFonts w:ascii="Times New Roman" w:hAnsi="Times New Roman" w:eastAsia="宋体"/>
          <w:b w:val="0"/>
          <w:i w:val="0"/>
          <w:sz w:val="21"/>
        </w:rPr>
        <w:t>现在可以看出，中间是一个 3 × 3 正方形，周围有 4 个较小的阴影三角形。</w:t>
      </w:r>
    </w:p>
    <w:p>
      <w:pPr>
        <w:spacing w:before="0" w:after="80" w:line="300" w:lineRule="auto"/>
        <w:jc w:val="left"/>
      </w:pPr>
      <w:r>
        <w:rPr>
          <w:rFonts w:ascii="Times New Roman" w:hAnsi="Times New Roman" w:eastAsia="宋体"/>
          <w:b w:val="0"/>
          <w:i w:val="0"/>
          <w:sz w:val="21"/>
        </w:rPr>
        <w:t>正方形面积为 3 · 3 = 9。每个小三角形的底为 2，高为 1，所以面积为</w:t>
      </w:r>
    </w:p>
    <w:p>
      <w:pPr>
        <w:spacing w:before="0" w:after="80" w:line="300" w:lineRule="auto"/>
        <w:jc w:val="left"/>
      </w:pPr>
      <w:r>
        <w:rPr>
          <w:rFonts w:ascii="Times New Roman" w:hAnsi="Times New Roman" w:eastAsia="宋体"/>
          <w:b w:val="0"/>
          <w:i w:val="0"/>
          <w:sz w:val="21"/>
        </w:rPr>
        <w:t>bh/2 = (2· 1)/2 =1。</w:t>
      </w:r>
    </w:p>
    <w:p>
      <w:pPr>
        <w:spacing w:before="0" w:after="80" w:line="300" w:lineRule="auto"/>
        <w:jc w:val="left"/>
      </w:pPr>
      <w:r>
        <w:rPr>
          <w:rFonts w:ascii="Times New Roman" w:hAnsi="Times New Roman" w:eastAsia="宋体"/>
          <w:b w:val="0"/>
          <w:i w:val="0"/>
          <w:sz w:val="21"/>
        </w:rPr>
        <w:t>这样的三角形有 4 个，所以它们的总面积为 1· 4 = 4。</w:t>
      </w:r>
    </w:p>
    <w:p>
      <w:pPr>
        <w:spacing w:before="0" w:after="80" w:line="300" w:lineRule="auto"/>
        <w:jc w:val="left"/>
      </w:pPr>
      <w:r>
        <w:rPr>
          <w:rFonts w:ascii="Times New Roman" w:hAnsi="Times New Roman" w:eastAsia="宋体"/>
          <w:b w:val="0"/>
          <w:i w:val="0"/>
          <w:sz w:val="21"/>
        </w:rPr>
        <w:t>因此总面积是 9+4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solve for the area of the figure, we separate the compound shape into parts that are easier to work with, as such:</w:t>
      </w:r>
    </w:p>
    <w:p>
      <w:pPr>
        <w:spacing w:before="80" w:after="80"/>
        <w:jc w:val="center"/>
      </w:pPr>
      <w:r>
        <w:drawing>
          <wp:inline xmlns:a="http://schemas.openxmlformats.org/drawingml/2006/main" xmlns:pic="http://schemas.openxmlformats.org/drawingml/2006/picture">
            <wp:extent cx="1069164" cy="1069164"/>
            <wp:docPr id="18" name="Picture 18"/>
            <wp:cNvGraphicFramePr>
              <a:graphicFrameLocks noChangeAspect="1"/>
            </wp:cNvGraphicFramePr>
            <a:graphic>
              <a:graphicData uri="http://schemas.openxmlformats.org/drawingml/2006/picture">
                <pic:pic>
                  <pic:nvPicPr>
                    <pic:cNvPr id="0" name="q04-sol-1@300dpi.png"/>
                    <pic:cNvPicPr/>
                  </pic:nvPicPr>
                  <pic:blipFill>
                    <a:blip r:embed="rId17"/>
                    <a:stretch>
                      <a:fillRect/>
                    </a:stretch>
                  </pic:blipFill>
                  <pic:spPr>
                    <a:xfrm>
                      <a:off x="0" y="0"/>
                      <a:ext cx="1069164" cy="1069164"/>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As is now clear, there is the center 3 × 3 square, with 4 smaller shaded triangles surrounding it.</w:t>
      </w:r>
    </w:p>
    <w:p>
      <w:pPr>
        <w:spacing w:before="0" w:after="80" w:line="300" w:lineRule="auto"/>
        <w:jc w:val="left"/>
      </w:pPr>
      <w:r>
        <w:rPr>
          <w:rFonts w:ascii="Times New Roman" w:hAnsi="Times New Roman" w:eastAsia="宋体"/>
          <w:b w:val="0"/>
          <w:i w:val="0"/>
          <w:color w:val="333333"/>
          <w:sz w:val="19"/>
        </w:rPr>
        <w:t>The area of the square is 3 · 3 = 9. The other triangles each have a base of 2 and a height of 1, so their area is equal to</w:t>
      </w:r>
    </w:p>
    <w:p>
      <w:pPr>
        <w:spacing w:before="0" w:after="80" w:line="300" w:lineRule="auto"/>
        <w:jc w:val="left"/>
      </w:pPr>
      <w:r>
        <w:rPr>
          <w:rFonts w:ascii="Times New Roman" w:hAnsi="Times New Roman" w:eastAsia="宋体"/>
          <w:b w:val="0"/>
          <w:i w:val="0"/>
          <w:color w:val="333333"/>
          <w:sz w:val="19"/>
        </w:rPr>
        <w:t>bh/2 = (2· 1)/2 =1.</w:t>
      </w:r>
    </w:p>
    <w:p>
      <w:pPr>
        <w:spacing w:before="0" w:after="80" w:line="300" w:lineRule="auto"/>
        <w:jc w:val="left"/>
      </w:pPr>
      <w:r>
        <w:rPr>
          <w:rFonts w:ascii="Times New Roman" w:hAnsi="Times New Roman" w:eastAsia="宋体"/>
          <w:b w:val="0"/>
          <w:i w:val="0"/>
          <w:color w:val="333333"/>
          <w:sz w:val="19"/>
        </w:rPr>
        <w:t>There are 4 of these triangles, so their total area is 1· 4 = 4.</w:t>
      </w:r>
    </w:p>
    <w:p>
      <w:pPr>
        <w:spacing w:before="0" w:after="80" w:line="300" w:lineRule="auto"/>
        <w:jc w:val="left"/>
      </w:pPr>
      <w:r>
        <w:rPr>
          <w:rFonts w:ascii="Times New Roman" w:hAnsi="Times New Roman" w:eastAsia="宋体"/>
          <w:b w:val="0"/>
          <w:i w:val="0"/>
          <w:color w:val="333333"/>
          <w:sz w:val="19"/>
        </w:rPr>
        <w:t>Therefore, the total area is 9+4 =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重新分组可得</w:t>
      </w:r>
    </w:p>
    <w:p>
      <w:pPr>
        <w:spacing w:before="0" w:after="80" w:line="300" w:lineRule="auto"/>
        <w:jc w:val="left"/>
      </w:pPr>
      <w:r>
        <w:rPr>
          <w:rFonts w:ascii="Times New Roman" w:hAnsi="Times New Roman" w:eastAsia="宋体"/>
          <w:b w:val="0"/>
          <w:i w:val="0"/>
          <w:sz w:val="21"/>
        </w:rPr>
        <w:t>1 + (3-2) + (5-4) + ⋯ +</w:t>
      </w:r>
    </w:p>
    <w:p>
      <w:pPr>
        <w:spacing w:before="0" w:after="80" w:line="300" w:lineRule="auto"/>
        <w:jc w:val="left"/>
      </w:pPr>
      <w:r>
        <w:rPr>
          <w:rFonts w:ascii="Times New Roman" w:hAnsi="Times New Roman" w:eastAsia="宋体"/>
          <w:b w:val="0"/>
          <w:i w:val="0"/>
          <w:sz w:val="21"/>
        </w:rPr>
        <w:t>(2017-2016) + (2019-2018)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每一项都等于 1，而这样的项共有 2019-1/2+1 = 1010 项，所以总和为 1010·1 = 1010。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Rearranging the terms, notice that the expression in the question is equal to:</w:t>
      </w:r>
    </w:p>
    <w:p>
      <w:pPr>
        <w:spacing w:before="0" w:after="80" w:line="300" w:lineRule="auto"/>
        <w:jc w:val="left"/>
      </w:pPr>
      <w:r>
        <w:rPr>
          <w:rFonts w:ascii="Times New Roman" w:hAnsi="Times New Roman" w:eastAsia="宋体"/>
          <w:b w:val="0"/>
          <w:i w:val="0"/>
          <w:color w:val="333333"/>
          <w:sz w:val="19"/>
        </w:rPr>
        <w:t>1 + (3-2) + (5-4) + ⋯ +</w:t>
      </w:r>
    </w:p>
    <w:p>
      <w:pPr>
        <w:spacing w:before="0" w:after="80" w:line="300" w:lineRule="auto"/>
        <w:jc w:val="left"/>
      </w:pPr>
      <w:r>
        <w:rPr>
          <w:rFonts w:ascii="Times New Roman" w:hAnsi="Times New Roman" w:eastAsia="宋体"/>
          <w:b w:val="0"/>
          <w:i w:val="0"/>
          <w:color w:val="333333"/>
          <w:sz w:val="19"/>
        </w:rPr>
        <w:t>(2017-2016) + (2019-2018).</w:t>
      </w:r>
    </w:p>
    <w:p>
      <w:pPr>
        <w:spacing w:before="0" w:after="80" w:line="300" w:lineRule="auto"/>
        <w:jc w:val="left"/>
      </w:pPr>
      <w:r>
        <w:rPr>
          <w:rFonts w:ascii="Times New Roman" w:hAnsi="Times New Roman" w:eastAsia="宋体"/>
          <w:b w:val="0"/>
          <w:i w:val="0"/>
          <w:color w:val="333333"/>
          <w:sz w:val="19"/>
        </w:rPr>
        <w:t>Each term is equal to 1, and there are 2019-1/2+1 = 1010 terms, so the total sum is 1010·1 = 1010.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Anh 在海边通道上开了 10 英里，用了 30 分钟。因此海边通道速度（记为 v_(c)）是</w:t>
      </w:r>
    </w:p>
    <w:p>
      <w:pPr>
        <w:spacing w:before="0" w:after="80" w:line="300" w:lineRule="auto"/>
        <w:jc w:val="left"/>
      </w:pPr>
      <w:r>
        <w:rPr>
          <w:rFonts w:ascii="Times New Roman" w:hAnsi="Times New Roman" w:eastAsia="宋体"/>
          <w:b w:val="0"/>
          <w:i w:val="0"/>
          <w:sz w:val="21"/>
        </w:rPr>
        <w:t>v_(c)=10/30</w:t>
      </w:r>
    </w:p>
    <w:p>
      <w:pPr>
        <w:spacing w:before="0" w:after="80" w:line="300" w:lineRule="auto"/>
        <w:jc w:val="left"/>
      </w:pPr>
      <w:r>
        <w:rPr>
          <w:rFonts w:ascii="Times New Roman" w:hAnsi="Times New Roman" w:eastAsia="宋体"/>
          <w:b w:val="0"/>
          <w:i w:val="0"/>
          <w:sz w:val="21"/>
        </w:rPr>
        <w:t>=1/3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也就是每分钟 1/3 英里。因为他在高速公路上的速度是 3 倍，也就是 vₕ=3v_(c)，所以高速公路速度为</w:t>
      </w:r>
    </w:p>
    <w:p>
      <w:pPr>
        <w:spacing w:before="0" w:after="80" w:line="300" w:lineRule="auto"/>
        <w:jc w:val="left"/>
      </w:pPr>
      <w:r>
        <w:rPr>
          <w:rFonts w:ascii="Times New Roman" w:hAnsi="Times New Roman" w:eastAsia="宋体"/>
          <w:b w:val="0"/>
          <w:i w:val="0"/>
          <w:sz w:val="21"/>
        </w:rPr>
        <w:t>3· 1/3 = 1</w:t>
      </w:r>
    </w:p>
    <w:p>
      <w:pPr>
        <w:spacing w:before="0" w:after="80" w:line="300" w:lineRule="auto"/>
        <w:jc w:val="left"/>
      </w:pPr>
      <w:r>
        <w:rPr>
          <w:rFonts w:ascii="Times New Roman" w:hAnsi="Times New Roman" w:eastAsia="宋体"/>
          <w:b w:val="0"/>
          <w:i w:val="0"/>
          <w:sz w:val="21"/>
        </w:rPr>
        <w:t>英里每分钟。他在海边通道上开了 30 分钟，在高速公路上开了 50 英里，速度为每分钟 1 英里，所以这 50 英里需要 50 分钟。</w:t>
      </w:r>
    </w:p>
    <w:p>
      <w:pPr>
        <w:spacing w:before="0" w:after="80" w:line="300" w:lineRule="auto"/>
        <w:jc w:val="left"/>
      </w:pPr>
      <w:r>
        <w:rPr>
          <w:rFonts w:ascii="Times New Roman" w:hAnsi="Times New Roman" w:eastAsia="宋体"/>
          <w:b w:val="0"/>
          <w:i w:val="0"/>
          <w:sz w:val="21"/>
        </w:rPr>
        <w:t>因此总行程时间为 50+30=80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Anh drove 10 miles on the coastal road in 30 minutes. Therefore, his speed on the coastal road (notated as v_(c)) is</w:t>
      </w:r>
    </w:p>
    <w:p>
      <w:pPr>
        <w:spacing w:before="0" w:after="80" w:line="300" w:lineRule="auto"/>
        <w:jc w:val="left"/>
      </w:pPr>
      <w:r>
        <w:rPr>
          <w:rFonts w:ascii="Times New Roman" w:hAnsi="Times New Roman" w:eastAsia="宋体"/>
          <w:b w:val="0"/>
          <w:i w:val="0"/>
          <w:color w:val="333333"/>
          <w:sz w:val="19"/>
        </w:rPr>
        <w:t>v_(c)=10/30</w:t>
      </w:r>
    </w:p>
    <w:p>
      <w:pPr>
        <w:spacing w:before="0" w:after="80" w:line="300" w:lineRule="auto"/>
        <w:jc w:val="left"/>
      </w:pPr>
      <w:r>
        <w:rPr>
          <w:rFonts w:ascii="Times New Roman" w:hAnsi="Times New Roman" w:eastAsia="宋体"/>
          <w:b w:val="0"/>
          <w:i w:val="0"/>
          <w:color w:val="333333"/>
          <w:sz w:val="19"/>
        </w:rPr>
        <w:t>=1/3.</w:t>
      </w:r>
    </w:p>
    <w:p>
      <w:pPr>
        <w:spacing w:before="0" w:after="80" w:line="300" w:lineRule="auto"/>
        <w:jc w:val="left"/>
      </w:pPr>
      <w:r>
        <w:rPr>
          <w:rFonts w:ascii="Times New Roman" w:hAnsi="Times New Roman" w:eastAsia="宋体"/>
          <w:b w:val="0"/>
          <w:i w:val="0"/>
          <w:color w:val="333333"/>
          <w:sz w:val="19"/>
        </w:rPr>
        <w:t>This is 1/3 mile per minute. Since he drives 3 times as fast on the highway (i.e. vₕ=3v_(c)), his highway speed is</w:t>
      </w:r>
    </w:p>
    <w:p>
      <w:pPr>
        <w:spacing w:before="0" w:after="80" w:line="300" w:lineRule="auto"/>
        <w:jc w:val="left"/>
      </w:pPr>
      <w:r>
        <w:rPr>
          <w:rFonts w:ascii="Times New Roman" w:hAnsi="Times New Roman" w:eastAsia="宋体"/>
          <w:b w:val="0"/>
          <w:i w:val="0"/>
          <w:color w:val="333333"/>
          <w:sz w:val="19"/>
        </w:rPr>
        <w:t>3· 1/3 = 1</w:t>
      </w:r>
    </w:p>
    <w:p>
      <w:pPr>
        <w:spacing w:before="0" w:after="80" w:line="300" w:lineRule="auto"/>
        <w:jc w:val="left"/>
      </w:pPr>
      <w:r>
        <w:rPr>
          <w:rFonts w:ascii="Times New Roman" w:hAnsi="Times New Roman" w:eastAsia="宋体"/>
          <w:b w:val="0"/>
          <w:i w:val="0"/>
          <w:color w:val="333333"/>
          <w:sz w:val="19"/>
        </w:rPr>
        <w:t>mile per minute. Armed with these two facts, we know that Anh drove for 30 minutes on the coastal road, and he drove 50 miles at 1 mile per minute. This means it takes 50 minutes to drive the 50 miles on the highway.</w:t>
      </w:r>
    </w:p>
    <w:p>
      <w:pPr>
        <w:spacing w:before="0" w:after="80" w:line="300" w:lineRule="auto"/>
        <w:jc w:val="left"/>
      </w:pPr>
      <w:r>
        <w:rPr>
          <w:rFonts w:ascii="Times New Roman" w:hAnsi="Times New Roman" w:eastAsia="宋体"/>
          <w:b w:val="0"/>
          <w:i w:val="0"/>
          <w:color w:val="333333"/>
          <w:sz w:val="19"/>
        </w:rPr>
        <w:t>As such, the total travel time is 50+30=80 minutes.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注意，一个数能被 9 整除，当且仅当它的各位数字之和也能被 9 整除。</w:t>
      </w:r>
    </w:p>
    <w:p>
      <w:pPr>
        <w:spacing w:before="0" w:after="80" w:line="300" w:lineRule="auto"/>
        <w:jc w:val="left"/>
      </w:pPr>
      <w:r>
        <w:rPr>
          <w:rFonts w:ascii="Times New Roman" w:hAnsi="Times New Roman" w:eastAsia="宋体"/>
          <w:b w:val="0"/>
          <w:i w:val="0"/>
          <w:sz w:val="21"/>
        </w:rPr>
        <w:t>题中这个 5 位数的数字和为</w:t>
      </w:r>
    </w:p>
    <w:p>
      <w:pPr>
        <w:spacing w:before="0" w:after="80" w:line="300" w:lineRule="auto"/>
        <w:jc w:val="left"/>
      </w:pPr>
      <w:r>
        <w:rPr>
          <w:rFonts w:ascii="Times New Roman" w:hAnsi="Times New Roman" w:eastAsia="宋体"/>
          <w:b w:val="0"/>
          <w:i w:val="0"/>
          <w:sz w:val="21"/>
        </w:rPr>
        <w:t>2+0+1+8+U= 11+U。</w:t>
      </w:r>
    </w:p>
    <w:p>
      <w:pPr>
        <w:spacing w:before="0" w:after="80" w:line="300" w:lineRule="auto"/>
        <w:jc w:val="left"/>
      </w:pPr>
      <w:r>
        <w:rPr>
          <w:rFonts w:ascii="Times New Roman" w:hAnsi="Times New Roman" w:eastAsia="宋体"/>
          <w:b w:val="0"/>
          <w:i w:val="0"/>
          <w:sz w:val="21"/>
        </w:rPr>
        <w:t>因为 2 0 1 8 U 能被 9 整除，11+U 也必须被 9 整除。又因为 U 是一位数字，0≤ U≤ 9，所以 U 只能是 7。</w:t>
      </w:r>
    </w:p>
    <w:p>
      <w:pPr>
        <w:spacing w:before="0" w:after="80" w:line="300" w:lineRule="auto"/>
        <w:jc w:val="left"/>
      </w:pPr>
      <w:r>
        <w:rPr>
          <w:rFonts w:ascii="Times New Roman" w:hAnsi="Times New Roman" w:eastAsia="宋体"/>
          <w:b w:val="0"/>
          <w:i w:val="0"/>
          <w:sz w:val="21"/>
        </w:rPr>
        <w:t>现在可知这个 5 位数是 20187，而我们要求 20187 除以 8 的余数。长除法给出 20187=2523· 8 + 3，所以余数是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Notice that a number is divisible by 9 if and only if the sum of its digits is also divisible by 9.</w:t>
      </w:r>
    </w:p>
    <w:p>
      <w:pPr>
        <w:spacing w:before="0" w:after="80" w:line="300" w:lineRule="auto"/>
        <w:jc w:val="left"/>
      </w:pPr>
      <w:r>
        <w:rPr>
          <w:rFonts w:ascii="Times New Roman" w:hAnsi="Times New Roman" w:eastAsia="宋体"/>
          <w:b w:val="0"/>
          <w:i w:val="0"/>
          <w:color w:val="333333"/>
          <w:sz w:val="19"/>
        </w:rPr>
        <w:t>The sum of the digits of the 5-digit number in the problem is:</w:t>
      </w:r>
    </w:p>
    <w:p>
      <w:pPr>
        <w:spacing w:before="0" w:after="80" w:line="300" w:lineRule="auto"/>
        <w:jc w:val="left"/>
      </w:pPr>
      <w:r>
        <w:rPr>
          <w:rFonts w:ascii="Times New Roman" w:hAnsi="Times New Roman" w:eastAsia="宋体"/>
          <w:b w:val="0"/>
          <w:i w:val="0"/>
          <w:color w:val="333333"/>
          <w:sz w:val="19"/>
        </w:rPr>
        <w:t>2+0+1+8+U= 11+U.</w:t>
      </w:r>
    </w:p>
    <w:p>
      <w:pPr>
        <w:spacing w:before="0" w:after="80" w:line="300" w:lineRule="auto"/>
        <w:jc w:val="left"/>
      </w:pPr>
      <w:r>
        <w:rPr>
          <w:rFonts w:ascii="Times New Roman" w:hAnsi="Times New Roman" w:eastAsia="宋体"/>
          <w:b w:val="0"/>
          <w:i w:val="0"/>
          <w:color w:val="333333"/>
          <w:sz w:val="19"/>
        </w:rPr>
        <w:t>As 2 0 1 8 U is divisible by 9, 11+U must also be divisible by 9. Also, as U is a digit, we know that 0≤ U≤ 9. This means that U can only be 7.</w:t>
      </w:r>
    </w:p>
    <w:p>
      <w:pPr>
        <w:spacing w:before="0" w:after="80" w:line="300" w:lineRule="auto"/>
        <w:jc w:val="left"/>
      </w:pPr>
      <w:r>
        <w:rPr>
          <w:rFonts w:ascii="Times New Roman" w:hAnsi="Times New Roman" w:eastAsia="宋体"/>
          <w:b w:val="0"/>
          <w:i w:val="0"/>
          <w:color w:val="333333"/>
          <w:sz w:val="19"/>
        </w:rPr>
        <w:t>Now we know that the 5-digit number in question is 20187, and we want to find the remainder when we divide 20187 by 8. To solve this, simply use long division to see that 20187=2523· 8 + 3. Therefore, the remainder is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从条形图可知，锻炼 1,2,3,4,5,6,7 天的学生人数依次为 1,3,2,6,8,3,2，学生总数为 25。</w:t>
      </w:r>
    </w:p>
    <w:p>
      <w:pPr>
        <w:spacing w:before="0" w:after="80" w:line="300" w:lineRule="auto"/>
        <w:jc w:val="left"/>
      </w:pPr>
      <w:r>
        <w:rPr>
          <w:rFonts w:ascii="Times New Roman" w:hAnsi="Times New Roman" w:eastAsia="宋体"/>
          <w:b w:val="0"/>
          <w:i w:val="0"/>
          <w:sz w:val="21"/>
        </w:rPr>
        <w:t>学生报告的锻炼天数总和为</w:t>
      </w:r>
    </w:p>
    <w:p>
      <w:pPr>
        <w:spacing w:before="0" w:after="80" w:line="300" w:lineRule="auto"/>
        <w:jc w:val="left"/>
      </w:pPr>
      <w:r>
        <w:rPr>
          <w:rFonts w:ascii="Times New Roman" w:hAnsi="Times New Roman" w:eastAsia="宋体"/>
          <w:b w:val="0"/>
          <w:i w:val="0"/>
          <w:sz w:val="21"/>
        </w:rPr>
        <w:t>1·1+2·3+3·2+4·6</w:t>
      </w:r>
    </w:p>
    <w:p>
      <w:pPr>
        <w:spacing w:before="0" w:after="80" w:line="300" w:lineRule="auto"/>
        <w:jc w:val="left"/>
      </w:pPr>
      <w:r>
        <w:rPr>
          <w:rFonts w:ascii="Times New Roman" w:hAnsi="Times New Roman" w:eastAsia="宋体"/>
          <w:b w:val="0"/>
          <w:i w:val="0"/>
          <w:sz w:val="21"/>
        </w:rPr>
        <w:t>+5·8+6·3+7·2=109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平均数为 109/25=4.36 天。</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bar heights for 1,2,3,4,5,6,7 days are 1,3,2,6,8,3,2, for a total of 25 students.</w:t>
      </w:r>
    </w:p>
    <w:p>
      <w:pPr>
        <w:spacing w:before="0" w:after="80" w:line="300" w:lineRule="auto"/>
        <w:jc w:val="left"/>
      </w:pPr>
      <w:r>
        <w:rPr>
          <w:rFonts w:ascii="Times New Roman" w:hAnsi="Times New Roman" w:eastAsia="宋体"/>
          <w:b w:val="0"/>
          <w:i w:val="0"/>
          <w:color w:val="333333"/>
          <w:sz w:val="19"/>
        </w:rPr>
        <w:t>The total number of reported exercise days is</w:t>
      </w:r>
    </w:p>
    <w:p>
      <w:pPr>
        <w:spacing w:before="0" w:after="80" w:line="300" w:lineRule="auto"/>
        <w:jc w:val="left"/>
      </w:pPr>
      <w:r>
        <w:rPr>
          <w:rFonts w:ascii="Times New Roman" w:hAnsi="Times New Roman" w:eastAsia="宋体"/>
          <w:b w:val="0"/>
          <w:i w:val="0"/>
          <w:color w:val="333333"/>
          <w:sz w:val="19"/>
        </w:rPr>
        <w:t>1·1+2·3+3·2+4·6</w:t>
      </w:r>
    </w:p>
    <w:p>
      <w:pPr>
        <w:spacing w:before="0" w:after="80" w:line="300" w:lineRule="auto"/>
        <w:jc w:val="left"/>
      </w:pPr>
      <w:r>
        <w:rPr>
          <w:rFonts w:ascii="Times New Roman" w:hAnsi="Times New Roman" w:eastAsia="宋体"/>
          <w:b w:val="0"/>
          <w:i w:val="0"/>
          <w:color w:val="333333"/>
          <w:sz w:val="19"/>
        </w:rPr>
        <w:t>+5·8+6·3+7·2=109.</w:t>
      </w:r>
    </w:p>
    <w:p>
      <w:pPr>
        <w:spacing w:before="0" w:after="80" w:line="300" w:lineRule="auto"/>
        <w:jc w:val="left"/>
      </w:pPr>
      <w:r>
        <w:rPr>
          <w:rFonts w:ascii="Times New Roman" w:hAnsi="Times New Roman" w:eastAsia="宋体"/>
          <w:b w:val="0"/>
          <w:i w:val="0"/>
          <w:color w:val="333333"/>
          <w:sz w:val="19"/>
        </w:rPr>
        <w:t>The mean is 109/25=4.36 days.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注意边框每平方英尺需要一块地砖，所以四边相加会得到 16+12+16+12=56 块。不过这样四个角各重复计算了一次，所以要减去 4。因此边框共需要 56-4=52 块 1× 1 正方形地砖。</w:t>
      </w:r>
    </w:p>
    <w:p>
      <w:pPr>
        <w:spacing w:before="0" w:after="80" w:line="300" w:lineRule="auto"/>
        <w:jc w:val="left"/>
      </w:pPr>
      <w:r>
        <w:rPr>
          <w:rFonts w:ascii="Times New Roman" w:hAnsi="Times New Roman" w:eastAsia="宋体"/>
          <w:b w:val="0"/>
          <w:i w:val="0"/>
          <w:sz w:val="21"/>
        </w:rPr>
        <w:t>由于每边都去掉了一英尺宽的边框，剩下的内部矩形为 10 英尺乘 14 英尺。它要完全铺上 2 × 2 的地砖，所以这部分需要</w:t>
      </w:r>
    </w:p>
    <w:p>
      <w:pPr>
        <w:spacing w:before="0" w:after="80" w:line="300" w:lineRule="auto"/>
        <w:jc w:val="left"/>
      </w:pPr>
      <w:r>
        <w:rPr>
          <w:rFonts w:ascii="Times New Roman" w:hAnsi="Times New Roman" w:eastAsia="宋体"/>
          <w:b w:val="0"/>
          <w:i w:val="0"/>
          <w:sz w:val="21"/>
        </w:rPr>
        <w:t>(10·14)/(2·2) = 35</w:t>
      </w:r>
    </w:p>
    <w:p>
      <w:pPr>
        <w:spacing w:before="0" w:after="80" w:line="300" w:lineRule="auto"/>
        <w:jc w:val="left"/>
      </w:pPr>
      <w:r>
        <w:rPr>
          <w:rFonts w:ascii="Times New Roman" w:hAnsi="Times New Roman" w:eastAsia="宋体"/>
          <w:b w:val="0"/>
          <w:i w:val="0"/>
          <w:sz w:val="21"/>
        </w:rPr>
        <w:t>块地砖。</w:t>
      </w:r>
    </w:p>
    <w:p>
      <w:pPr>
        <w:spacing w:before="0" w:after="80" w:line="300" w:lineRule="auto"/>
        <w:jc w:val="left"/>
      </w:pPr>
      <w:r>
        <w:rPr>
          <w:rFonts w:ascii="Times New Roman" w:hAnsi="Times New Roman" w:eastAsia="宋体"/>
          <w:b w:val="0"/>
          <w:i w:val="0"/>
          <w:sz w:val="21"/>
        </w:rPr>
        <w:t>边框需要 52 块 1× 1 地砖，内部需要 35 块 2× 2 地砖，因此一共需要 52+35=87 块地砖。</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each square foot of the border would require one tile, meaning that the border will take 16+12+16+12=56 tiles. However, notice that this will cause overlapping tiles in each of the four corners, so to fix this, we subtract 4. Therefore, the border will take 56-4=52 1× 1 square tiles to completely tile.</w:t>
      </w:r>
    </w:p>
    <w:p>
      <w:pPr>
        <w:spacing w:before="0" w:after="80" w:line="300" w:lineRule="auto"/>
        <w:jc w:val="left"/>
      </w:pPr>
      <w:r>
        <w:rPr>
          <w:rFonts w:ascii="Times New Roman" w:hAnsi="Times New Roman" w:eastAsia="宋体"/>
          <w:b w:val="0"/>
          <w:i w:val="0"/>
          <w:color w:val="333333"/>
          <w:sz w:val="19"/>
        </w:rPr>
        <w:t>Since we have removed one foot from each side due to the border, the remaining rectangle is 10 feet by 14 feet. This must be tiled completely by 2 × 2 tiles, so it will take</w:t>
      </w:r>
    </w:p>
    <w:p>
      <w:pPr>
        <w:spacing w:before="0" w:after="80" w:line="300" w:lineRule="auto"/>
        <w:jc w:val="left"/>
      </w:pPr>
      <w:r>
        <w:rPr>
          <w:rFonts w:ascii="Times New Roman" w:hAnsi="Times New Roman" w:eastAsia="宋体"/>
          <w:b w:val="0"/>
          <w:i w:val="0"/>
          <w:color w:val="333333"/>
          <w:sz w:val="19"/>
        </w:rPr>
        <w:t>(10·14)/(2·2) = 35</w:t>
      </w:r>
    </w:p>
    <w:p>
      <w:pPr>
        <w:spacing w:before="0" w:after="80" w:line="300" w:lineRule="auto"/>
        <w:jc w:val="left"/>
      </w:pPr>
      <w:r>
        <w:rPr>
          <w:rFonts w:ascii="Times New Roman" w:hAnsi="Times New Roman" w:eastAsia="宋体"/>
          <w:b w:val="0"/>
          <w:i w:val="0"/>
          <w:color w:val="333333"/>
          <w:sz w:val="19"/>
        </w:rPr>
        <w:t>tiles in total to tile this area.</w:t>
      </w:r>
    </w:p>
    <w:p>
      <w:pPr>
        <w:spacing w:before="0" w:after="80" w:line="300" w:lineRule="auto"/>
        <w:jc w:val="left"/>
      </w:pPr>
      <w:r>
        <w:rPr>
          <w:rFonts w:ascii="Times New Roman" w:hAnsi="Times New Roman" w:eastAsia="宋体"/>
          <w:b w:val="0"/>
          <w:i w:val="0"/>
          <w:color w:val="333333"/>
          <w:sz w:val="19"/>
        </w:rPr>
        <w:t>As it takes 52 1× 1 square tiles to tile the border, and 35 2× 2 square tiles to tile the remaining area, it will take 52+35=87 tiles in total to fill in Tyler’s entire living room floor.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1、2 和 4 的倒数分别是 1/1、1/2 和 1/4。它们的平均数为</w:t>
      </w:r>
    </w:p>
    <w:p>
      <w:pPr>
        <w:spacing w:before="0" w:after="80" w:line="300" w:lineRule="auto"/>
        <w:jc w:val="left"/>
      </w:pPr>
      <w:r>
        <w:rPr>
          <w:rFonts w:ascii="Times New Roman" w:hAnsi="Times New Roman" w:eastAsia="宋体"/>
          <w:b w:val="0"/>
          <w:i w:val="0"/>
          <w:sz w:val="21"/>
        </w:rPr>
        <w:t>((1 + 1/2 + 1/4))/3 = ((7/4))/3</w:t>
      </w:r>
    </w:p>
    <w:p>
      <w:pPr>
        <w:spacing w:before="0" w:after="80" w:line="300" w:lineRule="auto"/>
        <w:jc w:val="left"/>
      </w:pPr>
      <w:r>
        <w:rPr>
          <w:rFonts w:ascii="Times New Roman" w:hAnsi="Times New Roman" w:eastAsia="宋体"/>
          <w:b w:val="0"/>
          <w:i w:val="0"/>
          <w:sz w:val="21"/>
        </w:rPr>
        <w:t>= 7/12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调和平均数是这些倒数的平均数的倒数；刚才算出的平均数是 7/12，所以调和平均数为 12/7。</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reciprocals of 1, 2, and 4 are 1/1, 1/2, and 1/4, respectively. The average of these reciprocals is</w:t>
      </w:r>
    </w:p>
    <w:p>
      <w:pPr>
        <w:spacing w:before="0" w:after="80" w:line="300" w:lineRule="auto"/>
        <w:jc w:val="left"/>
      </w:pPr>
      <w:r>
        <w:rPr>
          <w:rFonts w:ascii="Times New Roman" w:hAnsi="Times New Roman" w:eastAsia="宋体"/>
          <w:b w:val="0"/>
          <w:i w:val="0"/>
          <w:color w:val="333333"/>
          <w:sz w:val="19"/>
        </w:rPr>
        <w:t>((1 + 1/2 + 1/4))/3 = ((7/4))/3</w:t>
      </w:r>
    </w:p>
    <w:p>
      <w:pPr>
        <w:spacing w:before="0" w:after="80" w:line="300" w:lineRule="auto"/>
        <w:jc w:val="left"/>
      </w:pPr>
      <w:r>
        <w:rPr>
          <w:rFonts w:ascii="Times New Roman" w:hAnsi="Times New Roman" w:eastAsia="宋体"/>
          <w:b w:val="0"/>
          <w:i w:val="0"/>
          <w:color w:val="333333"/>
          <w:sz w:val="19"/>
        </w:rPr>
        <w:t>= 7/12.</w:t>
      </w:r>
    </w:p>
    <w:p>
      <w:pPr>
        <w:spacing w:before="0" w:after="80" w:line="300" w:lineRule="auto"/>
        <w:jc w:val="left"/>
      </w:pPr>
      <w:r>
        <w:rPr>
          <w:rFonts w:ascii="Times New Roman" w:hAnsi="Times New Roman" w:eastAsia="宋体"/>
          <w:b w:val="0"/>
          <w:i w:val="0"/>
          <w:color w:val="333333"/>
          <w:sz w:val="19"/>
        </w:rPr>
        <w:t>As the harmonic mean is the reciprocal of the average of the reciprocals of the numbers (which we just calculated to be 7/12), we conclude that the harmonic mean is 12/7.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把情况分成两类：第 1 类是 Abby 坐在中间列的两个座位之一，第 2 类是她坐在外侧的 4 个座位之一。</w:t>
      </w:r>
    </w:p>
    <w:p>
      <w:pPr>
        <w:spacing w:before="0" w:after="80" w:line="300" w:lineRule="auto"/>
        <w:jc w:val="left"/>
      </w:pPr>
      <w:r>
        <w:rPr>
          <w:rFonts w:ascii="Times New Roman" w:hAnsi="Times New Roman" w:eastAsia="宋体"/>
          <w:b w:val="0"/>
          <w:i w:val="0"/>
          <w:sz w:val="21"/>
        </w:rPr>
        <w:t>Abby 坐在中间列的概率是 2/6 = 1/3，这就是第 1 类。此时 Bridget 要与 Abby 相邻，可以坐在 Abby 左右两个座位中的一个，或者坐在同一列的座位，共有 3 个可选位置；剩下共有 5 个空位，所以条件概率是 3/5。因此这一类的概率为</w:t>
      </w:r>
    </w:p>
    <w:p>
      <w:pPr>
        <w:spacing w:before="0" w:after="80" w:line="300" w:lineRule="auto"/>
        <w:jc w:val="left"/>
      </w:pPr>
      <w:r>
        <w:rPr>
          <w:rFonts w:ascii="Times New Roman" w:hAnsi="Times New Roman" w:eastAsia="宋体"/>
          <w:b w:val="0"/>
          <w:i w:val="0"/>
          <w:sz w:val="21"/>
        </w:rPr>
        <w:t>1/3 · 3/5 = 3/15。</w:t>
      </w:r>
    </w:p>
    <w:p>
      <w:pPr>
        <w:spacing w:before="0" w:after="80" w:line="300" w:lineRule="auto"/>
        <w:jc w:val="left"/>
      </w:pPr>
      <w:r>
        <w:rPr>
          <w:rFonts w:ascii="Times New Roman" w:hAnsi="Times New Roman" w:eastAsia="宋体"/>
          <w:b w:val="0"/>
          <w:i w:val="0"/>
          <w:sz w:val="21"/>
        </w:rPr>
        <w:t>Abby 坐在外侧的概率是 4/6 = 2/3，这就是第 2 类。此时 Bridget 要与 Abby 相邻，只能坐在同一行相邻的那个座位，或同一列的座位，共有 2 个可选位置；剩下仍有 5 个空位，所以条件概率是 2/5。因此这一类的概率为</w:t>
      </w:r>
    </w:p>
    <w:p>
      <w:pPr>
        <w:spacing w:before="0" w:after="80" w:line="300" w:lineRule="auto"/>
        <w:jc w:val="left"/>
      </w:pPr>
      <w:r>
        <w:rPr>
          <w:rFonts w:ascii="Times New Roman" w:hAnsi="Times New Roman" w:eastAsia="宋体"/>
          <w:b w:val="0"/>
          <w:i w:val="0"/>
          <w:sz w:val="21"/>
        </w:rPr>
        <w:t>2/3 · 2/5 = 4/15。</w:t>
      </w:r>
    </w:p>
    <w:p>
      <w:pPr>
        <w:spacing w:before="0" w:after="80" w:line="300" w:lineRule="auto"/>
        <w:jc w:val="left"/>
      </w:pPr>
      <w:r>
        <w:rPr>
          <w:rFonts w:ascii="Times New Roman" w:hAnsi="Times New Roman" w:eastAsia="宋体"/>
          <w:b w:val="0"/>
          <w:i w:val="0"/>
          <w:sz w:val="21"/>
        </w:rPr>
        <w:t>因此任一类发生的总概率为 3/15 + 4/15 = 7/15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split the problem into two cases. In case 1, Abby is in one of the middle two seats, and in case 2, she is in one of the outer 4 seats.</w:t>
      </w:r>
    </w:p>
    <w:p>
      <w:pPr>
        <w:spacing w:before="0" w:after="80" w:line="300" w:lineRule="auto"/>
        <w:jc w:val="left"/>
      </w:pPr>
      <w:r>
        <w:rPr>
          <w:rFonts w:ascii="Times New Roman" w:hAnsi="Times New Roman" w:eastAsia="宋体"/>
          <w:b w:val="0"/>
          <w:i w:val="0"/>
          <w:color w:val="333333"/>
          <w:sz w:val="19"/>
        </w:rPr>
        <w:t>Firstly notice that there is a 2/6 = 1/3 probability of case 1 being true (i.e. Abby is in the middle two seats). For Bridget to be adjacent to Abby in this case, she must be in either of the two seats beside Abby in the same row, or she is in the same column as her. There are 3 ways to make this happen out of a possible 5 open seats, so there is a 3/5 chance of this happening. Therefore, the total probability of this case is</w:t>
      </w:r>
    </w:p>
    <w:p>
      <w:pPr>
        <w:spacing w:before="0" w:after="80" w:line="300" w:lineRule="auto"/>
        <w:jc w:val="left"/>
      </w:pPr>
      <w:r>
        <w:rPr>
          <w:rFonts w:ascii="Times New Roman" w:hAnsi="Times New Roman" w:eastAsia="宋体"/>
          <w:b w:val="0"/>
          <w:i w:val="0"/>
          <w:color w:val="333333"/>
          <w:sz w:val="19"/>
        </w:rPr>
        <w:t>1/3 · 3/5 = 3/15.</w:t>
      </w:r>
    </w:p>
    <w:p>
      <w:pPr>
        <w:spacing w:before="0" w:after="80" w:line="300" w:lineRule="auto"/>
        <w:jc w:val="left"/>
      </w:pPr>
      <w:r>
        <w:rPr>
          <w:rFonts w:ascii="Times New Roman" w:hAnsi="Times New Roman" w:eastAsia="宋体"/>
          <w:b w:val="0"/>
          <w:i w:val="0"/>
          <w:color w:val="333333"/>
          <w:sz w:val="19"/>
        </w:rPr>
        <w:t>Next, notice that there is a 4/6 = 2/3 probability of case 2 being true (i.e. Abby is in the outer four seats). For Bridget to be adjacent to Abby in this case, she must either be in the single seat next to Abby in the same row, or she is in the same column as Abby. There are 2 ways to make this happen out of a possible 5 open seats, so there is a 2/5 chance of this happening. Therefore, the total probability of this case is</w:t>
      </w:r>
    </w:p>
    <w:p>
      <w:pPr>
        <w:spacing w:before="0" w:after="80" w:line="300" w:lineRule="auto"/>
        <w:jc w:val="left"/>
      </w:pPr>
      <w:r>
        <w:rPr>
          <w:rFonts w:ascii="Times New Roman" w:hAnsi="Times New Roman" w:eastAsia="宋体"/>
          <w:b w:val="0"/>
          <w:i w:val="0"/>
          <w:color w:val="333333"/>
          <w:sz w:val="19"/>
        </w:rPr>
        <w:t>2/3 · 2/5 = 4/15.</w:t>
      </w:r>
    </w:p>
    <w:p>
      <w:pPr>
        <w:spacing w:before="0" w:after="80" w:line="300" w:lineRule="auto"/>
        <w:jc w:val="left"/>
      </w:pPr>
      <w:r>
        <w:rPr>
          <w:rFonts w:ascii="Times New Roman" w:hAnsi="Times New Roman" w:eastAsia="宋体"/>
          <w:b w:val="0"/>
          <w:i w:val="0"/>
          <w:color w:val="333333"/>
          <w:sz w:val="19"/>
        </w:rPr>
        <w:t>Therefore, the final probability of</w:t>
      </w:r>
      <w:r>
        <w:rPr>
          <w:rFonts w:ascii="Times New Roman" w:hAnsi="Times New Roman" w:eastAsia="宋体"/>
          <w:b w:val="0"/>
          <w:i/>
          <w:color w:val="333333"/>
          <w:sz w:val="19"/>
        </w:rPr>
        <w:t>either</w:t>
      </w:r>
      <w:r>
        <w:rPr>
          <w:rFonts w:ascii="Times New Roman" w:hAnsi="Times New Roman" w:eastAsia="宋体"/>
          <w:b w:val="0"/>
          <w:i w:val="0"/>
          <w:color w:val="333333"/>
          <w:sz w:val="19"/>
        </w:rPr>
        <w:t>of these cases happening is 3/15 + 4/15 = 7/15.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从 12:00 中午开始，真实经过 30 分钟时，车钟走快到经过了 35 分钟。</w:t>
      </w:r>
    </w:p>
    <w:p>
      <w:pPr>
        <w:spacing w:before="0" w:after="80" w:line="300" w:lineRule="auto"/>
        <w:jc w:val="left"/>
      </w:pPr>
      <w:r>
        <w:rPr>
          <w:rFonts w:ascii="Times New Roman" w:hAnsi="Times New Roman" w:eastAsia="宋体"/>
          <w:b w:val="0"/>
          <w:i w:val="0"/>
          <w:sz w:val="21"/>
        </w:rPr>
        <w:t>因此车钟每走一分钟，真实时间经过 30/35 = 6/7 分钟。从 12:00 到 7:00，车钟走了 7· 60 = 420 分钟，所以真实时间经过了 420 · 6/7 = 360 分钟，也就是 6 小时。从 12:00 开始经过 6 小时，实际时间是 6:00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from 12:00 noon, after 30 minutes of time elapsed, the car clock went 35 minutes ahead.</w:t>
      </w:r>
    </w:p>
    <w:p>
      <w:pPr>
        <w:spacing w:before="0" w:after="80" w:line="300" w:lineRule="auto"/>
        <w:jc w:val="left"/>
      </w:pPr>
      <w:r>
        <w:rPr>
          <w:rFonts w:ascii="Times New Roman" w:hAnsi="Times New Roman" w:eastAsia="宋体"/>
          <w:b w:val="0"/>
          <w:i w:val="0"/>
          <w:color w:val="333333"/>
          <w:sz w:val="19"/>
        </w:rPr>
        <w:t>Therefore, for every minute the car clock goes ahead, 30/35 = 6/7 minutes of actual time pass by. From the time 12:00 to 7:00, the car clock goes ahead 7· 60 = 420 minutes, and therefore, 420 · 6/7 = 360 minutes, or 6 hours, of actual time have passed by. If we start at 12:00 and 6 hours pass by, the time is 6:00.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因为五次测试平均分是 82，所以五次总分为 5·82 = 410 。</w:t>
      </w:r>
    </w:p>
    <w:p>
      <w:pPr>
        <w:spacing w:before="0" w:after="80" w:line="300" w:lineRule="auto"/>
        <w:jc w:val="left"/>
      </w:pPr>
      <w:r>
        <w:rPr>
          <w:rFonts w:ascii="Times New Roman" w:hAnsi="Times New Roman" w:eastAsia="宋体"/>
          <w:b w:val="0"/>
          <w:i w:val="0"/>
          <w:sz w:val="21"/>
        </w:rPr>
        <w:t>设 f 为前 4 次测试的分数，l 为最后一次测试的分数。</w:t>
      </w:r>
    </w:p>
    <w:p>
      <w:pPr>
        <w:spacing w:before="0" w:after="80" w:line="300" w:lineRule="auto"/>
        <w:jc w:val="left"/>
      </w:pPr>
      <w:r>
        <w:rPr>
          <w:rFonts w:ascii="Times New Roman" w:hAnsi="Times New Roman" w:eastAsia="宋体"/>
          <w:b w:val="0"/>
          <w:i w:val="0"/>
          <w:sz w:val="21"/>
        </w:rPr>
        <w:t>我们知道</w:t>
      </w:r>
    </w:p>
    <w:p>
      <w:pPr>
        <w:spacing w:before="0" w:after="80" w:line="300" w:lineRule="auto"/>
        <w:jc w:val="left"/>
      </w:pPr>
      <w:r>
        <w:rPr>
          <w:rFonts w:ascii="Times New Roman" w:hAnsi="Times New Roman" w:eastAsia="宋体"/>
          <w:b w:val="0"/>
          <w:i w:val="0"/>
          <w:sz w:val="21"/>
        </w:rPr>
        <w:t>f &lt; l ≤ 100</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4f + l = 410。</w:t>
      </w:r>
    </w:p>
    <w:p>
      <w:pPr>
        <w:spacing w:before="0" w:after="80" w:line="300" w:lineRule="auto"/>
        <w:jc w:val="left"/>
      </w:pPr>
      <w:r>
        <w:rPr>
          <w:rFonts w:ascii="Times New Roman" w:hAnsi="Times New Roman" w:eastAsia="宋体"/>
          <w:b w:val="0"/>
          <w:i w:val="0"/>
          <w:sz w:val="21"/>
        </w:rPr>
        <w:t>又因为 410 = 4f + l &lt; 5l ，所以 410/5 = 82 &lt; l 。</w:t>
      </w:r>
    </w:p>
    <w:p>
      <w:pPr>
        <w:spacing w:before="0" w:after="80" w:line="300" w:lineRule="auto"/>
        <w:jc w:val="left"/>
      </w:pPr>
      <w:r>
        <w:rPr>
          <w:rFonts w:ascii="Times New Roman" w:hAnsi="Times New Roman" w:eastAsia="宋体"/>
          <w:b w:val="0"/>
          <w:i w:val="0"/>
          <w:sz w:val="21"/>
        </w:rPr>
        <w:t>另外，由于 4f + l = 410 ，而 410 除以 4 的余数是 2，所以 l 除以 4 也必须余 2，因为 4f 除以 4 没有余数。等价地，</w:t>
      </w:r>
    </w:p>
    <w:p>
      <w:pPr>
        <w:spacing w:before="0" w:after="80" w:line="300" w:lineRule="auto"/>
        <w:jc w:val="left"/>
      </w:pPr>
      <w:r>
        <w:rPr>
          <w:rFonts w:ascii="Times New Roman" w:hAnsi="Times New Roman" w:eastAsia="宋体"/>
          <w:b w:val="0"/>
          <w:i w:val="0"/>
          <w:sz w:val="21"/>
        </w:rPr>
        <w:t>l ≡ 2 mod 4。</w:t>
      </w:r>
    </w:p>
    <w:p>
      <w:pPr>
        <w:spacing w:before="0" w:after="80" w:line="300" w:lineRule="auto"/>
        <w:jc w:val="left"/>
      </w:pPr>
      <w:r>
        <w:rPr>
          <w:rFonts w:ascii="Times New Roman" w:hAnsi="Times New Roman" w:eastAsia="宋体"/>
          <w:b w:val="0"/>
          <w:i w:val="0"/>
          <w:sz w:val="21"/>
        </w:rPr>
        <w:t>因为 82 &lt; l ≤ 100 且 l ≡ 2 mod 4，所以 l 只能是 86,90,94,98。这给出四组不同的解：</w:t>
      </w:r>
    </w:p>
    <w:p>
      <w:pPr>
        <w:spacing w:before="0" w:after="80" w:line="300" w:lineRule="auto"/>
        <w:jc w:val="left"/>
      </w:pPr>
      <w:r>
        <w:rPr>
          <w:rFonts w:ascii="Times New Roman" w:hAnsi="Times New Roman" w:eastAsia="宋体"/>
          <w:b w:val="0"/>
          <w:i w:val="0"/>
          <w:sz w:val="21"/>
        </w:rPr>
        <w:t>(f,l) = (81,86);</w:t>
      </w:r>
    </w:p>
    <w:p>
      <w:pPr>
        <w:spacing w:before="0" w:after="80" w:line="300" w:lineRule="auto"/>
        <w:jc w:val="left"/>
      </w:pPr>
      <w:r>
        <w:rPr>
          <w:rFonts w:ascii="Times New Roman" w:hAnsi="Times New Roman" w:eastAsia="宋体"/>
          <w:b w:val="0"/>
          <w:i w:val="0"/>
          <w:sz w:val="21"/>
        </w:rPr>
        <w:t>(80,90);</w:t>
      </w:r>
    </w:p>
    <w:p>
      <w:pPr>
        <w:spacing w:before="0" w:after="80" w:line="300" w:lineRule="auto"/>
        <w:jc w:val="left"/>
      </w:pPr>
      <w:r>
        <w:rPr>
          <w:rFonts w:ascii="Times New Roman" w:hAnsi="Times New Roman" w:eastAsia="宋体"/>
          <w:b w:val="0"/>
          <w:i w:val="0"/>
          <w:sz w:val="21"/>
        </w:rPr>
        <w:t>(79,94);</w:t>
      </w:r>
    </w:p>
    <w:p>
      <w:pPr>
        <w:spacing w:before="0" w:after="80" w:line="300" w:lineRule="auto"/>
        <w:jc w:val="left"/>
      </w:pPr>
      <w:r>
        <w:rPr>
          <w:rFonts w:ascii="Times New Roman" w:hAnsi="Times New Roman" w:eastAsia="宋体"/>
          <w:b w:val="0"/>
          <w:i w:val="0"/>
          <w:sz w:val="21"/>
        </w:rPr>
        <w:t>(78,98)</w:t>
      </w:r>
    </w:p>
    <w:p>
      <w:pPr>
        <w:spacing w:before="0" w:after="80" w:line="300" w:lineRule="auto"/>
        <w:jc w:val="left"/>
      </w:pPr>
      <w:r>
        <w:rPr>
          <w:rFonts w:ascii="Times New Roman" w:hAnsi="Times New Roman" w:eastAsia="宋体"/>
          <w:b w:val="0"/>
          <w:i w:val="0"/>
          <w:sz w:val="21"/>
        </w:rPr>
        <w:t>因此共有 4 种可能，正确答案是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average score on the five tests is 82, the total score of those five tests must be 5·82 = 410.</w:t>
      </w:r>
    </w:p>
    <w:p>
      <w:pPr>
        <w:spacing w:before="0" w:after="80" w:line="300" w:lineRule="auto"/>
        <w:jc w:val="left"/>
      </w:pPr>
      <w:r>
        <w:rPr>
          <w:rFonts w:ascii="Times New Roman" w:hAnsi="Times New Roman" w:eastAsia="宋体"/>
          <w:b w:val="0"/>
          <w:i w:val="0"/>
          <w:color w:val="333333"/>
          <w:sz w:val="19"/>
        </w:rPr>
        <w:t>Now, let f be the score on the first 4 tests and let l be the score for the last test.</w:t>
      </w:r>
    </w:p>
    <w:p>
      <w:pPr>
        <w:spacing w:before="0" w:after="80" w:line="300" w:lineRule="auto"/>
        <w:jc w:val="left"/>
      </w:pPr>
      <w:r>
        <w:rPr>
          <w:rFonts w:ascii="Times New Roman" w:hAnsi="Times New Roman" w:eastAsia="宋体"/>
          <w:b w:val="0"/>
          <w:i w:val="0"/>
          <w:color w:val="333333"/>
          <w:sz w:val="19"/>
        </w:rPr>
        <w:t>We know that</w:t>
      </w:r>
    </w:p>
    <w:p>
      <w:pPr>
        <w:spacing w:before="0" w:after="80" w:line="300" w:lineRule="auto"/>
        <w:jc w:val="left"/>
      </w:pPr>
      <w:r>
        <w:rPr>
          <w:rFonts w:ascii="Times New Roman" w:hAnsi="Times New Roman" w:eastAsia="宋体"/>
          <w:b w:val="0"/>
          <w:i w:val="0"/>
          <w:color w:val="333333"/>
          <w:sz w:val="19"/>
        </w:rPr>
        <w:t>f &lt; l ≤ 100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4f + l = 410.</w:t>
      </w:r>
    </w:p>
    <w:p>
      <w:pPr>
        <w:spacing w:before="0" w:after="80" w:line="300" w:lineRule="auto"/>
        <w:jc w:val="left"/>
      </w:pPr>
      <w:r>
        <w:rPr>
          <w:rFonts w:ascii="Times New Roman" w:hAnsi="Times New Roman" w:eastAsia="宋体"/>
          <w:b w:val="0"/>
          <w:i w:val="0"/>
          <w:color w:val="333333"/>
          <w:sz w:val="19"/>
        </w:rPr>
        <w:t>And as 410 = 4f + l &lt; 5l, we know 410/5 = 82 &lt; l.</w:t>
      </w:r>
    </w:p>
    <w:p>
      <w:pPr>
        <w:spacing w:before="0" w:after="80" w:line="300" w:lineRule="auto"/>
        <w:jc w:val="left"/>
      </w:pPr>
      <w:r>
        <w:rPr>
          <w:rFonts w:ascii="Times New Roman" w:hAnsi="Times New Roman" w:eastAsia="宋体"/>
          <w:b w:val="0"/>
          <w:i w:val="0"/>
          <w:color w:val="333333"/>
          <w:sz w:val="19"/>
        </w:rPr>
        <w:t>Also, since 4f + l = 410, and dividing 410 by 4 gives us a remainder of 2, we know that dividing l by 4 must leave a remainder of 2 as 4f will leave no remainder when divided by 4. Equivalently:</w:t>
      </w:r>
    </w:p>
    <w:p>
      <w:pPr>
        <w:spacing w:before="0" w:after="80" w:line="300" w:lineRule="auto"/>
        <w:jc w:val="left"/>
      </w:pPr>
      <w:r>
        <w:rPr>
          <w:rFonts w:ascii="Times New Roman" w:hAnsi="Times New Roman" w:eastAsia="宋体"/>
          <w:b w:val="0"/>
          <w:i w:val="0"/>
          <w:color w:val="333333"/>
          <w:sz w:val="19"/>
        </w:rPr>
        <w:t>l ≡ 2 mod 4.</w:t>
      </w:r>
    </w:p>
    <w:p>
      <w:pPr>
        <w:spacing w:before="0" w:after="80" w:line="300" w:lineRule="auto"/>
        <w:jc w:val="left"/>
      </w:pPr>
      <w:r>
        <w:rPr>
          <w:rFonts w:ascii="Times New Roman" w:hAnsi="Times New Roman" w:eastAsia="宋体"/>
          <w:b w:val="0"/>
          <w:i w:val="0"/>
          <w:color w:val="333333"/>
          <w:sz w:val="19"/>
        </w:rPr>
        <w:t>Since 82 &lt; l ≤ 100 and l ≡ 2 mod 4, the only options for l are 86,90,94,98. This yields four distinct solutions as follows:</w:t>
      </w:r>
    </w:p>
    <w:p>
      <w:pPr>
        <w:spacing w:before="0" w:after="80" w:line="300" w:lineRule="auto"/>
        <w:jc w:val="left"/>
      </w:pPr>
      <w:r>
        <w:rPr>
          <w:rFonts w:ascii="Times New Roman" w:hAnsi="Times New Roman" w:eastAsia="宋体"/>
          <w:b w:val="0"/>
          <w:i w:val="0"/>
          <w:color w:val="333333"/>
          <w:sz w:val="19"/>
        </w:rPr>
        <w:t>(f,l) = (81,86);</w:t>
      </w:r>
    </w:p>
    <w:p>
      <w:pPr>
        <w:spacing w:before="0" w:after="80" w:line="300" w:lineRule="auto"/>
        <w:jc w:val="left"/>
      </w:pPr>
      <w:r>
        <w:rPr>
          <w:rFonts w:ascii="Times New Roman" w:hAnsi="Times New Roman" w:eastAsia="宋体"/>
          <w:b w:val="0"/>
          <w:i w:val="0"/>
          <w:color w:val="333333"/>
          <w:sz w:val="19"/>
        </w:rPr>
        <w:t>(80,90);</w:t>
      </w:r>
    </w:p>
    <w:p>
      <w:pPr>
        <w:spacing w:before="0" w:after="80" w:line="300" w:lineRule="auto"/>
        <w:jc w:val="left"/>
      </w:pPr>
      <w:r>
        <w:rPr>
          <w:rFonts w:ascii="Times New Roman" w:hAnsi="Times New Roman" w:eastAsia="宋体"/>
          <w:b w:val="0"/>
          <w:i w:val="0"/>
          <w:color w:val="333333"/>
          <w:sz w:val="19"/>
        </w:rPr>
        <w:t>(79,94);</w:t>
      </w:r>
    </w:p>
    <w:p>
      <w:pPr>
        <w:spacing w:before="0" w:after="80" w:line="300" w:lineRule="auto"/>
        <w:jc w:val="left"/>
      </w:pPr>
      <w:r>
        <w:rPr>
          <w:rFonts w:ascii="Times New Roman" w:hAnsi="Times New Roman" w:eastAsia="宋体"/>
          <w:b w:val="0"/>
          <w:i w:val="0"/>
          <w:color w:val="333333"/>
          <w:sz w:val="19"/>
        </w:rPr>
        <w:t>(78,98)</w:t>
      </w:r>
    </w:p>
    <w:p>
      <w:pPr>
        <w:spacing w:before="0" w:after="80" w:line="300" w:lineRule="auto"/>
        <w:jc w:val="left"/>
      </w:pPr>
      <w:r>
        <w:rPr>
          <w:rFonts w:ascii="Times New Roman" w:hAnsi="Times New Roman" w:eastAsia="宋体"/>
          <w:b w:val="0"/>
          <w:i w:val="0"/>
          <w:color w:val="333333"/>
          <w:sz w:val="19"/>
        </w:rPr>
        <w:t>Therefore, there are 4 solutions, and</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为了使 5 位数最大，必须先让第一位，也就是万位，尽可能大。</w:t>
      </w:r>
    </w:p>
    <w:p>
      <w:pPr>
        <w:spacing w:before="0" w:after="80" w:line="300" w:lineRule="auto"/>
        <w:jc w:val="left"/>
      </w:pPr>
      <w:r>
        <w:rPr>
          <w:rFonts w:ascii="Times New Roman" w:hAnsi="Times New Roman" w:eastAsia="宋体"/>
          <w:b w:val="0"/>
          <w:i w:val="0"/>
          <w:sz w:val="21"/>
        </w:rPr>
        <w:t>小于 10 且能整除 120 的最大数字是 8，所以第一位必须是 8。剩下各位数字的乘积为 15。</w:t>
      </w:r>
    </w:p>
    <w:p>
      <w:pPr>
        <w:spacing w:before="0" w:after="80" w:line="300" w:lineRule="auto"/>
        <w:jc w:val="left"/>
      </w:pPr>
      <w:r>
        <w:rPr>
          <w:rFonts w:ascii="Times New Roman" w:hAnsi="Times New Roman" w:eastAsia="宋体"/>
          <w:b w:val="0"/>
          <w:i w:val="0"/>
          <w:sz w:val="21"/>
        </w:rPr>
        <w:t>同样地，现在要让第二位尽可能大。</w:t>
      </w:r>
    </w:p>
    <w:p>
      <w:pPr>
        <w:spacing w:before="0" w:after="80" w:line="300" w:lineRule="auto"/>
        <w:jc w:val="left"/>
      </w:pPr>
      <w:r>
        <w:rPr>
          <w:rFonts w:ascii="Times New Roman" w:hAnsi="Times New Roman" w:eastAsia="宋体"/>
          <w:b w:val="0"/>
          <w:i w:val="0"/>
          <w:sz w:val="21"/>
        </w:rPr>
        <w:t>小于 10 且能整除 15 的最大数字是 5，所以第二位是 5。剩下各位数字的乘积为 3。</w:t>
      </w:r>
    </w:p>
    <w:p>
      <w:pPr>
        <w:spacing w:before="0" w:after="80" w:line="300" w:lineRule="auto"/>
        <w:jc w:val="left"/>
      </w:pPr>
      <w:r>
        <w:rPr>
          <w:rFonts w:ascii="Times New Roman" w:hAnsi="Times New Roman" w:eastAsia="宋体"/>
          <w:b w:val="0"/>
          <w:i w:val="0"/>
          <w:sz w:val="21"/>
        </w:rPr>
        <w:t>接着让第三位尽可能大。</w:t>
      </w:r>
    </w:p>
    <w:p>
      <w:pPr>
        <w:spacing w:before="0" w:after="80" w:line="300" w:lineRule="auto"/>
        <w:jc w:val="left"/>
      </w:pPr>
      <w:r>
        <w:rPr>
          <w:rFonts w:ascii="Times New Roman" w:hAnsi="Times New Roman" w:eastAsia="宋体"/>
          <w:b w:val="0"/>
          <w:i w:val="0"/>
          <w:sz w:val="21"/>
        </w:rPr>
        <w:t>小于 10 且能整除 3 的最大数字是 3，所以第三位是 3。剩下的乘积是 1，这说明第 4 位和第 5 位都是 1。</w:t>
      </w:r>
    </w:p>
    <w:p>
      <w:pPr>
        <w:spacing w:before="0" w:after="80" w:line="300" w:lineRule="auto"/>
        <w:jc w:val="left"/>
      </w:pPr>
      <w:r>
        <w:rPr>
          <w:rFonts w:ascii="Times New Roman" w:hAnsi="Times New Roman" w:eastAsia="宋体"/>
          <w:b w:val="0"/>
          <w:i w:val="0"/>
          <w:sz w:val="21"/>
        </w:rPr>
        <w:t>于是 N = 85311，各位数字之和为</w:t>
      </w:r>
    </w:p>
    <w:p>
      <w:pPr>
        <w:spacing w:before="0" w:after="80" w:line="300" w:lineRule="auto"/>
        <w:jc w:val="left"/>
      </w:pPr>
      <w:r>
        <w:rPr>
          <w:rFonts w:ascii="Times New Roman" w:hAnsi="Times New Roman" w:eastAsia="宋体"/>
          <w:b w:val="0"/>
          <w:i w:val="0"/>
          <w:sz w:val="21"/>
        </w:rPr>
        <w:t>8+5+3+1+1=18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make the largest possible 5 digit number, we must maximize the first digit (the digit in the ten-thousands place).</w:t>
      </w:r>
    </w:p>
    <w:p>
      <w:pPr>
        <w:spacing w:before="0" w:after="80" w:line="300" w:lineRule="auto"/>
        <w:jc w:val="left"/>
      </w:pPr>
      <w:r>
        <w:rPr>
          <w:rFonts w:ascii="Times New Roman" w:hAnsi="Times New Roman" w:eastAsia="宋体"/>
          <w:b w:val="0"/>
          <w:i w:val="0"/>
          <w:color w:val="333333"/>
          <w:sz w:val="19"/>
        </w:rPr>
        <w:t>The largest number that is strictly less than 10 and divides 120 is 8, so the first digit must be 8. Therefore, the product of the remaining number is 15.</w:t>
      </w:r>
    </w:p>
    <w:p>
      <w:pPr>
        <w:spacing w:before="0" w:after="80" w:line="300" w:lineRule="auto"/>
        <w:jc w:val="left"/>
      </w:pPr>
      <w:r>
        <w:rPr>
          <w:rFonts w:ascii="Times New Roman" w:hAnsi="Times New Roman" w:eastAsia="宋体"/>
          <w:b w:val="0"/>
          <w:i w:val="0"/>
          <w:color w:val="333333"/>
          <w:sz w:val="19"/>
        </w:rPr>
        <w:t>Similarly, we must now maximize the second digit.</w:t>
      </w:r>
    </w:p>
    <w:p>
      <w:pPr>
        <w:spacing w:before="0" w:after="80" w:line="300" w:lineRule="auto"/>
        <w:jc w:val="left"/>
      </w:pPr>
      <w:r>
        <w:rPr>
          <w:rFonts w:ascii="Times New Roman" w:hAnsi="Times New Roman" w:eastAsia="宋体"/>
          <w:b w:val="0"/>
          <w:i w:val="0"/>
          <w:color w:val="333333"/>
          <w:sz w:val="19"/>
        </w:rPr>
        <w:t>The largest number that is less than 10 and divides 15 is 5, so the second digit is 5. Therefore, the product of the remaining number is 3.</w:t>
      </w:r>
    </w:p>
    <w:p>
      <w:pPr>
        <w:spacing w:before="0" w:after="80" w:line="300" w:lineRule="auto"/>
        <w:jc w:val="left"/>
      </w:pPr>
      <w:r>
        <w:rPr>
          <w:rFonts w:ascii="Times New Roman" w:hAnsi="Times New Roman" w:eastAsia="宋体"/>
          <w:b w:val="0"/>
          <w:i w:val="0"/>
          <w:color w:val="333333"/>
          <w:sz w:val="19"/>
        </w:rPr>
        <w:t>We must then maximize the third digit.</w:t>
      </w:r>
    </w:p>
    <w:p>
      <w:pPr>
        <w:spacing w:before="0" w:after="80" w:line="300" w:lineRule="auto"/>
        <w:jc w:val="left"/>
      </w:pPr>
      <w:r>
        <w:rPr>
          <w:rFonts w:ascii="Times New Roman" w:hAnsi="Times New Roman" w:eastAsia="宋体"/>
          <w:b w:val="0"/>
          <w:i w:val="0"/>
          <w:color w:val="333333"/>
          <w:sz w:val="19"/>
        </w:rPr>
        <w:t>The largest number that is less than 10 and divides 3 is 3, so the third digit is 3. Therefore, the product of the remaining number is 1. This means the 4th and 5th digits are 1.</w:t>
      </w:r>
    </w:p>
    <w:p>
      <w:pPr>
        <w:spacing w:before="0" w:after="80" w:line="300" w:lineRule="auto"/>
        <w:jc w:val="left"/>
      </w:pPr>
      <w:r>
        <w:rPr>
          <w:rFonts w:ascii="Times New Roman" w:hAnsi="Times New Roman" w:eastAsia="宋体"/>
          <w:b w:val="0"/>
          <w:i w:val="0"/>
          <w:color w:val="333333"/>
          <w:sz w:val="19"/>
        </w:rPr>
        <w:t>This makes N = 85311, so the sum of the digits is</w:t>
      </w:r>
    </w:p>
    <w:p>
      <w:pPr>
        <w:spacing w:before="0" w:after="80" w:line="300" w:lineRule="auto"/>
        <w:jc w:val="left"/>
      </w:pPr>
      <w:r>
        <w:rPr>
          <w:rFonts w:ascii="Times New Roman" w:hAnsi="Times New Roman" w:eastAsia="宋体"/>
          <w:b w:val="0"/>
          <w:i w:val="0"/>
          <w:color w:val="333333"/>
          <w:sz w:val="19"/>
        </w:rPr>
        <w:t>8+5+3+1+1=18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设大圆面积为 A。</w:t>
      </w:r>
    </w:p>
    <w:p>
      <w:pPr>
        <w:spacing w:before="0" w:after="80" w:line="300" w:lineRule="auto"/>
        <w:jc w:val="left"/>
      </w:pPr>
      <w:r>
        <w:rPr>
          <w:rFonts w:ascii="Times New Roman" w:hAnsi="Times New Roman" w:eastAsia="宋体"/>
          <w:b w:val="0"/>
          <w:i w:val="0"/>
          <w:sz w:val="21"/>
        </w:rPr>
        <w:t>每个小圆的直径等于大圆半径，所以每个小圆的半径是大圆半径的一半。</w:t>
      </w:r>
    </w:p>
    <w:p>
      <w:pPr>
        <w:spacing w:before="0" w:after="80" w:line="300" w:lineRule="auto"/>
        <w:jc w:val="left"/>
      </w:pPr>
      <w:r>
        <w:rPr>
          <w:rFonts w:ascii="Times New Roman" w:hAnsi="Times New Roman" w:eastAsia="宋体"/>
          <w:b w:val="0"/>
          <w:i w:val="0"/>
          <w:sz w:val="21"/>
        </w:rPr>
        <w:t>用符号表示，若大圆半径为 rₗ，每个小圆半径为 rₛ，则</w:t>
      </w:r>
    </w:p>
    <w:p>
      <w:pPr>
        <w:spacing w:before="0" w:after="80" w:line="300" w:lineRule="auto"/>
        <w:jc w:val="left"/>
      </w:pPr>
      <w:r>
        <w:rPr>
          <w:rFonts w:ascii="Times New Roman" w:hAnsi="Times New Roman" w:eastAsia="宋体"/>
          <w:b w:val="0"/>
          <w:i w:val="0"/>
          <w:sz w:val="21"/>
        </w:rPr>
        <w:t>rₛ = 1/2 rₗ</w:t>
      </w:r>
    </w:p>
    <w:p>
      <w:pPr>
        <w:spacing w:before="0" w:after="80" w:line="300" w:lineRule="auto"/>
        <w:jc w:val="left"/>
      </w:pPr>
      <w:r>
        <w:rPr>
          <w:rFonts w:ascii="Times New Roman" w:hAnsi="Times New Roman" w:eastAsia="宋体"/>
          <w:b w:val="0"/>
          <w:i w:val="0"/>
          <w:sz w:val="21"/>
        </w:rPr>
        <w:t>因为大圆面积为 A=π rₗ²，所以每个小圆面积为</w:t>
      </w:r>
    </w:p>
    <w:p>
      <w:pPr>
        <w:spacing w:before="0" w:after="80" w:line="300" w:lineRule="auto"/>
        <w:jc w:val="left"/>
      </w:pPr>
      <w:r>
        <w:rPr>
          <w:rFonts w:ascii="Times New Roman" w:hAnsi="Times New Roman" w:eastAsia="宋体"/>
          <w:b w:val="0"/>
          <w:i w:val="0"/>
          <w:sz w:val="21"/>
        </w:rPr>
        <w:t>π rₛ² = π (1/2 rₗ)²</w:t>
      </w:r>
    </w:p>
    <w:p>
      <w:pPr>
        <w:spacing w:before="0" w:after="80" w:line="300" w:lineRule="auto"/>
        <w:jc w:val="left"/>
      </w:pPr>
      <w:r>
        <w:rPr>
          <w:rFonts w:ascii="Times New Roman" w:hAnsi="Times New Roman" w:eastAsia="宋体"/>
          <w:b w:val="0"/>
          <w:i w:val="0"/>
          <w:sz w:val="21"/>
        </w:rPr>
        <w:t>= 1/4 (π rₗ²)</w:t>
      </w:r>
    </w:p>
    <w:p>
      <w:pPr>
        <w:spacing w:before="0" w:after="80" w:line="300" w:lineRule="auto"/>
        <w:jc w:val="left"/>
      </w:pPr>
      <w:r>
        <w:rPr>
          <w:rFonts w:ascii="Times New Roman" w:hAnsi="Times New Roman" w:eastAsia="宋体"/>
          <w:b w:val="0"/>
          <w:i w:val="0"/>
          <w:sz w:val="21"/>
        </w:rPr>
        <w:t>=1/4 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两个小圆总面积为 1 平方单位，于是 2· 1/4 A=1 平方单位，所以 A=2 平方单位。</w:t>
      </w:r>
    </w:p>
    <w:p>
      <w:pPr>
        <w:spacing w:before="0" w:after="80" w:line="300" w:lineRule="auto"/>
        <w:jc w:val="left"/>
      </w:pPr>
      <w:r>
        <w:rPr>
          <w:rFonts w:ascii="Times New Roman" w:hAnsi="Times New Roman" w:eastAsia="宋体"/>
          <w:b w:val="0"/>
          <w:i w:val="0"/>
          <w:sz w:val="21"/>
        </w:rPr>
        <w:t>阴影面积等于大圆面积 (A) 减去两个小圆的总面积 (1)，所以阴影面积为 A - 1=2-1=1 平方单位。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the area of the large circle.</w:t>
      </w:r>
    </w:p>
    <w:p>
      <w:pPr>
        <w:spacing w:before="0" w:after="80" w:line="300" w:lineRule="auto"/>
        <w:jc w:val="left"/>
      </w:pPr>
      <w:r>
        <w:rPr>
          <w:rFonts w:ascii="Times New Roman" w:hAnsi="Times New Roman" w:eastAsia="宋体"/>
          <w:b w:val="0"/>
          <w:i w:val="0"/>
          <w:color w:val="333333"/>
          <w:sz w:val="19"/>
        </w:rPr>
        <w:t>Since the diameter of each of the two smaller circles is itself the radius of the larger circle, the radius of each smaller circle is half that of the larger circle.</w:t>
      </w:r>
    </w:p>
    <w:p>
      <w:pPr>
        <w:spacing w:before="0" w:after="80" w:line="300" w:lineRule="auto"/>
        <w:jc w:val="left"/>
      </w:pPr>
      <w:r>
        <w:rPr>
          <w:rFonts w:ascii="Times New Roman" w:hAnsi="Times New Roman" w:eastAsia="宋体"/>
          <w:b w:val="0"/>
          <w:i w:val="0"/>
          <w:color w:val="333333"/>
          <w:sz w:val="19"/>
        </w:rPr>
        <w:t>Symbolically, if we allow rₗ to be the radius of the large circle and rₛ to be the radius of each of the smaller circles:</w:t>
      </w:r>
    </w:p>
    <w:p>
      <w:pPr>
        <w:spacing w:before="0" w:after="80" w:line="300" w:lineRule="auto"/>
        <w:jc w:val="left"/>
      </w:pPr>
      <w:r>
        <w:rPr>
          <w:rFonts w:ascii="Times New Roman" w:hAnsi="Times New Roman" w:eastAsia="宋体"/>
          <w:b w:val="0"/>
          <w:i w:val="0"/>
          <w:color w:val="333333"/>
          <w:sz w:val="19"/>
        </w:rPr>
        <w:t>rₛ = 1/2 rₗ</w:t>
      </w:r>
    </w:p>
    <w:p>
      <w:pPr>
        <w:spacing w:before="0" w:after="80" w:line="300" w:lineRule="auto"/>
        <w:jc w:val="left"/>
      </w:pPr>
      <w:r>
        <w:rPr>
          <w:rFonts w:ascii="Times New Roman" w:hAnsi="Times New Roman" w:eastAsia="宋体"/>
          <w:b w:val="0"/>
          <w:i w:val="0"/>
          <w:color w:val="333333"/>
          <w:sz w:val="19"/>
        </w:rPr>
        <w:t>As the area of the larger circle is equal to A=π rₗ², the area of the smaller circles are equal to</w:t>
      </w:r>
    </w:p>
    <w:p>
      <w:pPr>
        <w:spacing w:before="0" w:after="80" w:line="300" w:lineRule="auto"/>
        <w:jc w:val="left"/>
      </w:pPr>
      <w:r>
        <w:rPr>
          <w:rFonts w:ascii="Times New Roman" w:hAnsi="Times New Roman" w:eastAsia="宋体"/>
          <w:b w:val="0"/>
          <w:i w:val="0"/>
          <w:color w:val="333333"/>
          <w:sz w:val="19"/>
        </w:rPr>
        <w:t>π rₛ² = π (1/2 rₗ)²</w:t>
      </w:r>
    </w:p>
    <w:p>
      <w:pPr>
        <w:spacing w:before="0" w:after="80" w:line="300" w:lineRule="auto"/>
        <w:jc w:val="left"/>
      </w:pPr>
      <w:r>
        <w:rPr>
          <w:rFonts w:ascii="Times New Roman" w:hAnsi="Times New Roman" w:eastAsia="宋体"/>
          <w:b w:val="0"/>
          <w:i w:val="0"/>
          <w:color w:val="333333"/>
          <w:sz w:val="19"/>
        </w:rPr>
        <w:t>= 1/4 (π rₗ²)</w:t>
      </w:r>
    </w:p>
    <w:p>
      <w:pPr>
        <w:spacing w:before="0" w:after="80" w:line="300" w:lineRule="auto"/>
        <w:jc w:val="left"/>
      </w:pPr>
      <w:r>
        <w:rPr>
          <w:rFonts w:ascii="Times New Roman" w:hAnsi="Times New Roman" w:eastAsia="宋体"/>
          <w:b w:val="0"/>
          <w:i w:val="0"/>
          <w:color w:val="333333"/>
          <w:sz w:val="19"/>
        </w:rPr>
        <w:t>=1/4 A.</w:t>
      </w:r>
    </w:p>
    <w:p>
      <w:pPr>
        <w:spacing w:before="0" w:after="80" w:line="300" w:lineRule="auto"/>
        <w:jc w:val="left"/>
      </w:pPr>
      <w:r>
        <w:rPr>
          <w:rFonts w:ascii="Times New Roman" w:hAnsi="Times New Roman" w:eastAsia="宋体"/>
          <w:b w:val="0"/>
          <w:i w:val="0"/>
          <w:color w:val="333333"/>
          <w:sz w:val="19"/>
        </w:rPr>
        <w:t>As the area of two of these smaller circles combined is equal to 1 square unit, then it follows that 2· 1/4 A=1 square unit, implying that A=2 square units.</w:t>
      </w:r>
    </w:p>
    <w:p>
      <w:pPr>
        <w:spacing w:before="0" w:after="80" w:line="300" w:lineRule="auto"/>
        <w:jc w:val="left"/>
      </w:pPr>
      <w:r>
        <w:rPr>
          <w:rFonts w:ascii="Times New Roman" w:hAnsi="Times New Roman" w:eastAsia="宋体"/>
          <w:b w:val="0"/>
          <w:i w:val="0"/>
          <w:color w:val="333333"/>
          <w:sz w:val="19"/>
        </w:rPr>
        <w:t>As the area of the shaded region is equal to the area of the larger circle (A) minus the combined area of the two smaller circles (1), the area of the shaded region is A - 1=2-1=1 square unit.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把两本阿拉伯语书作为一个块，四本西班牙语书作为一个块。</w:t>
      </w:r>
    </w:p>
    <w:p>
      <w:pPr>
        <w:spacing w:before="0" w:after="80" w:line="300" w:lineRule="auto"/>
        <w:jc w:val="left"/>
      </w:pPr>
      <w:r>
        <w:rPr>
          <w:rFonts w:ascii="Times New Roman" w:hAnsi="Times New Roman" w:eastAsia="宋体"/>
          <w:b w:val="0"/>
          <w:i w:val="0"/>
          <w:sz w:val="21"/>
        </w:rPr>
        <w:t>此时共有 5 个对象：三本德语书、一个阿拉伯语书块、一个西班牙语书块。可用 5! 种方式排列这 5 个对象。阿拉伯语书块内部有 2! 种排列，西班牙语书块内部有 4! 种排列，所以总排列数为</w:t>
      </w:r>
    </w:p>
    <w:p>
      <w:pPr>
        <w:spacing w:before="0" w:after="80" w:line="300" w:lineRule="auto"/>
        <w:jc w:val="left"/>
      </w:pPr>
      <w:r>
        <w:rPr>
          <w:rFonts w:ascii="Times New Roman" w:hAnsi="Times New Roman" w:eastAsia="宋体"/>
          <w:b w:val="0"/>
          <w:i w:val="0"/>
          <w:sz w:val="21"/>
        </w:rPr>
        <w:t>5! · 4! · 2! = 120 · 24 · 2</w:t>
      </w:r>
    </w:p>
    <w:p>
      <w:pPr>
        <w:spacing w:before="0" w:after="80" w:line="300" w:lineRule="auto"/>
        <w:jc w:val="left"/>
      </w:pPr>
      <w:r>
        <w:rPr>
          <w:rFonts w:ascii="Times New Roman" w:hAnsi="Times New Roman" w:eastAsia="宋体"/>
          <w:b w:val="0"/>
          <w:i w:val="0"/>
          <w:sz w:val="21"/>
        </w:rPr>
        <w:t>= 5760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we are keeping the Arabic books together and the Spanish books together, we can look at each group as a single block.</w:t>
      </w:r>
    </w:p>
    <w:p>
      <w:pPr>
        <w:spacing w:before="0" w:after="80" w:line="300" w:lineRule="auto"/>
        <w:jc w:val="left"/>
      </w:pPr>
      <w:r>
        <w:rPr>
          <w:rFonts w:ascii="Times New Roman" w:hAnsi="Times New Roman" w:eastAsia="宋体"/>
          <w:b w:val="0"/>
          <w:i w:val="0"/>
          <w:color w:val="333333"/>
          <w:sz w:val="19"/>
        </w:rPr>
        <w:t>As such, there are 5 objects on the bookshelf: three German books, one collection of Arabic books, and one collection of Spanish books. There are 5! ways to order the 5 objects. As we already have the books together, there are 2! ways of ordering the Arabic books and 4! ways of ordering the Spanish books. Therefore, the total ways to order the books is</w:t>
      </w:r>
    </w:p>
    <w:p>
      <w:pPr>
        <w:spacing w:before="0" w:after="80" w:line="300" w:lineRule="auto"/>
        <w:jc w:val="left"/>
      </w:pPr>
      <w:r>
        <w:rPr>
          <w:rFonts w:ascii="Times New Roman" w:hAnsi="Times New Roman" w:eastAsia="宋体"/>
          <w:b w:val="0"/>
          <w:i w:val="0"/>
          <w:color w:val="333333"/>
          <w:sz w:val="19"/>
        </w:rPr>
        <w:t>5! · 4! · 2! = 120 · 24 · 2</w:t>
      </w:r>
    </w:p>
    <w:p>
      <w:pPr>
        <w:spacing w:before="0" w:after="80" w:line="300" w:lineRule="auto"/>
        <w:jc w:val="left"/>
      </w:pPr>
      <w:r>
        <w:rPr>
          <w:rFonts w:ascii="Times New Roman" w:hAnsi="Times New Roman" w:eastAsia="宋体"/>
          <w:b w:val="0"/>
          <w:i w:val="0"/>
          <w:color w:val="333333"/>
          <w:sz w:val="19"/>
        </w:rPr>
        <w:t>= 5760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Ella 每骑 5 英尺，Bella 走一英尺，所以相遇时 Bella 走了两家距离的 1/6。因此 Bella 走了</w:t>
      </w:r>
    </w:p>
    <w:p>
      <w:pPr>
        <w:spacing w:before="0" w:after="80" w:line="300" w:lineRule="auto"/>
        <w:jc w:val="left"/>
      </w:pPr>
      <w:r>
        <w:rPr>
          <w:rFonts w:ascii="Times New Roman" w:hAnsi="Times New Roman" w:eastAsia="宋体"/>
          <w:b w:val="0"/>
          <w:i w:val="0"/>
          <w:sz w:val="21"/>
        </w:rPr>
        <w:t>1/6 · 10560=1760</w:t>
      </w:r>
    </w:p>
    <w:p>
      <w:pPr>
        <w:spacing w:before="0" w:after="80" w:line="300" w:lineRule="auto"/>
        <w:jc w:val="left"/>
      </w:pPr>
      <w:r>
        <w:rPr>
          <w:rFonts w:ascii="Times New Roman" w:hAnsi="Times New Roman" w:eastAsia="宋体"/>
          <w:b w:val="0"/>
          <w:i w:val="0"/>
          <w:sz w:val="21"/>
        </w:rPr>
        <w:t>英尺。因为她每步走 2.5 英尺，到相遇时她走了</w:t>
      </w:r>
    </w:p>
    <w:p>
      <w:pPr>
        <w:spacing w:before="0" w:after="80" w:line="300" w:lineRule="auto"/>
        <w:jc w:val="left"/>
      </w:pPr>
      <w:r>
        <w:rPr>
          <w:rFonts w:ascii="Times New Roman" w:hAnsi="Times New Roman" w:eastAsia="宋体"/>
          <w:b w:val="0"/>
          <w:i w:val="0"/>
          <w:sz w:val="21"/>
        </w:rPr>
        <w:t>1760/2.5 = 704</w:t>
      </w:r>
    </w:p>
    <w:p>
      <w:pPr>
        <w:spacing w:before="0" w:after="80" w:line="300" w:lineRule="auto"/>
        <w:jc w:val="left"/>
      </w:pPr>
      <w:r>
        <w:rPr>
          <w:rFonts w:ascii="Times New Roman" w:hAnsi="Times New Roman" w:eastAsia="宋体"/>
          <w:b w:val="0"/>
          <w:i w:val="0"/>
          <w:sz w:val="21"/>
        </w:rPr>
        <w:t>步。</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for every foot Bella walks, Ella rides 5 feet, we know that Bella will walk 1/6 of the distance between the two houses, and so she walks</w:t>
      </w:r>
    </w:p>
    <w:p>
      <w:pPr>
        <w:spacing w:before="0" w:after="80" w:line="300" w:lineRule="auto"/>
        <w:jc w:val="left"/>
      </w:pPr>
      <w:r>
        <w:rPr>
          <w:rFonts w:ascii="Times New Roman" w:hAnsi="Times New Roman" w:eastAsia="宋体"/>
          <w:b w:val="0"/>
          <w:i w:val="0"/>
          <w:color w:val="333333"/>
          <w:sz w:val="19"/>
        </w:rPr>
        <w:t>1/6 · 10560=1760</w:t>
      </w:r>
    </w:p>
    <w:p>
      <w:pPr>
        <w:spacing w:before="0" w:after="80" w:line="300" w:lineRule="auto"/>
        <w:jc w:val="left"/>
      </w:pPr>
      <w:r>
        <w:rPr>
          <w:rFonts w:ascii="Times New Roman" w:hAnsi="Times New Roman" w:eastAsia="宋体"/>
          <w:b w:val="0"/>
          <w:i w:val="0"/>
          <w:color w:val="333333"/>
          <w:sz w:val="19"/>
        </w:rPr>
        <w:t>feet. Since she walks 2.5 feet per step, she takes</w:t>
      </w:r>
    </w:p>
    <w:p>
      <w:pPr>
        <w:spacing w:before="0" w:after="80" w:line="300" w:lineRule="auto"/>
        <w:jc w:val="left"/>
      </w:pPr>
      <w:r>
        <w:rPr>
          <w:rFonts w:ascii="Times New Roman" w:hAnsi="Times New Roman" w:eastAsia="宋体"/>
          <w:b w:val="0"/>
          <w:i w:val="0"/>
          <w:color w:val="333333"/>
          <w:sz w:val="19"/>
        </w:rPr>
        <w:t>1760/2.5 = 704</w:t>
      </w:r>
    </w:p>
    <w:p>
      <w:pPr>
        <w:spacing w:before="0" w:after="80" w:line="300" w:lineRule="auto"/>
        <w:jc w:val="left"/>
      </w:pPr>
      <w:r>
        <w:rPr>
          <w:rFonts w:ascii="Times New Roman" w:hAnsi="Times New Roman" w:eastAsia="宋体"/>
          <w:b w:val="0"/>
          <w:i w:val="0"/>
          <w:color w:val="333333"/>
          <w:sz w:val="19"/>
        </w:rPr>
        <w:t>steps by the time she meets Ella.</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质因数分解为 23,232=2⁶·3·11²。构造正因数时，指数可以从 0 到 6（对应质因数 2）、从 0 到 1（对应 3）、从 0 到 2（对应 11）中选择。因此正因数的个数为 (6+1)(1+1)(2+1)=42。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prime factorization is 23,232=2⁶·3·11². A divisor may use any exponent from 0 through 6 on 2, from 0 through 1 on 3, and from 0 through 2 on 11. Therefore, the number of positive divisors is (6+1)(1+1)(2+1)=42.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设有两个相邻的下方格子和它们上方的格子。如果已知左下格和上方格，就总能确定右下格：</w:t>
      </w:r>
    </w:p>
    <w:p>
      <w:pPr>
        <w:spacing w:before="0" w:after="80" w:line="300" w:lineRule="auto"/>
        <w:jc w:val="left"/>
      </w:pPr>
      <w:r>
        <w:rPr>
          <w:rFonts w:ascii="Times New Roman" w:hAnsi="Times New Roman" w:eastAsia="宋体"/>
          <w:b w:val="0"/>
          <w:i w:val="0"/>
          <w:sz w:val="21"/>
        </w:rPr>
        <w:t>如果上方格是 +，则右下格必须与左下格相同；如果上方格是 -，则右下格必须与左下格相反。</w:t>
      </w:r>
    </w:p>
    <w:p>
      <w:pPr>
        <w:spacing w:before="0" w:after="80" w:line="300" w:lineRule="auto"/>
        <w:jc w:val="left"/>
      </w:pPr>
      <w:r>
        <w:rPr>
          <w:rFonts w:ascii="Times New Roman" w:hAnsi="Times New Roman" w:eastAsia="宋体"/>
          <w:b w:val="0"/>
          <w:i w:val="0"/>
          <w:sz w:val="21"/>
        </w:rPr>
        <w:t>现在假设已知某一行。只要选择这一行最左格左下方的那个格子的符号，就能依次确定下一整行。</w:t>
      </w:r>
    </w:p>
    <w:p>
      <w:pPr>
        <w:spacing w:before="0" w:after="80" w:line="300" w:lineRule="auto"/>
        <w:jc w:val="left"/>
      </w:pPr>
      <w:r>
        <w:rPr>
          <w:rFonts w:ascii="Times New Roman" w:hAnsi="Times New Roman" w:eastAsia="宋体"/>
          <w:b w:val="0"/>
          <w:i w:val="0"/>
          <w:sz w:val="21"/>
        </w:rPr>
        <w:t>因此，顶行已知为 + 时，下一行有 2 种选择；同理，第三行有 2 种选择，第四行也有 2 种选择。底行共有 2·2·2=8 种可能。</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we have two cells and the cell above them. If we are given the bottom left cell and the top cell, we can always find the bottom right cell as follows:</w:t>
      </w:r>
    </w:p>
    <w:p>
      <w:pPr>
        <w:spacing w:before="0" w:after="80" w:line="300" w:lineRule="auto"/>
        <w:jc w:val="left"/>
      </w:pPr>
      <w:r>
        <w:rPr>
          <w:rFonts w:ascii="Times New Roman" w:hAnsi="Times New Roman" w:eastAsia="宋体"/>
          <w:b w:val="0"/>
          <w:i w:val="0"/>
          <w:color w:val="333333"/>
          <w:sz w:val="19"/>
        </w:rPr>
        <w:t>If the top cell is +, then the bottom right cell must be the same as the bottom left cell, and if the top cell is -, the bottom right cell must be the opposite of the bottom left cell.</w:t>
      </w:r>
    </w:p>
    <w:p>
      <w:pPr>
        <w:spacing w:before="0" w:after="80" w:line="300" w:lineRule="auto"/>
        <w:jc w:val="left"/>
      </w:pPr>
      <w:r>
        <w:rPr>
          <w:rFonts w:ascii="Times New Roman" w:hAnsi="Times New Roman" w:eastAsia="宋体"/>
          <w:b w:val="0"/>
          <w:i w:val="0"/>
          <w:color w:val="333333"/>
          <w:sz w:val="19"/>
        </w:rPr>
        <w:t>Now, suppose we are given a row. Then, suppose we choose a value for the cell below and to the left of the leftmost cell in our given row. We then can inductively determine the entire row below our given by first finding the bottom-right cell of the leftmost cell in our row, and using that newly found cell as the bottom-left reference for the second to the left cell in the given row to find its bottom-right counterpart. The process continues on until the row below the given row is fully solved.</w:t>
      </w:r>
    </w:p>
    <w:p>
      <w:pPr>
        <w:spacing w:before="0" w:after="80" w:line="300" w:lineRule="auto"/>
        <w:jc w:val="left"/>
      </w:pPr>
      <w:r>
        <w:rPr>
          <w:rFonts w:ascii="Times New Roman" w:hAnsi="Times New Roman" w:eastAsia="宋体"/>
          <w:b w:val="0"/>
          <w:i w:val="0"/>
          <w:color w:val="333333"/>
          <w:sz w:val="19"/>
        </w:rPr>
        <w:t>Therefore, since we know that the top row has a cell labelled +, we have 2 choices for the row below, depending on our choice of the bottom-left cell. Similarly, we have 2 choices for the third row, and thus 2 choices for the fourth row. This makes 2·2·2=8 total choices for the bottom row of the sign pyramid.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设 △ ABC 的面积为 t。由于 DE ∥ BC 且 FE ∥ CA ，可得</w:t>
      </w:r>
    </w:p>
    <w:p>
      <w:pPr>
        <w:spacing w:before="0" w:after="80" w:line="300" w:lineRule="auto"/>
        <w:jc w:val="left"/>
      </w:pPr>
      <w:r>
        <w:rPr>
          <w:rFonts w:ascii="Times New Roman" w:hAnsi="Times New Roman" w:eastAsia="宋体"/>
          <w:b w:val="0"/>
          <w:i w:val="0"/>
          <w:sz w:val="21"/>
        </w:rPr>
        <w:t>ADE ∼ ABC</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EFB ∼ ABC。</w:t>
      </w:r>
    </w:p>
    <w:p>
      <w:pPr>
        <w:spacing w:before="0" w:after="80" w:line="300" w:lineRule="auto"/>
        <w:jc w:val="left"/>
      </w:pPr>
      <w:r>
        <w:rPr>
          <w:rFonts w:ascii="Times New Roman" w:hAnsi="Times New Roman" w:eastAsia="宋体"/>
          <w:b w:val="0"/>
          <w:i w:val="0"/>
          <w:sz w:val="21"/>
        </w:rPr>
        <w:t>因为 AE = AB/3，所以 ADE 的面积为 (1/3)² t = t/9 。因为 EB = 2AB/3，所以 EFB 的面积为 (2/3)² t = 4/9t 。最后，要找 CDEF 的面积，就从 ABC =t 中减去 ADE 和 EFB 的面积，即</w:t>
      </w:r>
    </w:p>
    <w:p>
      <w:pPr>
        <w:spacing w:before="0" w:after="80" w:line="300" w:lineRule="auto"/>
        <w:jc w:val="left"/>
      </w:pPr>
      <w:r>
        <w:rPr>
          <w:rFonts w:ascii="Times New Roman" w:hAnsi="Times New Roman" w:eastAsia="宋体"/>
          <w:b w:val="0"/>
          <w:i w:val="0"/>
          <w:sz w:val="21"/>
        </w:rPr>
        <w:t>t- t/9 - 4t/9 = 4t/9。</w:t>
      </w:r>
    </w:p>
    <w:p>
      <w:pPr>
        <w:spacing w:before="0" w:after="80" w:line="300" w:lineRule="auto"/>
        <w:jc w:val="left"/>
      </w:pPr>
      <w:r>
        <w:rPr>
          <w:rFonts w:ascii="Times New Roman" w:hAnsi="Times New Roman" w:eastAsia="宋体"/>
          <w:b w:val="0"/>
          <w:i w:val="0"/>
          <w:sz w:val="21"/>
        </w:rPr>
        <w:t>因此 CDEF 与 ABC 的面积比为 ((4t/9))/t = 4/9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area of △ ABC be equal to t. Since DE ∥ BC and FE ∥ CA, we can deduce that</w:t>
      </w:r>
    </w:p>
    <w:p>
      <w:pPr>
        <w:spacing w:before="0" w:after="80" w:line="300" w:lineRule="auto"/>
        <w:jc w:val="left"/>
      </w:pPr>
      <w:r>
        <w:rPr>
          <w:rFonts w:ascii="Times New Roman" w:hAnsi="Times New Roman" w:eastAsia="宋体"/>
          <w:b w:val="0"/>
          <w:i w:val="0"/>
          <w:color w:val="333333"/>
          <w:sz w:val="19"/>
        </w:rPr>
        <w:t>ADE ∼ ABC</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EFB ∼ ABC.</w:t>
      </w:r>
    </w:p>
    <w:p>
      <w:pPr>
        <w:spacing w:before="0" w:after="80" w:line="300" w:lineRule="auto"/>
        <w:jc w:val="left"/>
      </w:pPr>
      <w:r>
        <w:rPr>
          <w:rFonts w:ascii="Times New Roman" w:hAnsi="Times New Roman" w:eastAsia="宋体"/>
          <w:b w:val="0"/>
          <w:i w:val="0"/>
          <w:color w:val="333333"/>
          <w:sz w:val="19"/>
        </w:rPr>
        <w:t>Since AE = AB/3, the area of ADE is equal to (1/3)² t = t/9. Since EB = 2AB/3, the area of EFB is equal to (2/3)² t = 4/9t. Finally, to find the area of CDEF, we take the area of ABC =t and subtract the areas of ADE and EFB. This is equivalent to the expression</w:t>
      </w:r>
    </w:p>
    <w:p>
      <w:pPr>
        <w:spacing w:before="0" w:after="80" w:line="300" w:lineRule="auto"/>
        <w:jc w:val="left"/>
      </w:pPr>
      <w:r>
        <w:rPr>
          <w:rFonts w:ascii="Times New Roman" w:hAnsi="Times New Roman" w:eastAsia="宋体"/>
          <w:b w:val="0"/>
          <w:i w:val="0"/>
          <w:color w:val="333333"/>
          <w:sz w:val="19"/>
        </w:rPr>
        <w:t>t- t/9 - 4t/9 = 4t/9.</w:t>
      </w:r>
    </w:p>
    <w:p>
      <w:pPr>
        <w:spacing w:before="0" w:after="80" w:line="300" w:lineRule="auto"/>
        <w:jc w:val="left"/>
      </w:pPr>
      <w:r>
        <w:rPr>
          <w:rFonts w:ascii="Times New Roman" w:hAnsi="Times New Roman" w:eastAsia="宋体"/>
          <w:b w:val="0"/>
          <w:i w:val="0"/>
          <w:color w:val="333333"/>
          <w:sz w:val="19"/>
        </w:rPr>
        <w:t>Therefore, the ratio of the area of CDEF and ABC is ((4t/9))/t = 4/9.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每个所给余数都比相应除数小 4，所以 x+4 必须同时被 6,9 和 11 整除。因此 x+4 是 lcm(6,9,11)=198 的倍数。</w:t>
      </w:r>
    </w:p>
    <w:p>
      <w:pPr>
        <w:spacing w:before="0" w:after="80" w:line="300" w:lineRule="auto"/>
        <w:jc w:val="left"/>
      </w:pPr>
      <w:r>
        <w:rPr>
          <w:rFonts w:ascii="Times New Roman" w:hAnsi="Times New Roman" w:eastAsia="宋体"/>
          <w:b w:val="0"/>
          <w:i w:val="0"/>
          <w:sz w:val="21"/>
        </w:rPr>
        <w:t>因为 x 是三位数，所以 104≤ x+4≤1003。这个区间内 198 的倍数是 198,396,594,792,990，因此共有 5 个符合条件的整数。</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required remainder is 4 less than its divisor, so x+4 must be divisible by 6,9, and 11. Hence x+4 is a multiple of lcm(6,9,11)=198.</w:t>
      </w:r>
    </w:p>
    <w:p>
      <w:pPr>
        <w:spacing w:before="0" w:after="80" w:line="300" w:lineRule="auto"/>
        <w:jc w:val="left"/>
      </w:pPr>
      <w:r>
        <w:rPr>
          <w:rFonts w:ascii="Times New Roman" w:hAnsi="Times New Roman" w:eastAsia="宋体"/>
          <w:b w:val="0"/>
          <w:i w:val="0"/>
          <w:color w:val="333333"/>
          <w:sz w:val="19"/>
        </w:rPr>
        <w:t>For a three-digit x, we have 104≤ x+4≤1003. The multiples of 198 in this interval are 198,396,594,792,990, giving 5 possible integers.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B</w:t>
      </w:r>
    </w:p>
    <w:p>
      <w:pPr>
        <w:spacing w:before="80" w:after="80"/>
        <w:jc w:val="center"/>
      </w:pPr>
      <w:r>
        <w:drawing>
          <wp:inline xmlns:a="http://schemas.openxmlformats.org/drawingml/2006/main" xmlns:pic="http://schemas.openxmlformats.org/drawingml/2006/picture">
            <wp:extent cx="2367955" cy="2288798"/>
            <wp:docPr id="19" name="Picture 19"/>
            <wp:cNvGraphicFramePr>
              <a:graphicFrameLocks noChangeAspect="1"/>
            </wp:cNvGraphicFramePr>
            <a:graphic>
              <a:graphicData uri="http://schemas.openxmlformats.org/drawingml/2006/picture">
                <pic:pic>
                  <pic:nvPicPr>
                    <pic:cNvPr id="0" name="q22-sol-1@300dpi.png"/>
                    <pic:cNvPicPr/>
                  </pic:nvPicPr>
                  <pic:blipFill>
                    <a:blip r:embed="rId18"/>
                    <a:stretch>
                      <a:fillRect/>
                    </a:stretch>
                  </pic:blipFill>
                  <pic:spPr>
                    <a:xfrm>
                      <a:off x="0" y="0"/>
                      <a:ext cx="2367955" cy="2288798"/>
                    </a:xfrm>
                    <a:prstGeom prst="rect"/>
                  </pic:spPr>
                </pic:pic>
              </a:graphicData>
            </a:graphic>
          </wp:inline>
        </w:drawing>
      </w:r>
    </w:p>
    <w:p>
      <w:pPr>
        <w:spacing w:before="0" w:after="80" w:line="300" w:lineRule="auto"/>
        <w:jc w:val="left"/>
      </w:pPr>
      <w:r>
        <w:rPr>
          <w:rFonts w:ascii="Times New Roman" w:hAnsi="Times New Roman" w:eastAsia="宋体"/>
          <w:b w:val="0"/>
          <w:i w:val="0"/>
          <w:sz w:val="21"/>
        </w:rPr>
        <w:t>设正方形边长为 s，并设 H 是从 F 向 BC 作垂线的垂足。直角三角形 CAB 与 CFH 相似，所以 CH=FH。另外，三角形 BFH 与 BEC 相似，因此</w:t>
      </w:r>
    </w:p>
    <w:p>
      <w:pPr>
        <w:spacing w:before="0" w:after="80" w:line="300" w:lineRule="auto"/>
        <w:jc w:val="left"/>
      </w:pPr>
      <w:r>
        <w:rPr>
          <w:rFonts w:ascii="Times New Roman" w:hAnsi="Times New Roman" w:eastAsia="宋体"/>
          <w:b w:val="0"/>
          <w:i w:val="0"/>
          <w:sz w:val="21"/>
        </w:rPr>
        <w:t>FH/EC=BH/BC。</w:t>
      </w:r>
    </w:p>
    <w:p>
      <w:pPr>
        <w:spacing w:before="0" w:after="80" w:line="300" w:lineRule="auto"/>
        <w:jc w:val="left"/>
      </w:pPr>
      <w:r>
        <w:rPr>
          <w:rFonts w:ascii="Times New Roman" w:hAnsi="Times New Roman" w:eastAsia="宋体"/>
          <w:b w:val="0"/>
          <w:i w:val="0"/>
          <w:sz w:val="21"/>
        </w:rPr>
        <w:t>因为 EC=s/2、BC=s，且 BH=s-CH=s-FH，所以 2FH/s=1-FH/s，从而 FH=CH=s/3。</w:t>
      </w:r>
    </w:p>
    <w:p>
      <w:pPr>
        <w:spacing w:before="0" w:after="80" w:line="300" w:lineRule="auto"/>
        <w:jc w:val="left"/>
      </w:pPr>
      <w:r>
        <w:rPr>
          <w:rFonts w:ascii="Times New Roman" w:hAnsi="Times New Roman" w:eastAsia="宋体"/>
          <w:b w:val="0"/>
          <w:i w:val="0"/>
          <w:sz w:val="21"/>
        </w:rPr>
        <w:t>因此，三角形 EFC 的底为 EC=s/2，高为 CH=s/3，所以面积为 s²/12。于是</w:t>
      </w:r>
    </w:p>
    <w:p>
      <w:pPr>
        <w:spacing w:before="0" w:after="80" w:line="300" w:lineRule="auto"/>
        <w:jc w:val="left"/>
      </w:pPr>
      <w:r>
        <w:rPr>
          <w:rFonts w:ascii="Times New Roman" w:hAnsi="Times New Roman" w:eastAsia="宋体"/>
          <w:b w:val="0"/>
          <w:i w:val="0"/>
          <w:sz w:val="21"/>
        </w:rPr>
        <w:t>[AFED]=[△ ACD]-[△ EFC]</w:t>
      </w:r>
    </w:p>
    <w:p>
      <w:pPr>
        <w:spacing w:before="0" w:after="80" w:line="300" w:lineRule="auto"/>
        <w:jc w:val="left"/>
      </w:pPr>
      <w:r>
        <w:rPr>
          <w:rFonts w:ascii="Times New Roman" w:hAnsi="Times New Roman" w:eastAsia="宋体"/>
          <w:b w:val="0"/>
          <w:i w:val="0"/>
          <w:sz w:val="21"/>
        </w:rPr>
        <w:t>=s²/2-s²/12</w:t>
      </w:r>
    </w:p>
    <w:p>
      <w:pPr>
        <w:spacing w:before="0" w:after="80" w:line="300" w:lineRule="auto"/>
        <w:jc w:val="left"/>
      </w:pPr>
      <w:r>
        <w:rPr>
          <w:rFonts w:ascii="Times New Roman" w:hAnsi="Times New Roman" w:eastAsia="宋体"/>
          <w:b w:val="0"/>
          <w:i w:val="0"/>
          <w:sz w:val="21"/>
        </w:rPr>
        <w:t>=5s²/12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因为这个面积是 45，所以 s²=108，这就是正方形的面积。</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367955" cy="2288798"/>
            <wp:docPr id="20" name="Picture 20"/>
            <wp:cNvGraphicFramePr>
              <a:graphicFrameLocks noChangeAspect="1"/>
            </wp:cNvGraphicFramePr>
            <a:graphic>
              <a:graphicData uri="http://schemas.openxmlformats.org/drawingml/2006/picture">
                <pic:pic>
                  <pic:nvPicPr>
                    <pic:cNvPr id="0" name="q22-sol-1@300dpi.png"/>
                    <pic:cNvPicPr/>
                  </pic:nvPicPr>
                  <pic:blipFill>
                    <a:blip r:embed="rId18"/>
                    <a:stretch>
                      <a:fillRect/>
                    </a:stretch>
                  </pic:blipFill>
                  <pic:spPr>
                    <a:xfrm>
                      <a:off x="0" y="0"/>
                      <a:ext cx="2367955" cy="2288798"/>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the square have side length s, and let H be the foot of the perpendicular from F to BC. The right triangles CAB and CFH are similar, so CH=FH. Also, triangles BFH and BEC are similar, giving</w:t>
      </w:r>
    </w:p>
    <w:p>
      <w:pPr>
        <w:spacing w:before="0" w:after="80" w:line="300" w:lineRule="auto"/>
        <w:jc w:val="left"/>
      </w:pPr>
      <w:r>
        <w:rPr>
          <w:rFonts w:ascii="Times New Roman" w:hAnsi="Times New Roman" w:eastAsia="宋体"/>
          <w:b w:val="0"/>
          <w:i w:val="0"/>
          <w:color w:val="333333"/>
          <w:sz w:val="19"/>
        </w:rPr>
        <w:t>FH/EC=BH/BC.</w:t>
      </w:r>
    </w:p>
    <w:p>
      <w:pPr>
        <w:spacing w:before="0" w:after="80" w:line="300" w:lineRule="auto"/>
        <w:jc w:val="left"/>
      </w:pPr>
      <w:r>
        <w:rPr>
          <w:rFonts w:ascii="Times New Roman" w:hAnsi="Times New Roman" w:eastAsia="宋体"/>
          <w:b w:val="0"/>
          <w:i w:val="0"/>
          <w:color w:val="333333"/>
          <w:sz w:val="19"/>
        </w:rPr>
        <w:t>Since EC=s/2, BC=s, and BH=s-CH=s-FH, this becomes 2FH/s=1-FH/s, so FH=CH=s/3.</w:t>
      </w:r>
    </w:p>
    <w:p>
      <w:pPr>
        <w:spacing w:before="0" w:after="80" w:line="300" w:lineRule="auto"/>
        <w:jc w:val="left"/>
      </w:pPr>
      <w:r>
        <w:rPr>
          <w:rFonts w:ascii="Times New Roman" w:hAnsi="Times New Roman" w:eastAsia="宋体"/>
          <w:b w:val="0"/>
          <w:i w:val="0"/>
          <w:color w:val="333333"/>
          <w:sz w:val="19"/>
        </w:rPr>
        <w:t>Thus triangle EFC has base EC=s/2 and height CH=s/3, so its area is s²/12. Therefore</w:t>
      </w:r>
    </w:p>
    <w:p>
      <w:pPr>
        <w:spacing w:before="0" w:after="80" w:line="300" w:lineRule="auto"/>
        <w:jc w:val="left"/>
      </w:pPr>
      <w:r>
        <w:rPr>
          <w:rFonts w:ascii="Times New Roman" w:hAnsi="Times New Roman" w:eastAsia="宋体"/>
          <w:b w:val="0"/>
          <w:i w:val="0"/>
          <w:color w:val="333333"/>
          <w:sz w:val="19"/>
        </w:rPr>
        <w:t>[AFED]=[△ ACD]-[△ EFC]</w:t>
      </w:r>
    </w:p>
    <w:p>
      <w:pPr>
        <w:spacing w:before="0" w:after="80" w:line="300" w:lineRule="auto"/>
        <w:jc w:val="left"/>
      </w:pPr>
      <w:r>
        <w:rPr>
          <w:rFonts w:ascii="Times New Roman" w:hAnsi="Times New Roman" w:eastAsia="宋体"/>
          <w:b w:val="0"/>
          <w:i w:val="0"/>
          <w:color w:val="333333"/>
          <w:sz w:val="19"/>
        </w:rPr>
        <w:t>=s²/2-s²/12</w:t>
      </w:r>
    </w:p>
    <w:p>
      <w:pPr>
        <w:spacing w:before="0" w:after="80" w:line="300" w:lineRule="auto"/>
        <w:jc w:val="left"/>
      </w:pPr>
      <w:r>
        <w:rPr>
          <w:rFonts w:ascii="Times New Roman" w:hAnsi="Times New Roman" w:eastAsia="宋体"/>
          <w:b w:val="0"/>
          <w:i w:val="0"/>
          <w:color w:val="333333"/>
          <w:sz w:val="19"/>
        </w:rPr>
        <w:t>=5s²/12.</w:t>
      </w:r>
    </w:p>
    <w:p>
      <w:pPr>
        <w:spacing w:before="0" w:after="80" w:line="300" w:lineRule="auto"/>
        <w:jc w:val="left"/>
      </w:pPr>
      <w:r>
        <w:rPr>
          <w:rFonts w:ascii="Times New Roman" w:hAnsi="Times New Roman" w:eastAsia="宋体"/>
          <w:b w:val="0"/>
          <w:i w:val="0"/>
          <w:color w:val="333333"/>
          <w:sz w:val="19"/>
        </w:rPr>
        <w:t>Since this area is 45, we get s²=108, the area of the square.</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用补集计数：计算任意两个所选顶点都不相邻的三角形。从一个所选顶点出发，设三个间隔中未选顶点的正整数个数为 x,y,z。那么 x+y+z=5，共有 C(4, 2)=6 个正整数解。</w:t>
      </w:r>
    </w:p>
    <w:p>
      <w:pPr>
        <w:spacing w:before="0" w:after="80" w:line="300" w:lineRule="auto"/>
        <w:jc w:val="left"/>
      </w:pPr>
      <w:r>
        <w:rPr>
          <w:rFonts w:ascii="Times New Roman" w:hAnsi="Times New Roman" w:eastAsia="宋体"/>
          <w:b w:val="0"/>
          <w:i w:val="0"/>
          <w:sz w:val="21"/>
        </w:rPr>
        <w:t>起点有 8 种选择，而每个三角形会从它的 3 个顶点各被计算一次，所以补集中有 (8·6)/3=16 个三角形。全部三角形共有 C(8, 3)=56 个，因此所求概率是 1-16/56=5/7。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 the complement: triangles with no two chosen vertices adjacent. Starting at a chosen vertex, let x,y,z be the positive numbers of unchosen vertices in the three gaps. Then x+y+z=5, which has C(4, 2)=6 positive solutions.</w:t>
      </w:r>
    </w:p>
    <w:p>
      <w:pPr>
        <w:spacing w:before="0" w:after="80" w:line="300" w:lineRule="auto"/>
        <w:jc w:val="left"/>
      </w:pPr>
      <w:r>
        <w:rPr>
          <w:rFonts w:ascii="Times New Roman" w:hAnsi="Times New Roman" w:eastAsia="宋体"/>
          <w:b w:val="0"/>
          <w:i w:val="0"/>
          <w:color w:val="333333"/>
          <w:sz w:val="19"/>
        </w:rPr>
        <w:t>There are 8 choices for the starting vertex, and each triangle is counted from each of its 3 vertices, so the complement contains (8·6)/3=16 triangles. Out of C(8, 3)=56 total triangles, the desired probability is 1-16/56=5/7.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设立方体边长为 s。注意截面四边形每条边长度相同，所以 EJCI 是菱形。菱形面积等于两条对角线乘积的一半，因此它的面积为 1/2 IJ· CE。由勾股定理，</w:t>
      </w:r>
    </w:p>
    <w:p>
      <w:pPr>
        <w:spacing w:before="0" w:after="80" w:line="300" w:lineRule="auto"/>
        <w:jc w:val="left"/>
      </w:pPr>
      <w:r>
        <w:rPr>
          <w:rFonts w:ascii="Times New Roman" w:hAnsi="Times New Roman" w:eastAsia="宋体"/>
          <w:b w:val="0"/>
          <w:i w:val="0"/>
          <w:sz w:val="21"/>
        </w:rPr>
        <w:t>IJ=FH=s√(2)。</w:t>
      </w:r>
    </w:p>
    <w:p>
      <w:pPr>
        <w:spacing w:before="0" w:after="80" w:line="300" w:lineRule="auto"/>
        <w:jc w:val="left"/>
      </w:pPr>
      <w:r>
        <w:rPr>
          <w:rFonts w:ascii="Times New Roman" w:hAnsi="Times New Roman" w:eastAsia="宋体"/>
          <w:b w:val="0"/>
          <w:i w:val="0"/>
          <w:sz w:val="21"/>
        </w:rPr>
        <w:t>再次使用勾股定理可得</w:t>
      </w:r>
    </w:p>
    <w:p>
      <w:pPr>
        <w:spacing w:before="0" w:after="80" w:line="300" w:lineRule="auto"/>
        <w:jc w:val="left"/>
      </w:pPr>
      <w:r>
        <w:rPr>
          <w:rFonts w:ascii="Times New Roman" w:hAnsi="Times New Roman" w:eastAsia="宋体"/>
          <w:b w:val="0"/>
          <w:i w:val="0"/>
          <w:sz w:val="21"/>
        </w:rPr>
        <w:t>CE=√(AC²+AE²)</w:t>
      </w:r>
    </w:p>
    <w:p>
      <w:pPr>
        <w:spacing w:before="0" w:after="80" w:line="300" w:lineRule="auto"/>
        <w:jc w:val="left"/>
      </w:pPr>
      <w:r>
        <w:rPr>
          <w:rFonts w:ascii="Times New Roman" w:hAnsi="Times New Roman" w:eastAsia="宋体"/>
          <w:b w:val="0"/>
          <w:i w:val="0"/>
          <w:sz w:val="21"/>
        </w:rPr>
        <w:t>=√((s√(2))²+s²)</w:t>
      </w:r>
    </w:p>
    <w:p>
      <w:pPr>
        <w:spacing w:before="0" w:after="80" w:line="300" w:lineRule="auto"/>
        <w:jc w:val="left"/>
      </w:pPr>
      <w:r>
        <w:rPr>
          <w:rFonts w:ascii="Times New Roman" w:hAnsi="Times New Roman" w:eastAsia="宋体"/>
          <w:b w:val="0"/>
          <w:i w:val="0"/>
          <w:sz w:val="21"/>
        </w:rPr>
        <w:t>=√(2s²+s²)</w:t>
      </w:r>
    </w:p>
    <w:p>
      <w:pPr>
        <w:spacing w:before="0" w:after="80" w:line="300" w:lineRule="auto"/>
        <w:jc w:val="left"/>
      </w:pPr>
      <w:r>
        <w:rPr>
          <w:rFonts w:ascii="Times New Roman" w:hAnsi="Times New Roman" w:eastAsia="宋体"/>
          <w:b w:val="0"/>
          <w:i w:val="0"/>
          <w:sz w:val="21"/>
        </w:rPr>
        <w:t>=s√(3)</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R=(1/2 IJ· CE)/s²</w:t>
      </w:r>
    </w:p>
    <w:p>
      <w:pPr>
        <w:spacing w:before="0" w:after="80" w:line="300" w:lineRule="auto"/>
        <w:jc w:val="left"/>
      </w:pPr>
      <w:r>
        <w:rPr>
          <w:rFonts w:ascii="Times New Roman" w:hAnsi="Times New Roman" w:eastAsia="宋体"/>
          <w:b w:val="0"/>
          <w:i w:val="0"/>
          <w:sz w:val="21"/>
        </w:rPr>
        <w:t>=(1/2 s²√(2)√(3))/s²</w:t>
      </w:r>
    </w:p>
    <w:p>
      <w:pPr>
        <w:spacing w:before="0" w:after="80" w:line="300" w:lineRule="auto"/>
        <w:jc w:val="left"/>
      </w:pPr>
      <w:r>
        <w:rPr>
          <w:rFonts w:ascii="Times New Roman" w:hAnsi="Times New Roman" w:eastAsia="宋体"/>
          <w:b w:val="0"/>
          <w:i w:val="0"/>
          <w:sz w:val="21"/>
        </w:rPr>
        <w:t>=√(3/2)</w:t>
      </w:r>
    </w:p>
    <w:p>
      <w:pPr>
        <w:spacing w:before="0" w:after="80" w:line="300" w:lineRule="auto"/>
        <w:jc w:val="left"/>
      </w:pPr>
      <w:r>
        <w:rPr>
          <w:rFonts w:ascii="Times New Roman" w:hAnsi="Times New Roman" w:eastAsia="宋体"/>
          <w:b w:val="0"/>
          <w:i w:val="0"/>
          <w:sz w:val="21"/>
        </w:rPr>
        <w:t>所以 R²=3/2，正确答案是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Allow s to represent the length of an edge of the cube. Noting that each side of the cross section is equal in length, we conclude that EJCI is a rhombus. The area of this rhombus can be calculated as 1/2 IJ· CE, as the area of a rhombus is equal to half the product of its diagonals. Using the Pythagorean Theorem:</w:t>
      </w:r>
    </w:p>
    <w:p>
      <w:pPr>
        <w:spacing w:before="0" w:after="80" w:line="300" w:lineRule="auto"/>
        <w:jc w:val="left"/>
      </w:pPr>
      <w:r>
        <w:rPr>
          <w:rFonts w:ascii="Times New Roman" w:hAnsi="Times New Roman" w:eastAsia="宋体"/>
          <w:b w:val="0"/>
          <w:i w:val="0"/>
          <w:color w:val="333333"/>
          <w:sz w:val="19"/>
        </w:rPr>
        <w:t>IJ=FH=s√(2).</w:t>
      </w:r>
    </w:p>
    <w:p>
      <w:pPr>
        <w:spacing w:before="0" w:after="80" w:line="300" w:lineRule="auto"/>
        <w:jc w:val="left"/>
      </w:pPr>
      <w:r>
        <w:rPr>
          <w:rFonts w:ascii="Times New Roman" w:hAnsi="Times New Roman" w:eastAsia="宋体"/>
          <w:b w:val="0"/>
          <w:i w:val="0"/>
          <w:color w:val="333333"/>
          <w:sz w:val="19"/>
        </w:rPr>
        <w:t>Similarly, using the Pythagorean Theorem again lets us see that:</w:t>
      </w:r>
    </w:p>
    <w:p>
      <w:pPr>
        <w:spacing w:before="0" w:after="80" w:line="300" w:lineRule="auto"/>
        <w:jc w:val="left"/>
      </w:pPr>
      <w:r>
        <w:rPr>
          <w:rFonts w:ascii="Times New Roman" w:hAnsi="Times New Roman" w:eastAsia="宋体"/>
          <w:b w:val="0"/>
          <w:i w:val="0"/>
          <w:color w:val="333333"/>
          <w:sz w:val="19"/>
        </w:rPr>
        <w:t>CE=√(AC²+AE²)</w:t>
      </w:r>
    </w:p>
    <w:p>
      <w:pPr>
        <w:spacing w:before="0" w:after="80" w:line="300" w:lineRule="auto"/>
        <w:jc w:val="left"/>
      </w:pPr>
      <w:r>
        <w:rPr>
          <w:rFonts w:ascii="Times New Roman" w:hAnsi="Times New Roman" w:eastAsia="宋体"/>
          <w:b w:val="0"/>
          <w:i w:val="0"/>
          <w:color w:val="333333"/>
          <w:sz w:val="19"/>
        </w:rPr>
        <w:t>=√((s√(2))²+s²)</w:t>
      </w:r>
    </w:p>
    <w:p>
      <w:pPr>
        <w:spacing w:before="0" w:after="80" w:line="300" w:lineRule="auto"/>
        <w:jc w:val="left"/>
      </w:pPr>
      <w:r>
        <w:rPr>
          <w:rFonts w:ascii="Times New Roman" w:hAnsi="Times New Roman" w:eastAsia="宋体"/>
          <w:b w:val="0"/>
          <w:i w:val="0"/>
          <w:color w:val="333333"/>
          <w:sz w:val="19"/>
        </w:rPr>
        <w:t>=√(2s²+s²)</w:t>
      </w:r>
    </w:p>
    <w:p>
      <w:pPr>
        <w:spacing w:before="0" w:after="80" w:line="300" w:lineRule="auto"/>
        <w:jc w:val="left"/>
      </w:pPr>
      <w:r>
        <w:rPr>
          <w:rFonts w:ascii="Times New Roman" w:hAnsi="Times New Roman" w:eastAsia="宋体"/>
          <w:b w:val="0"/>
          <w:i w:val="0"/>
          <w:color w:val="333333"/>
          <w:sz w:val="19"/>
        </w:rPr>
        <w:t>=s√(3)</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R=(1/2 IJ· CE)/s²</w:t>
      </w:r>
    </w:p>
    <w:p>
      <w:pPr>
        <w:spacing w:before="0" w:after="80" w:line="300" w:lineRule="auto"/>
        <w:jc w:val="left"/>
      </w:pPr>
      <w:r>
        <w:rPr>
          <w:rFonts w:ascii="Times New Roman" w:hAnsi="Times New Roman" w:eastAsia="宋体"/>
          <w:b w:val="0"/>
          <w:i w:val="0"/>
          <w:color w:val="333333"/>
          <w:sz w:val="19"/>
        </w:rPr>
        <w:t>=(1/2 s²√(2)√(3))/s²</w:t>
      </w:r>
    </w:p>
    <w:p>
      <w:pPr>
        <w:spacing w:before="0" w:after="80" w:line="300" w:lineRule="auto"/>
        <w:jc w:val="left"/>
      </w:pPr>
      <w:r>
        <w:rPr>
          <w:rFonts w:ascii="Times New Roman" w:hAnsi="Times New Roman" w:eastAsia="宋体"/>
          <w:b w:val="0"/>
          <w:i w:val="0"/>
          <w:color w:val="333333"/>
          <w:sz w:val="19"/>
        </w:rPr>
        <w:t>=√(3/2)</w:t>
      </w:r>
    </w:p>
    <w:p>
      <w:pPr>
        <w:spacing w:before="0" w:after="80" w:line="300" w:lineRule="auto"/>
        <w:jc w:val="left"/>
      </w:pPr>
      <w:r>
        <w:rPr>
          <w:rFonts w:ascii="Times New Roman" w:hAnsi="Times New Roman" w:eastAsia="宋体"/>
          <w:b w:val="0"/>
          <w:i w:val="0"/>
          <w:color w:val="333333"/>
          <w:sz w:val="19"/>
        </w:rPr>
        <w:t>Thus, R²=3/2, and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因为 6³=216&lt;257，且 257&lt;343=7³，区间内最小的完全立方数是 7³。又因为 64³=2¹⁸&lt;2¹⁸+1&lt;65³，最大的完全立方数是 64³。</w:t>
      </w:r>
    </w:p>
    <w:p>
      <w:pPr>
        <w:spacing w:before="0" w:after="80" w:line="300" w:lineRule="auto"/>
        <w:jc w:val="left"/>
      </w:pPr>
      <w:r>
        <w:rPr>
          <w:rFonts w:ascii="Times New Roman" w:hAnsi="Times New Roman" w:eastAsia="宋体"/>
          <w:b w:val="0"/>
          <w:i w:val="0"/>
          <w:sz w:val="21"/>
        </w:rPr>
        <w:t>所以整数立方根为 7,8,…,64，共有 64-7+1=58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6³=216&lt;257 and 257&lt;343=7³, the smallest cube in the interval is 7³. Also, 64³=2¹⁸&lt;2¹⁸+1&lt;65³, so the largest cube is 64³.</w:t>
      </w:r>
    </w:p>
    <w:p>
      <w:pPr>
        <w:spacing w:before="0" w:after="80" w:line="300" w:lineRule="auto"/>
        <w:jc w:val="left"/>
      </w:pPr>
      <w:r>
        <w:rPr>
          <w:rFonts w:ascii="Times New Roman" w:hAnsi="Times New Roman" w:eastAsia="宋体"/>
          <w:b w:val="0"/>
          <w:i w:val="0"/>
          <w:color w:val="333333"/>
          <w:sz w:val="19"/>
        </w:rPr>
        <w:t>The integer cube roots are therefore 7,8,…,64, a total of 64-7+1=58.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