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2016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有史以来最长的职业网球比赛总共持续了 11 小时 5 分钟。这是多少分钟？</w:t>
      </w:r>
    </w:p>
    <w:p>
      <w:pPr>
        <w:spacing w:before="0" w:after="120" w:line="300" w:lineRule="auto"/>
      </w:pPr>
      <w:r>
        <w:rPr>
          <w:rFonts w:ascii="Times New Roman" w:hAnsi="Times New Roman" w:eastAsia="宋体"/>
          <w:b w:val="0"/>
          <w:i w:val="0"/>
          <w:sz w:val="21"/>
        </w:rPr>
        <w:t>（A）605　　（B）655　　（C）665　　（D）1005　　（E）1105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longest professional tennis match ever played lasted a total of 11 hours and 5 minutes. How many minutes was this?</w:t>
      </w:r>
    </w:p>
    <w:p>
      <w:pPr>
        <w:spacing w:before="0" w:after="160" w:line="300" w:lineRule="auto"/>
      </w:pPr>
      <w:r>
        <w:rPr>
          <w:rFonts w:ascii="Times New Roman" w:hAnsi="Times New Roman" w:eastAsia="宋体"/>
          <w:b w:val="0"/>
          <w:i w:val="0"/>
          <w:color w:val="333333"/>
          <w:sz w:val="19"/>
        </w:rPr>
        <w:t>(A) 605　　(B) 655　　(C) 665　　(D) 1005　　(E) 1105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在长方形 ABCD 中，AB=6，AD=8。点 M 是 AD 的中点。△ AMC 的面积是多少？</w:t>
      </w:r>
    </w:p>
    <w:p>
      <w:pPr>
        <w:spacing w:before="0" w:after="120" w:line="300" w:lineRule="auto"/>
      </w:pPr>
      <w:r>
        <w:rPr>
          <w:rFonts w:ascii="Times New Roman" w:hAnsi="Times New Roman" w:eastAsia="宋体"/>
          <w:b w:val="0"/>
          <w:i w:val="0"/>
          <w:sz w:val="21"/>
        </w:rPr>
        <w:t>（A）12　　（B）15　　（C）18　　（D）20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AB=6 and AD=8. Point M is the midpoint of AD. What is the area of △ AMC?</w:t>
      </w:r>
    </w:p>
    <w:p>
      <w:pPr>
        <w:spacing w:before="0" w:after="160" w:line="300" w:lineRule="auto"/>
      </w:pPr>
      <w:r>
        <w:rPr>
          <w:rFonts w:ascii="Times New Roman" w:hAnsi="Times New Roman" w:eastAsia="宋体"/>
          <w:b w:val="0"/>
          <w:i w:val="0"/>
          <w:color w:val="333333"/>
          <w:sz w:val="19"/>
        </w:rPr>
        <w:t>(A) 12　　(B) 15　　(C) 18　　(D) 20　　(E) 24</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四名学生参加考试。其中三人的分数是 70，80 和 90。如果四人平均分为 70，那么剩下那人的分数是多少？</w:t>
      </w:r>
    </w:p>
    <w:p>
      <w:pPr>
        <w:spacing w:before="0" w:after="120" w:line="300" w:lineRule="auto"/>
      </w:pPr>
      <w:r>
        <w:rPr>
          <w:rFonts w:ascii="Times New Roman" w:hAnsi="Times New Roman" w:eastAsia="宋体"/>
          <w:b w:val="0"/>
          <w:i w:val="0"/>
          <w:sz w:val="21"/>
        </w:rPr>
        <w:t>（A）40　　（B）50　　（C）55　　（D）60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students take an exam. Three of their scores are 70, 80, and 90. If the average of their four scores is 70, then what is the remaining score?</w:t>
      </w:r>
    </w:p>
    <w:p>
      <w:pPr>
        <w:spacing w:before="0" w:after="160" w:line="300" w:lineRule="auto"/>
      </w:pPr>
      <w:r>
        <w:rPr>
          <w:rFonts w:ascii="Times New Roman" w:hAnsi="Times New Roman" w:eastAsia="宋体"/>
          <w:b w:val="0"/>
          <w:i w:val="0"/>
          <w:color w:val="333333"/>
          <w:sz w:val="19"/>
        </w:rPr>
        <w:t>(A) 40　　(B) 50　　(C) 55　　(D) 60　　(E) 70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奇努小时候能在 3 小时 30 分钟内跑 15 英里。现在他年老了，能在 4 小时内走 10 英里。现在他走一英里比小时候跑一英里多花多少分钟？</w:t>
      </w:r>
    </w:p>
    <w:p>
      <w:pPr>
        <w:spacing w:before="0" w:after="120" w:line="300" w:lineRule="auto"/>
      </w:pPr>
      <w:r>
        <w:rPr>
          <w:rFonts w:ascii="Times New Roman" w:hAnsi="Times New Roman" w:eastAsia="宋体"/>
          <w:b w:val="0"/>
          <w:i w:val="0"/>
          <w:sz w:val="21"/>
        </w:rPr>
        <w:t>（A）6　　（B）10　　（C）15　　（D）18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Cheenu was a boy he could run 15 miles in 3 hours and 30 minutes. As an old man he can now walk 10 miles in 4 hours. How many minutes longer does it take for him to walk a mile now compared to when he was a boy?</w:t>
      </w:r>
    </w:p>
    <w:p>
      <w:pPr>
        <w:spacing w:before="0" w:after="160" w:line="300" w:lineRule="auto"/>
      </w:pPr>
      <w:r>
        <w:rPr>
          <w:rFonts w:ascii="Times New Roman" w:hAnsi="Times New Roman" w:eastAsia="宋体"/>
          <w:b w:val="0"/>
          <w:i w:val="0"/>
          <w:color w:val="333333"/>
          <w:sz w:val="19"/>
        </w:rPr>
        <w:t>(A) 6　　(B) 10　　(C) 15　　(D) 18　　(E) 30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数 N 是一个两位数，满足以下性质：</w:t>
      </w:r>
    </w:p>
    <w:p>
      <w:pPr>
        <w:spacing w:before="0" w:after="80" w:line="300" w:lineRule="auto"/>
        <w:jc w:val="left"/>
      </w:pPr>
      <w:r>
        <w:rPr>
          <w:rFonts w:ascii="Times New Roman" w:hAnsi="Times New Roman" w:eastAsia="宋体"/>
          <w:b w:val="0"/>
          <w:i w:val="0"/>
          <w:sz w:val="21"/>
        </w:rPr>
        <w:t>第一个条件是 N 除以 9 的余数为 1；第二个条件是 N 除以 10 的余数为 3。</w:t>
      </w:r>
    </w:p>
    <w:p>
      <w:pPr>
        <w:spacing w:before="0" w:after="80" w:line="300" w:lineRule="auto"/>
        <w:jc w:val="left"/>
      </w:pPr>
      <w:r>
        <w:rPr>
          <w:rFonts w:ascii="Times New Roman" w:hAnsi="Times New Roman" w:eastAsia="宋体"/>
          <w:b w:val="0"/>
          <w:i w:val="0"/>
          <w:sz w:val="21"/>
        </w:rPr>
        <w:t>N 除以 11 的余数是多少？</w:t>
      </w:r>
    </w:p>
    <w:p>
      <w:pPr>
        <w:spacing w:before="0" w:after="120" w:line="300" w:lineRule="auto"/>
      </w:pPr>
      <w:r>
        <w:rPr>
          <w:rFonts w:ascii="Times New Roman" w:hAnsi="Times New Roman" w:eastAsia="宋体"/>
          <w:b w:val="0"/>
          <w:i w:val="0"/>
          <w:sz w:val="21"/>
        </w:rPr>
        <w:t>（A）0　　（B）2　　（C）4　　（D）5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N is a two-digit number with the following properties:</w:t>
      </w:r>
    </w:p>
    <w:p>
      <w:pPr>
        <w:spacing w:before="0" w:after="80" w:line="300" w:lineRule="auto"/>
        <w:jc w:val="left"/>
      </w:pPr>
      <w:r>
        <w:rPr>
          <w:rFonts w:ascii="Times New Roman" w:hAnsi="Times New Roman" w:eastAsia="宋体"/>
          <w:b w:val="0"/>
          <w:i w:val="0"/>
          <w:color w:val="333333"/>
          <w:sz w:val="19"/>
        </w:rPr>
        <w:t xml:space="preserve">•  </w:t>
      </w:r>
      <w:r>
        <w:rPr>
          <w:rFonts w:ascii="Times New Roman" w:hAnsi="Times New Roman" w:eastAsia="宋体"/>
          <w:b w:val="0"/>
          <w:i w:val="0"/>
          <w:color w:val="333333"/>
          <w:sz w:val="19"/>
        </w:rPr>
        <w:t>When N is divided by 9, the remainder is 1.</w:t>
      </w:r>
    </w:p>
    <w:p>
      <w:pPr>
        <w:spacing w:before="0" w:after="80" w:line="300" w:lineRule="auto"/>
        <w:jc w:val="left"/>
      </w:pPr>
      <w:r>
        <w:rPr>
          <w:rFonts w:ascii="Times New Roman" w:hAnsi="Times New Roman" w:eastAsia="宋体"/>
          <w:b w:val="0"/>
          <w:i w:val="0"/>
          <w:color w:val="333333"/>
          <w:sz w:val="19"/>
        </w:rPr>
        <w:t xml:space="preserve">•  </w:t>
      </w:r>
      <w:r>
        <w:rPr>
          <w:rFonts w:ascii="Times New Roman" w:hAnsi="Times New Roman" w:eastAsia="宋体"/>
          <w:b w:val="0"/>
          <w:i w:val="0"/>
          <w:color w:val="333333"/>
          <w:sz w:val="19"/>
        </w:rPr>
        <w:t>When N is divided by 10, the remainder is 3.</w:t>
      </w:r>
    </w:p>
    <w:p>
      <w:pPr>
        <w:spacing w:before="0" w:after="80" w:line="300" w:lineRule="auto"/>
        <w:jc w:val="left"/>
      </w:pPr>
      <w:r>
        <w:rPr>
          <w:rFonts w:ascii="Times New Roman" w:hAnsi="Times New Roman" w:eastAsia="宋体"/>
          <w:b w:val="0"/>
          <w:i w:val="0"/>
          <w:color w:val="333333"/>
          <w:sz w:val="19"/>
        </w:rPr>
        <w:t>What is the remainder when N is divided by 11?</w:t>
      </w:r>
    </w:p>
    <w:p>
      <w:pPr>
        <w:spacing w:before="0" w:after="160" w:line="300" w:lineRule="auto"/>
      </w:pPr>
      <w:r>
        <w:rPr>
          <w:rFonts w:ascii="Times New Roman" w:hAnsi="Times New Roman" w:eastAsia="宋体"/>
          <w:b w:val="0"/>
          <w:i w:val="0"/>
          <w:color w:val="333333"/>
          <w:sz w:val="19"/>
        </w:rPr>
        <w:t>(A) 0　　(B) 2　　(C) 4　　(D) 5　　(E) 7</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下方条形图表示 19 个人的名字长度（字母数）。这些名字长度的中位数是多少？</w:t>
      </w:r>
    </w:p>
    <w:p>
      <w:pPr>
        <w:spacing w:before="80" w:after="80"/>
        <w:jc w:val="center"/>
      </w:pPr>
      <w:r>
        <w:drawing>
          <wp:inline xmlns:a="http://schemas.openxmlformats.org/drawingml/2006/main" xmlns:pic="http://schemas.openxmlformats.org/drawingml/2006/picture">
            <wp:extent cx="2828106" cy="2090229"/>
            <wp:docPr id="1" name="Picture 1"/>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2828106" cy="2090229"/>
                    </a:xfrm>
                    <a:prstGeom prst="rect"/>
                  </pic:spPr>
                </pic:pic>
              </a:graphicData>
            </a:graphic>
          </wp:inline>
        </w:drawing>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following bar graph represents the length (in letters) of the names of 19 people. What is the median length of these names?</w:t>
      </w:r>
    </w:p>
    <w:p>
      <w:pPr>
        <w:spacing w:before="80" w:after="80"/>
        <w:jc w:val="center"/>
      </w:pPr>
      <w:r>
        <w:drawing>
          <wp:inline xmlns:a="http://schemas.openxmlformats.org/drawingml/2006/main" xmlns:pic="http://schemas.openxmlformats.org/drawingml/2006/picture">
            <wp:extent cx="2828106" cy="2090229"/>
            <wp:docPr id="2" name="Picture 2"/>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2828106" cy="209022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下列哪个数不是完全平方数？</w:t>
      </w:r>
    </w:p>
    <w:p>
      <w:pPr>
        <w:spacing w:before="0" w:after="120" w:line="300" w:lineRule="auto"/>
      </w:pPr>
      <w:r>
        <w:rPr>
          <w:rFonts w:ascii="Times New Roman" w:hAnsi="Times New Roman" w:eastAsia="宋体"/>
          <w:b w:val="0"/>
          <w:i w:val="0"/>
          <w:sz w:val="21"/>
        </w:rPr>
        <w:t>（A）1²⁰¹⁶　　（B）2²⁰¹⁷　　（C）3²⁰¹⁸　　（D）4²⁰¹⁹　　（E）5²⁰²⁰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numbers is not a perfect square?</w:t>
      </w:r>
    </w:p>
    <w:p>
      <w:pPr>
        <w:spacing w:before="0" w:after="160" w:line="300" w:lineRule="auto"/>
      </w:pPr>
      <w:r>
        <w:rPr>
          <w:rFonts w:ascii="Times New Roman" w:hAnsi="Times New Roman" w:eastAsia="宋体"/>
          <w:b w:val="0"/>
          <w:i w:val="0"/>
          <w:color w:val="333333"/>
          <w:sz w:val="19"/>
        </w:rPr>
        <w:t>(A) 1²⁰¹⁶　　(B) 2²⁰¹⁷　　(C) 3²⁰¹⁸　　(D) 4²⁰¹⁹　　(E) 5²⁰²⁰</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求下列表达式的值：</w:t>
      </w:r>
    </w:p>
    <w:p>
      <w:pPr>
        <w:spacing w:before="0" w:after="80" w:line="300" w:lineRule="auto"/>
        <w:jc w:val="left"/>
      </w:pPr>
      <w:r>
        <w:rPr>
          <w:rFonts w:ascii="Times New Roman" w:hAnsi="Times New Roman" w:eastAsia="宋体"/>
          <w:b w:val="0"/>
          <w:i w:val="0"/>
          <w:sz w:val="21"/>
        </w:rPr>
        <w:t>100 - 98 + 96 - 94 + 92 - 90</w:t>
      </w:r>
    </w:p>
    <w:p>
      <w:pPr>
        <w:spacing w:before="0" w:after="80" w:line="300" w:lineRule="auto"/>
        <w:jc w:val="left"/>
      </w:pPr>
      <w:r>
        <w:rPr>
          <w:rFonts w:ascii="Times New Roman" w:hAnsi="Times New Roman" w:eastAsia="宋体"/>
          <w:b w:val="0"/>
          <w:i w:val="0"/>
          <w:sz w:val="21"/>
        </w:rPr>
        <w:t>+ ⋯ + 8 - 6 + 4 - 2</w:t>
      </w:r>
    </w:p>
    <w:p>
      <w:pPr>
        <w:spacing w:before="0" w:after="120" w:line="300" w:lineRule="auto"/>
      </w:pPr>
      <w:r>
        <w:rPr>
          <w:rFonts w:ascii="Times New Roman" w:hAnsi="Times New Roman" w:eastAsia="宋体"/>
          <w:b w:val="0"/>
          <w:i w:val="0"/>
          <w:sz w:val="21"/>
        </w:rPr>
        <w:t>（A）20　　（B）40　　（C）50　　（D）80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value of the expression</w:t>
      </w:r>
    </w:p>
    <w:p>
      <w:pPr>
        <w:spacing w:before="0" w:after="80" w:line="300" w:lineRule="auto"/>
        <w:jc w:val="left"/>
      </w:pPr>
      <w:r>
        <w:rPr>
          <w:rFonts w:ascii="Times New Roman" w:hAnsi="Times New Roman" w:eastAsia="宋体"/>
          <w:b w:val="0"/>
          <w:i w:val="0"/>
          <w:color w:val="333333"/>
          <w:sz w:val="19"/>
        </w:rPr>
        <w:t>100 - 98 + 96 - 94 + 92 - 90</w:t>
      </w:r>
    </w:p>
    <w:p>
      <w:pPr>
        <w:spacing w:before="0" w:after="80" w:line="300" w:lineRule="auto"/>
        <w:jc w:val="left"/>
      </w:pPr>
      <w:r>
        <w:rPr>
          <w:rFonts w:ascii="Times New Roman" w:hAnsi="Times New Roman" w:eastAsia="宋体"/>
          <w:b w:val="0"/>
          <w:i w:val="0"/>
          <w:color w:val="333333"/>
          <w:sz w:val="19"/>
        </w:rPr>
        <w:t>+ ⋯ + 8 - 6 + 4 - 2.</w:t>
      </w:r>
    </w:p>
    <w:p>
      <w:pPr>
        <w:spacing w:before="0" w:after="160" w:line="300" w:lineRule="auto"/>
      </w:pPr>
      <w:r>
        <w:rPr>
          <w:rFonts w:ascii="Times New Roman" w:hAnsi="Times New Roman" w:eastAsia="宋体"/>
          <w:b w:val="0"/>
          <w:i w:val="0"/>
          <w:color w:val="333333"/>
          <w:sz w:val="19"/>
        </w:rPr>
        <w:t>(A) 20　　(B) 40　　(C) 50　　(D) 80　　(E) 100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2016 的不同质数因子之和是多少？</w:t>
      </w:r>
    </w:p>
    <w:p>
      <w:pPr>
        <w:spacing w:before="0" w:after="120" w:line="300" w:lineRule="auto"/>
      </w:pPr>
      <w:r>
        <w:rPr>
          <w:rFonts w:ascii="Times New Roman" w:hAnsi="Times New Roman" w:eastAsia="宋体"/>
          <w:b w:val="0"/>
          <w:i w:val="0"/>
          <w:sz w:val="21"/>
        </w:rPr>
        <w:t>（A）9　　（B）12　　（C）16　　（D）49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the distinct prime integer divisors of 2016?</w:t>
      </w:r>
    </w:p>
    <w:p>
      <w:pPr>
        <w:spacing w:before="0" w:after="160" w:line="300" w:lineRule="auto"/>
      </w:pPr>
      <w:r>
        <w:rPr>
          <w:rFonts w:ascii="Times New Roman" w:hAnsi="Times New Roman" w:eastAsia="宋体"/>
          <w:b w:val="0"/>
          <w:i w:val="0"/>
          <w:color w:val="333333"/>
          <w:sz w:val="19"/>
        </w:rPr>
        <w:t>(A) 9　　(B) 12　　(C) 16　　(D) 49　　(E) 63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假设 a ∗ b 表示 3a - b。若下式成立，那么 x 的值是多少？</w:t>
      </w:r>
    </w:p>
    <w:p>
      <w:pPr>
        <w:spacing w:before="0" w:after="80" w:line="300" w:lineRule="auto"/>
        <w:jc w:val="left"/>
      </w:pPr>
      <w:r>
        <w:rPr>
          <w:rFonts w:ascii="Times New Roman" w:hAnsi="Times New Roman" w:eastAsia="宋体"/>
          <w:b w:val="0"/>
          <w:i w:val="0"/>
          <w:sz w:val="21"/>
        </w:rPr>
        <w:t>2 ∗ (5 ∗ x) = 1？</w:t>
      </w:r>
    </w:p>
    <w:p>
      <w:pPr>
        <w:spacing w:before="0" w:after="120" w:line="300" w:lineRule="auto"/>
      </w:pPr>
      <w:r>
        <w:rPr>
          <w:rFonts w:ascii="Times New Roman" w:hAnsi="Times New Roman" w:eastAsia="宋体"/>
          <w:b w:val="0"/>
          <w:i w:val="0"/>
          <w:sz w:val="21"/>
        </w:rPr>
        <w:t>（A）1/10　　（B）2　　（C）10/3　　（D）10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a ∗ b means 3a - b. What is the value of x if</w:t>
      </w:r>
    </w:p>
    <w:p>
      <w:pPr>
        <w:spacing w:before="0" w:after="80" w:line="300" w:lineRule="auto"/>
        <w:jc w:val="left"/>
      </w:pPr>
      <w:r>
        <w:rPr>
          <w:rFonts w:ascii="Times New Roman" w:hAnsi="Times New Roman" w:eastAsia="宋体"/>
          <w:b w:val="0"/>
          <w:i w:val="0"/>
          <w:color w:val="333333"/>
          <w:sz w:val="19"/>
        </w:rPr>
        <w:t>2 ∗ (5 ∗ x) = 1?</w:t>
      </w:r>
    </w:p>
    <w:p>
      <w:pPr>
        <w:spacing w:before="0" w:after="160" w:line="300" w:lineRule="auto"/>
      </w:pPr>
      <w:r>
        <w:rPr>
          <w:rFonts w:ascii="Times New Roman" w:hAnsi="Times New Roman" w:eastAsia="宋体"/>
          <w:b w:val="0"/>
          <w:i w:val="0"/>
          <w:color w:val="333333"/>
          <w:sz w:val="19"/>
        </w:rPr>
        <w:t>(A) 1/10　　(B) 2　　(C) 10/3　　(D) 10　　(E) 14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有多少个两位数满足以下性质？</w:t>
      </w:r>
    </w:p>
    <w:p>
      <w:pPr>
        <w:spacing w:before="0" w:after="80" w:line="300" w:lineRule="auto"/>
        <w:jc w:val="left"/>
      </w:pPr>
      <w:r>
        <w:rPr>
          <w:rFonts w:ascii="Times New Roman" w:hAnsi="Times New Roman" w:eastAsia="宋体"/>
          <w:b w:val="0"/>
          <w:i w:val="0"/>
          <w:sz w:val="21"/>
        </w:rPr>
        <w:t>将这个数与它的数字反序得到的数相加，和为 132。</w:t>
      </w:r>
    </w:p>
    <w:p>
      <w:pPr>
        <w:spacing w:before="0" w:after="120" w:line="300" w:lineRule="auto"/>
      </w:pPr>
      <w:r>
        <w:rPr>
          <w:rFonts w:ascii="Times New Roman" w:hAnsi="Times New Roman" w:eastAsia="宋体"/>
          <w:b w:val="0"/>
          <w:i w:val="0"/>
          <w:sz w:val="21"/>
        </w:rPr>
        <w:t>（A）5　　（B）7　　（C）9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Determine how many two-digit numbers satisfy the following property:</w:t>
      </w:r>
    </w:p>
    <w:p>
      <w:pPr>
        <w:spacing w:before="0" w:after="80" w:line="300" w:lineRule="auto"/>
        <w:jc w:val="left"/>
      </w:pPr>
      <w:r>
        <w:rPr>
          <w:rFonts w:ascii="Times New Roman" w:hAnsi="Times New Roman" w:eastAsia="宋体"/>
          <w:b w:val="0"/>
          <w:i w:val="0"/>
          <w:color w:val="333333"/>
          <w:sz w:val="19"/>
        </w:rPr>
        <w:t>When the number is added to the number obtained by reversing its digits, the sum is 132.</w:t>
      </w:r>
    </w:p>
    <w:p>
      <w:pPr>
        <w:spacing w:before="0" w:after="160" w:line="300" w:lineRule="auto"/>
      </w:pPr>
      <w:r>
        <w:rPr>
          <w:rFonts w:ascii="Times New Roman" w:hAnsi="Times New Roman" w:eastAsia="宋体"/>
          <w:b w:val="0"/>
          <w:i w:val="0"/>
          <w:color w:val="333333"/>
          <w:sz w:val="19"/>
        </w:rPr>
        <w:t>(A) 5　　(B) 7　　(C) 9　　(D) 11　　(E) 12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杰斐逊中学的男生和女生人数相同。女生中的四分之三和男生中的三分之二参加了实地考察。参加实地考察的学生中，女生占几分之几？</w:t>
      </w:r>
    </w:p>
    <w:p>
      <w:pPr>
        <w:spacing w:before="0" w:after="120" w:line="300" w:lineRule="auto"/>
      </w:pPr>
      <w:r>
        <w:rPr>
          <w:rFonts w:ascii="Times New Roman" w:hAnsi="Times New Roman" w:eastAsia="宋体"/>
          <w:b w:val="0"/>
          <w:i w:val="0"/>
          <w:sz w:val="21"/>
        </w:rPr>
        <w:t>（A）1/2　　（B）9/17　　（C）7/13　　（D）2/3　　（E）14/15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Jefferson Middle School has the same number of boys and girls. Three-fourths of the girls and two-thirds of the boys went on a field trip. What fraction of the students on the field trip were girls?</w:t>
      </w:r>
    </w:p>
    <w:p>
      <w:pPr>
        <w:spacing w:before="0" w:after="160" w:line="300" w:lineRule="auto"/>
      </w:pPr>
      <w:r>
        <w:rPr>
          <w:rFonts w:ascii="Times New Roman" w:hAnsi="Times New Roman" w:eastAsia="宋体"/>
          <w:b w:val="0"/>
          <w:i w:val="0"/>
          <w:color w:val="333333"/>
          <w:sz w:val="19"/>
        </w:rPr>
        <w:t>(A) 1/2　　(B) 9/17　　(C) 7/13　　(D) 2/3　　(E) 14/15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从集合</w:t>
      </w:r>
    </w:p>
    <w:p>
      <w:pPr>
        <w:spacing w:before="0" w:after="80" w:line="300" w:lineRule="auto"/>
        <w:jc w:val="left"/>
      </w:pPr>
      <w:r>
        <w:rPr>
          <w:rFonts w:ascii="Times New Roman" w:hAnsi="Times New Roman" w:eastAsia="宋体"/>
          <w:b w:val="0"/>
          <w:i w:val="0"/>
          <w:sz w:val="21"/>
        </w:rPr>
        <w:t>{ - 2, -1, 0, 3, 4, 5}</w:t>
      </w:r>
    </w:p>
    <w:p>
      <w:pPr>
        <w:spacing w:before="0" w:after="80" w:line="300" w:lineRule="auto"/>
        <w:jc w:val="left"/>
      </w:pPr>
      <w:r>
        <w:rPr>
          <w:rFonts w:ascii="Times New Roman" w:hAnsi="Times New Roman" w:eastAsia="宋体"/>
          <w:b w:val="0"/>
          <w:i w:val="0"/>
          <w:sz w:val="21"/>
        </w:rPr>
        <w:t>中随机选出两个不同的数并相乘。乘积为 0 的概率是多少？</w:t>
      </w:r>
    </w:p>
    <w:p>
      <w:pPr>
        <w:spacing w:before="0" w:after="120" w:line="300" w:lineRule="auto"/>
      </w:pPr>
      <w:r>
        <w:rPr>
          <w:rFonts w:ascii="Times New Roman" w:hAnsi="Times New Roman" w:eastAsia="宋体"/>
          <w:b w:val="0"/>
          <w:i w:val="0"/>
          <w:sz w:val="21"/>
        </w:rPr>
        <w:t>（A）1/6　　（B）1/5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different numbers are randomly selected from the set</w:t>
      </w:r>
    </w:p>
    <w:p>
      <w:pPr>
        <w:spacing w:before="0" w:after="80" w:line="300" w:lineRule="auto"/>
        <w:jc w:val="left"/>
      </w:pPr>
      <w:r>
        <w:rPr>
          <w:rFonts w:ascii="Times New Roman" w:hAnsi="Times New Roman" w:eastAsia="宋体"/>
          <w:b w:val="0"/>
          <w:i w:val="0"/>
          <w:color w:val="333333"/>
          <w:sz w:val="19"/>
        </w:rPr>
        <w:t>{ - 2, -1, 0, 3, 4, 5}</w:t>
      </w:r>
    </w:p>
    <w:p>
      <w:pPr>
        <w:spacing w:before="0" w:after="80" w:line="300" w:lineRule="auto"/>
        <w:jc w:val="left"/>
      </w:pPr>
      <w:r>
        <w:rPr>
          <w:rFonts w:ascii="Times New Roman" w:hAnsi="Times New Roman" w:eastAsia="宋体"/>
          <w:b w:val="0"/>
          <w:i w:val="0"/>
          <w:color w:val="333333"/>
          <w:sz w:val="19"/>
        </w:rPr>
        <w:t>and multiplied together. What is the probability that the product is 0?</w:t>
      </w:r>
    </w:p>
    <w:p>
      <w:pPr>
        <w:spacing w:before="0" w:after="160" w:line="300" w:lineRule="auto"/>
      </w:pPr>
      <w:r>
        <w:rPr>
          <w:rFonts w:ascii="Times New Roman" w:hAnsi="Times New Roman" w:eastAsia="宋体"/>
          <w:b w:val="0"/>
          <w:i w:val="0"/>
          <w:color w:val="333333"/>
          <w:sz w:val="19"/>
        </w:rPr>
        <w:t>(A) 1/6　　(B) 1/5　　(C) 1/4　　(D) 1/3　　(E) 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卡尔的汽车每 35 英里用一加仑汽油，油箱加满时可装 14 加仑。</w:t>
      </w:r>
    </w:p>
    <w:p>
      <w:pPr>
        <w:spacing w:before="0" w:after="80" w:line="300" w:lineRule="auto"/>
        <w:jc w:val="left"/>
      </w:pPr>
      <w:r>
        <w:rPr>
          <w:rFonts w:ascii="Times New Roman" w:hAnsi="Times New Roman" w:eastAsia="宋体"/>
          <w:b w:val="0"/>
          <w:i w:val="0"/>
          <w:sz w:val="21"/>
        </w:rPr>
        <w:t>某天，卡尔出发时油箱是满的，开了 350 英里后买了 8 加仑汽油，然后继续开到目的地。到达时，他的油箱还有一半满。卡尔那天一共开了多少英里？</w:t>
      </w:r>
    </w:p>
    <w:p>
      <w:pPr>
        <w:spacing w:before="0" w:after="120" w:line="300" w:lineRule="auto"/>
      </w:pPr>
      <w:r>
        <w:rPr>
          <w:rFonts w:ascii="Times New Roman" w:hAnsi="Times New Roman" w:eastAsia="宋体"/>
          <w:b w:val="0"/>
          <w:i w:val="0"/>
          <w:sz w:val="21"/>
        </w:rPr>
        <w:t>（A）525　　（B）560　　（C）595　　（D）665　　（E）735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Karl’s car uses a gallon of gas every 35 miles, and his gas tank holds 14 gallons when it is full.</w:t>
      </w:r>
    </w:p>
    <w:p>
      <w:pPr>
        <w:spacing w:before="0" w:after="80" w:line="300" w:lineRule="auto"/>
        <w:jc w:val="left"/>
      </w:pPr>
      <w:r>
        <w:rPr>
          <w:rFonts w:ascii="Times New Roman" w:hAnsi="Times New Roman" w:eastAsia="宋体"/>
          <w:b w:val="0"/>
          <w:i w:val="0"/>
          <w:color w:val="333333"/>
          <w:sz w:val="19"/>
        </w:rPr>
        <w:t>One day, Karl started with a full tank of gas, drove 350 miles, bought 8 gallons of gas, and continued driving to his destination. When he arrived, his gas tank was half full. How many miles did Karl drive that day?</w:t>
      </w:r>
    </w:p>
    <w:p>
      <w:pPr>
        <w:spacing w:before="0" w:after="160" w:line="300" w:lineRule="auto"/>
      </w:pPr>
      <w:r>
        <w:rPr>
          <w:rFonts w:ascii="Times New Roman" w:hAnsi="Times New Roman" w:eastAsia="宋体"/>
          <w:b w:val="0"/>
          <w:i w:val="0"/>
          <w:color w:val="333333"/>
          <w:sz w:val="19"/>
        </w:rPr>
        <w:t>(A) 525　　(B) 560　　(C) 595　　(D) 665　　(E) 735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能整除 13⁴ - 11⁴ 的最大的 2 的幂是多少？</w:t>
      </w:r>
    </w:p>
    <w:p>
      <w:pPr>
        <w:spacing w:before="0" w:after="120" w:line="300" w:lineRule="auto"/>
      </w:pPr>
      <w:r>
        <w:rPr>
          <w:rFonts w:ascii="Times New Roman" w:hAnsi="Times New Roman" w:eastAsia="宋体"/>
          <w:b w:val="0"/>
          <w:i w:val="0"/>
          <w:sz w:val="21"/>
        </w:rPr>
        <w:t>（A）8　　（B）16　　（C）32　　（D）64　　（E）128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largest power of 2 that is a divisor of 13⁴ - 11⁴?</w:t>
      </w:r>
    </w:p>
    <w:p>
      <w:pPr>
        <w:spacing w:before="0" w:after="160" w:line="300" w:lineRule="auto"/>
      </w:pPr>
      <w:r>
        <w:rPr>
          <w:rFonts w:ascii="Times New Roman" w:hAnsi="Times New Roman" w:eastAsia="宋体"/>
          <w:b w:val="0"/>
          <w:i w:val="0"/>
          <w:color w:val="333333"/>
          <w:sz w:val="19"/>
        </w:rPr>
        <w:t>(A) 8　　(B) 16　　(C) 32　　(D) 64　　(E) 128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安妮和邦妮正在绕一个 400 米椭圆形跑道跑圈。她们同时出发，但安妮已经领先，因为她比邦妮快 25%。安妮第一次追上并超过邦妮时，她已经跑了多少圈？</w:t>
      </w:r>
    </w:p>
    <w:p>
      <w:pPr>
        <w:spacing w:before="0" w:after="120" w:line="300" w:lineRule="auto"/>
      </w:pPr>
      <w:r>
        <w:rPr>
          <w:rFonts w:ascii="Times New Roman" w:hAnsi="Times New Roman" w:eastAsia="宋体"/>
          <w:b w:val="0"/>
          <w:i w:val="0"/>
          <w:sz w:val="21"/>
        </w:rPr>
        <w:t>（A）11/4　　（B）31/3　　（C）4　　（D）5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Annie and Bonnie are running laps around a 400-meter oval track. They started together, but Annie has pulled ahead, because she runs 25% faster than Bonnie. How many laps will Annie have run when she first passes Bonnie?</w:t>
      </w:r>
    </w:p>
    <w:p>
      <w:pPr>
        <w:spacing w:before="0" w:after="160" w:line="300" w:lineRule="auto"/>
      </w:pPr>
      <w:r>
        <w:rPr>
          <w:rFonts w:ascii="Times New Roman" w:hAnsi="Times New Roman" w:eastAsia="宋体"/>
          <w:b w:val="0"/>
          <w:i w:val="0"/>
          <w:color w:val="333333"/>
          <w:sz w:val="19"/>
        </w:rPr>
        <w:t>(A) 11/4　　(B) 31/3　　(C) 4　　(D) 5　　(E) 25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弗雷德银行的 ATM 密码由 0 到 9 中的四个数字组成，允许数字重复。如果密码不能以序列 9、1、1 开头，那么有多少个可能密码？</w:t>
      </w:r>
    </w:p>
    <w:p>
      <w:pPr>
        <w:spacing w:before="0" w:after="120" w:line="300" w:lineRule="auto"/>
      </w:pPr>
      <w:r>
        <w:rPr>
          <w:rFonts w:ascii="Times New Roman" w:hAnsi="Times New Roman" w:eastAsia="宋体"/>
          <w:b w:val="0"/>
          <w:i w:val="0"/>
          <w:sz w:val="21"/>
        </w:rPr>
        <w:t>（A）30　　（B）7290　　（C）9000　　（D）9990　　（E）9999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ATM password at Fred’s Bank is composed of four digits from 0 to 9, with repeated digits allowable. If no password may begin with the sequence 9, 1, 1, then how many passwords are possible?</w:t>
      </w:r>
    </w:p>
    <w:p>
      <w:pPr>
        <w:spacing w:before="0" w:after="160" w:line="300" w:lineRule="auto"/>
      </w:pPr>
      <w:r>
        <w:rPr>
          <w:rFonts w:ascii="Times New Roman" w:hAnsi="Times New Roman" w:eastAsia="宋体"/>
          <w:b w:val="0"/>
          <w:i w:val="0"/>
          <w:color w:val="333333"/>
          <w:sz w:val="19"/>
        </w:rPr>
        <w:t>(A) 30　　(B) 7290　　(C) 9000　　(D) 9990　　(E) 9999</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在一次全地区田径赛中，216 名短跑运动员参加 100 米短跑比赛。跑道有 6 条道，所以一次只能有 6 名运动员比赛。每场比赛结束后，五名非获胜者被淘汰，获胜者将在后面的比赛中继续参赛。</w:t>
      </w:r>
    </w:p>
    <w:p>
      <w:pPr>
        <w:spacing w:before="0" w:after="80" w:line="300" w:lineRule="auto"/>
        <w:jc w:val="left"/>
      </w:pPr>
      <w:r>
        <w:rPr>
          <w:rFonts w:ascii="Times New Roman" w:hAnsi="Times New Roman" w:eastAsia="宋体"/>
          <w:b w:val="0"/>
          <w:i w:val="0"/>
          <w:sz w:val="21"/>
        </w:rPr>
        <w:t>需要多少场比赛才能决出短跑冠军？</w:t>
      </w:r>
    </w:p>
    <w:p>
      <w:pPr>
        <w:spacing w:before="0" w:after="120" w:line="300" w:lineRule="auto"/>
      </w:pPr>
      <w:r>
        <w:rPr>
          <w:rFonts w:ascii="Times New Roman" w:hAnsi="Times New Roman" w:eastAsia="宋体"/>
          <w:b w:val="0"/>
          <w:i w:val="0"/>
          <w:sz w:val="21"/>
        </w:rPr>
        <w:t>（A）36　　（B）42　　（C）43　　（D）60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an All-Area track meet, 216 sprinters enter a 100-meter dash competition. The track has 6 lanes, so only 6 sprinters can compete at a time. At the end of each race, the five non-winners are eliminated, and the winner will compete again in a later race.</w:t>
      </w:r>
    </w:p>
    <w:p>
      <w:pPr>
        <w:spacing w:before="0" w:after="80" w:line="300" w:lineRule="auto"/>
        <w:jc w:val="left"/>
      </w:pPr>
      <w:r>
        <w:rPr>
          <w:rFonts w:ascii="Times New Roman" w:hAnsi="Times New Roman" w:eastAsia="宋体"/>
          <w:b w:val="0"/>
          <w:i w:val="0"/>
          <w:color w:val="333333"/>
          <w:sz w:val="19"/>
        </w:rPr>
        <w:t>How many races are needed to determine the champion sprinter?</w:t>
      </w:r>
    </w:p>
    <w:p>
      <w:pPr>
        <w:spacing w:before="0" w:after="160" w:line="300" w:lineRule="auto"/>
      </w:pPr>
      <w:r>
        <w:rPr>
          <w:rFonts w:ascii="Times New Roman" w:hAnsi="Times New Roman" w:eastAsia="宋体"/>
          <w:b w:val="0"/>
          <w:i w:val="0"/>
          <w:color w:val="333333"/>
          <w:sz w:val="19"/>
        </w:rPr>
        <w:t>(A) 36　　(B) 42　　(C) 43　　(D) 60　　(E) 72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25 个连续偶整数的和是 10,000。这 25 个连续偶整数中最大的是多少？</w:t>
      </w:r>
    </w:p>
    <w:p>
      <w:pPr>
        <w:spacing w:before="0" w:after="120" w:line="300" w:lineRule="auto"/>
      </w:pPr>
      <w:r>
        <w:rPr>
          <w:rFonts w:ascii="Times New Roman" w:hAnsi="Times New Roman" w:eastAsia="宋体"/>
          <w:b w:val="0"/>
          <w:i w:val="0"/>
          <w:sz w:val="21"/>
        </w:rPr>
        <w:t>（A）360　　（B）388　　（C）412　　（D）416　　（E）424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25 consecutive even integers is 10,000. What is the largest of these 25 consecutive even integers?</w:t>
      </w:r>
    </w:p>
    <w:p>
      <w:pPr>
        <w:spacing w:before="0" w:after="160" w:line="300" w:lineRule="auto"/>
      </w:pPr>
      <w:r>
        <w:rPr>
          <w:rFonts w:ascii="Times New Roman" w:hAnsi="Times New Roman" w:eastAsia="宋体"/>
          <w:b w:val="0"/>
          <w:i w:val="0"/>
          <w:color w:val="333333"/>
          <w:sz w:val="19"/>
        </w:rPr>
        <w:t>(A) 360　　(B) 388　　(C) 412　　(D) 416　　(E) 424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a 和 b 的最小公倍数是 12，b 和 c 的最小公倍数是 15。a 和 c 的最小公倍数的最小可能值是多少？</w:t>
      </w:r>
    </w:p>
    <w:p>
      <w:pPr>
        <w:spacing w:before="0" w:after="120" w:line="300" w:lineRule="auto"/>
      </w:pPr>
      <w:r>
        <w:rPr>
          <w:rFonts w:ascii="Times New Roman" w:hAnsi="Times New Roman" w:eastAsia="宋体"/>
          <w:b w:val="0"/>
          <w:i w:val="0"/>
          <w:sz w:val="21"/>
        </w:rPr>
        <w:t>（A）20　　（B）30　　（C）60　　（D）120　　（E）180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least common multiple of a and b is 12, and the least common multiple of b and c is 15. What is the least possible value of the least common multiple of a and c?</w:t>
      </w:r>
    </w:p>
    <w:p>
      <w:pPr>
        <w:spacing w:before="0" w:after="160" w:line="300" w:lineRule="auto"/>
      </w:pPr>
      <w:r>
        <w:rPr>
          <w:rFonts w:ascii="Times New Roman" w:hAnsi="Times New Roman" w:eastAsia="宋体"/>
          <w:b w:val="0"/>
          <w:i w:val="0"/>
          <w:color w:val="333333"/>
          <w:sz w:val="19"/>
        </w:rPr>
        <w:t>(A) 20　　(B) 30　　(C) 60　　(D) 120　　(E) 180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一个盒子里有 3 枚红色筹码和 2 枚绿色筹码。每次随机抽出一枚筹码且不放回，直到 3 枚红色筹码都被抽出，或直到两枚绿色筹码都被抽出。3 枚红色筹码都被抽出的概率是多少？</w:t>
      </w:r>
    </w:p>
    <w:p>
      <w:pPr>
        <w:spacing w:before="0" w:after="120" w:line="300" w:lineRule="auto"/>
      </w:pPr>
      <w:r>
        <w:rPr>
          <w:rFonts w:ascii="Times New Roman" w:hAnsi="Times New Roman" w:eastAsia="宋体"/>
          <w:b w:val="0"/>
          <w:i w:val="0"/>
          <w:sz w:val="21"/>
        </w:rPr>
        <w:t>（A）3/10　　（B）2/5　　（C）1/2　　（D）3/5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3 red chips and 2 green chips. Chips are drawn randomly, one at a time without replacement, until all 3 of the reds are drawn or until both green chips are drawn. What is the probability that the 3 reds are drawn?</w:t>
      </w:r>
    </w:p>
    <w:p>
      <w:pPr>
        <w:spacing w:before="0" w:after="160" w:line="300" w:lineRule="auto"/>
      </w:pPr>
      <w:r>
        <w:rPr>
          <w:rFonts w:ascii="Times New Roman" w:hAnsi="Times New Roman" w:eastAsia="宋体"/>
          <w:b w:val="0"/>
          <w:i w:val="0"/>
          <w:color w:val="333333"/>
          <w:sz w:val="19"/>
        </w:rPr>
        <w:t>(A) 3/10　　(B) 2/5　　(C) 1/2　　(D) 3/5　　(E) 2/3</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下图中长方形 DEFA 是一个 3 × 4 长方形，且 DC=CB=BA=1。“蝙蝠翅膀”（阴影部分）的面积是</w:t>
      </w:r>
    </w:p>
    <w:p>
      <w:pPr>
        <w:spacing w:before="80" w:after="80"/>
        <w:jc w:val="center"/>
      </w:pPr>
      <w:r>
        <w:drawing>
          <wp:inline xmlns:a="http://schemas.openxmlformats.org/drawingml/2006/main" xmlns:pic="http://schemas.openxmlformats.org/drawingml/2006/picture">
            <wp:extent cx="1544101" cy="2097182"/>
            <wp:docPr id="3" name="Picture 3"/>
            <wp:cNvGraphicFramePr>
              <a:graphicFrameLocks noChangeAspect="1"/>
            </wp:cNvGraphicFramePr>
            <a:graphic>
              <a:graphicData uri="http://schemas.openxmlformats.org/drawingml/2006/picture">
                <pic:pic>
                  <pic:nvPicPr>
                    <pic:cNvPr id="0" name="q22-1@300dpi.png"/>
                    <pic:cNvPicPr/>
                  </pic:nvPicPr>
                  <pic:blipFill>
                    <a:blip r:embed="rId10"/>
                    <a:stretch>
                      <a:fillRect/>
                    </a:stretch>
                  </pic:blipFill>
                  <pic:spPr>
                    <a:xfrm>
                      <a:off x="0" y="0"/>
                      <a:ext cx="1544101" cy="2097182"/>
                    </a:xfrm>
                    <a:prstGeom prst="rect"/>
                  </pic:spPr>
                </pic:pic>
              </a:graphicData>
            </a:graphic>
          </wp:inline>
        </w:drawing>
      </w:r>
    </w:p>
    <w:p>
      <w:pPr>
        <w:spacing w:before="0" w:after="120" w:line="300" w:lineRule="auto"/>
      </w:pPr>
      <w:r>
        <w:rPr>
          <w:rFonts w:ascii="Times New Roman" w:hAnsi="Times New Roman" w:eastAsia="宋体"/>
          <w:b w:val="0"/>
          <w:i w:val="0"/>
          <w:sz w:val="21"/>
        </w:rPr>
        <w:t>（A）2　　（B）2 1/2　　（C）3　　（D）3 1/2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DEFA below is a 3 × 4 rectangle with DC=CB=BA=1. The area of the “bat wings” (shaded area) is</w:t>
      </w:r>
    </w:p>
    <w:p>
      <w:pPr>
        <w:spacing w:before="80" w:after="80"/>
        <w:jc w:val="center"/>
      </w:pPr>
      <w:r>
        <w:drawing>
          <wp:inline xmlns:a="http://schemas.openxmlformats.org/drawingml/2006/main" xmlns:pic="http://schemas.openxmlformats.org/drawingml/2006/picture">
            <wp:extent cx="1544101" cy="2097182"/>
            <wp:docPr id="4" name="Picture 4"/>
            <wp:cNvGraphicFramePr>
              <a:graphicFrameLocks noChangeAspect="1"/>
            </wp:cNvGraphicFramePr>
            <a:graphic>
              <a:graphicData uri="http://schemas.openxmlformats.org/drawingml/2006/picture">
                <pic:pic>
                  <pic:nvPicPr>
                    <pic:cNvPr id="0" name="q22-1@300dpi.png"/>
                    <pic:cNvPicPr/>
                  </pic:nvPicPr>
                  <pic:blipFill>
                    <a:blip r:embed="rId10"/>
                    <a:stretch>
                      <a:fillRect/>
                    </a:stretch>
                  </pic:blipFill>
                  <pic:spPr>
                    <a:xfrm>
                      <a:off x="0" y="0"/>
                      <a:ext cx="1544101" cy="209718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2 1/2　　(C) 3　　(D) 3 1/2　　(E) 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两个全等圆分别以点 A 和 B 为圆心，并且每个圆都经过另一个圆的圆心。经过 A 和 B 的直线延长后与两个圆分别交于点 C 和 D。</w:t>
      </w:r>
    </w:p>
    <w:p>
      <w:pPr>
        <w:spacing w:before="0" w:after="80" w:line="300" w:lineRule="auto"/>
        <w:jc w:val="left"/>
      </w:pPr>
      <w:r>
        <w:rPr>
          <w:rFonts w:ascii="Times New Roman" w:hAnsi="Times New Roman" w:eastAsia="宋体"/>
          <w:b w:val="0"/>
          <w:i w:val="0"/>
          <w:sz w:val="21"/>
        </w:rPr>
        <w:t>两圆相交于两点，其中一点为 E。∠ CED 的度数是多少？</w:t>
      </w:r>
    </w:p>
    <w:p>
      <w:pPr>
        <w:spacing w:before="0" w:after="120" w:line="300" w:lineRule="auto"/>
      </w:pPr>
      <w:r>
        <w:rPr>
          <w:rFonts w:ascii="Times New Roman" w:hAnsi="Times New Roman" w:eastAsia="宋体"/>
          <w:b w:val="0"/>
          <w:i w:val="0"/>
          <w:sz w:val="21"/>
        </w:rPr>
        <w:t>（A）90　　（B）105　　（C）120　　（D）135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congruent circles centered at points A and B each pass through the other circle’s center. The line containing both A and B is extended to intersect the circles at points C and D.</w:t>
      </w:r>
    </w:p>
    <w:p>
      <w:pPr>
        <w:spacing w:before="0" w:after="80" w:line="300" w:lineRule="auto"/>
        <w:jc w:val="left"/>
      </w:pPr>
      <w:r>
        <w:rPr>
          <w:rFonts w:ascii="Times New Roman" w:hAnsi="Times New Roman" w:eastAsia="宋体"/>
          <w:b w:val="0"/>
          <w:i w:val="0"/>
          <w:color w:val="333333"/>
          <w:sz w:val="19"/>
        </w:rPr>
        <w:t>The circles intersect at two points, one of which is E. What is the degree measure of ∠ CED?</w:t>
      </w:r>
    </w:p>
    <w:p>
      <w:pPr>
        <w:spacing w:before="0" w:after="160" w:line="300" w:lineRule="auto"/>
      </w:pPr>
      <w:r>
        <w:rPr>
          <w:rFonts w:ascii="Times New Roman" w:hAnsi="Times New Roman" w:eastAsia="宋体"/>
          <w:b w:val="0"/>
          <w:i w:val="0"/>
          <w:color w:val="333333"/>
          <w:sz w:val="19"/>
        </w:rPr>
        <w:t>(A) 90　　(B) 105　　(C) 120　　(D) 135　　(E) 150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数字 1、2、3、4、5 各使用一次，写成五位数 PQRST。三位数 PQR 能被 4 整除，三位数 QRS 能被 5 整除，三位数 RST 能被 3 整除。P 是多少？</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digits 1, 2, 3, 4, and 5 are each used once to write a five-digit number PQRST. The three-digit number PQR is divisible by 4, the three-digit number QRS is divisible by 5, and the three-digit number RST is divisible by 3. What is P?</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一个半圆内切于一个底为 16、高为 15 的等腰三角形中，半圆的直径位于三角形的底边上，如图所示。半圆的半径是多少？</w:t>
      </w:r>
    </w:p>
    <w:p>
      <w:pPr>
        <w:spacing w:before="80" w:after="80"/>
        <w:jc w:val="center"/>
      </w:pPr>
      <w:r>
        <w:drawing>
          <wp:inline xmlns:a="http://schemas.openxmlformats.org/drawingml/2006/main" xmlns:pic="http://schemas.openxmlformats.org/drawingml/2006/picture">
            <wp:extent cx="2435640" cy="2286984"/>
            <wp:docPr id="5" name="Picture 5"/>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2435640" cy="2286984"/>
                    </a:xfrm>
                    <a:prstGeom prst="rect"/>
                  </pic:spPr>
                </pic:pic>
              </a:graphicData>
            </a:graphic>
          </wp:inline>
        </w:drawing>
      </w:r>
    </w:p>
    <w:p>
      <w:pPr>
        <w:spacing w:before="0" w:after="120" w:line="300" w:lineRule="auto"/>
      </w:pPr>
      <w:r>
        <w:rPr>
          <w:rFonts w:ascii="Times New Roman" w:hAnsi="Times New Roman" w:eastAsia="宋体"/>
          <w:b w:val="0"/>
          <w:i w:val="0"/>
          <w:sz w:val="21"/>
        </w:rPr>
        <w:t>（A）4 √(3)　　（B）120/17　　（C）10　　（D）(17√(2))/2　　（E）(17√(3))/2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semicircle is inscribed in an isosceles triangle with base 16 and height 15 so that the diameter of the semicircle is contained in the base of the triangle as shown. What is the radius of the semicircle?</w:t>
      </w:r>
    </w:p>
    <w:p>
      <w:pPr>
        <w:spacing w:before="80" w:after="80"/>
        <w:jc w:val="center"/>
      </w:pPr>
      <w:r>
        <w:drawing>
          <wp:inline xmlns:a="http://schemas.openxmlformats.org/drawingml/2006/main" xmlns:pic="http://schemas.openxmlformats.org/drawingml/2006/picture">
            <wp:extent cx="2435640" cy="2286984"/>
            <wp:docPr id="6" name="Picture 6"/>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2435640" cy="228698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√(3)　　(B) 120/17　　(C) 10　　(D) (17√(2))/2　　(E) (17√(3))/2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A　A　B　E　B　B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B　B　D　A　C　D　D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A　B　C　C　A　B</w:t>
      </w:r>
    </w:p>
    <w:p>
      <w:pPr>
        <w:spacing w:before="0" w:after="200" w:line="300" w:lineRule="auto"/>
      </w:pPr>
      <w:r>
        <w:rPr>
          <w:rFonts w:ascii="Times New Roman" w:hAnsi="Times New Roman" w:eastAsia="宋体"/>
          <w:b w:val="0"/>
          <w:i w:val="0"/>
          <w:color w:val="666666"/>
          <w:sz w:val="18"/>
        </w:rPr>
        <w:t>答案串：CAABEBBCBDBBDACDDCEABCCAB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一小时有 60 分钟，所以总时间为 60 · 11 + 5 = 665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60 minutes in an hour, so the total time is 60 · 11 + 5 = 665 minutes.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因为 M 是 AD 的中点，所以底边 AM 长 4。从 C 到 AM 的高为 AB=6。因此面积为 1/2 · 4 · 6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M is the midpoint of AD, the base AM has length 4. The altitude from C to AM has length AB=6. The area is therefore 1/2 · 4 · 6 =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由平均分可知四人总分为 4 · 70 = 280。因此剩下的分数为</w:t>
      </w:r>
    </w:p>
    <w:p>
      <w:pPr>
        <w:spacing w:before="0" w:after="80" w:line="300" w:lineRule="auto"/>
        <w:jc w:val="left"/>
      </w:pPr>
      <w:r>
        <w:rPr>
          <w:rFonts w:ascii="Times New Roman" w:hAnsi="Times New Roman" w:eastAsia="宋体"/>
          <w:b w:val="0"/>
          <w:i w:val="0"/>
          <w:sz w:val="21"/>
        </w:rPr>
        <w:t>280 - 70 - 80 - 90 = 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average, we can calculate the sum of the scores to be 4 · 70 = 280. This means that the remaining score is</w:t>
      </w:r>
    </w:p>
    <w:p>
      <w:pPr>
        <w:spacing w:before="0" w:after="80" w:line="300" w:lineRule="auto"/>
        <w:jc w:val="left"/>
      </w:pPr>
      <w:r>
        <w:rPr>
          <w:rFonts w:ascii="Times New Roman" w:hAnsi="Times New Roman" w:eastAsia="宋体"/>
          <w:b w:val="0"/>
          <w:i w:val="0"/>
          <w:color w:val="333333"/>
          <w:sz w:val="19"/>
        </w:rPr>
        <w:t>280 - 70 - 80 - 90 = 40.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为了更容易比较速度，将它们都换成每英里所需分钟数。</w:t>
      </w:r>
    </w:p>
    <w:p>
      <w:pPr>
        <w:spacing w:before="0" w:after="80" w:line="300" w:lineRule="auto"/>
        <w:jc w:val="left"/>
      </w:pPr>
      <w:r>
        <w:rPr>
          <w:rFonts w:ascii="Times New Roman" w:hAnsi="Times New Roman" w:eastAsia="宋体"/>
          <w:b w:val="0"/>
          <w:i w:val="0"/>
          <w:sz w:val="21"/>
        </w:rPr>
        <w:t>小时候他跑 15 英里用了 3 · 60 + 30 = 210 分钟，所以速度为 210/15 = 14 分钟每英里。</w:t>
      </w:r>
    </w:p>
    <w:p>
      <w:pPr>
        <w:spacing w:before="0" w:after="80" w:line="300" w:lineRule="auto"/>
        <w:jc w:val="left"/>
      </w:pPr>
      <w:r>
        <w:rPr>
          <w:rFonts w:ascii="Times New Roman" w:hAnsi="Times New Roman" w:eastAsia="宋体"/>
          <w:b w:val="0"/>
          <w:i w:val="0"/>
          <w:sz w:val="21"/>
        </w:rPr>
        <w:t>现在他走 10 英里用了 4 · 60 = 240 分钟，所以速度为 240/10 = 24 分钟每英里。</w:t>
      </w:r>
    </w:p>
    <w:p>
      <w:pPr>
        <w:spacing w:before="0" w:after="80" w:line="300" w:lineRule="auto"/>
        <w:jc w:val="left"/>
      </w:pPr>
      <w:r>
        <w:rPr>
          <w:rFonts w:ascii="Times New Roman" w:hAnsi="Times New Roman" w:eastAsia="宋体"/>
          <w:b w:val="0"/>
          <w:i w:val="0"/>
          <w:sz w:val="21"/>
        </w:rPr>
        <w:t>相减得，现在他走一英里多花 10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better compare the rates, we can change his speed into minutes per mile.</w:t>
      </w:r>
    </w:p>
    <w:p>
      <w:pPr>
        <w:spacing w:before="0" w:after="80" w:line="300" w:lineRule="auto"/>
        <w:jc w:val="left"/>
      </w:pPr>
      <w:r>
        <w:rPr>
          <w:rFonts w:ascii="Times New Roman" w:hAnsi="Times New Roman" w:eastAsia="宋体"/>
          <w:b w:val="0"/>
          <w:i w:val="0"/>
          <w:color w:val="333333"/>
          <w:sz w:val="19"/>
        </w:rPr>
        <w:t>As a boy he ran 15 miles in 3 · 60 + 30 = 210 minutes, which means that he ran at a pace of 210/15 = 14 minutes per mile.</w:t>
      </w:r>
    </w:p>
    <w:p>
      <w:pPr>
        <w:spacing w:before="0" w:after="80" w:line="300" w:lineRule="auto"/>
        <w:jc w:val="left"/>
      </w:pPr>
      <w:r>
        <w:rPr>
          <w:rFonts w:ascii="Times New Roman" w:hAnsi="Times New Roman" w:eastAsia="宋体"/>
          <w:b w:val="0"/>
          <w:i w:val="0"/>
          <w:color w:val="333333"/>
          <w:sz w:val="19"/>
        </w:rPr>
        <w:t>As an adult, he can walk 10 miles in 4 · 60 = 240 minutes, which means he walks at a pace of 240/10 = 24 minutes per mile.</w:t>
      </w:r>
    </w:p>
    <w:p>
      <w:pPr>
        <w:spacing w:before="0" w:after="80" w:line="300" w:lineRule="auto"/>
        <w:jc w:val="left"/>
      </w:pPr>
      <w:r>
        <w:rPr>
          <w:rFonts w:ascii="Times New Roman" w:hAnsi="Times New Roman" w:eastAsia="宋体"/>
          <w:b w:val="0"/>
          <w:i w:val="0"/>
          <w:color w:val="333333"/>
          <w:sz w:val="19"/>
        </w:rPr>
        <w:t>Subtracting the two, we get that he takes 10 more minutes to walk a mile as an adult.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第二个条件说明 N 的个位数字是 3，所以可能的数为 13、23、33、43、53、63、73、83、93。其中只有 73 除以 9 余 1，因为它的各位数字之和是 10。最后，73=6·11+7，所以所求余数是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second condition says that N ends in 3, so the possibilities are 13, 23, 33, 43, 53, 63, 73, 83, 93. Of these, only 73 leaves remainder 1 when divided by 9, because its digit sum is 10. Finally, 73=6·11+7, so the requested remainder is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因为有 19 个人，每人对应一个名字长度，所以中间的长度是第十个值。从左侧开始数，数到第十个时得到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there are 19 people, each with one corresponding name length, the middle length will be the tenth one. Counting from the left side, the tenth value that we arrive upon is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任何指数为偶数的数都是完全平方数，所以可排除</w:t>
      </w:r>
      <w:r>
        <w:rPr>
          <w:rFonts w:ascii="Times New Roman" w:hAnsi="Times New Roman" w:eastAsia="宋体"/>
          <w:b/>
          <w:i w:val="0"/>
          <w:sz w:val="21"/>
        </w:rPr>
        <w:t>A</w:t>
      </w:r>
      <w:r>
        <w:rPr>
          <w:rFonts w:ascii="Times New Roman" w:hAnsi="Times New Roman" w:eastAsia="宋体"/>
          <w:b w:val="0"/>
          <w:i w:val="0"/>
          <w:sz w:val="21"/>
        </w:rPr>
        <w:t>、</w:t>
      </w:r>
      <w:r>
        <w:rPr>
          <w:rFonts w:ascii="Times New Roman" w:hAnsi="Times New Roman" w:eastAsia="宋体"/>
          <w:b/>
          <w:i w:val="0"/>
          <w:sz w:val="21"/>
        </w:rPr>
        <w:t>C</w:t>
      </w:r>
      <w:r>
        <w:rPr>
          <w:rFonts w:ascii="Times New Roman" w:hAnsi="Times New Roman" w:eastAsia="宋体"/>
          <w:b w:val="0"/>
          <w:i w:val="0"/>
          <w:sz w:val="21"/>
        </w:rPr>
        <w:t>和</w:t>
      </w:r>
      <w:r>
        <w:rPr>
          <w:rFonts w:ascii="Times New Roman" w:hAnsi="Times New Roman" w:eastAsia="宋体"/>
          <w:b/>
          <w:i w:val="0"/>
          <w:sz w:val="21"/>
        </w:rPr>
        <w:t>E</w:t>
      </w:r>
      <w:r>
        <w:rPr>
          <w:rFonts w:ascii="Times New Roman" w:hAnsi="Times New Roman" w:eastAsia="宋体"/>
          <w:b w:val="0"/>
          <w:i w:val="0"/>
          <w:sz w:val="21"/>
        </w:rPr>
        <w:t>。另外，平方数的任意次幂仍然是平方数，所以也排除</w:t>
      </w:r>
      <w:r>
        <w:rPr>
          <w:rFonts w:ascii="Times New Roman" w:hAnsi="Times New Roman" w:eastAsia="宋体"/>
          <w:b/>
          <w:i w:val="0"/>
          <w:sz w:val="21"/>
        </w:rPr>
        <w:t>D</w:t>
      </w: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any number with an even exponent is a perfect square, we can eliminate</w:t>
      </w:r>
      <w:r>
        <w:rPr>
          <w:rFonts w:ascii="Times New Roman" w:hAnsi="Times New Roman" w:eastAsia="宋体"/>
          <w:b/>
          <w:i w:val="0"/>
          <w:color w:val="333333"/>
          <w:sz w:val="19"/>
        </w:rPr>
        <w:t>A</w:t>
      </w:r>
      <w:r>
        <w:rPr>
          <w:rFonts w:ascii="Times New Roman" w:hAnsi="Times New Roman" w:eastAsia="宋体"/>
          <w:b w:val="0"/>
          <w:i w:val="0"/>
          <w:color w:val="333333"/>
          <w:sz w:val="19"/>
        </w:rPr>
        <w:t>,</w:t>
      </w:r>
      <w:r>
        <w:rPr>
          <w:rFonts w:ascii="Times New Roman" w:hAnsi="Times New Roman" w:eastAsia="宋体"/>
          <w:b/>
          <w:i w:val="0"/>
          <w:color w:val="333333"/>
          <w:sz w:val="19"/>
        </w:rPr>
        <w:t>C</w:t>
      </w:r>
      <w:r>
        <w:rPr>
          <w:rFonts w:ascii="Times New Roman" w:hAnsi="Times New Roman" w:eastAsia="宋体"/>
          <w:b w:val="0"/>
          <w:i w:val="0"/>
          <w:color w:val="333333"/>
          <w:sz w:val="19"/>
        </w:rPr>
        <w:t>, and</w:t>
      </w:r>
      <w:r>
        <w:rPr>
          <w:rFonts w:ascii="Times New Roman" w:hAnsi="Times New Roman" w:eastAsia="宋体"/>
          <w:b/>
          <w:i w:val="0"/>
          <w:color w:val="333333"/>
          <w:sz w:val="19"/>
        </w:rPr>
        <w:t>E</w:t>
      </w:r>
      <w:r>
        <w:rPr>
          <w:rFonts w:ascii="Times New Roman" w:hAnsi="Times New Roman" w:eastAsia="宋体"/>
          <w:b w:val="0"/>
          <w:i w:val="0"/>
          <w:color w:val="333333"/>
          <w:sz w:val="19"/>
        </w:rPr>
        <w:t>. Also, a square number to any power remains a square number, so that rules out</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可以把这个和分组为</w:t>
      </w:r>
    </w:p>
    <w:p>
      <w:pPr>
        <w:spacing w:before="0" w:after="80" w:line="300" w:lineRule="auto"/>
        <w:jc w:val="left"/>
      </w:pPr>
      <w:r>
        <w:rPr>
          <w:rFonts w:ascii="Times New Roman" w:hAnsi="Times New Roman" w:eastAsia="宋体"/>
          <w:b w:val="0"/>
          <w:i w:val="0"/>
          <w:sz w:val="21"/>
        </w:rPr>
        <w:t>(100 - 98) + (96 - 94)</w:t>
      </w:r>
    </w:p>
    <w:p>
      <w:pPr>
        <w:spacing w:before="0" w:after="80" w:line="300" w:lineRule="auto"/>
        <w:jc w:val="left"/>
      </w:pPr>
      <w:r>
        <w:rPr>
          <w:rFonts w:ascii="Times New Roman" w:hAnsi="Times New Roman" w:eastAsia="宋体"/>
          <w:b w:val="0"/>
          <w:i w:val="0"/>
          <w:sz w:val="21"/>
        </w:rPr>
        <w:t>+ ⋯ + (4 - 2)</w:t>
      </w:r>
    </w:p>
    <w:p>
      <w:pPr>
        <w:spacing w:before="0" w:after="80" w:line="300" w:lineRule="auto"/>
        <w:jc w:val="left"/>
      </w:pPr>
      <w:r>
        <w:rPr>
          <w:rFonts w:ascii="Times New Roman" w:hAnsi="Times New Roman" w:eastAsia="宋体"/>
          <w:b w:val="0"/>
          <w:i w:val="0"/>
          <w:sz w:val="21"/>
        </w:rPr>
        <w:t>每一对的值都是 2，共有 25 对。因此总和为 2 · 25 = 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group the sum as follows:</w:t>
      </w:r>
    </w:p>
    <w:p>
      <w:pPr>
        <w:spacing w:before="0" w:after="80" w:line="300" w:lineRule="auto"/>
        <w:jc w:val="left"/>
      </w:pPr>
      <w:r>
        <w:rPr>
          <w:rFonts w:ascii="Times New Roman" w:hAnsi="Times New Roman" w:eastAsia="宋体"/>
          <w:b w:val="0"/>
          <w:i w:val="0"/>
          <w:color w:val="333333"/>
          <w:sz w:val="19"/>
        </w:rPr>
        <w:t>(100 - 98) + (96 - 94)</w:t>
      </w:r>
    </w:p>
    <w:p>
      <w:pPr>
        <w:spacing w:before="0" w:after="80" w:line="300" w:lineRule="auto"/>
        <w:jc w:val="left"/>
      </w:pPr>
      <w:r>
        <w:rPr>
          <w:rFonts w:ascii="Times New Roman" w:hAnsi="Times New Roman" w:eastAsia="宋体"/>
          <w:b w:val="0"/>
          <w:i w:val="0"/>
          <w:color w:val="333333"/>
          <w:sz w:val="19"/>
        </w:rPr>
        <w:t>+ ⋯ + (4 - 2).</w:t>
      </w:r>
    </w:p>
    <w:p>
      <w:pPr>
        <w:spacing w:before="0" w:after="80" w:line="300" w:lineRule="auto"/>
        <w:jc w:val="left"/>
      </w:pPr>
      <w:r>
        <w:rPr>
          <w:rFonts w:ascii="Times New Roman" w:hAnsi="Times New Roman" w:eastAsia="宋体"/>
          <w:b w:val="0"/>
          <w:i w:val="0"/>
          <w:color w:val="333333"/>
          <w:sz w:val="19"/>
        </w:rPr>
        <w:t>Note that each pair evaluates to 2 and there are 25 pairs. Therefore, the total sum is 2 · 25 = 50.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将 2016 质因数分解为 2⁵ · 3² · 7。因此 2016 的质因子是 2、3 和 7。它们的和为 12，所以正确答案是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prime factorize 2016 as 2⁵ · 3² · 7. This shows that the prime divisors of 2016 are 2, 3, and 7. The sum of these is 12, so</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先算内层运算，得 5∗ x=15-x。再应用一次定义：</w:t>
      </w:r>
    </w:p>
    <w:p>
      <w:pPr>
        <w:spacing w:before="0" w:after="80" w:line="300" w:lineRule="auto"/>
        <w:jc w:val="left"/>
      </w:pPr>
      <w:r>
        <w:rPr>
          <w:rFonts w:ascii="Times New Roman" w:hAnsi="Times New Roman" w:eastAsia="宋体"/>
          <w:b w:val="0"/>
          <w:i w:val="0"/>
          <w:sz w:val="21"/>
        </w:rPr>
        <w:t>2∗(15-x)=6-(15-x)</w:t>
      </w:r>
    </w:p>
    <w:p>
      <w:pPr>
        <w:spacing w:before="0" w:after="80" w:line="300" w:lineRule="auto"/>
        <w:jc w:val="left"/>
      </w:pPr>
      <w:r>
        <w:rPr>
          <w:rFonts w:ascii="Times New Roman" w:hAnsi="Times New Roman" w:eastAsia="宋体"/>
          <w:b w:val="0"/>
          <w:i w:val="0"/>
          <w:sz w:val="21"/>
        </w:rPr>
        <w:t>=x-9。</w:t>
      </w:r>
    </w:p>
    <w:p>
      <w:pPr>
        <w:spacing w:before="0" w:after="80" w:line="300" w:lineRule="auto"/>
        <w:jc w:val="left"/>
      </w:pPr>
      <w:r>
        <w:rPr>
          <w:rFonts w:ascii="Times New Roman" w:hAnsi="Times New Roman" w:eastAsia="宋体"/>
          <w:b w:val="0"/>
          <w:i w:val="0"/>
          <w:sz w:val="21"/>
        </w:rPr>
        <w:t>因此 x-9=1，所以 x=10。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5∗ x=15-x. Applying the operation again gives</w:t>
      </w:r>
    </w:p>
    <w:p>
      <w:pPr>
        <w:spacing w:before="0" w:after="80" w:line="300" w:lineRule="auto"/>
        <w:jc w:val="left"/>
      </w:pPr>
      <w:r>
        <w:rPr>
          <w:rFonts w:ascii="Times New Roman" w:hAnsi="Times New Roman" w:eastAsia="宋体"/>
          <w:b w:val="0"/>
          <w:i w:val="0"/>
          <w:color w:val="333333"/>
          <w:sz w:val="19"/>
        </w:rPr>
        <w:t>2∗(15-x)=6-(15-x)</w:t>
      </w:r>
    </w:p>
    <w:p>
      <w:pPr>
        <w:spacing w:before="0" w:after="80" w:line="300" w:lineRule="auto"/>
        <w:jc w:val="left"/>
      </w:pPr>
      <w:r>
        <w:rPr>
          <w:rFonts w:ascii="Times New Roman" w:hAnsi="Times New Roman" w:eastAsia="宋体"/>
          <w:b w:val="0"/>
          <w:i w:val="0"/>
          <w:color w:val="333333"/>
          <w:sz w:val="19"/>
        </w:rPr>
        <w:t>=x-9.</w:t>
      </w:r>
    </w:p>
    <w:p>
      <w:pPr>
        <w:spacing w:before="0" w:after="80" w:line="300" w:lineRule="auto"/>
        <w:jc w:val="left"/>
      </w:pPr>
      <w:r>
        <w:rPr>
          <w:rFonts w:ascii="Times New Roman" w:hAnsi="Times New Roman" w:eastAsia="宋体"/>
          <w:b w:val="0"/>
          <w:i w:val="0"/>
          <w:color w:val="333333"/>
          <w:sz w:val="19"/>
        </w:rPr>
        <w:t>Thus x-9=1, so x=10.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设十位数字为 a，个位数字为 b。原数与反序数相加得</w:t>
      </w:r>
    </w:p>
    <w:p>
      <w:pPr>
        <w:spacing w:before="0" w:after="80" w:line="300" w:lineRule="auto"/>
        <w:jc w:val="left"/>
      </w:pPr>
      <w:r>
        <w:rPr>
          <w:rFonts w:ascii="Times New Roman" w:hAnsi="Times New Roman" w:eastAsia="宋体"/>
          <w:b w:val="0"/>
          <w:i w:val="0"/>
          <w:sz w:val="21"/>
        </w:rPr>
        <w:t>(10a+b)+(10b+a)=132</w:t>
      </w:r>
    </w:p>
    <w:p>
      <w:pPr>
        <w:spacing w:before="0" w:after="80" w:line="300" w:lineRule="auto"/>
        <w:jc w:val="left"/>
      </w:pPr>
      <w:r>
        <w:rPr>
          <w:rFonts w:ascii="Times New Roman" w:hAnsi="Times New Roman" w:eastAsia="宋体"/>
          <w:b w:val="0"/>
          <w:i w:val="0"/>
          <w:sz w:val="21"/>
        </w:rPr>
        <w:t>11(a+b)=132，</w:t>
      </w:r>
    </w:p>
    <w:p>
      <w:pPr>
        <w:spacing w:before="0" w:after="80" w:line="300" w:lineRule="auto"/>
        <w:jc w:val="left"/>
      </w:pPr>
      <w:r>
        <w:rPr>
          <w:rFonts w:ascii="Times New Roman" w:hAnsi="Times New Roman" w:eastAsia="宋体"/>
          <w:b w:val="0"/>
          <w:i w:val="0"/>
          <w:sz w:val="21"/>
        </w:rPr>
        <w:t>所以 a+b=12。可行的数字对为 (3,9)、(4,8)、(5,7)、(6,6)、(7,5)、(8,4)、(9,3)，共得到 7 个两位数。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the tens digit and b the units digit. Adding the number and its reversal gives</w:t>
      </w:r>
    </w:p>
    <w:p>
      <w:pPr>
        <w:spacing w:before="0" w:after="80" w:line="300" w:lineRule="auto"/>
        <w:jc w:val="left"/>
      </w:pPr>
      <w:r>
        <w:rPr>
          <w:rFonts w:ascii="Times New Roman" w:hAnsi="Times New Roman" w:eastAsia="宋体"/>
          <w:b w:val="0"/>
          <w:i w:val="0"/>
          <w:color w:val="333333"/>
          <w:sz w:val="19"/>
        </w:rPr>
        <w:t>(10a+b)+(10b+a)=132</w:t>
      </w:r>
    </w:p>
    <w:p>
      <w:pPr>
        <w:spacing w:before="0" w:after="80" w:line="300" w:lineRule="auto"/>
        <w:jc w:val="left"/>
      </w:pPr>
      <w:r>
        <w:rPr>
          <w:rFonts w:ascii="Times New Roman" w:hAnsi="Times New Roman" w:eastAsia="宋体"/>
          <w:b w:val="0"/>
          <w:i w:val="0"/>
          <w:color w:val="333333"/>
          <w:sz w:val="19"/>
        </w:rPr>
        <w:t>11(a+b)=132,</w:t>
      </w:r>
    </w:p>
    <w:p>
      <w:pPr>
        <w:spacing w:before="0" w:after="80" w:line="300" w:lineRule="auto"/>
        <w:jc w:val="left"/>
      </w:pPr>
      <w:r>
        <w:rPr>
          <w:rFonts w:ascii="Times New Roman" w:hAnsi="Times New Roman" w:eastAsia="宋体"/>
          <w:b w:val="0"/>
          <w:i w:val="0"/>
          <w:color w:val="333333"/>
          <w:sz w:val="19"/>
        </w:rPr>
        <w:t>so a+b=12. The valid digit pairs are (3,9), (4,8), (5,7), (6,6), (7,5), (8,4), (9,3), giving 7 numbers.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假设有 12 名女生和 12 名男生，那么参加实地考察的有 9 名女生和 8 名男生，所以参加者中女生所占的比例是 9/9+8=9/17。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there are 12 girls and 12 boys. Then 9 girls and 8 boys go on the field trip, so the fraction of field-trip students who are girls is 9/9+8=9/17.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从六个数中选两个不同的数共有 C(6, 2)=15 种方法。乘积为 0 当且仅当选出的一个数是 0，另一个数有 5 种选择。因此所求概率为 5/15=1/3。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C(6, 2)=15 ways to select two different numbers. A product is 0 exactly when one selected number is 0, and there are 5 choices for the other number. Thus the probability is 5/15=1/3.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卡尔开 350 英里用了 350/35 加仑汽油。</w:t>
      </w:r>
    </w:p>
    <w:p>
      <w:pPr>
        <w:spacing w:before="0" w:after="80" w:line="300" w:lineRule="auto"/>
        <w:jc w:val="left"/>
      </w:pPr>
      <w:r>
        <w:rPr>
          <w:rFonts w:ascii="Times New Roman" w:hAnsi="Times New Roman" w:eastAsia="宋体"/>
          <w:b w:val="0"/>
          <w:i w:val="0"/>
          <w:sz w:val="21"/>
        </w:rPr>
        <w:t>他又加了 8 加仑到原来剩下的 14 - 10 = 4 加仑中，一共有 12 加仑。</w:t>
      </w:r>
    </w:p>
    <w:p>
      <w:pPr>
        <w:spacing w:before="0" w:after="80" w:line="300" w:lineRule="auto"/>
        <w:jc w:val="left"/>
      </w:pPr>
      <w:r>
        <w:rPr>
          <w:rFonts w:ascii="Times New Roman" w:hAnsi="Times New Roman" w:eastAsia="宋体"/>
          <w:b w:val="0"/>
          <w:i w:val="0"/>
          <w:sz w:val="21"/>
        </w:rPr>
        <w:t>到达时油箱半满，所以后来又用了 12 - 7 = 5 加仑，对应 5 · 35 = 175 英里。</w:t>
      </w:r>
    </w:p>
    <w:p>
      <w:pPr>
        <w:spacing w:before="0" w:after="80" w:line="300" w:lineRule="auto"/>
        <w:jc w:val="left"/>
      </w:pPr>
      <w:r>
        <w:rPr>
          <w:rFonts w:ascii="Times New Roman" w:hAnsi="Times New Roman" w:eastAsia="宋体"/>
          <w:b w:val="0"/>
          <w:i w:val="0"/>
          <w:sz w:val="21"/>
        </w:rPr>
        <w:t>因此他行驶的总路程为 350+175=525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Karl drove 350 miles, then he used 350/35 gallons of gas.</w:t>
      </w:r>
    </w:p>
    <w:p>
      <w:pPr>
        <w:spacing w:before="0" w:after="80" w:line="300" w:lineRule="auto"/>
        <w:jc w:val="left"/>
      </w:pPr>
      <w:r>
        <w:rPr>
          <w:rFonts w:ascii="Times New Roman" w:hAnsi="Times New Roman" w:eastAsia="宋体"/>
          <w:b w:val="0"/>
          <w:i w:val="0"/>
          <w:color w:val="333333"/>
          <w:sz w:val="19"/>
        </w:rPr>
        <w:t>When he bought more gas, he added 8 gallons to 14 - 10 = 4 gallons, attaining a total of 12 gallons.</w:t>
      </w:r>
    </w:p>
    <w:p>
      <w:pPr>
        <w:spacing w:before="0" w:after="80" w:line="300" w:lineRule="auto"/>
        <w:jc w:val="left"/>
      </w:pPr>
      <w:r>
        <w:rPr>
          <w:rFonts w:ascii="Times New Roman" w:hAnsi="Times New Roman" w:eastAsia="宋体"/>
          <w:b w:val="0"/>
          <w:i w:val="0"/>
          <w:color w:val="333333"/>
          <w:sz w:val="19"/>
        </w:rPr>
        <w:t>If his tank was half full when he arrived, he used 12 - 7 = 5 gallons, which equates to 5 · 35 = 175 miles.</w:t>
      </w:r>
    </w:p>
    <w:p>
      <w:pPr>
        <w:spacing w:before="0" w:after="80" w:line="300" w:lineRule="auto"/>
        <w:jc w:val="left"/>
      </w:pPr>
      <w:r>
        <w:rPr>
          <w:rFonts w:ascii="Times New Roman" w:hAnsi="Times New Roman" w:eastAsia="宋体"/>
          <w:b w:val="0"/>
          <w:i w:val="0"/>
          <w:color w:val="333333"/>
          <w:sz w:val="19"/>
        </w:rPr>
        <w:t>Therefore, he traveled a total distance of 350+175=525 miles.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使用平方差分解：</w:t>
      </w:r>
    </w:p>
    <w:p>
      <w:pPr>
        <w:spacing w:before="0" w:after="80" w:line="300" w:lineRule="auto"/>
        <w:jc w:val="left"/>
      </w:pPr>
      <w:r>
        <w:rPr>
          <w:rFonts w:ascii="Times New Roman" w:hAnsi="Times New Roman" w:eastAsia="宋体"/>
          <w:b w:val="0"/>
          <w:i w:val="0"/>
          <w:sz w:val="21"/>
        </w:rPr>
        <w:t>13⁴-11⁴ =(13²+11²)</w:t>
      </w:r>
    </w:p>
    <w:p>
      <w:pPr>
        <w:spacing w:before="0" w:after="80" w:line="300" w:lineRule="auto"/>
        <w:jc w:val="left"/>
      </w:pPr>
      <w:r>
        <w:rPr>
          <w:rFonts w:ascii="Times New Roman" w:hAnsi="Times New Roman" w:eastAsia="宋体"/>
          <w:b w:val="0"/>
          <w:i w:val="0"/>
          <w:sz w:val="21"/>
        </w:rPr>
        <w:t>·(13²-11²)</w:t>
      </w:r>
    </w:p>
    <w:p>
      <w:pPr>
        <w:spacing w:before="0" w:after="80" w:line="300" w:lineRule="auto"/>
        <w:jc w:val="left"/>
      </w:pPr>
      <w:r>
        <w:rPr>
          <w:rFonts w:ascii="Times New Roman" w:hAnsi="Times New Roman" w:eastAsia="宋体"/>
          <w:b w:val="0"/>
          <w:i w:val="0"/>
          <w:sz w:val="21"/>
        </w:rPr>
        <w:t>=290·48</w:t>
      </w:r>
    </w:p>
    <w:p>
      <w:pPr>
        <w:spacing w:before="0" w:after="80" w:line="300" w:lineRule="auto"/>
        <w:jc w:val="left"/>
      </w:pPr>
      <w:r>
        <w:rPr>
          <w:rFonts w:ascii="Times New Roman" w:hAnsi="Times New Roman" w:eastAsia="宋体"/>
          <w:b w:val="0"/>
          <w:i w:val="0"/>
          <w:sz w:val="21"/>
        </w:rPr>
        <w:t>=32·435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435 是奇数，所以 32 是能整除该表达式的最大的 2 的幂。</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factor this expression using difference of squares.</w:t>
      </w:r>
    </w:p>
    <w:p>
      <w:pPr>
        <w:spacing w:before="0" w:after="80" w:line="300" w:lineRule="auto"/>
        <w:jc w:val="left"/>
      </w:pPr>
      <w:r>
        <w:rPr>
          <w:rFonts w:ascii="Times New Roman" w:hAnsi="Times New Roman" w:eastAsia="宋体"/>
          <w:b w:val="0"/>
          <w:i w:val="0"/>
          <w:color w:val="333333"/>
          <w:sz w:val="19"/>
        </w:rPr>
        <w:t>13⁴-11⁴ =(13²+11²)</w:t>
      </w:r>
    </w:p>
    <w:p>
      <w:pPr>
        <w:spacing w:before="0" w:after="80" w:line="300" w:lineRule="auto"/>
        <w:jc w:val="left"/>
      </w:pPr>
      <w:r>
        <w:rPr>
          <w:rFonts w:ascii="Times New Roman" w:hAnsi="Times New Roman" w:eastAsia="宋体"/>
          <w:b w:val="0"/>
          <w:i w:val="0"/>
          <w:color w:val="333333"/>
          <w:sz w:val="19"/>
        </w:rPr>
        <w:t>·(13²-11²)</w:t>
      </w:r>
    </w:p>
    <w:p>
      <w:pPr>
        <w:spacing w:before="0" w:after="80" w:line="300" w:lineRule="auto"/>
        <w:jc w:val="left"/>
      </w:pPr>
      <w:r>
        <w:rPr>
          <w:rFonts w:ascii="Times New Roman" w:hAnsi="Times New Roman" w:eastAsia="宋体"/>
          <w:b w:val="0"/>
          <w:i w:val="0"/>
          <w:color w:val="333333"/>
          <w:sz w:val="19"/>
        </w:rPr>
        <w:t>=290·48</w:t>
      </w:r>
    </w:p>
    <w:p>
      <w:pPr>
        <w:spacing w:before="0" w:after="80" w:line="300" w:lineRule="auto"/>
        <w:jc w:val="left"/>
      </w:pPr>
      <w:r>
        <w:rPr>
          <w:rFonts w:ascii="Times New Roman" w:hAnsi="Times New Roman" w:eastAsia="宋体"/>
          <w:b w:val="0"/>
          <w:i w:val="0"/>
          <w:color w:val="333333"/>
          <w:sz w:val="19"/>
        </w:rPr>
        <w:t>=32·435.</w:t>
      </w:r>
    </w:p>
    <w:p>
      <w:pPr>
        <w:spacing w:before="0" w:after="80" w:line="300" w:lineRule="auto"/>
        <w:jc w:val="left"/>
      </w:pPr>
      <w:r>
        <w:rPr>
          <w:rFonts w:ascii="Times New Roman" w:hAnsi="Times New Roman" w:eastAsia="宋体"/>
          <w:b w:val="0"/>
          <w:i w:val="0"/>
          <w:color w:val="333333"/>
          <w:sz w:val="19"/>
        </w:rPr>
        <w:t>Because 435 is odd, 32 is the largest power of 2 that divides the expression.</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因为安妮比邦妮快 25%，所以邦妮每完成一圈时，安妮完成 1 1/4 圈。也就是说，邦妮每跑一圈，安妮领先四分之一圈。</w:t>
      </w:r>
    </w:p>
    <w:p>
      <w:pPr>
        <w:spacing w:before="0" w:after="80" w:line="300" w:lineRule="auto"/>
        <w:jc w:val="left"/>
      </w:pPr>
      <w:r>
        <w:rPr>
          <w:rFonts w:ascii="Times New Roman" w:hAnsi="Times New Roman" w:eastAsia="宋体"/>
          <w:b w:val="0"/>
          <w:i w:val="0"/>
          <w:sz w:val="21"/>
        </w:rPr>
        <w:t>安妮要整整领先一圈，需要邦妮完成 4 圈，此时安妮完成 5 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Annie is 25% faster than Bonnie, for every lap Bonnie finishes, Annie completes 1 1/4 laps. Therefore, Annie gains a quarter lap every time Bonnie finishes a lap.</w:t>
      </w:r>
    </w:p>
    <w:p>
      <w:pPr>
        <w:spacing w:before="0" w:after="80" w:line="300" w:lineRule="auto"/>
        <w:jc w:val="left"/>
      </w:pPr>
      <w:r>
        <w:rPr>
          <w:rFonts w:ascii="Times New Roman" w:hAnsi="Times New Roman" w:eastAsia="宋体"/>
          <w:b w:val="0"/>
          <w:i w:val="0"/>
          <w:color w:val="333333"/>
          <w:sz w:val="19"/>
        </w:rPr>
        <w:t>With this in mind, for Annie to completely lap Bonnie, Bonnie must finish 4 laps, which means that Annie finished 5 laps.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没有限制时，密码总数为 10⁴。这个条件排除了 10 个密码，因为前 3 位已经固定，最后一位可以任意。因此可接受密码数为</w:t>
      </w:r>
    </w:p>
    <w:p>
      <w:pPr>
        <w:spacing w:before="0" w:after="80" w:line="300" w:lineRule="auto"/>
        <w:jc w:val="left"/>
      </w:pPr>
      <w:r>
        <w:rPr>
          <w:rFonts w:ascii="Times New Roman" w:hAnsi="Times New Roman" w:eastAsia="宋体"/>
          <w:b w:val="0"/>
          <w:i w:val="0"/>
          <w:sz w:val="21"/>
        </w:rPr>
        <w:t>10,000 - 10 = 9990。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number of passwords with no conditions is 10⁴. The condition removes 10 possible passwords since the first 3 are determined, and the last one can be anything. Therefore, the number of acceptable passwords is</w:t>
      </w:r>
    </w:p>
    <w:p>
      <w:pPr>
        <w:spacing w:before="0" w:after="80" w:line="300" w:lineRule="auto"/>
        <w:jc w:val="left"/>
      </w:pPr>
      <w:r>
        <w:rPr>
          <w:rFonts w:ascii="Times New Roman" w:hAnsi="Times New Roman" w:eastAsia="宋体"/>
          <w:b w:val="0"/>
          <w:i w:val="0"/>
          <w:color w:val="333333"/>
          <w:sz w:val="19"/>
        </w:rPr>
        <w:t>10,000 - 10 = 9990.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每场比赛淘汰 5 人。要决出冠军，需要淘汰 215 人。因此需要 215/5 = 43 场比赛。</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each race eliminates 5 people. For there to be a winner, 215 must be eliminated. Therefore, 215/5 = 43 races are required to eliminate this number of people.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这些数的平均数为 (10,000)/25 = 400。因为共有二十五个连续偶整数，平均数就是中间项。最大数比中间项大 12 个偶数间隔，所以等于 400 + 12 · 2 = 424。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of these numbers is (10,000)/25 = 400. The largest number is 12 even numbers away, which means that it equals 400 + 12 · 2 = 424.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b 必须同时整除 12 和 15，所以它只能是 1 或 3。</w:t>
      </w:r>
    </w:p>
    <w:p>
      <w:pPr>
        <w:spacing w:before="0" w:after="80" w:line="300" w:lineRule="auto"/>
        <w:jc w:val="left"/>
      </w:pPr>
      <w:r>
        <w:rPr>
          <w:rFonts w:ascii="Times New Roman" w:hAnsi="Times New Roman" w:eastAsia="宋体"/>
          <w:b w:val="0"/>
          <w:i w:val="0"/>
          <w:sz w:val="21"/>
        </w:rPr>
        <w:t>如果 b = 1，则可取 a = 12、c = 15，它们的最小公倍数为 60。如果 b = 3，则可取 a = 4、c = 5，此时最小公倍数为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know that b has to divide both 12 and 15, so it must equal either 1 or 3.</w:t>
      </w:r>
    </w:p>
    <w:p>
      <w:pPr>
        <w:spacing w:before="0" w:after="80" w:line="300" w:lineRule="auto"/>
        <w:jc w:val="left"/>
      </w:pPr>
      <w:r>
        <w:rPr>
          <w:rFonts w:ascii="Times New Roman" w:hAnsi="Times New Roman" w:eastAsia="宋体"/>
          <w:b w:val="0"/>
          <w:i w:val="0"/>
          <w:color w:val="333333"/>
          <w:sz w:val="19"/>
        </w:rPr>
        <w:t>If b = 1, then a = 12 and c = 15, making their least common multiple 60. If b = 3, then we may take a = 4 and c = 5. The least common multiple in this scenario is 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3 枚红色筹码先于两枚绿色筹码都被抽出，当且仅当完整抽取顺序中的最后一枚筹码是绿色。选择两枚绿色筹码位置的等可能方式共有 10 种，其中最后一个位置为绿色的有 4 种。</w:t>
      </w:r>
    </w:p>
    <w:p>
      <w:pPr>
        <w:spacing w:before="0" w:after="80" w:line="300" w:lineRule="auto"/>
        <w:jc w:val="left"/>
      </w:pPr>
      <w:r>
        <w:rPr>
          <w:rFonts w:ascii="Times New Roman" w:hAnsi="Times New Roman" w:eastAsia="宋体"/>
          <w:b w:val="0"/>
          <w:i w:val="0"/>
          <w:sz w:val="21"/>
        </w:rPr>
        <w:t>因此所求概率为</w:t>
      </w:r>
    </w:p>
    <w:p>
      <w:pPr>
        <w:spacing w:before="0" w:after="80" w:line="300" w:lineRule="auto"/>
        <w:jc w:val="left"/>
      </w:pPr>
      <w:r>
        <w:rPr>
          <w:rFonts w:ascii="Times New Roman" w:hAnsi="Times New Roman" w:eastAsia="宋体"/>
          <w:b w:val="0"/>
          <w:i w:val="0"/>
          <w:sz w:val="21"/>
        </w:rPr>
        <w:t>4/10 = 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3 reds are drawn before both green chips exactly when a green chip is the last chip in the full ordering. There are 10 equally likely ways to choose the two positions of the green chips, and 4 of them have a green chip in the last position.</w:t>
      </w:r>
    </w:p>
    <w:p>
      <w:pPr>
        <w:spacing w:before="0" w:after="80" w:line="300" w:lineRule="auto"/>
        <w:jc w:val="left"/>
      </w:pPr>
      <w:r>
        <w:rPr>
          <w:rFonts w:ascii="Times New Roman" w:hAnsi="Times New Roman" w:eastAsia="宋体"/>
          <w:b w:val="0"/>
          <w:i w:val="0"/>
          <w:color w:val="333333"/>
          <w:sz w:val="19"/>
        </w:rPr>
        <w:t>Therefore, the desired probability is</w:t>
      </w:r>
    </w:p>
    <w:p>
      <w:pPr>
        <w:spacing w:before="0" w:after="80" w:line="300" w:lineRule="auto"/>
        <w:jc w:val="left"/>
      </w:pPr>
      <w:r>
        <w:rPr>
          <w:rFonts w:ascii="Times New Roman" w:hAnsi="Times New Roman" w:eastAsia="宋体"/>
          <w:b w:val="0"/>
          <w:i w:val="0"/>
          <w:color w:val="333333"/>
          <w:sz w:val="19"/>
        </w:rPr>
        <w:t>4/10 = 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设 I 为 AD 的中点，G 为 EF 的中点。再设 H 为 CF 与 BE 的交点。</w:t>
      </w:r>
    </w:p>
    <w:p>
      <w:pPr>
        <w:spacing w:before="80" w:after="80"/>
        <w:jc w:val="center"/>
      </w:pPr>
      <w:r>
        <w:drawing>
          <wp:inline xmlns:a="http://schemas.openxmlformats.org/drawingml/2006/main" xmlns:pic="http://schemas.openxmlformats.org/drawingml/2006/picture">
            <wp:extent cx="1544101" cy="2097182"/>
            <wp:docPr id="7" name="Picture 7"/>
            <wp:cNvGraphicFramePr>
              <a:graphicFrameLocks noChangeAspect="1"/>
            </wp:cNvGraphicFramePr>
            <a:graphic>
              <a:graphicData uri="http://schemas.openxmlformats.org/drawingml/2006/picture">
                <pic:pic>
                  <pic:nvPicPr>
                    <pic:cNvPr id="0" name="q22-sol-1@300dpi.png"/>
                    <pic:cNvPicPr/>
                  </pic:nvPicPr>
                  <pic:blipFill>
                    <a:blip r:embed="rId12"/>
                    <a:stretch>
                      <a:fillRect/>
                    </a:stretch>
                  </pic:blipFill>
                  <pic:spPr>
                    <a:xfrm>
                      <a:off x="0" y="0"/>
                      <a:ext cx="1544101" cy="2097182"/>
                    </a:xfrm>
                    <a:prstGeom prst="rect"/>
                  </pic:spPr>
                </pic:pic>
              </a:graphicData>
            </a:graphic>
          </wp:inline>
        </w:drawing>
      </w:r>
    </w:p>
    <w:p>
      <w:pPr>
        <w:spacing w:before="0" w:after="80" w:line="300" w:lineRule="auto"/>
        <w:jc w:val="left"/>
      </w:pPr>
      <w:r>
        <w:rPr>
          <w:rFonts w:ascii="Times New Roman" w:hAnsi="Times New Roman" w:eastAsia="宋体"/>
          <w:b w:val="0"/>
          <w:i w:val="0"/>
          <w:sz w:val="21"/>
        </w:rPr>
        <w:t>△ BCE 的面积是 1/2·1·4=2。由对称性可知，△ BCH 与 △ EFH 相似。它们的底边之比为 1: 3，所以高之比也相同。因此 3IH = HG，从而 IH = 1。</w:t>
      </w:r>
    </w:p>
    <w:p>
      <w:pPr>
        <w:spacing w:before="0" w:after="80" w:line="300" w:lineRule="auto"/>
        <w:jc w:val="left"/>
      </w:pPr>
      <w:r>
        <w:rPr>
          <w:rFonts w:ascii="Times New Roman" w:hAnsi="Times New Roman" w:eastAsia="宋体"/>
          <w:b w:val="0"/>
          <w:i w:val="0"/>
          <w:sz w:val="21"/>
        </w:rPr>
        <w:t>所以 [△ BCH]=1/2·1·1=1/2。于是 [△ ECH]=2-1/2=3/2。图形关于中线对称，因此蝙蝠双翼的总面积为 2·3/2=3。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I to be the midpoint of AD and G to be the midpoint of EF. Also define H to be the intersection of CF and BE.</w:t>
      </w:r>
    </w:p>
    <w:p>
      <w:pPr>
        <w:spacing w:before="80" w:after="80"/>
        <w:jc w:val="center"/>
      </w:pPr>
      <w:r>
        <w:drawing>
          <wp:inline xmlns:a="http://schemas.openxmlformats.org/drawingml/2006/main" xmlns:pic="http://schemas.openxmlformats.org/drawingml/2006/picture">
            <wp:extent cx="1544101" cy="2097182"/>
            <wp:docPr id="8" name="Picture 8"/>
            <wp:cNvGraphicFramePr>
              <a:graphicFrameLocks noChangeAspect="1"/>
            </wp:cNvGraphicFramePr>
            <a:graphic>
              <a:graphicData uri="http://schemas.openxmlformats.org/drawingml/2006/picture">
                <pic:pic>
                  <pic:nvPicPr>
                    <pic:cNvPr id="0" name="q22-sol-1@300dpi.png"/>
                    <pic:cNvPicPr/>
                  </pic:nvPicPr>
                  <pic:blipFill>
                    <a:blip r:embed="rId12"/>
                    <a:stretch>
                      <a:fillRect/>
                    </a:stretch>
                  </pic:blipFill>
                  <pic:spPr>
                    <a:xfrm>
                      <a:off x="0" y="0"/>
                      <a:ext cx="1544101" cy="209718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area of △ BCE is 1/2·1·4=2. By symmetry, we can see that △ BCH and △ EFH are similar. Since their bases are in a 1: 3 ratio, so are their altitudes. This means that 3IH = HG, which implies that IH = 1.</w:t>
      </w:r>
    </w:p>
    <w:p>
      <w:pPr>
        <w:spacing w:before="0" w:after="80" w:line="300" w:lineRule="auto"/>
        <w:jc w:val="left"/>
      </w:pPr>
      <w:r>
        <w:rPr>
          <w:rFonts w:ascii="Times New Roman" w:hAnsi="Times New Roman" w:eastAsia="宋体"/>
          <w:b w:val="0"/>
          <w:i w:val="0"/>
          <w:color w:val="333333"/>
          <w:sz w:val="19"/>
        </w:rPr>
        <w:t>Therefore, [△ BCH]=1/2·1·1=1/2. It follows that [△ ECH]=2-1/2=3/2. Since the figure is symmetric, the total area of the bat wings is 2·3/2=3.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80" w:after="80"/>
        <w:jc w:val="center"/>
      </w:pPr>
      <w:r>
        <w:drawing>
          <wp:inline xmlns:a="http://schemas.openxmlformats.org/drawingml/2006/main" xmlns:pic="http://schemas.openxmlformats.org/drawingml/2006/picture">
            <wp:extent cx="2624693" cy="1588067"/>
            <wp:docPr id="9" name="Picture 9"/>
            <wp:cNvGraphicFramePr>
              <a:graphicFrameLocks noChangeAspect="1"/>
            </wp:cNvGraphicFramePr>
            <a:graphic>
              <a:graphicData uri="http://schemas.openxmlformats.org/drawingml/2006/picture">
                <pic:pic>
                  <pic:nvPicPr>
                    <pic:cNvPr id="0" name="q23-sol-1@300dpi.png"/>
                    <pic:cNvPicPr/>
                  </pic:nvPicPr>
                  <pic:blipFill>
                    <a:blip r:embed="rId13"/>
                    <a:stretch>
                      <a:fillRect/>
                    </a:stretch>
                  </pic:blipFill>
                  <pic:spPr>
                    <a:xfrm>
                      <a:off x="0" y="0"/>
                      <a:ext cx="2624693" cy="1588067"/>
                    </a:xfrm>
                    <a:prstGeom prst="rect"/>
                  </pic:spPr>
                </pic:pic>
              </a:graphicData>
            </a:graphic>
          </wp:inline>
        </w:drawing>
      </w:r>
    </w:p>
    <w:p>
      <w:pPr>
        <w:spacing w:before="0" w:after="80" w:line="300" w:lineRule="auto"/>
        <w:jc w:val="left"/>
      </w:pPr>
      <w:r>
        <w:rPr>
          <w:rFonts w:ascii="Times New Roman" w:hAnsi="Times New Roman" w:eastAsia="宋体"/>
          <w:b w:val="0"/>
          <w:i w:val="0"/>
          <w:sz w:val="21"/>
        </w:rPr>
        <w:t>因为 AE = EB = AB，它们都是全等圆的半径，所以三点构成等边三角形，∠ AEB = 60°。</w:t>
      </w:r>
    </w:p>
    <w:p>
      <w:pPr>
        <w:spacing w:before="0" w:after="80" w:line="300" w:lineRule="auto"/>
        <w:jc w:val="left"/>
      </w:pPr>
      <w:r>
        <w:rPr>
          <w:rFonts w:ascii="Times New Roman" w:hAnsi="Times New Roman" w:eastAsia="宋体"/>
          <w:b w:val="0"/>
          <w:i w:val="0"/>
          <w:sz w:val="21"/>
        </w:rPr>
        <w:t>又因为 DB 和 AC 是直径，所以 ∠ DEB=∠ AEC=90°。因此</w:t>
      </w:r>
    </w:p>
    <w:p>
      <w:pPr>
        <w:spacing w:before="0" w:after="80" w:line="300" w:lineRule="auto"/>
        <w:jc w:val="left"/>
      </w:pPr>
      <w:r>
        <w:rPr>
          <w:rFonts w:ascii="Times New Roman" w:hAnsi="Times New Roman" w:eastAsia="宋体"/>
          <w:b w:val="0"/>
          <w:i w:val="0"/>
          <w:sz w:val="21"/>
        </w:rPr>
        <w:t>∠ CED = ∠ DEB+∠ AEC</w:t>
      </w:r>
    </w:p>
    <w:p>
      <w:pPr>
        <w:spacing w:before="0" w:after="80" w:line="300" w:lineRule="auto"/>
        <w:jc w:val="left"/>
      </w:pPr>
      <w:r>
        <w:rPr>
          <w:rFonts w:ascii="Times New Roman" w:hAnsi="Times New Roman" w:eastAsia="宋体"/>
          <w:b w:val="0"/>
          <w:i w:val="0"/>
          <w:sz w:val="21"/>
        </w:rPr>
        <w:t>-∠ AEB</w:t>
      </w:r>
    </w:p>
    <w:p>
      <w:pPr>
        <w:spacing w:before="0" w:after="80" w:line="300" w:lineRule="auto"/>
        <w:jc w:val="left"/>
      </w:pPr>
      <w:r>
        <w:rPr>
          <w:rFonts w:ascii="Times New Roman" w:hAnsi="Times New Roman" w:eastAsia="宋体"/>
          <w:b w:val="0"/>
          <w:i w:val="0"/>
          <w:sz w:val="21"/>
        </w:rPr>
        <w:t>=90°+90°-60°</w:t>
      </w:r>
    </w:p>
    <w:p>
      <w:pPr>
        <w:spacing w:before="0" w:after="80" w:line="300" w:lineRule="auto"/>
        <w:jc w:val="left"/>
      </w:pPr>
      <w:r>
        <w:rPr>
          <w:rFonts w:ascii="Times New Roman" w:hAnsi="Times New Roman" w:eastAsia="宋体"/>
          <w:b w:val="0"/>
          <w:i w:val="0"/>
          <w:sz w:val="21"/>
        </w:rPr>
        <w:t>=120°。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624693" cy="1588067"/>
            <wp:docPr id="10" name="Picture 10"/>
            <wp:cNvGraphicFramePr>
              <a:graphicFrameLocks noChangeAspect="1"/>
            </wp:cNvGraphicFramePr>
            <a:graphic>
              <a:graphicData uri="http://schemas.openxmlformats.org/drawingml/2006/picture">
                <pic:pic>
                  <pic:nvPicPr>
                    <pic:cNvPr id="0" name="q23-sol-1@300dpi.png"/>
                    <pic:cNvPicPr/>
                  </pic:nvPicPr>
                  <pic:blipFill>
                    <a:blip r:embed="rId13"/>
                    <a:stretch>
                      <a:fillRect/>
                    </a:stretch>
                  </pic:blipFill>
                  <pic:spPr>
                    <a:xfrm>
                      <a:off x="0" y="0"/>
                      <a:ext cx="2624693" cy="158806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know that AE = EB = AB since they are all radii of congruent circles, so they form an equilateral triangle, which means that ∠ AEB = 60°.</w:t>
      </w:r>
    </w:p>
    <w:p>
      <w:pPr>
        <w:spacing w:before="0" w:after="80" w:line="300" w:lineRule="auto"/>
        <w:jc w:val="left"/>
      </w:pPr>
      <w:r>
        <w:rPr>
          <w:rFonts w:ascii="Times New Roman" w:hAnsi="Times New Roman" w:eastAsia="宋体"/>
          <w:b w:val="0"/>
          <w:i w:val="0"/>
          <w:color w:val="333333"/>
          <w:sz w:val="19"/>
        </w:rPr>
        <w:t>The segments DB and AC are diameters, so ∠ DEB=∠ AEC=90°. Therefore,</w:t>
      </w:r>
    </w:p>
    <w:p>
      <w:pPr>
        <w:spacing w:before="0" w:after="80" w:line="300" w:lineRule="auto"/>
        <w:jc w:val="left"/>
      </w:pPr>
      <w:r>
        <w:rPr>
          <w:rFonts w:ascii="Times New Roman" w:hAnsi="Times New Roman" w:eastAsia="宋体"/>
          <w:b w:val="0"/>
          <w:i w:val="0"/>
          <w:color w:val="333333"/>
          <w:sz w:val="19"/>
        </w:rPr>
        <w:t>∠ CED = ∠ DEB+∠ AEC</w:t>
      </w:r>
    </w:p>
    <w:p>
      <w:pPr>
        <w:spacing w:before="0" w:after="80" w:line="300" w:lineRule="auto"/>
        <w:jc w:val="left"/>
      </w:pPr>
      <w:r>
        <w:rPr>
          <w:rFonts w:ascii="Times New Roman" w:hAnsi="Times New Roman" w:eastAsia="宋体"/>
          <w:b w:val="0"/>
          <w:i w:val="0"/>
          <w:color w:val="333333"/>
          <w:sz w:val="19"/>
        </w:rPr>
        <w:t>-∠ AEB</w:t>
      </w:r>
    </w:p>
    <w:p>
      <w:pPr>
        <w:spacing w:before="0" w:after="80" w:line="300" w:lineRule="auto"/>
        <w:jc w:val="left"/>
      </w:pPr>
      <w:r>
        <w:rPr>
          <w:rFonts w:ascii="Times New Roman" w:hAnsi="Times New Roman" w:eastAsia="宋体"/>
          <w:b w:val="0"/>
          <w:i w:val="0"/>
          <w:color w:val="333333"/>
          <w:sz w:val="19"/>
        </w:rPr>
        <w:t>=90°+90°-60°</w:t>
      </w:r>
    </w:p>
    <w:p>
      <w:pPr>
        <w:spacing w:before="0" w:after="80" w:line="300" w:lineRule="auto"/>
        <w:jc w:val="left"/>
      </w:pPr>
      <w:r>
        <w:rPr>
          <w:rFonts w:ascii="Times New Roman" w:hAnsi="Times New Roman" w:eastAsia="宋体"/>
          <w:b w:val="0"/>
          <w:i w:val="0"/>
          <w:color w:val="333333"/>
          <w:sz w:val="19"/>
        </w:rPr>
        <w:t>=120°.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因为 QRS 能被 5 整除，所以 S = 5。</w:t>
      </w:r>
    </w:p>
    <w:p>
      <w:pPr>
        <w:spacing w:before="0" w:after="80" w:line="300" w:lineRule="auto"/>
        <w:jc w:val="left"/>
      </w:pPr>
      <w:r>
        <w:rPr>
          <w:rFonts w:ascii="Times New Roman" w:hAnsi="Times New Roman" w:eastAsia="宋体"/>
          <w:b w:val="0"/>
          <w:i w:val="0"/>
          <w:sz w:val="21"/>
        </w:rPr>
        <w:t>因为 PQR 能被 4 整除，所以 QR 可以是 12、24 或 32。</w:t>
      </w:r>
    </w:p>
    <w:p>
      <w:pPr>
        <w:spacing w:before="0" w:after="80" w:line="300" w:lineRule="auto"/>
        <w:jc w:val="left"/>
      </w:pPr>
      <w:r>
        <w:rPr>
          <w:rFonts w:ascii="Times New Roman" w:hAnsi="Times New Roman" w:eastAsia="宋体"/>
          <w:b w:val="0"/>
          <w:i w:val="0"/>
          <w:sz w:val="21"/>
        </w:rPr>
        <w:t>如果 QR=12，则 R=2，那么 RST=25T，用剩余数字无法使其被 3 整除。如果 QR=32，则 R=2，也遇到同样问题。因此 QR=24，于是 RST=45T。在剩余数字中，只有 T=3 使 453 能被 3 整除。</w:t>
      </w:r>
    </w:p>
    <w:p>
      <w:pPr>
        <w:spacing w:before="0" w:after="80" w:line="300" w:lineRule="auto"/>
        <w:jc w:val="left"/>
      </w:pPr>
      <w:r>
        <w:rPr>
          <w:rFonts w:ascii="Times New Roman" w:hAnsi="Times New Roman" w:eastAsia="宋体"/>
          <w:b w:val="0"/>
          <w:i w:val="0"/>
          <w:sz w:val="21"/>
        </w:rPr>
        <w:t>因此 PQRST = 12453。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QRS is divisible by 5, we know that S = 5.</w:t>
      </w:r>
    </w:p>
    <w:p>
      <w:pPr>
        <w:spacing w:before="0" w:after="80" w:line="300" w:lineRule="auto"/>
        <w:jc w:val="left"/>
      </w:pPr>
      <w:r>
        <w:rPr>
          <w:rFonts w:ascii="Times New Roman" w:hAnsi="Times New Roman" w:eastAsia="宋体"/>
          <w:b w:val="0"/>
          <w:i w:val="0"/>
          <w:color w:val="333333"/>
          <w:sz w:val="19"/>
        </w:rPr>
        <w:t>Since PQR is divisible by 4, QR equals either 12, 24, or 32.</w:t>
      </w:r>
    </w:p>
    <w:p>
      <w:pPr>
        <w:spacing w:before="0" w:after="80" w:line="300" w:lineRule="auto"/>
        <w:jc w:val="left"/>
      </w:pPr>
      <w:r>
        <w:rPr>
          <w:rFonts w:ascii="Times New Roman" w:hAnsi="Times New Roman" w:eastAsia="宋体"/>
          <w:b w:val="0"/>
          <w:i w:val="0"/>
          <w:color w:val="333333"/>
          <w:sz w:val="19"/>
        </w:rPr>
        <w:t>If QR=12, then R=2, so RST=25T cannot be divisible by 3 using the remaining digits. If QR=32, then R=2 again, giving the same obstacle. Thus QR=24, and then RST=45T. Among the remaining digits, only T=3 makes 453 divisible by 3.</w:t>
      </w:r>
    </w:p>
    <w:p>
      <w:pPr>
        <w:spacing w:before="0" w:after="80" w:line="300" w:lineRule="auto"/>
        <w:jc w:val="left"/>
      </w:pPr>
      <w:r>
        <w:rPr>
          <w:rFonts w:ascii="Times New Roman" w:hAnsi="Times New Roman" w:eastAsia="宋体"/>
          <w:b w:val="0"/>
          <w:i w:val="0"/>
          <w:color w:val="333333"/>
          <w:sz w:val="19"/>
        </w:rPr>
        <w:t>Therefore, PQRST = 12453.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B</w:t>
      </w:r>
    </w:p>
    <w:p>
      <w:pPr>
        <w:spacing w:before="80" w:after="80"/>
        <w:jc w:val="center"/>
      </w:pPr>
      <w:r>
        <w:drawing>
          <wp:inline xmlns:a="http://schemas.openxmlformats.org/drawingml/2006/main" xmlns:pic="http://schemas.openxmlformats.org/drawingml/2006/picture">
            <wp:extent cx="2790423" cy="2516621"/>
            <wp:docPr id="11" name="Picture 11"/>
            <wp:cNvGraphicFramePr>
              <a:graphicFrameLocks noChangeAspect="1"/>
            </wp:cNvGraphicFramePr>
            <a:graphic>
              <a:graphicData uri="http://schemas.openxmlformats.org/drawingml/2006/picture">
                <pic:pic>
                  <pic:nvPicPr>
                    <pic:cNvPr id="0" name="q25-sol-1@300dpi.png"/>
                    <pic:cNvPicPr/>
                  </pic:nvPicPr>
                  <pic:blipFill>
                    <a:blip r:embed="rId14"/>
                    <a:stretch>
                      <a:fillRect/>
                    </a:stretch>
                  </pic:blipFill>
                  <pic:spPr>
                    <a:xfrm>
                      <a:off x="0" y="0"/>
                      <a:ext cx="2790423" cy="2516621"/>
                    </a:xfrm>
                    <a:prstGeom prst="rect"/>
                  </pic:spPr>
                </pic:pic>
              </a:graphicData>
            </a:graphic>
          </wp:inline>
        </w:drawing>
      </w:r>
    </w:p>
    <w:p>
      <w:pPr>
        <w:spacing w:before="0" w:after="80" w:line="300" w:lineRule="auto"/>
        <w:jc w:val="left"/>
      </w:pPr>
      <w:r>
        <w:rPr>
          <w:rFonts w:ascii="Times New Roman" w:hAnsi="Times New Roman" w:eastAsia="宋体"/>
          <w:b w:val="0"/>
          <w:i w:val="0"/>
          <w:sz w:val="21"/>
        </w:rPr>
        <w:t>设 O 是圆心，也就是 AB 的中点。</w:t>
      </w:r>
    </w:p>
    <w:p>
      <w:pPr>
        <w:spacing w:before="0" w:after="80" w:line="300" w:lineRule="auto"/>
        <w:jc w:val="left"/>
      </w:pPr>
      <w:r>
        <w:rPr>
          <w:rFonts w:ascii="Times New Roman" w:hAnsi="Times New Roman" w:eastAsia="宋体"/>
          <w:b w:val="0"/>
          <w:i w:val="0"/>
          <w:sz w:val="21"/>
        </w:rPr>
        <w:t>由勾股定理可得 BC = 17。</w:t>
      </w:r>
    </w:p>
    <w:p>
      <w:pPr>
        <w:spacing w:before="0" w:after="80" w:line="300" w:lineRule="auto"/>
        <w:jc w:val="left"/>
      </w:pPr>
      <w:r>
        <w:rPr>
          <w:rFonts w:ascii="Times New Roman" w:hAnsi="Times New Roman" w:eastAsia="宋体"/>
          <w:b w:val="0"/>
          <w:i w:val="0"/>
          <w:sz w:val="21"/>
        </w:rPr>
        <w:t>三角形右半部分的面积为</w:t>
      </w:r>
    </w:p>
    <w:p>
      <w:pPr>
        <w:spacing w:before="0" w:after="80" w:line="300" w:lineRule="auto"/>
        <w:jc w:val="left"/>
      </w:pPr>
      <w:r>
        <w:rPr>
          <w:rFonts w:ascii="Times New Roman" w:hAnsi="Times New Roman" w:eastAsia="宋体"/>
          <w:b w:val="0"/>
          <w:i w:val="0"/>
          <w:sz w:val="21"/>
        </w:rPr>
        <w:t>[△ BOC]=1/2·8·15=60。</w:t>
      </w:r>
    </w:p>
    <w:p>
      <w:pPr>
        <w:spacing w:before="0" w:after="80" w:line="300" w:lineRule="auto"/>
        <w:jc w:val="left"/>
      </w:pPr>
      <w:r>
        <w:rPr>
          <w:rFonts w:ascii="Times New Roman" w:hAnsi="Times New Roman" w:eastAsia="宋体"/>
          <w:b w:val="0"/>
          <w:i w:val="0"/>
          <w:sz w:val="21"/>
        </w:rPr>
        <w:t>半径 OE 垂直于相切的边 BC，所以同一面积也等于 1/2· OE·17。因此</w:t>
      </w:r>
    </w:p>
    <w:p>
      <w:pPr>
        <w:spacing w:before="0" w:after="80" w:line="300" w:lineRule="auto"/>
        <w:jc w:val="left"/>
      </w:pPr>
      <w:r>
        <w:rPr>
          <w:rFonts w:ascii="Times New Roman" w:hAnsi="Times New Roman" w:eastAsia="宋体"/>
          <w:b w:val="0"/>
          <w:i w:val="0"/>
          <w:sz w:val="21"/>
        </w:rPr>
        <w:t>OE=120/17。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790423" cy="2516621"/>
            <wp:docPr id="12" name="Picture 12"/>
            <wp:cNvGraphicFramePr>
              <a:graphicFrameLocks noChangeAspect="1"/>
            </wp:cNvGraphicFramePr>
            <a:graphic>
              <a:graphicData uri="http://schemas.openxmlformats.org/drawingml/2006/picture">
                <pic:pic>
                  <pic:nvPicPr>
                    <pic:cNvPr id="0" name="q25-sol-1@300dpi.png"/>
                    <pic:cNvPicPr/>
                  </pic:nvPicPr>
                  <pic:blipFill>
                    <a:blip r:embed="rId14"/>
                    <a:stretch>
                      <a:fillRect/>
                    </a:stretch>
                  </pic:blipFill>
                  <pic:spPr>
                    <a:xfrm>
                      <a:off x="0" y="0"/>
                      <a:ext cx="2790423" cy="251662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O be the center of the circle, which is the midpoint of AB.</w:t>
      </w:r>
    </w:p>
    <w:p>
      <w:pPr>
        <w:spacing w:before="0" w:after="80" w:line="300" w:lineRule="auto"/>
        <w:jc w:val="left"/>
      </w:pPr>
      <w:r>
        <w:rPr>
          <w:rFonts w:ascii="Times New Roman" w:hAnsi="Times New Roman" w:eastAsia="宋体"/>
          <w:b w:val="0"/>
          <w:i w:val="0"/>
          <w:color w:val="333333"/>
          <w:sz w:val="19"/>
        </w:rPr>
        <w:t>We then get that BC = 17 via the Pythagorean theorem.</w:t>
      </w:r>
    </w:p>
    <w:p>
      <w:pPr>
        <w:spacing w:before="0" w:after="80" w:line="300" w:lineRule="auto"/>
        <w:jc w:val="left"/>
      </w:pPr>
      <w:r>
        <w:rPr>
          <w:rFonts w:ascii="Times New Roman" w:hAnsi="Times New Roman" w:eastAsia="宋体"/>
          <w:b w:val="0"/>
          <w:i w:val="0"/>
          <w:color w:val="333333"/>
          <w:sz w:val="19"/>
        </w:rPr>
        <w:t>The right half of the isosceles triangle has area</w:t>
      </w:r>
    </w:p>
    <w:p>
      <w:pPr>
        <w:spacing w:before="0" w:after="80" w:line="300" w:lineRule="auto"/>
        <w:jc w:val="left"/>
      </w:pPr>
      <w:r>
        <w:rPr>
          <w:rFonts w:ascii="Times New Roman" w:hAnsi="Times New Roman" w:eastAsia="宋体"/>
          <w:b w:val="0"/>
          <w:i w:val="0"/>
          <w:color w:val="333333"/>
          <w:sz w:val="19"/>
        </w:rPr>
        <w:t>[△ BOC]=1/2·8·15=60.</w:t>
      </w:r>
    </w:p>
    <w:p>
      <w:pPr>
        <w:spacing w:before="0" w:after="80" w:line="300" w:lineRule="auto"/>
        <w:jc w:val="left"/>
      </w:pPr>
      <w:r>
        <w:rPr>
          <w:rFonts w:ascii="Times New Roman" w:hAnsi="Times New Roman" w:eastAsia="宋体"/>
          <w:b w:val="0"/>
          <w:i w:val="0"/>
          <w:color w:val="333333"/>
          <w:sz w:val="19"/>
        </w:rPr>
        <w:t>The radius OE is perpendicular to the tangent side BC, so the same area is 1/2· OE·17. Hence</w:t>
      </w:r>
    </w:p>
    <w:p>
      <w:pPr>
        <w:spacing w:before="0" w:after="80" w:line="300" w:lineRule="auto"/>
        <w:jc w:val="left"/>
      </w:pPr>
      <w:r>
        <w:rPr>
          <w:rFonts w:ascii="Times New Roman" w:hAnsi="Times New Roman" w:eastAsia="宋体"/>
          <w:b w:val="0"/>
          <w:i w:val="0"/>
          <w:color w:val="333333"/>
          <w:sz w:val="19"/>
        </w:rPr>
        <w:t>OE=120/17.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