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2015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要铺满一个长 12 英尺、宽 9 英尺的长方形地板，需要多少平方码地毯？（一码等于 3 英尺。）</w:t>
      </w:r>
    </w:p>
    <w:p>
      <w:pPr>
        <w:spacing w:before="0" w:after="120" w:line="300" w:lineRule="auto"/>
      </w:pPr>
      <w:r>
        <w:rPr>
          <w:rFonts w:ascii="Times New Roman" w:hAnsi="Times New Roman" w:eastAsia="宋体"/>
          <w:b w:val="0"/>
          <w:i w:val="0"/>
          <w:sz w:val="21"/>
        </w:rPr>
        <w:t>（A）12　　（B）36　　（C）108　　（D）324　　（E）972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square yards of carpet are required to cover a rectangular floor that is 12 feet long and 9 feet wide? (There are 3 feet in a yard.)</w:t>
      </w:r>
    </w:p>
    <w:p>
      <w:pPr>
        <w:spacing w:before="0" w:after="160" w:line="300" w:lineRule="auto"/>
      </w:pPr>
      <w:r>
        <w:rPr>
          <w:rFonts w:ascii="Times New Roman" w:hAnsi="Times New Roman" w:eastAsia="宋体"/>
          <w:b w:val="0"/>
          <w:i w:val="0"/>
          <w:color w:val="333333"/>
          <w:sz w:val="19"/>
        </w:rPr>
        <w:t>(A) 12　　(B) 36　　(C) 108　　(D) 324　　(E) 972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点 O 是正八边形 ABCDEFGH 的中心，X 是边 AB 的中点。阴影部分占八边形面积的几分之几？</w:t>
      </w:r>
    </w:p>
    <w:p>
      <w:pPr>
        <w:spacing w:before="80" w:after="80"/>
        <w:jc w:val="center"/>
      </w:pPr>
      <w:r>
        <w:drawing>
          <wp:inline xmlns:a="http://schemas.openxmlformats.org/drawingml/2006/main" xmlns:pic="http://schemas.openxmlformats.org/drawingml/2006/picture">
            <wp:extent cx="2247520" cy="2198492"/>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247520" cy="2198492"/>
                    </a:xfrm>
                    <a:prstGeom prst="rect"/>
                  </pic:spPr>
                </pic:pic>
              </a:graphicData>
            </a:graphic>
          </wp:inline>
        </w:drawing>
      </w:r>
    </w:p>
    <w:p>
      <w:pPr>
        <w:spacing w:before="0" w:after="120" w:line="300" w:lineRule="auto"/>
      </w:pPr>
      <w:r>
        <w:rPr>
          <w:rFonts w:ascii="Times New Roman" w:hAnsi="Times New Roman" w:eastAsia="宋体"/>
          <w:b w:val="0"/>
          <w:i w:val="0"/>
          <w:sz w:val="21"/>
        </w:rPr>
        <w:t>（A）11/32　　（B）3/8　　（C）13/32　　（D）7/16　　（E）15/32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O is the center of the regular octagon ABCDEFGH, and X is the midpoint of the side AB. What fraction of the area of the octagon is shaded?</w:t>
      </w:r>
    </w:p>
    <w:p>
      <w:pPr>
        <w:spacing w:before="80" w:after="80"/>
        <w:jc w:val="center"/>
      </w:pPr>
      <w:r>
        <w:drawing>
          <wp:inline xmlns:a="http://schemas.openxmlformats.org/drawingml/2006/main" xmlns:pic="http://schemas.openxmlformats.org/drawingml/2006/picture">
            <wp:extent cx="2247520" cy="2198492"/>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247520" cy="21984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11/32　　(B) 3/8　　(C) 13/32　　(D) 7/16　　(E) 15/32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杰克和吉尔要去离家一英里的游泳池游泳。他们同时离家。吉尔以每小时 10 英里的恒定速度骑自行车去游泳池。杰克以每小时 4 英里的恒定速度步行去游泳池。吉尔比杰克早到多少分钟？</w:t>
      </w:r>
    </w:p>
    <w:p>
      <w:pPr>
        <w:spacing w:before="0" w:after="120" w:line="300" w:lineRule="auto"/>
      </w:pPr>
      <w:r>
        <w:rPr>
          <w:rFonts w:ascii="Times New Roman" w:hAnsi="Times New Roman" w:eastAsia="宋体"/>
          <w:b w:val="0"/>
          <w:i w:val="0"/>
          <w:sz w:val="21"/>
        </w:rPr>
        <w:t>（A）5　　（B）6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and Jill are going swimming at a pool that is one mile from their house. They leave home simultaneously. Jill rides her bicycle to the pool at a constant speed of 10 miles per hour. Jack walks to the pool at a constant speed of 4 miles per hour. How many minutes before Jack does Jill arrive?</w:t>
      </w:r>
    </w:p>
    <w:p>
      <w:pPr>
        <w:spacing w:before="0" w:after="160" w:line="300" w:lineRule="auto"/>
      </w:pPr>
      <w:r>
        <w:rPr>
          <w:rFonts w:ascii="Times New Roman" w:hAnsi="Times New Roman" w:eastAsia="宋体"/>
          <w:b w:val="0"/>
          <w:i w:val="0"/>
          <w:color w:val="333333"/>
          <w:sz w:val="19"/>
        </w:rPr>
        <w:t>(A) 5　　(B) 6　　(C) 8　　(D) 9　　(E) 10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森特维尔中学国际象棋队由两名男生和三名女生组成。一位摄影师想为当地报纸拍一张队伍照片。她决定让他们坐成一排，两端各坐一名男生，中间坐三名女生。这样的排列有多少种？</w:t>
      </w:r>
    </w:p>
    <w:p>
      <w:pPr>
        <w:spacing w:before="0" w:after="120" w:line="300" w:lineRule="auto"/>
      </w:pPr>
      <w:r>
        <w:rPr>
          <w:rFonts w:ascii="Times New Roman" w:hAnsi="Times New Roman" w:eastAsia="宋体"/>
          <w:b w:val="0"/>
          <w:i w:val="0"/>
          <w:sz w:val="21"/>
        </w:rPr>
        <w:t>（A）2　　（B）4　　（C）5　　（D）6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Centerville Middle School chess team consists of two boys and three girls. A photographer wants to take a picture of the team to appear in the local newspaper. She decides to have them sit in a row with a boy at each end and the three girls in the middle. How many such arrangements are possible?</w:t>
      </w:r>
    </w:p>
    <w:p>
      <w:pPr>
        <w:spacing w:before="0" w:after="160" w:line="300" w:lineRule="auto"/>
      </w:pPr>
      <w:r>
        <w:rPr>
          <w:rFonts w:ascii="Times New Roman" w:hAnsi="Times New Roman" w:eastAsia="宋体"/>
          <w:b w:val="0"/>
          <w:i w:val="0"/>
          <w:color w:val="333333"/>
          <w:sz w:val="19"/>
        </w:rPr>
        <w:t>(A) 2　　(B) 4　　(C) 5　　(D) 6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比利的篮球队在赛季前 11 场比赛中的得分如下：</w:t>
      </w:r>
    </w:p>
    <w:p>
      <w:pPr>
        <w:spacing w:before="0" w:after="80" w:line="300" w:lineRule="auto"/>
        <w:jc w:val="left"/>
      </w:pPr>
      <w:r>
        <w:rPr>
          <w:rFonts w:ascii="Times New Roman" w:hAnsi="Times New Roman" w:eastAsia="宋体"/>
          <w:b w:val="0"/>
          <w:i w:val="0"/>
          <w:sz w:val="21"/>
        </w:rPr>
        <w:t>42、47、53、53、58、58、58、61、64、65、73。</w:t>
      </w:r>
    </w:p>
    <w:p>
      <w:pPr>
        <w:spacing w:before="0" w:after="80" w:line="300" w:lineRule="auto"/>
        <w:jc w:val="left"/>
      </w:pPr>
      <w:r>
        <w:rPr>
          <w:rFonts w:ascii="Times New Roman" w:hAnsi="Times New Roman" w:eastAsia="宋体"/>
          <w:b w:val="0"/>
          <w:i w:val="0"/>
          <w:sz w:val="21"/>
        </w:rPr>
        <w:t>如果他的球队在第 12 场比赛中得到 40 分，下列哪一个统计量会增加？</w:t>
      </w:r>
    </w:p>
    <w:p>
      <w:pPr>
        <w:spacing w:before="0" w:after="120" w:line="300" w:lineRule="auto"/>
      </w:pPr>
      <w:r>
        <w:rPr>
          <w:rFonts w:ascii="Times New Roman" w:hAnsi="Times New Roman" w:eastAsia="宋体"/>
          <w:b w:val="0"/>
          <w:i w:val="0"/>
          <w:sz w:val="21"/>
        </w:rPr>
        <w:t>（A）极差　　（B）中位数　　（C）平均数　　（D）众数　　（E）中程数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Billy’s basketball team scored the following points over the course of the first 11 games of the season:</w:t>
      </w:r>
    </w:p>
    <w:p>
      <w:pPr>
        <w:spacing w:before="0" w:after="80" w:line="300" w:lineRule="auto"/>
        <w:jc w:val="left"/>
      </w:pPr>
      <w:r>
        <w:rPr>
          <w:rFonts w:ascii="Times New Roman" w:hAnsi="Times New Roman" w:eastAsia="宋体"/>
          <w:b w:val="0"/>
          <w:i w:val="0"/>
          <w:color w:val="333333"/>
          <w:sz w:val="19"/>
        </w:rPr>
        <w:t>42, 47, 53, 53, 58, 58, 58, 61, 64, 65, 73.</w:t>
      </w:r>
    </w:p>
    <w:p>
      <w:pPr>
        <w:spacing w:before="0" w:after="80" w:line="300" w:lineRule="auto"/>
        <w:jc w:val="left"/>
      </w:pPr>
      <w:r>
        <w:rPr>
          <w:rFonts w:ascii="Times New Roman" w:hAnsi="Times New Roman" w:eastAsia="宋体"/>
          <w:b w:val="0"/>
          <w:i w:val="0"/>
          <w:color w:val="333333"/>
          <w:sz w:val="19"/>
        </w:rPr>
        <w:t>If his team scores 40 in the 12th game, which of the following statistics will show an increase?</w:t>
      </w:r>
    </w:p>
    <w:p>
      <w:pPr>
        <w:spacing w:before="0" w:after="160" w:line="300" w:lineRule="auto"/>
      </w:pPr>
      <w:r>
        <w:rPr>
          <w:rFonts w:ascii="Times New Roman" w:hAnsi="Times New Roman" w:eastAsia="宋体"/>
          <w:b w:val="0"/>
          <w:i w:val="0"/>
          <w:color w:val="333333"/>
          <w:sz w:val="19"/>
        </w:rPr>
        <w:t>(A) range　　(B) median　　(C) mean　　(D) mode　　(E) mid-range</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 △ ABC 中，AB=BC=29，且 AC=42。△ ABC 的面积是多少？</w:t>
      </w:r>
    </w:p>
    <w:p>
      <w:pPr>
        <w:spacing w:before="0" w:after="120" w:line="300" w:lineRule="auto"/>
      </w:pPr>
      <w:r>
        <w:rPr>
          <w:rFonts w:ascii="Times New Roman" w:hAnsi="Times New Roman" w:eastAsia="宋体"/>
          <w:b w:val="0"/>
          <w:i w:val="0"/>
          <w:sz w:val="21"/>
        </w:rPr>
        <w:t>（A）100　　（B）420　　（C）500　　（D）609　　（E）701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AB=BC=29, and AC=42. What is the area of △ ABC?</w:t>
      </w:r>
    </w:p>
    <w:p>
      <w:pPr>
        <w:spacing w:before="0" w:after="160" w:line="300" w:lineRule="auto"/>
      </w:pPr>
      <w:r>
        <w:rPr>
          <w:rFonts w:ascii="Times New Roman" w:hAnsi="Times New Roman" w:eastAsia="宋体"/>
          <w:b w:val="0"/>
          <w:i w:val="0"/>
          <w:color w:val="333333"/>
          <w:sz w:val="19"/>
        </w:rPr>
        <w:t>(A) 100　　(B) 420　　(C) 500　　(D) 609　　(E) 701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两个盒子中各有三枚编号为 1、2、3 的筹码。从每个盒子中随机取出一枚筹码，并将两枚筹码上的数字相乘。乘积为偶数的概率是多少？</w:t>
      </w:r>
    </w:p>
    <w:p>
      <w:pPr>
        <w:spacing w:before="0" w:after="120" w:line="300" w:lineRule="auto"/>
      </w:pPr>
      <w:r>
        <w:rPr>
          <w:rFonts w:ascii="Times New Roman" w:hAnsi="Times New Roman" w:eastAsia="宋体"/>
          <w:b w:val="0"/>
          <w:i w:val="0"/>
          <w:sz w:val="21"/>
        </w:rPr>
        <w:t>（A）1/9　　（B）2/9　　（C）4/9　　（D）1/2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two boxes contains three chips numbered 1, 2, 3. A chip is drawn randomly from each box and the numbers on the two chips are multiplied. What is the probability that their product is even?</w:t>
      </w:r>
    </w:p>
    <w:p>
      <w:pPr>
        <w:spacing w:before="0" w:after="160" w:line="300" w:lineRule="auto"/>
      </w:pPr>
      <w:r>
        <w:rPr>
          <w:rFonts w:ascii="Times New Roman" w:hAnsi="Times New Roman" w:eastAsia="宋体"/>
          <w:b w:val="0"/>
          <w:i w:val="0"/>
          <w:color w:val="333333"/>
          <w:sz w:val="19"/>
        </w:rPr>
        <w:t>(A) 1/9　　(B) 2/9　　(C) 4/9　　(D) 1/2　　(E) 5/9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大于任意一个有一条边长为 5、另一条边长为 19 的三角形周长的最小整数是多少？</w:t>
      </w:r>
    </w:p>
    <w:p>
      <w:pPr>
        <w:spacing w:before="0" w:after="120" w:line="300" w:lineRule="auto"/>
      </w:pPr>
      <w:r>
        <w:rPr>
          <w:rFonts w:ascii="Times New Roman" w:hAnsi="Times New Roman" w:eastAsia="宋体"/>
          <w:b w:val="0"/>
          <w:i w:val="0"/>
          <w:sz w:val="21"/>
        </w:rPr>
        <w:t>（A）24　　（B）29　　（C）43　　（D）48　　（E）57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whole number larger than the perimeter of any triangle with a side of length 5 and a side of length 19?</w:t>
      </w:r>
    </w:p>
    <w:p>
      <w:pPr>
        <w:spacing w:before="0" w:after="160" w:line="300" w:lineRule="auto"/>
      </w:pPr>
      <w:r>
        <w:rPr>
          <w:rFonts w:ascii="Times New Roman" w:hAnsi="Times New Roman" w:eastAsia="宋体"/>
          <w:b w:val="0"/>
          <w:i w:val="0"/>
          <w:color w:val="333333"/>
          <w:sz w:val="19"/>
        </w:rPr>
        <w:t>(A) 24　　(B) 29　　(C) 43　　(D) 48　　(E) 57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珍娜贝尔第一天上班卖出一个小部件。第二天卖出三个。第三天卖出五个，此后每天都比前一天多卖两个。工作 20 天后，珍娜贝尔总共卖出多少个小部件？</w:t>
      </w:r>
    </w:p>
    <w:p>
      <w:pPr>
        <w:spacing w:before="0" w:after="120" w:line="300" w:lineRule="auto"/>
      </w:pPr>
      <w:r>
        <w:rPr>
          <w:rFonts w:ascii="Times New Roman" w:hAnsi="Times New Roman" w:eastAsia="宋体"/>
          <w:b w:val="0"/>
          <w:i w:val="0"/>
          <w:sz w:val="21"/>
        </w:rPr>
        <w:t>（A）39　　（B）40　　（C）210　　（D）400　　（E）401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her first day of work, Janabel sold one widget. On day two, she sold three widgets. On day three, she sold five widgets, and on each succeeding day, she sold two more widgets than she had sold on the previous day. How many widgets in total had Janabel sold after working 20 days?</w:t>
      </w:r>
    </w:p>
    <w:p>
      <w:pPr>
        <w:spacing w:before="0" w:after="160" w:line="300" w:lineRule="auto"/>
      </w:pPr>
      <w:r>
        <w:rPr>
          <w:rFonts w:ascii="Times New Roman" w:hAnsi="Times New Roman" w:eastAsia="宋体"/>
          <w:b w:val="0"/>
          <w:i w:val="0"/>
          <w:color w:val="333333"/>
          <w:sz w:val="19"/>
        </w:rPr>
        <w:t>(A) 39　　(B) 40　　(C) 210　　(D) 400　　(E) 401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从 1000 到 9999 之间，有多少个四位整数的四个数字互不相同？</w:t>
      </w:r>
    </w:p>
    <w:p>
      <w:pPr>
        <w:spacing w:before="0" w:after="120" w:line="300" w:lineRule="auto"/>
      </w:pPr>
      <w:r>
        <w:rPr>
          <w:rFonts w:ascii="Times New Roman" w:hAnsi="Times New Roman" w:eastAsia="宋体"/>
          <w:b w:val="0"/>
          <w:i w:val="0"/>
          <w:sz w:val="21"/>
        </w:rPr>
        <w:t>（A）3024　　（B）4536　　（C）5040　　（D）6480　　（E）6561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between 1000 and 9999 have four distinct digits?</w:t>
      </w:r>
    </w:p>
    <w:p>
      <w:pPr>
        <w:spacing w:before="0" w:after="160" w:line="300" w:lineRule="auto"/>
      </w:pPr>
      <w:r>
        <w:rPr>
          <w:rFonts w:ascii="Times New Roman" w:hAnsi="Times New Roman" w:eastAsia="宋体"/>
          <w:b w:val="0"/>
          <w:i w:val="0"/>
          <w:color w:val="333333"/>
          <w:sz w:val="19"/>
        </w:rPr>
        <w:t>(A) 3024　　(B) 4536　　(C) 5040　　(D) 6480　　(E) 6561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在小国“数学国”，所有汽车牌照都有四个符号。第一个必须是元音字母（A、E、I、O 或 U），第二个和第三个必须是 21 个非元音字母中的两个不同字母，第四个必须是一个数字（零到 9）。如果符号在满足这些条件下随机选择，牌照读作“AMC8”的概率是多少？</w:t>
      </w:r>
    </w:p>
    <w:p>
      <w:pPr>
        <w:spacing w:before="0" w:after="120" w:line="300" w:lineRule="auto"/>
      </w:pPr>
      <w:r>
        <w:rPr>
          <w:rFonts w:ascii="Times New Roman" w:hAnsi="Times New Roman" w:eastAsia="宋体"/>
          <w:b w:val="0"/>
          <w:i w:val="0"/>
          <w:sz w:val="21"/>
        </w:rPr>
        <w:t>（A）1/(22,050)　　（B）1/(21,000)　　（C）1/(10,500)　　（D）1/(2,100)　　（E）1/(1,050)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small country of Mathland, all automobile license plates have four symbols. The first must be a vowel (A, E, I, O, or U), the second and third must be two different letters among the 21 non-vowels, and the fourth must be a digit (0 through 9). If the symbols are chosen at random subject to these conditions, what is the probability that the plate will read “AMC8”?</w:t>
      </w:r>
    </w:p>
    <w:p>
      <w:pPr>
        <w:spacing w:before="0" w:after="160" w:line="300" w:lineRule="auto"/>
      </w:pPr>
      <w:r>
        <w:rPr>
          <w:rFonts w:ascii="Times New Roman" w:hAnsi="Times New Roman" w:eastAsia="宋体"/>
          <w:b w:val="0"/>
          <w:i w:val="0"/>
          <w:color w:val="333333"/>
          <w:sz w:val="19"/>
        </w:rPr>
        <w:t>(A) 1/(22,050)　　(B) 1/(21,000)　　(C) 1/(10,500)　　(D) 1/(2,100)　　(E) 1/(1,050)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一个立方体有多少对平行棱，例如 AB 和 GH，或 EH 和 FG？</w:t>
      </w:r>
    </w:p>
    <w:p>
      <w:pPr>
        <w:spacing w:before="80" w:after="80"/>
        <w:jc w:val="center"/>
      </w:pPr>
      <w:r>
        <w:drawing>
          <wp:inline xmlns:a="http://schemas.openxmlformats.org/drawingml/2006/main" xmlns:pic="http://schemas.openxmlformats.org/drawingml/2006/picture">
            <wp:extent cx="1303845" cy="1581308"/>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303845" cy="1581308"/>
                    </a:xfrm>
                    <a:prstGeom prst="rect"/>
                  </pic:spPr>
                </pic:pic>
              </a:graphicData>
            </a:graphic>
          </wp:inline>
        </w:drawing>
      </w:r>
    </w:p>
    <w:p>
      <w:pPr>
        <w:spacing w:before="0" w:after="120" w:line="300" w:lineRule="auto"/>
      </w:pPr>
      <w:r>
        <w:rPr>
          <w:rFonts w:ascii="Times New Roman" w:hAnsi="Times New Roman" w:eastAsia="宋体"/>
          <w:b w:val="0"/>
          <w:i w:val="0"/>
          <w:sz w:val="21"/>
        </w:rPr>
        <w:t>（A）6　　（B）12　　（C）18　　（D）24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of parallel edges, such as AB and GH or EH and FG, does a cube have?</w:t>
      </w:r>
    </w:p>
    <w:p>
      <w:pPr>
        <w:spacing w:before="80" w:after="80"/>
        <w:jc w:val="center"/>
      </w:pPr>
      <w:r>
        <w:drawing>
          <wp:inline xmlns:a="http://schemas.openxmlformats.org/drawingml/2006/main" xmlns:pic="http://schemas.openxmlformats.org/drawingml/2006/picture">
            <wp:extent cx="1303845" cy="1581308"/>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303845" cy="15813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12　　(C) 18　　(D) 24　　(E) 36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从集合</w:t>
      </w:r>
    </w:p>
    <w:p>
      <w:pPr>
        <w:spacing w:before="0" w:after="80" w:line="300" w:lineRule="auto"/>
        <w:jc w:val="left"/>
      </w:pPr>
      <w:r>
        <w:rPr>
          <w:rFonts w:ascii="Times New Roman" w:hAnsi="Times New Roman" w:eastAsia="宋体"/>
          <w:b w:val="0"/>
          <w:i w:val="0"/>
          <w:sz w:val="21"/>
        </w:rPr>
        <w:t>{1, 2, 3, 4, 5, 6, 7, 8, 9, 10, 11}</w:t>
      </w:r>
    </w:p>
    <w:p>
      <w:pPr>
        <w:spacing w:before="0" w:after="80" w:line="300" w:lineRule="auto"/>
        <w:jc w:val="left"/>
      </w:pPr>
      <w:r>
        <w:rPr>
          <w:rFonts w:ascii="Times New Roman" w:hAnsi="Times New Roman" w:eastAsia="宋体"/>
          <w:b w:val="0"/>
          <w:i w:val="0"/>
          <w:sz w:val="21"/>
        </w:rPr>
        <w:t>中可以移除多少个不同的二元素子集，使剩余九个数的平均数为 6？</w:t>
      </w:r>
    </w:p>
    <w:p>
      <w:pPr>
        <w:spacing w:before="0" w:after="120" w:line="300" w:lineRule="auto"/>
      </w:pPr>
      <w:r>
        <w:rPr>
          <w:rFonts w:ascii="Times New Roman" w:hAnsi="Times New Roman" w:eastAsia="宋体"/>
          <w:b w:val="0"/>
          <w:i w:val="0"/>
          <w:sz w:val="21"/>
        </w:rPr>
        <w:t>（A）1　　（B）2　　（C）3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subsets of two elements can be removed from the set</w:t>
      </w:r>
    </w:p>
    <w:p>
      <w:pPr>
        <w:spacing w:before="0" w:after="80" w:line="300" w:lineRule="auto"/>
        <w:jc w:val="left"/>
      </w:pPr>
      <w:r>
        <w:rPr>
          <w:rFonts w:ascii="Times New Roman" w:hAnsi="Times New Roman" w:eastAsia="宋体"/>
          <w:b w:val="0"/>
          <w:i w:val="0"/>
          <w:color w:val="333333"/>
          <w:sz w:val="19"/>
        </w:rPr>
        <w:t>{1, 2, 3, 4, 5, 6, 7, 8, 9, 10, 11}</w:t>
      </w:r>
    </w:p>
    <w:p>
      <w:pPr>
        <w:spacing w:before="0" w:after="80" w:line="300" w:lineRule="auto"/>
        <w:jc w:val="left"/>
      </w:pPr>
      <w:r>
        <w:rPr>
          <w:rFonts w:ascii="Times New Roman" w:hAnsi="Times New Roman" w:eastAsia="宋体"/>
          <w:b w:val="0"/>
          <w:i w:val="0"/>
          <w:color w:val="333333"/>
          <w:sz w:val="19"/>
        </w:rPr>
        <w:t>so that the mean (average) of the nine remaining numbers is 6?</w:t>
      </w:r>
    </w:p>
    <w:p>
      <w:pPr>
        <w:spacing w:before="0" w:after="160" w:line="300" w:lineRule="auto"/>
      </w:pPr>
      <w:r>
        <w:rPr>
          <w:rFonts w:ascii="Times New Roman" w:hAnsi="Times New Roman" w:eastAsia="宋体"/>
          <w:b w:val="0"/>
          <w:i w:val="0"/>
          <w:color w:val="333333"/>
          <w:sz w:val="19"/>
        </w:rPr>
        <w:t>(A) 1　　(B) 2　　(C) 3　　(D) 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下列哪个整数不能写成四个连续奇整数之和？</w:t>
      </w:r>
    </w:p>
    <w:p>
      <w:pPr>
        <w:spacing w:before="0" w:after="120" w:line="300" w:lineRule="auto"/>
      </w:pPr>
      <w:r>
        <w:rPr>
          <w:rFonts w:ascii="Times New Roman" w:hAnsi="Times New Roman" w:eastAsia="宋体"/>
          <w:b w:val="0"/>
          <w:i w:val="0"/>
          <w:sz w:val="21"/>
        </w:rPr>
        <w:t>（A）16　　（B）40　　（C）72　　（D）100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integers cannot be written as the sum of four consecutive odd integers?</w:t>
      </w:r>
    </w:p>
    <w:p>
      <w:pPr>
        <w:spacing w:before="0" w:after="160" w:line="300" w:lineRule="auto"/>
      </w:pPr>
      <w:r>
        <w:rPr>
          <w:rFonts w:ascii="Times New Roman" w:hAnsi="Times New Roman" w:eastAsia="宋体"/>
          <w:b w:val="0"/>
          <w:i w:val="0"/>
          <w:color w:val="333333"/>
          <w:sz w:val="19"/>
        </w:rPr>
        <w:t>(A) 16　　(B) 40　　(C) 72　　(D) 100　　(E) 200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在欧拉中学，198 名学生对学校公投中的两个议题进行了投票，结果如下：149 人支持第一个议题，119 人支持第二个议题。如果正好有 29 名学生两个议题都反对，那么有多少名学生两个议题都支持？</w:t>
      </w:r>
    </w:p>
    <w:p>
      <w:pPr>
        <w:spacing w:before="0" w:after="120" w:line="300" w:lineRule="auto"/>
      </w:pPr>
      <w:r>
        <w:rPr>
          <w:rFonts w:ascii="Times New Roman" w:hAnsi="Times New Roman" w:eastAsia="宋体"/>
          <w:b w:val="0"/>
          <w:i w:val="0"/>
          <w:sz w:val="21"/>
        </w:rPr>
        <w:t>（A）49　　（B）70　　（C）79　　（D）99　　（E）149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Euler Middle School, 198 students voted on two issues in a school referendum with the following results. 149 voted in favor of the first issue and 119 voted in favor of the second issue. If there were exactly 29 students who voted against both issues, how many students voted in favor of both issues?</w:t>
      </w:r>
    </w:p>
    <w:p>
      <w:pPr>
        <w:spacing w:before="0" w:after="160" w:line="300" w:lineRule="auto"/>
      </w:pPr>
      <w:r>
        <w:rPr>
          <w:rFonts w:ascii="Times New Roman" w:hAnsi="Times New Roman" w:eastAsia="宋体"/>
          <w:b w:val="0"/>
          <w:i w:val="0"/>
          <w:color w:val="333333"/>
          <w:sz w:val="19"/>
        </w:rPr>
        <w:t>(A) 49　　(B) 70　　(C) 79　　(D) 99　　(E) 149</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在一个中学导师项目中，一些六年级学生与一名九年级学生配成伙伴。没有九年级学生被分配超过一名六年级伙伴。如果所有九年级学生的 1/3 与所有六年级学生的 2/5 配成伙伴，那么六年级和九年级学生总数中有伙伴的比例是多少？</w:t>
      </w:r>
    </w:p>
    <w:p>
      <w:pPr>
        <w:spacing w:before="0" w:after="120" w:line="300" w:lineRule="auto"/>
      </w:pPr>
      <w:r>
        <w:rPr>
          <w:rFonts w:ascii="Times New Roman" w:hAnsi="Times New Roman" w:eastAsia="宋体"/>
          <w:b w:val="0"/>
          <w:i w:val="0"/>
          <w:sz w:val="21"/>
        </w:rPr>
        <w:t>（A）2/15　　（B）4/11　　（C）11/30　　（D）3/8　　（E）11/15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middle-school mentoring program, a number of the sixth graders are paired with a ninth-grade student as a buddy. No ninth grader is assigned more than one sixth-grade buddy. If 1/3 of all the ninth graders are paired with 2/5 of all the sixth graders, what fraction of the total number of sixth and ninth graders have a buddy?</w:t>
      </w:r>
    </w:p>
    <w:p>
      <w:pPr>
        <w:spacing w:before="0" w:after="160" w:line="300" w:lineRule="auto"/>
      </w:pPr>
      <w:r>
        <w:rPr>
          <w:rFonts w:ascii="Times New Roman" w:hAnsi="Times New Roman" w:eastAsia="宋体"/>
          <w:b w:val="0"/>
          <w:i w:val="0"/>
          <w:color w:val="333333"/>
          <w:sz w:val="19"/>
        </w:rPr>
        <w:t>(A) 2/15　　(B) 4/11　　(C) 11/30　　(D) 3/8　　(E) 11/15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杰里米的父亲在交通高峰期开车送他上学要 20 分钟。某天没有交通拥堵，所以父亲能把车速提高每小时 18 英里，并在 12 分钟内把他送到学校。到学校有多少英里？</w:t>
      </w:r>
    </w:p>
    <w:p>
      <w:pPr>
        <w:spacing w:before="0" w:after="120" w:line="300" w:lineRule="auto"/>
      </w:pPr>
      <w:r>
        <w:rPr>
          <w:rFonts w:ascii="Times New Roman" w:hAnsi="Times New Roman" w:eastAsia="宋体"/>
          <w:b w:val="0"/>
          <w:i w:val="0"/>
          <w:sz w:val="21"/>
        </w:rPr>
        <w:t>（A）4　　（B）6　　（C）8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Jeremy’s father drives him to school in rush hour traffic in 20 minutes. One day there is no traffic, so his father can drive him 18 miles per hour faster and gets him to school in 12 minutes. How far in miles is it to school?</w:t>
      </w:r>
    </w:p>
    <w:p>
      <w:pPr>
        <w:spacing w:before="0" w:after="160" w:line="300" w:lineRule="auto"/>
      </w:pPr>
      <w:r>
        <w:rPr>
          <w:rFonts w:ascii="Times New Roman" w:hAnsi="Times New Roman" w:eastAsia="宋体"/>
          <w:b w:val="0"/>
          <w:i w:val="0"/>
          <w:color w:val="333333"/>
          <w:sz w:val="19"/>
        </w:rPr>
        <w:t>(A) 4　　(B) 6　　(C) 8　　(D) 9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等差数列是指从第二项开始，每一项都由前一项加上一个常数得到的数列。例如，2、5、8、11、14 是一个五项等差数列，第一项是 2，每次加上的常数是 3。这个 5×5 阵列中，每一行和每一列都是五项等差数列。X 的值是多少？</w:t>
      </w:r>
    </w:p>
    <w:p>
      <w:pPr>
        <w:spacing w:before="80" w:after="80"/>
        <w:jc w:val="center"/>
      </w:pPr>
      <w:r>
        <w:drawing>
          <wp:inline xmlns:a="http://schemas.openxmlformats.org/drawingml/2006/main" xmlns:pic="http://schemas.openxmlformats.org/drawingml/2006/picture">
            <wp:extent cx="1385999" cy="1385999"/>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385999" cy="1385999"/>
                    </a:xfrm>
                    <a:prstGeom prst="rect"/>
                  </pic:spPr>
                </pic:pic>
              </a:graphicData>
            </a:graphic>
          </wp:inline>
        </w:drawing>
      </w:r>
    </w:p>
    <w:p>
      <w:pPr>
        <w:spacing w:before="0" w:after="120" w:line="300" w:lineRule="auto"/>
      </w:pPr>
      <w:r>
        <w:rPr>
          <w:rFonts w:ascii="Times New Roman" w:hAnsi="Times New Roman" w:eastAsia="宋体"/>
          <w:b w:val="0"/>
          <w:i w:val="0"/>
          <w:sz w:val="21"/>
        </w:rPr>
        <w:t>（A）21　　（B）31　　（C）36　　（D）40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arithmetic sequence is a sequence in which each term after the first is obtained by adding a constant to the previous term. For example, 2, 5, 8, 11, 14 is an arithmetic sequence with five terms, in which the first term is 2 and the constant 3 is added. Each row and each column in this 5×5 array is an arithmetic sequence with five terms. What is the value of X?</w:t>
      </w:r>
    </w:p>
    <w:p>
      <w:pPr>
        <w:spacing w:before="80" w:after="80"/>
        <w:jc w:val="center"/>
      </w:pPr>
      <w:r>
        <w:drawing>
          <wp:inline xmlns:a="http://schemas.openxmlformats.org/drawingml/2006/main" xmlns:pic="http://schemas.openxmlformats.org/drawingml/2006/picture">
            <wp:extent cx="1385999" cy="1385999"/>
            <wp:docPr id="6" name="Picture 6"/>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385999" cy="13859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31　　(C) 36　　(D) 40　　(E) 42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顶点为 A=(1,3)、B=(5,1)、C=(4,4) 的三角形画在一个 6×5 网格上。这个三角形覆盖了网格的几分之几？</w:t>
      </w:r>
    </w:p>
    <w:p>
      <w:pPr>
        <w:spacing w:before="80" w:after="80"/>
        <w:jc w:val="center"/>
      </w:pPr>
      <w:r>
        <w:drawing>
          <wp:inline xmlns:a="http://schemas.openxmlformats.org/drawingml/2006/main" xmlns:pic="http://schemas.openxmlformats.org/drawingml/2006/picture">
            <wp:extent cx="2269204" cy="1953694"/>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269204" cy="1953694"/>
                    </a:xfrm>
                    <a:prstGeom prst="rect"/>
                  </pic:spPr>
                </pic:pic>
              </a:graphicData>
            </a:graphic>
          </wp:inline>
        </w:drawing>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vertices at A=(1,3), B=(5,1), and C=(4,4) is plotted on a 6×5 grid. What fraction of the grid is covered by the triangle?</w:t>
      </w:r>
    </w:p>
    <w:p>
      <w:pPr>
        <w:spacing w:before="80" w:after="80"/>
        <w:jc w:val="center"/>
      </w:pPr>
      <w:r>
        <w:drawing>
          <wp:inline xmlns:a="http://schemas.openxmlformats.org/drawingml/2006/main" xmlns:pic="http://schemas.openxmlformats.org/drawingml/2006/picture">
            <wp:extent cx="2269204" cy="1953694"/>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269204" cy="195369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拉尔夫去商店买了 12 双袜子，总价 $24。他买的袜子中有些每双 $1，有些每双 $3，有些每双 $4。如果每种袜子他至少买一双，那么拉尔夫买了多少双 $1 的袜子？</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Ralph went to the store and bought 12 pairs of socks for a total of $24. Some of the socks he bought cost $1 a pair, some of the socks he bought cost $3 a pair, and some of the socks he bought cost $4 a pair. If he bought at least one pair of each type, how many pairs of $1 socks did Ralph buy?</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如图，六边形 ABCDEF 是等角六边形，ABJI 和 FEHG 是面积分别为 18 和 32 的正方形，△ JBK 是等边三角形，且 FE=BC。△ KBC 的面积是多少？</w:t>
      </w:r>
    </w:p>
    <w:p>
      <w:pPr>
        <w:spacing w:before="80" w:after="80"/>
        <w:jc w:val="center"/>
      </w:pPr>
      <w:r>
        <w:drawing>
          <wp:inline xmlns:a="http://schemas.openxmlformats.org/drawingml/2006/main" xmlns:pic="http://schemas.openxmlformats.org/drawingml/2006/picture">
            <wp:extent cx="2464839" cy="2535203"/>
            <wp:docPr id="9" name="Picture 9"/>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464839" cy="2535203"/>
                    </a:xfrm>
                    <a:prstGeom prst="rect"/>
                  </pic:spPr>
                </pic:pic>
              </a:graphicData>
            </a:graphic>
          </wp:inline>
        </w:drawing>
      </w:r>
    </w:p>
    <w:p>
      <w:pPr>
        <w:spacing w:before="0" w:after="120" w:line="300" w:lineRule="auto"/>
      </w:pPr>
      <w:r>
        <w:rPr>
          <w:rFonts w:ascii="Times New Roman" w:hAnsi="Times New Roman" w:eastAsia="宋体"/>
          <w:b w:val="0"/>
          <w:i w:val="0"/>
          <w:sz w:val="21"/>
        </w:rPr>
        <w:t>（A）6√(2)　　（B）9　　（C）12　　（D）9√(2)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given figure hexagon ABCDEF is equiangular, ABJI and FEHG are squares with areas 18 and 32 respectively, △ JBK is equilateral and FE=BC. What is the area of △ KBC?</w:t>
      </w:r>
    </w:p>
    <w:p>
      <w:pPr>
        <w:spacing w:before="80" w:after="80"/>
        <w:jc w:val="center"/>
      </w:pPr>
      <w:r>
        <w:drawing>
          <wp:inline xmlns:a="http://schemas.openxmlformats.org/drawingml/2006/main" xmlns:pic="http://schemas.openxmlformats.org/drawingml/2006/picture">
            <wp:extent cx="2464839" cy="2535203"/>
            <wp:docPr id="10" name="Picture 10"/>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464839" cy="253520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6√(2)　　(B) 9　　(C) 12　　(D) 9√(2)　　(E) 32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六月 1 日，一组学生排成若干行，每行 15 人。六月 2 日，同一组学生排成一长行。六月 3 日，同一组学生每行只站一人。六月 4 日，同一组学生每行 6 人。这个过程一直持续到六月 12 日，每天每行人数都不同。然而到六月 13 日，他们找不到新的排列方式。这组学生最少可能有多少人？</w:t>
      </w:r>
    </w:p>
    <w:p>
      <w:pPr>
        <w:spacing w:before="0" w:after="120" w:line="300" w:lineRule="auto"/>
      </w:pPr>
      <w:r>
        <w:rPr>
          <w:rFonts w:ascii="Times New Roman" w:hAnsi="Times New Roman" w:eastAsia="宋体"/>
          <w:b w:val="0"/>
          <w:i w:val="0"/>
          <w:sz w:val="21"/>
        </w:rPr>
        <w:t>（A）21　　（B）30　　（C）60　　（D）90　　（E）1080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June 1, a group of students is standing in rows, with 15 students in each row. On June 2, the same group is standing with all of the students in one long row. On June 3, the same group is standing with just one student in each row. On June 4, the same group is standing with 6 students in each row. This process continues through June 12 with a different number of students per row each day. However, on June 13, they cannot find a new way of organizing the students. What is the smallest possible number of students in the group?</w:t>
      </w:r>
    </w:p>
    <w:p>
      <w:pPr>
        <w:spacing w:before="0" w:after="160" w:line="300" w:lineRule="auto"/>
      </w:pPr>
      <w:r>
        <w:rPr>
          <w:rFonts w:ascii="Times New Roman" w:hAnsi="Times New Roman" w:eastAsia="宋体"/>
          <w:b w:val="0"/>
          <w:i w:val="0"/>
          <w:color w:val="333333"/>
          <w:sz w:val="19"/>
        </w:rPr>
        <w:t>(A) 21　　(B) 30　　(C) 60　　(D) 90　　(E) 1080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汤姆有十二张纸条，他想把它们放入标有 A、B、C、D、E 的五个杯子中。</w:t>
      </w:r>
    </w:p>
    <w:p>
      <w:pPr>
        <w:spacing w:before="0" w:after="80" w:line="300" w:lineRule="auto"/>
        <w:jc w:val="left"/>
      </w:pPr>
      <w:r>
        <w:rPr>
          <w:rFonts w:ascii="Times New Roman" w:hAnsi="Times New Roman" w:eastAsia="宋体"/>
          <w:b w:val="0"/>
          <w:i w:val="0"/>
          <w:sz w:val="21"/>
        </w:rPr>
        <w:t>他希望每个杯子中纸条上的数之和都是整数，而且这五个整数从 A 到 E 连续递增。纸条上的数是 2、2、2、2.5、2.5、3、3、3、3、3.5、4、4.5。如果一张写有 2 的纸条放入杯子 E，一张写有 3 的纸条放入杯子 B，那么写有 3.5 的纸条必须放入哪个杯子？</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has twelve slips of paper which he wants to put into five cups labeled A, B, C, D, E.</w:t>
      </w:r>
    </w:p>
    <w:p>
      <w:pPr>
        <w:spacing w:before="0" w:after="80" w:line="300" w:lineRule="auto"/>
        <w:jc w:val="left"/>
      </w:pPr>
      <w:r>
        <w:rPr>
          <w:rFonts w:ascii="Times New Roman" w:hAnsi="Times New Roman" w:eastAsia="宋体"/>
          <w:b w:val="0"/>
          <w:i w:val="0"/>
          <w:color w:val="333333"/>
          <w:sz w:val="19"/>
        </w:rPr>
        <w:t>He wants the sum of the numbers on the slips in each cup to be an integer. Furthermore, he wants the five integers to be consecutive and increasing from A to E. The numbers on the papers are 2, 2, 2, 2.5, 2.5, 3, 3, 3, 3, 3.5, 4, 4.5. If a slip with 2 goes into cup E and a slip with 3 goes into cup B, then the slip with 3.5 must go into what cup?</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一个棒球联盟由两个四队分区组成。每支球队与同分区其他每支球队比赛 N 场。每支球队与另一个分区的每支球队比赛 M 场，其中 N &gt; 2M，且 M &gt; 4。每支球队赛程共 76 场。</w:t>
      </w:r>
    </w:p>
    <w:p>
      <w:pPr>
        <w:spacing w:before="0" w:after="80" w:line="300" w:lineRule="auto"/>
        <w:jc w:val="left"/>
      </w:pPr>
      <w:r>
        <w:rPr>
          <w:rFonts w:ascii="Times New Roman" w:hAnsi="Times New Roman" w:eastAsia="宋体"/>
          <w:b w:val="0"/>
          <w:i w:val="0"/>
          <w:sz w:val="21"/>
        </w:rPr>
        <w:t>每支球队在本分区内打多少场比赛？</w:t>
      </w:r>
    </w:p>
    <w:p>
      <w:pPr>
        <w:spacing w:before="0" w:after="120" w:line="300" w:lineRule="auto"/>
      </w:pPr>
      <w:r>
        <w:rPr>
          <w:rFonts w:ascii="Times New Roman" w:hAnsi="Times New Roman" w:eastAsia="宋体"/>
          <w:b w:val="0"/>
          <w:i w:val="0"/>
          <w:sz w:val="21"/>
        </w:rPr>
        <w:t>（A）36　　（B）48　　（C）54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baseball league consists of two four-team divisions. Each team plays every other team in its division N games. Each team plays every team in the other division M games with N &gt; 2M and M &gt; 4. Each team plays a 76 game schedule.</w:t>
      </w:r>
    </w:p>
    <w:p>
      <w:pPr>
        <w:spacing w:before="0" w:after="80" w:line="300" w:lineRule="auto"/>
        <w:jc w:val="left"/>
      </w:pPr>
      <w:r>
        <w:rPr>
          <w:rFonts w:ascii="Times New Roman" w:hAnsi="Times New Roman" w:eastAsia="宋体"/>
          <w:b w:val="0"/>
          <w:i w:val="0"/>
          <w:color w:val="333333"/>
          <w:sz w:val="19"/>
        </w:rPr>
        <w:t>How many games does a team play within its own division?</w:t>
      </w:r>
    </w:p>
    <w:p>
      <w:pPr>
        <w:spacing w:before="0" w:after="160" w:line="300" w:lineRule="auto"/>
      </w:pPr>
      <w:r>
        <w:rPr>
          <w:rFonts w:ascii="Times New Roman" w:hAnsi="Times New Roman" w:eastAsia="宋体"/>
          <w:b w:val="0"/>
          <w:i w:val="0"/>
          <w:color w:val="333333"/>
          <w:sz w:val="19"/>
        </w:rPr>
        <w:t>(A) 36　　(B) 48　　(C) 54　　(D) 60　　(E) 72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从这个 5 英寸正方形的四个角各切去一个一英寸正方形。能放入剩余空间中的最大正方形面积是多少平方英寸？</w:t>
      </w:r>
    </w:p>
    <w:p>
      <w:pPr>
        <w:spacing w:before="80" w:after="80"/>
        <w:jc w:val="center"/>
      </w:pPr>
      <w:r>
        <w:drawing>
          <wp:inline xmlns:a="http://schemas.openxmlformats.org/drawingml/2006/main" xmlns:pic="http://schemas.openxmlformats.org/drawingml/2006/picture">
            <wp:extent cx="952499" cy="952499"/>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952499" cy="952499"/>
                    </a:xfrm>
                    <a:prstGeom prst="rect"/>
                  </pic:spPr>
                </pic:pic>
              </a:graphicData>
            </a:graphic>
          </wp:inline>
        </w:drawing>
      </w:r>
    </w:p>
    <w:p>
      <w:pPr>
        <w:spacing w:before="0" w:after="120" w:line="300" w:lineRule="auto"/>
      </w:pPr>
      <w:r>
        <w:rPr>
          <w:rFonts w:ascii="Times New Roman" w:hAnsi="Times New Roman" w:eastAsia="宋体"/>
          <w:b w:val="0"/>
          <w:i w:val="0"/>
          <w:sz w:val="21"/>
        </w:rPr>
        <w:t>（A）9　　（B）121/2　　（C）15　　（D）151/2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One-inch squares are cut from the corners of this 5 inch square. What is the area in square inches of the largest square that can be fitted into the remaining space?</w:t>
      </w:r>
    </w:p>
    <w:p>
      <w:pPr>
        <w:spacing w:before="80" w:after="80"/>
        <w:jc w:val="center"/>
      </w:pPr>
      <w:r>
        <w:drawing>
          <wp:inline xmlns:a="http://schemas.openxmlformats.org/drawingml/2006/main" xmlns:pic="http://schemas.openxmlformats.org/drawingml/2006/picture">
            <wp:extent cx="952499" cy="952499"/>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952499" cy="9524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121/2　　(C) 15　　(D) 151/2　　(E) 17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D　E　A　B　E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B　C　D　D　D　B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C　C　D　B　C</w:t>
      </w:r>
    </w:p>
    <w:p>
      <w:pPr>
        <w:spacing w:before="0" w:after="200" w:line="300" w:lineRule="auto"/>
      </w:pPr>
      <w:r>
        <w:rPr>
          <w:rFonts w:ascii="Times New Roman" w:hAnsi="Times New Roman" w:eastAsia="宋体"/>
          <w:b w:val="0"/>
          <w:i w:val="0"/>
          <w:color w:val="666666"/>
          <w:sz w:val="18"/>
        </w:rPr>
        <w:t>答案串：ADDEABEDDBBCDDDBDBADCCDBC</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一边长 12 英尺，即 12/3 = 4 码。</w:t>
      </w:r>
    </w:p>
    <w:p>
      <w:pPr>
        <w:spacing w:before="0" w:after="80" w:line="300" w:lineRule="auto"/>
        <w:jc w:val="left"/>
      </w:pPr>
      <w:r>
        <w:rPr>
          <w:rFonts w:ascii="Times New Roman" w:hAnsi="Times New Roman" w:eastAsia="宋体"/>
          <w:b w:val="0"/>
          <w:i w:val="0"/>
          <w:sz w:val="21"/>
        </w:rPr>
        <w:t>另一边长 9 英尺，即 9/3 = 3 码。</w:t>
      </w:r>
    </w:p>
    <w:p>
      <w:pPr>
        <w:spacing w:before="0" w:after="80" w:line="300" w:lineRule="auto"/>
        <w:jc w:val="left"/>
      </w:pPr>
      <w:r>
        <w:rPr>
          <w:rFonts w:ascii="Times New Roman" w:hAnsi="Times New Roman" w:eastAsia="宋体"/>
          <w:b w:val="0"/>
          <w:i w:val="0"/>
          <w:sz w:val="21"/>
        </w:rPr>
        <w:t>因为尺寸是 4 码乘 3 码，所以面积为</w:t>
      </w:r>
    </w:p>
    <w:p>
      <w:pPr>
        <w:spacing w:before="0" w:after="80" w:line="300" w:lineRule="auto"/>
        <w:jc w:val="left"/>
      </w:pPr>
      <w:r>
        <w:rPr>
          <w:rFonts w:ascii="Times New Roman" w:hAnsi="Times New Roman" w:eastAsia="宋体"/>
          <w:b w:val="0"/>
          <w:i w:val="0"/>
          <w:sz w:val="21"/>
        </w:rPr>
        <w:t>4·3=12</w:t>
      </w:r>
    </w:p>
    <w:p>
      <w:pPr>
        <w:spacing w:before="0" w:after="80" w:line="300" w:lineRule="auto"/>
        <w:jc w:val="left"/>
      </w:pPr>
      <w:r>
        <w:rPr>
          <w:rFonts w:ascii="Times New Roman" w:hAnsi="Times New Roman" w:eastAsia="宋体"/>
          <w:b w:val="0"/>
          <w:i w:val="0"/>
          <w:sz w:val="21"/>
        </w:rPr>
        <w:t>平方码。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one side is 12 feet, it would be 12/3 = 4 yards.</w:t>
      </w:r>
    </w:p>
    <w:p>
      <w:pPr>
        <w:spacing w:before="0" w:after="80" w:line="300" w:lineRule="auto"/>
        <w:jc w:val="left"/>
      </w:pPr>
      <w:r>
        <w:rPr>
          <w:rFonts w:ascii="Times New Roman" w:hAnsi="Times New Roman" w:eastAsia="宋体"/>
          <w:b w:val="0"/>
          <w:i w:val="0"/>
          <w:color w:val="333333"/>
          <w:sz w:val="19"/>
        </w:rPr>
        <w:t>Since another side is 9 feet, it would be 9/3 = 3 yards.</w:t>
      </w:r>
    </w:p>
    <w:p>
      <w:pPr>
        <w:spacing w:before="0" w:after="80" w:line="300" w:lineRule="auto"/>
        <w:jc w:val="left"/>
      </w:pPr>
      <w:r>
        <w:rPr>
          <w:rFonts w:ascii="Times New Roman" w:hAnsi="Times New Roman" w:eastAsia="宋体"/>
          <w:b w:val="0"/>
          <w:i w:val="0"/>
          <w:color w:val="333333"/>
          <w:sz w:val="19"/>
        </w:rPr>
        <w:t>Since the dimensions are 4 yards by 3 yards, the area is</w:t>
      </w:r>
    </w:p>
    <w:p>
      <w:pPr>
        <w:spacing w:before="0" w:after="80" w:line="300" w:lineRule="auto"/>
        <w:jc w:val="left"/>
      </w:pPr>
      <w:r>
        <w:rPr>
          <w:rFonts w:ascii="Times New Roman" w:hAnsi="Times New Roman" w:eastAsia="宋体"/>
          <w:b w:val="0"/>
          <w:i w:val="0"/>
          <w:color w:val="333333"/>
          <w:sz w:val="19"/>
        </w:rPr>
        <w:t>4·3=12</w:t>
      </w:r>
    </w:p>
    <w:p>
      <w:pPr>
        <w:spacing w:before="0" w:after="80" w:line="300" w:lineRule="auto"/>
        <w:jc w:val="left"/>
      </w:pPr>
      <w:r>
        <w:rPr>
          <w:rFonts w:ascii="Times New Roman" w:hAnsi="Times New Roman" w:eastAsia="宋体"/>
          <w:b w:val="0"/>
          <w:i w:val="0"/>
          <w:color w:val="333333"/>
          <w:sz w:val="19"/>
        </w:rPr>
        <w:t>square yards.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先注意，八边形可分成 8 个面积相等的三角形，每个三角形都以 O 为一个顶点。因此每个三角形占八边形总面积的 1/8。</w:t>
      </w:r>
    </w:p>
    <w:p>
      <w:pPr>
        <w:spacing w:before="0" w:after="80" w:line="300" w:lineRule="auto"/>
        <w:jc w:val="left"/>
      </w:pPr>
      <w:r>
        <w:rPr>
          <w:rFonts w:ascii="Times New Roman" w:hAnsi="Times New Roman" w:eastAsia="宋体"/>
          <w:b w:val="0"/>
          <w:i w:val="0"/>
          <w:sz w:val="21"/>
        </w:rPr>
        <w:t>阴影部分包含三个完整三角形和三角形 ABO 的一半。因此阴影面积是八边形总面积的</w:t>
      </w:r>
    </w:p>
    <w:p>
      <w:pPr>
        <w:spacing w:before="0" w:after="80" w:line="300" w:lineRule="auto"/>
        <w:jc w:val="left"/>
      </w:pPr>
      <w:r>
        <w:rPr>
          <w:rFonts w:ascii="Times New Roman" w:hAnsi="Times New Roman" w:eastAsia="宋体"/>
          <w:b w:val="0"/>
          <w:i w:val="0"/>
          <w:sz w:val="21"/>
        </w:rPr>
        <w:t>3.5/8 = 7/16</w:t>
      </w:r>
    </w:p>
    <w:p>
      <w:pPr>
        <w:spacing w:before="0" w:after="80" w:line="300" w:lineRule="auto"/>
        <w:jc w:val="left"/>
      </w:pPr>
      <w:r>
        <w:rPr>
          <w:rFonts w:ascii="Times New Roman" w:hAnsi="Times New Roman" w:eastAsia="宋体"/>
          <w:b w:val="0"/>
          <w:i w:val="0"/>
          <w:sz w:val="21"/>
        </w:rPr>
        <w:t>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notice that there are 8 equally sized triangles that can be created with O and any two consecutive points. Therefore, they each take up 1/8 of the total area of the octagon.</w:t>
      </w:r>
    </w:p>
    <w:p>
      <w:pPr>
        <w:spacing w:before="0" w:after="80" w:line="300" w:lineRule="auto"/>
        <w:jc w:val="left"/>
      </w:pPr>
      <w:r>
        <w:rPr>
          <w:rFonts w:ascii="Times New Roman" w:hAnsi="Times New Roman" w:eastAsia="宋体"/>
          <w:b w:val="0"/>
          <w:i w:val="0"/>
          <w:color w:val="333333"/>
          <w:sz w:val="19"/>
        </w:rPr>
        <w:t>The shaded area has three complete triangles and half of the triangle ABO. Therefore, the shaded area is</w:t>
      </w:r>
    </w:p>
    <w:p>
      <w:pPr>
        <w:spacing w:before="0" w:after="80" w:line="300" w:lineRule="auto"/>
        <w:jc w:val="left"/>
      </w:pPr>
      <w:r>
        <w:rPr>
          <w:rFonts w:ascii="Times New Roman" w:hAnsi="Times New Roman" w:eastAsia="宋体"/>
          <w:b w:val="0"/>
          <w:i w:val="0"/>
          <w:color w:val="333333"/>
          <w:sz w:val="19"/>
        </w:rPr>
        <w:t>3.5/8 = 7/16</w:t>
      </w:r>
    </w:p>
    <w:p>
      <w:pPr>
        <w:spacing w:before="0" w:after="80" w:line="300" w:lineRule="auto"/>
        <w:jc w:val="left"/>
      </w:pPr>
      <w:r>
        <w:rPr>
          <w:rFonts w:ascii="Times New Roman" w:hAnsi="Times New Roman" w:eastAsia="宋体"/>
          <w:b w:val="0"/>
          <w:i w:val="0"/>
          <w:color w:val="333333"/>
          <w:sz w:val="19"/>
        </w:rPr>
        <w:t>of the total area of the octagon.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杰克走 4 英里需要 60 分钟，所以他到游泳池需要 60/4 = 15 分钟。</w:t>
      </w:r>
    </w:p>
    <w:p>
      <w:pPr>
        <w:spacing w:before="0" w:after="80" w:line="300" w:lineRule="auto"/>
        <w:jc w:val="left"/>
      </w:pPr>
      <w:r>
        <w:rPr>
          <w:rFonts w:ascii="Times New Roman" w:hAnsi="Times New Roman" w:eastAsia="宋体"/>
          <w:b w:val="0"/>
          <w:i w:val="0"/>
          <w:sz w:val="21"/>
        </w:rPr>
        <w:t>吉尔骑行 10 英里需要 60 分钟，所以她到游泳池需要 60/10 = 6 分钟。</w:t>
      </w:r>
    </w:p>
    <w:p>
      <w:pPr>
        <w:spacing w:before="0" w:after="80" w:line="300" w:lineRule="auto"/>
        <w:jc w:val="left"/>
      </w:pPr>
      <w:r>
        <w:rPr>
          <w:rFonts w:ascii="Times New Roman" w:hAnsi="Times New Roman" w:eastAsia="宋体"/>
          <w:b w:val="0"/>
          <w:i w:val="0"/>
          <w:sz w:val="21"/>
        </w:rPr>
        <w:t>两人的时间差为 15-6 = 9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travels at a rate of 4 miles per 60 minutes. Therefore, it takes him 60/4 = 15 minutes to get to the pool.</w:t>
      </w:r>
    </w:p>
    <w:p>
      <w:pPr>
        <w:spacing w:before="0" w:after="80" w:line="300" w:lineRule="auto"/>
        <w:jc w:val="left"/>
      </w:pPr>
      <w:r>
        <w:rPr>
          <w:rFonts w:ascii="Times New Roman" w:hAnsi="Times New Roman" w:eastAsia="宋体"/>
          <w:b w:val="0"/>
          <w:i w:val="0"/>
          <w:color w:val="333333"/>
          <w:sz w:val="19"/>
        </w:rPr>
        <w:t>Jill travels at a rate of 10 miles per 60 minutes. Therefore it takes her 60/10 = 6 minutes to get to the pool.</w:t>
      </w:r>
    </w:p>
    <w:p>
      <w:pPr>
        <w:spacing w:before="0" w:after="80" w:line="300" w:lineRule="auto"/>
        <w:jc w:val="left"/>
      </w:pPr>
      <w:r>
        <w:rPr>
          <w:rFonts w:ascii="Times New Roman" w:hAnsi="Times New Roman" w:eastAsia="宋体"/>
          <w:b w:val="0"/>
          <w:i w:val="0"/>
          <w:color w:val="333333"/>
          <w:sz w:val="19"/>
        </w:rPr>
        <w:t>Therefore, the difference in their times is 15-6 = 9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两名男生坐在两端有 2! = 2 种方式。三名女生坐在中间三个座位有 3! = 6 种方式。</w:t>
      </w:r>
    </w:p>
    <w:p>
      <w:pPr>
        <w:spacing w:before="0" w:after="80" w:line="300" w:lineRule="auto"/>
        <w:jc w:val="left"/>
      </w:pPr>
      <w:r>
        <w:rPr>
          <w:rFonts w:ascii="Times New Roman" w:hAnsi="Times New Roman" w:eastAsia="宋体"/>
          <w:b w:val="0"/>
          <w:i w:val="0"/>
          <w:sz w:val="21"/>
        </w:rPr>
        <w:t>因此总排列数为 2·6=12。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 = 2 ways to place the two boys at the two ends. There are 3! = 6 ways to arrange the three girls in the middle seats.</w:t>
      </w:r>
    </w:p>
    <w:p>
      <w:pPr>
        <w:spacing w:before="0" w:after="80" w:line="300" w:lineRule="auto"/>
        <w:jc w:val="left"/>
      </w:pPr>
      <w:r>
        <w:rPr>
          <w:rFonts w:ascii="Times New Roman" w:hAnsi="Times New Roman" w:eastAsia="宋体"/>
          <w:b w:val="0"/>
          <w:i w:val="0"/>
          <w:color w:val="333333"/>
          <w:sz w:val="19"/>
        </w:rPr>
        <w:t>Thus the total number of arrangements is 2·6=12.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考虑全部 12 场比赛时，得分 40 来自第 12 场，并会成为最低分。因此，与前 11 场的极差相比，全部 12 场的极差从 73-42 = 31 增加到 73-40=33。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considering all 12 games, 40, from the 12th game, will be the lowest score. Therefore, compared to the range of just the first 11 games, the range of all 12 games would increase from 73-42 = 31 to 73-40=33.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从 B 向 AC 作高，交 AC 于 X。因为 AB=BC，点 X 是 AC 的中点，所以 AX=21。</w:t>
      </w:r>
    </w:p>
    <w:p>
      <w:pPr>
        <w:spacing w:before="0" w:after="80" w:line="300" w:lineRule="auto"/>
        <w:jc w:val="left"/>
      </w:pPr>
      <w:r>
        <w:rPr>
          <w:rFonts w:ascii="Times New Roman" w:hAnsi="Times New Roman" w:eastAsia="宋体"/>
          <w:b w:val="0"/>
          <w:i w:val="0"/>
          <w:sz w:val="21"/>
        </w:rPr>
        <w:t>在直角三角形 ABX 中，高为</w:t>
      </w:r>
    </w:p>
    <w:p>
      <w:pPr>
        <w:spacing w:before="0" w:after="80" w:line="300" w:lineRule="auto"/>
        <w:jc w:val="left"/>
      </w:pPr>
      <w:r>
        <w:rPr>
          <w:rFonts w:ascii="Times New Roman" w:hAnsi="Times New Roman" w:eastAsia="宋体"/>
          <w:b w:val="0"/>
          <w:i w:val="0"/>
          <w:sz w:val="21"/>
        </w:rPr>
        <w:t>BX = √(29²-21²)</w:t>
      </w:r>
    </w:p>
    <w:p>
      <w:pPr>
        <w:spacing w:before="0" w:after="80" w:line="300" w:lineRule="auto"/>
        <w:jc w:val="left"/>
      </w:pPr>
      <w:r>
        <w:rPr>
          <w:rFonts w:ascii="Times New Roman" w:hAnsi="Times New Roman" w:eastAsia="宋体"/>
          <w:b w:val="0"/>
          <w:i w:val="0"/>
          <w:sz w:val="21"/>
        </w:rPr>
        <w:t>= √(400) =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 ABC 的面积为 1/2·42·20=420。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the altitude from B to AC, meeting AC at X. Since AB=BC, point X is the midpoint of AC, so AX=21.</w:t>
      </w:r>
    </w:p>
    <w:p>
      <w:pPr>
        <w:spacing w:before="0" w:after="80" w:line="300" w:lineRule="auto"/>
        <w:jc w:val="left"/>
      </w:pPr>
      <w:r>
        <w:rPr>
          <w:rFonts w:ascii="Times New Roman" w:hAnsi="Times New Roman" w:eastAsia="宋体"/>
          <w:b w:val="0"/>
          <w:i w:val="0"/>
          <w:color w:val="333333"/>
          <w:sz w:val="19"/>
        </w:rPr>
        <w:t>In right triangle ABX, the altitude is</w:t>
      </w:r>
    </w:p>
    <w:p>
      <w:pPr>
        <w:spacing w:before="0" w:after="80" w:line="300" w:lineRule="auto"/>
        <w:jc w:val="left"/>
      </w:pPr>
      <w:r>
        <w:rPr>
          <w:rFonts w:ascii="Times New Roman" w:hAnsi="Times New Roman" w:eastAsia="宋体"/>
          <w:b w:val="0"/>
          <w:i w:val="0"/>
          <w:color w:val="333333"/>
          <w:sz w:val="19"/>
        </w:rPr>
        <w:t>BX = √(29²-21²)</w:t>
      </w:r>
    </w:p>
    <w:p>
      <w:pPr>
        <w:spacing w:before="0" w:after="80" w:line="300" w:lineRule="auto"/>
        <w:jc w:val="left"/>
      </w:pPr>
      <w:r>
        <w:rPr>
          <w:rFonts w:ascii="Times New Roman" w:hAnsi="Times New Roman" w:eastAsia="宋体"/>
          <w:b w:val="0"/>
          <w:i w:val="0"/>
          <w:color w:val="333333"/>
          <w:sz w:val="19"/>
        </w:rPr>
        <w:t>= √(400) = 20.</w:t>
      </w:r>
    </w:p>
    <w:p>
      <w:pPr>
        <w:spacing w:before="0" w:after="80" w:line="300" w:lineRule="auto"/>
        <w:jc w:val="left"/>
      </w:pPr>
      <w:r>
        <w:rPr>
          <w:rFonts w:ascii="Times New Roman" w:hAnsi="Times New Roman" w:eastAsia="宋体"/>
          <w:b w:val="0"/>
          <w:i w:val="0"/>
          <w:color w:val="333333"/>
          <w:sz w:val="19"/>
        </w:rPr>
        <w:t>The area of △ ABC is 1/2·42·20=420.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只有当两枚筹码都是奇数时，乘积才是奇数。每个盒子中有两个奇数筹码 1 和 3，共三个筹码，所以乘积为奇数的概率是 (2/3)²=4/9。</w:t>
      </w:r>
    </w:p>
    <w:p>
      <w:pPr>
        <w:spacing w:before="0" w:after="80" w:line="300" w:lineRule="auto"/>
        <w:jc w:val="left"/>
      </w:pPr>
      <w:r>
        <w:rPr>
          <w:rFonts w:ascii="Times New Roman" w:hAnsi="Times New Roman" w:eastAsia="宋体"/>
          <w:b w:val="0"/>
          <w:i w:val="0"/>
          <w:sz w:val="21"/>
        </w:rPr>
        <w:t>乘积为偶数的概率是补集，等于 1-4/9=5/9。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odd only when both chips are odd. Each box has two odd chips, 1 and 3, out of three chips, so the probability of an odd product is (2/3)²=4/9.</w:t>
      </w:r>
    </w:p>
    <w:p>
      <w:pPr>
        <w:spacing w:before="0" w:after="80" w:line="300" w:lineRule="auto"/>
        <w:jc w:val="left"/>
      </w:pPr>
      <w:r>
        <w:rPr>
          <w:rFonts w:ascii="Times New Roman" w:hAnsi="Times New Roman" w:eastAsia="宋体"/>
          <w:b w:val="0"/>
          <w:i w:val="0"/>
          <w:color w:val="333333"/>
          <w:sz w:val="19"/>
        </w:rPr>
        <w:t>The probability of an even product is the complement, 1-4/9=5/9.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设第三边长为 s。三角不等式给出 s&lt;5+19=24，所以周长满足</w:t>
      </w:r>
    </w:p>
    <w:p>
      <w:pPr>
        <w:spacing w:before="0" w:after="80" w:line="300" w:lineRule="auto"/>
        <w:jc w:val="left"/>
      </w:pPr>
      <w:r>
        <w:rPr>
          <w:rFonts w:ascii="Times New Roman" w:hAnsi="Times New Roman" w:eastAsia="宋体"/>
          <w:b w:val="0"/>
          <w:i w:val="0"/>
          <w:sz w:val="21"/>
        </w:rPr>
        <w:t>5+19+s&lt;48。</w:t>
      </w:r>
    </w:p>
    <w:p>
      <w:pPr>
        <w:spacing w:before="0" w:after="80" w:line="300" w:lineRule="auto"/>
        <w:jc w:val="left"/>
      </w:pPr>
      <w:r>
        <w:rPr>
          <w:rFonts w:ascii="Times New Roman" w:hAnsi="Times New Roman" w:eastAsia="宋体"/>
          <w:b w:val="0"/>
          <w:i w:val="0"/>
          <w:sz w:val="21"/>
        </w:rPr>
        <w:t>周长可以从下方任意接近 48，因此大于所有这类三角形周长的最小整数是 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third side length be s. The triangle inequality gives s&lt;5+19=24, so the perimeter satisfies</w:t>
      </w:r>
    </w:p>
    <w:p>
      <w:pPr>
        <w:spacing w:before="0" w:after="80" w:line="300" w:lineRule="auto"/>
        <w:jc w:val="left"/>
      </w:pPr>
      <w:r>
        <w:rPr>
          <w:rFonts w:ascii="Times New Roman" w:hAnsi="Times New Roman" w:eastAsia="宋体"/>
          <w:b w:val="0"/>
          <w:i w:val="0"/>
          <w:color w:val="333333"/>
          <w:sz w:val="19"/>
        </w:rPr>
        <w:t>5+19+s&lt;48.</w:t>
      </w:r>
    </w:p>
    <w:p>
      <w:pPr>
        <w:spacing w:before="0" w:after="80" w:line="300" w:lineRule="auto"/>
        <w:jc w:val="left"/>
      </w:pPr>
      <w:r>
        <w:rPr>
          <w:rFonts w:ascii="Times New Roman" w:hAnsi="Times New Roman" w:eastAsia="宋体"/>
          <w:b w:val="0"/>
          <w:i w:val="0"/>
          <w:color w:val="333333"/>
          <w:sz w:val="19"/>
        </w:rPr>
        <w:t>Perimeters can be made arbitrarily close to 48 from below, so the smallest whole number larger than the perimeter of any such triangle is 48.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我们要计算</w:t>
      </w:r>
    </w:p>
    <w:p>
      <w:pPr>
        <w:spacing w:before="0" w:after="80" w:line="300" w:lineRule="auto"/>
        <w:jc w:val="left"/>
      </w:pPr>
      <w:r>
        <w:rPr>
          <w:rFonts w:ascii="Times New Roman" w:hAnsi="Times New Roman" w:eastAsia="宋体"/>
          <w:b w:val="0"/>
          <w:i w:val="0"/>
          <w:sz w:val="21"/>
        </w:rPr>
        <w:t>1+3 + ⋯ + 39。</w:t>
      </w:r>
    </w:p>
    <w:p>
      <w:pPr>
        <w:spacing w:before="0" w:after="80" w:line="300" w:lineRule="auto"/>
        <w:jc w:val="left"/>
      </w:pPr>
      <w:r>
        <w:rPr>
          <w:rFonts w:ascii="Times New Roman" w:hAnsi="Times New Roman" w:eastAsia="宋体"/>
          <w:b w:val="0"/>
          <w:i w:val="0"/>
          <w:sz w:val="21"/>
        </w:rPr>
        <w:t>把两端的项依次配对，可得</w:t>
      </w:r>
    </w:p>
    <w:p>
      <w:pPr>
        <w:spacing w:before="0" w:after="80" w:line="300" w:lineRule="auto"/>
        <w:jc w:val="left"/>
      </w:pPr>
      <w:r>
        <w:rPr>
          <w:rFonts w:ascii="Times New Roman" w:hAnsi="Times New Roman" w:eastAsia="宋体"/>
          <w:b w:val="0"/>
          <w:i w:val="0"/>
          <w:sz w:val="21"/>
        </w:rPr>
        <w:t>(1+39)+(3+37)+⋯</w:t>
      </w:r>
    </w:p>
    <w:p>
      <w:pPr>
        <w:spacing w:before="0" w:after="80" w:line="300" w:lineRule="auto"/>
        <w:jc w:val="left"/>
      </w:pPr>
      <w:r>
        <w:rPr>
          <w:rFonts w:ascii="Times New Roman" w:hAnsi="Times New Roman" w:eastAsia="宋体"/>
          <w:b w:val="0"/>
          <w:i w:val="0"/>
          <w:sz w:val="21"/>
        </w:rPr>
        <w:t>+(19+21)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共有 10 对，每对和为 40，所以</w:t>
      </w:r>
    </w:p>
    <w:p>
      <w:pPr>
        <w:spacing w:before="0" w:after="80" w:line="300" w:lineRule="auto"/>
        <w:jc w:val="left"/>
      </w:pPr>
      <w:r>
        <w:rPr>
          <w:rFonts w:ascii="Times New Roman" w:hAnsi="Times New Roman" w:eastAsia="宋体"/>
          <w:b w:val="0"/>
          <w:i w:val="0"/>
          <w:sz w:val="21"/>
        </w:rPr>
        <w:t>10·40=400。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want to find</w:t>
      </w:r>
    </w:p>
    <w:p>
      <w:pPr>
        <w:spacing w:before="0" w:after="80" w:line="300" w:lineRule="auto"/>
        <w:jc w:val="left"/>
      </w:pPr>
      <w:r>
        <w:rPr>
          <w:rFonts w:ascii="Times New Roman" w:hAnsi="Times New Roman" w:eastAsia="宋体"/>
          <w:b w:val="0"/>
          <w:i w:val="0"/>
          <w:color w:val="333333"/>
          <w:sz w:val="19"/>
        </w:rPr>
        <w:t>1+3 + ⋯ + 39.</w:t>
      </w:r>
    </w:p>
    <w:p>
      <w:pPr>
        <w:spacing w:before="0" w:after="80" w:line="300" w:lineRule="auto"/>
        <w:jc w:val="left"/>
      </w:pPr>
      <w:r>
        <w:rPr>
          <w:rFonts w:ascii="Times New Roman" w:hAnsi="Times New Roman" w:eastAsia="宋体"/>
          <w:b w:val="0"/>
          <w:i w:val="0"/>
          <w:color w:val="333333"/>
          <w:sz w:val="19"/>
        </w:rPr>
        <w:t>Pairing terms from the ends gives</w:t>
      </w:r>
    </w:p>
    <w:p>
      <w:pPr>
        <w:spacing w:before="0" w:after="80" w:line="300" w:lineRule="auto"/>
        <w:jc w:val="left"/>
      </w:pPr>
      <w:r>
        <w:rPr>
          <w:rFonts w:ascii="Times New Roman" w:hAnsi="Times New Roman" w:eastAsia="宋体"/>
          <w:b w:val="0"/>
          <w:i w:val="0"/>
          <w:color w:val="333333"/>
          <w:sz w:val="19"/>
        </w:rPr>
        <w:t>(1+39)+(3+37)+⋯</w:t>
      </w:r>
    </w:p>
    <w:p>
      <w:pPr>
        <w:spacing w:before="0" w:after="80" w:line="300" w:lineRule="auto"/>
        <w:jc w:val="left"/>
      </w:pPr>
      <w:r>
        <w:rPr>
          <w:rFonts w:ascii="Times New Roman" w:hAnsi="Times New Roman" w:eastAsia="宋体"/>
          <w:b w:val="0"/>
          <w:i w:val="0"/>
          <w:color w:val="333333"/>
          <w:sz w:val="19"/>
        </w:rPr>
        <w:t>+(19+21).</w:t>
      </w:r>
    </w:p>
    <w:p>
      <w:pPr>
        <w:spacing w:before="0" w:after="80" w:line="300" w:lineRule="auto"/>
        <w:jc w:val="left"/>
      </w:pPr>
      <w:r>
        <w:rPr>
          <w:rFonts w:ascii="Times New Roman" w:hAnsi="Times New Roman" w:eastAsia="宋体"/>
          <w:b w:val="0"/>
          <w:i w:val="0"/>
          <w:color w:val="333333"/>
          <w:sz w:val="19"/>
        </w:rPr>
        <w:t>There are 10 pairs, and each pair sums to 40. Therefore, the sum is</w:t>
      </w:r>
    </w:p>
    <w:p>
      <w:pPr>
        <w:spacing w:before="0" w:after="80" w:line="300" w:lineRule="auto"/>
        <w:jc w:val="left"/>
      </w:pPr>
      <w:r>
        <w:rPr>
          <w:rFonts w:ascii="Times New Roman" w:hAnsi="Times New Roman" w:eastAsia="宋体"/>
          <w:b w:val="0"/>
          <w:i w:val="0"/>
          <w:color w:val="333333"/>
          <w:sz w:val="19"/>
        </w:rPr>
        <w:t>10·40=400.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首先，千位有 9 种选择，因为 0 不能选。</w:t>
      </w:r>
    </w:p>
    <w:p>
      <w:pPr>
        <w:spacing w:before="0" w:after="80" w:line="300" w:lineRule="auto"/>
        <w:jc w:val="left"/>
      </w:pPr>
      <w:r>
        <w:rPr>
          <w:rFonts w:ascii="Times New Roman" w:hAnsi="Times New Roman" w:eastAsia="宋体"/>
          <w:b w:val="0"/>
          <w:i w:val="0"/>
          <w:sz w:val="21"/>
        </w:rPr>
        <w:t>接着，百位有 9 种选择，十位有 8 种选择，个位有 7 种选择。因此这样的整数共有 9·9·8·7 = 4536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there are 9 digits to choose for the thousands digit since 0 can’t be chosen.</w:t>
      </w:r>
    </w:p>
    <w:p>
      <w:pPr>
        <w:spacing w:before="0" w:after="80" w:line="300" w:lineRule="auto"/>
        <w:jc w:val="left"/>
      </w:pPr>
      <w:r>
        <w:rPr>
          <w:rFonts w:ascii="Times New Roman" w:hAnsi="Times New Roman" w:eastAsia="宋体"/>
          <w:b w:val="0"/>
          <w:i w:val="0"/>
          <w:color w:val="333333"/>
          <w:sz w:val="19"/>
        </w:rPr>
        <w:t>Then, after that, there are 9 ways to choose the hundreds digit, 8 ways to choose the tens digit, and 7 ways to choose the ones digit. Therefore, we get 9·9·8·7 = 4536 ways to choose such an integer.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第一个符号有 5 种选择，第二个有 21 种选择，第三个必须是不同的非元音字母，所以有 20 种选择，最后一个数字有 10 种选择。</w:t>
      </w:r>
    </w:p>
    <w:p>
      <w:pPr>
        <w:spacing w:before="0" w:after="80" w:line="300" w:lineRule="auto"/>
        <w:jc w:val="left"/>
      </w:pPr>
      <w:r>
        <w:rPr>
          <w:rFonts w:ascii="Times New Roman" w:hAnsi="Times New Roman" w:eastAsia="宋体"/>
          <w:b w:val="0"/>
          <w:i w:val="0"/>
          <w:sz w:val="21"/>
        </w:rPr>
        <w:t>因此可能牌照数为 5·21·20·10=21,000。其中正好一个是 AMC8，所以概率为 1/(21,000)。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choices for the first symbol, 21 choices for the second, 20 choices for the third because it must be a different non-vowel, and 10 choices for the final digit.</w:t>
      </w:r>
    </w:p>
    <w:p>
      <w:pPr>
        <w:spacing w:before="0" w:after="80" w:line="300" w:lineRule="auto"/>
        <w:jc w:val="left"/>
      </w:pPr>
      <w:r>
        <w:rPr>
          <w:rFonts w:ascii="Times New Roman" w:hAnsi="Times New Roman" w:eastAsia="宋体"/>
          <w:b w:val="0"/>
          <w:i w:val="0"/>
          <w:color w:val="333333"/>
          <w:sz w:val="19"/>
        </w:rPr>
        <w:t>Thus there are 5·21·20·10=21,000 possible plates. Exactly one of these is AMC8, so the probability is 1/(21,000).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立方体有 12 条棱。对任意一条棱，都有另外 3 条棱与它平行。</w:t>
      </w:r>
    </w:p>
    <w:p>
      <w:pPr>
        <w:spacing w:before="0" w:after="80" w:line="300" w:lineRule="auto"/>
        <w:jc w:val="left"/>
      </w:pPr>
      <w:r>
        <w:rPr>
          <w:rFonts w:ascii="Times New Roman" w:hAnsi="Times New Roman" w:eastAsia="宋体"/>
          <w:b w:val="0"/>
          <w:i w:val="0"/>
          <w:sz w:val="21"/>
        </w:rPr>
        <w:t>这样每一对平行棱都被数了两次，所以平行棱对数为 (12·3)/2=18。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has 12 edges. For any edge, there are 3 other edges parallel to it.</w:t>
      </w:r>
    </w:p>
    <w:p>
      <w:pPr>
        <w:spacing w:before="0" w:after="80" w:line="300" w:lineRule="auto"/>
        <w:jc w:val="left"/>
      </w:pPr>
      <w:r>
        <w:rPr>
          <w:rFonts w:ascii="Times New Roman" w:hAnsi="Times New Roman" w:eastAsia="宋体"/>
          <w:b w:val="0"/>
          <w:i w:val="0"/>
          <w:color w:val="333333"/>
          <w:sz w:val="19"/>
        </w:rPr>
        <w:t>This counts each pair twice, once from each edge in the pair, so the number of pairs of parallel edges is (12·3)/2=18.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原集合的和为 1+2+⋯+11=66。移除两个数后剩下 9 个数，平均数要为 6，所以剩余数总和必须是 9·6=54。</w:t>
      </w:r>
    </w:p>
    <w:p>
      <w:pPr>
        <w:spacing w:before="0" w:after="80" w:line="300" w:lineRule="auto"/>
        <w:jc w:val="left"/>
      </w:pPr>
      <w:r>
        <w:rPr>
          <w:rFonts w:ascii="Times New Roman" w:hAnsi="Times New Roman" w:eastAsia="宋体"/>
          <w:b w:val="0"/>
          <w:i w:val="0"/>
          <w:sz w:val="21"/>
        </w:rPr>
        <w:t>因此被移除的两个数之和必须是 66-54=12。可能的二元素子集为 {1,11}、{2,10}、{3,9}、{4,8}、{5,7}，共有 5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set has sum 1+2+⋯+11=66. After removing two numbers, 9 numbers remain and must have mean 6, so their sum must be 9·6=54.</w:t>
      </w:r>
    </w:p>
    <w:p>
      <w:pPr>
        <w:spacing w:before="0" w:after="80" w:line="300" w:lineRule="auto"/>
        <w:jc w:val="left"/>
      </w:pPr>
      <w:r>
        <w:rPr>
          <w:rFonts w:ascii="Times New Roman" w:hAnsi="Times New Roman" w:eastAsia="宋体"/>
          <w:b w:val="0"/>
          <w:i w:val="0"/>
          <w:color w:val="333333"/>
          <w:sz w:val="19"/>
        </w:rPr>
        <w:t>Therefore the two removed numbers must have sum 66-54=12. The possible two-element subsets are {1,11}, {2,10}, {3,9}, {4,8}, {5,7}, so there are 5 choices.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设四个连续奇整数为 2k+1、2k+3、2k+5 和 2k+7。它们的和为</w:t>
      </w:r>
    </w:p>
    <w:p>
      <w:pPr>
        <w:spacing w:before="0" w:after="80" w:line="300" w:lineRule="auto"/>
        <w:jc w:val="left"/>
      </w:pPr>
      <w:r>
        <w:rPr>
          <w:rFonts w:ascii="Times New Roman" w:hAnsi="Times New Roman" w:eastAsia="宋体"/>
          <w:b w:val="0"/>
          <w:i w:val="0"/>
          <w:sz w:val="21"/>
        </w:rPr>
        <w:t>8k+16=8(k+2)。</w:t>
      </w:r>
    </w:p>
    <w:p>
      <w:pPr>
        <w:spacing w:before="0" w:after="80" w:line="300" w:lineRule="auto"/>
        <w:jc w:val="left"/>
      </w:pPr>
      <w:r>
        <w:rPr>
          <w:rFonts w:ascii="Times New Roman" w:hAnsi="Times New Roman" w:eastAsia="宋体"/>
          <w:b w:val="0"/>
          <w:i w:val="0"/>
          <w:sz w:val="21"/>
        </w:rPr>
        <w:t>所以这样的和必须是 8 的倍数。选项中唯一不能被 8 整除的是 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four consecutive odd integers be 2k+1, 2k+3, 2k+5, and 2k+7. Their sum is</w:t>
      </w:r>
    </w:p>
    <w:p>
      <w:pPr>
        <w:spacing w:before="0" w:after="80" w:line="300" w:lineRule="auto"/>
        <w:jc w:val="left"/>
      </w:pPr>
      <w:r>
        <w:rPr>
          <w:rFonts w:ascii="Times New Roman" w:hAnsi="Times New Roman" w:eastAsia="宋体"/>
          <w:b w:val="0"/>
          <w:i w:val="0"/>
          <w:color w:val="333333"/>
          <w:sz w:val="19"/>
        </w:rPr>
        <w:t>8k+16=8(k+2).</w:t>
      </w:r>
    </w:p>
    <w:p>
      <w:pPr>
        <w:spacing w:before="0" w:after="80" w:line="300" w:lineRule="auto"/>
        <w:jc w:val="left"/>
      </w:pPr>
      <w:r>
        <w:rPr>
          <w:rFonts w:ascii="Times New Roman" w:hAnsi="Times New Roman" w:eastAsia="宋体"/>
          <w:b w:val="0"/>
          <w:i w:val="0"/>
          <w:color w:val="333333"/>
          <w:sz w:val="19"/>
        </w:rPr>
        <w:t>So any such sum must be a multiple of 8. The only answer choice that is not divisible by 8 is 100.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因为 29 名学生两个议题都反对，所以 198-29 = 169 名学生至少支持一个议题。</w:t>
      </w:r>
    </w:p>
    <w:p>
      <w:pPr>
        <w:spacing w:before="0" w:after="80" w:line="300" w:lineRule="auto"/>
        <w:jc w:val="left"/>
      </w:pPr>
      <w:r>
        <w:rPr>
          <w:rFonts w:ascii="Times New Roman" w:hAnsi="Times New Roman" w:eastAsia="宋体"/>
          <w:b w:val="0"/>
          <w:i w:val="0"/>
          <w:sz w:val="21"/>
        </w:rPr>
        <w:t>已知 149 人支持第一个议题，119 人支持第二个议题，且 169 人至少支持一个议题。由容斥原理，两个都支持的人数为</w:t>
      </w:r>
    </w:p>
    <w:p>
      <w:pPr>
        <w:spacing w:before="0" w:after="80" w:line="300" w:lineRule="auto"/>
        <w:jc w:val="left"/>
      </w:pPr>
      <w:r>
        <w:rPr>
          <w:rFonts w:ascii="Times New Roman" w:hAnsi="Times New Roman" w:eastAsia="宋体"/>
          <w:b w:val="0"/>
          <w:i w:val="0"/>
          <w:sz w:val="21"/>
        </w:rPr>
        <w:t>149+119-169 = 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29 students voted against both, we know that 198-29 = 169 people voted for at least one.</w:t>
      </w:r>
    </w:p>
    <w:p>
      <w:pPr>
        <w:spacing w:before="0" w:after="80" w:line="300" w:lineRule="auto"/>
        <w:jc w:val="left"/>
      </w:pPr>
      <w:r>
        <w:rPr>
          <w:rFonts w:ascii="Times New Roman" w:hAnsi="Times New Roman" w:eastAsia="宋体"/>
          <w:b w:val="0"/>
          <w:i w:val="0"/>
          <w:color w:val="333333"/>
          <w:sz w:val="19"/>
        </w:rPr>
        <w:t>As we know that 149 students voted for the first issue, and 119 students voted for the second issue, and 169 students that voted for at least one issue, we conclude that the number of students that voted for both is</w:t>
      </w:r>
    </w:p>
    <w:p>
      <w:pPr>
        <w:spacing w:before="0" w:after="80" w:line="300" w:lineRule="auto"/>
        <w:jc w:val="left"/>
      </w:pPr>
      <w:r>
        <w:rPr>
          <w:rFonts w:ascii="Times New Roman" w:hAnsi="Times New Roman" w:eastAsia="宋体"/>
          <w:b w:val="0"/>
          <w:i w:val="0"/>
          <w:color w:val="333333"/>
          <w:sz w:val="19"/>
        </w:rPr>
        <w:t>149+119-169 = 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设六年级学生有 s 人，九年级学生有 n 人。配对的九年级学生数等于配对的六年级学生数，所以</w:t>
      </w:r>
    </w:p>
    <w:p>
      <w:pPr>
        <w:spacing w:before="0" w:after="80" w:line="300" w:lineRule="auto"/>
        <w:jc w:val="left"/>
      </w:pPr>
      <w:r>
        <w:rPr>
          <w:rFonts w:ascii="Times New Roman" w:hAnsi="Times New Roman" w:eastAsia="宋体"/>
          <w:b w:val="0"/>
          <w:i w:val="0"/>
          <w:sz w:val="21"/>
        </w:rPr>
        <w:t>1/3 n=2/5 s。</w:t>
      </w:r>
    </w:p>
    <w:p>
      <w:pPr>
        <w:spacing w:before="0" w:after="80" w:line="300" w:lineRule="auto"/>
        <w:jc w:val="left"/>
      </w:pPr>
      <w:r>
        <w:rPr>
          <w:rFonts w:ascii="Times New Roman" w:hAnsi="Times New Roman" w:eastAsia="宋体"/>
          <w:b w:val="0"/>
          <w:i w:val="0"/>
          <w:sz w:val="21"/>
        </w:rPr>
        <w:t>得 5n=6s，所以 n:s=6:5。学生总数对应 11 份。</w:t>
      </w:r>
    </w:p>
    <w:p>
      <w:pPr>
        <w:spacing w:before="0" w:after="80" w:line="300" w:lineRule="auto"/>
        <w:jc w:val="left"/>
      </w:pPr>
      <w:r>
        <w:rPr>
          <w:rFonts w:ascii="Times New Roman" w:hAnsi="Times New Roman" w:eastAsia="宋体"/>
          <w:b w:val="0"/>
          <w:i w:val="0"/>
          <w:sz w:val="21"/>
        </w:rPr>
        <w:t>配对的九年级学生占全体学生的 1/3·6/11=2/11，配对的六年级学生占全体学生的 2/5·5/11=2/11。合计有 4/11 的学生有伙伴。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there be s sixth graders and n ninth graders. The number of paired ninth graders equals the number of paired sixth graders, so</w:t>
      </w:r>
    </w:p>
    <w:p>
      <w:pPr>
        <w:spacing w:before="0" w:after="80" w:line="300" w:lineRule="auto"/>
        <w:jc w:val="left"/>
      </w:pPr>
      <w:r>
        <w:rPr>
          <w:rFonts w:ascii="Times New Roman" w:hAnsi="Times New Roman" w:eastAsia="宋体"/>
          <w:b w:val="0"/>
          <w:i w:val="0"/>
          <w:color w:val="333333"/>
          <w:sz w:val="19"/>
        </w:rPr>
        <w:t>1/3 n=2/5 s.</w:t>
      </w:r>
    </w:p>
    <w:p>
      <w:pPr>
        <w:spacing w:before="0" w:after="80" w:line="300" w:lineRule="auto"/>
        <w:jc w:val="left"/>
      </w:pPr>
      <w:r>
        <w:rPr>
          <w:rFonts w:ascii="Times New Roman" w:hAnsi="Times New Roman" w:eastAsia="宋体"/>
          <w:b w:val="0"/>
          <w:i w:val="0"/>
          <w:color w:val="333333"/>
          <w:sz w:val="19"/>
        </w:rPr>
        <w:t>This gives 5n=6s, so n:s=6:5. The total number of students is therefore proportional to 11 parts.</w:t>
      </w:r>
    </w:p>
    <w:p>
      <w:pPr>
        <w:spacing w:before="0" w:after="80" w:line="300" w:lineRule="auto"/>
        <w:jc w:val="left"/>
      </w:pPr>
      <w:r>
        <w:rPr>
          <w:rFonts w:ascii="Times New Roman" w:hAnsi="Times New Roman" w:eastAsia="宋体"/>
          <w:b w:val="0"/>
          <w:i w:val="0"/>
          <w:color w:val="333333"/>
          <w:sz w:val="19"/>
        </w:rPr>
        <w:t>The paired ninth graders make up 1/3·6/11=2/11 of all students, and the paired sixth graders make up 2/5·5/11=2/11 of all students. Altogether, 4/11 of the students have a buddy.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设高峰期速度为每小时 s 英里。20 分钟是 1/3 小时，所以距离为 s/3。</w:t>
      </w:r>
    </w:p>
    <w:p>
      <w:pPr>
        <w:spacing w:before="0" w:after="80" w:line="300" w:lineRule="auto"/>
        <w:jc w:val="left"/>
      </w:pPr>
      <w:r>
        <w:rPr>
          <w:rFonts w:ascii="Times New Roman" w:hAnsi="Times New Roman" w:eastAsia="宋体"/>
          <w:b w:val="0"/>
          <w:i w:val="0"/>
          <w:sz w:val="21"/>
        </w:rPr>
        <w:t>没有交通拥堵时，速度为每小时 s+18 英里，路程用时 12 分钟，即 1/5 小时。同一距离为 s+18/5。</w:t>
      </w:r>
    </w:p>
    <w:p>
      <w:pPr>
        <w:spacing w:before="0" w:after="80" w:line="300" w:lineRule="auto"/>
        <w:jc w:val="left"/>
      </w:pPr>
      <w:r>
        <w:rPr>
          <w:rFonts w:ascii="Times New Roman" w:hAnsi="Times New Roman" w:eastAsia="宋体"/>
          <w:b w:val="0"/>
          <w:i w:val="0"/>
          <w:sz w:val="21"/>
        </w:rPr>
        <w:t>令两种距离相等：</w:t>
      </w:r>
    </w:p>
    <w:p>
      <w:pPr>
        <w:spacing w:before="0" w:after="80" w:line="300" w:lineRule="auto"/>
        <w:jc w:val="left"/>
      </w:pPr>
      <w:r>
        <w:rPr>
          <w:rFonts w:ascii="Times New Roman" w:hAnsi="Times New Roman" w:eastAsia="宋体"/>
          <w:b w:val="0"/>
          <w:i w:val="0"/>
          <w:sz w:val="21"/>
        </w:rPr>
        <w:t>s/3=s+18/5</w:t>
      </w:r>
    </w:p>
    <w:p>
      <w:pPr>
        <w:spacing w:before="0" w:after="80" w:line="300" w:lineRule="auto"/>
        <w:jc w:val="left"/>
      </w:pPr>
      <w:r>
        <w:rPr>
          <w:rFonts w:ascii="Times New Roman" w:hAnsi="Times New Roman" w:eastAsia="宋体"/>
          <w:b w:val="0"/>
          <w:i w:val="0"/>
          <w:sz w:val="21"/>
        </w:rPr>
        <w:t>得 5s=3s+54，所以 s=27。距离为 27/3=9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rush-hour speed be s miles per hour. The 20-minute rush-hour trip takes 1/3 hour, so the distance is s/3.</w:t>
      </w:r>
    </w:p>
    <w:p>
      <w:pPr>
        <w:spacing w:before="0" w:after="80" w:line="300" w:lineRule="auto"/>
        <w:jc w:val="left"/>
      </w:pPr>
      <w:r>
        <w:rPr>
          <w:rFonts w:ascii="Times New Roman" w:hAnsi="Times New Roman" w:eastAsia="宋体"/>
          <w:b w:val="0"/>
          <w:i w:val="0"/>
          <w:color w:val="333333"/>
          <w:sz w:val="19"/>
        </w:rPr>
        <w:t>Without traffic, the speed is s+18 miles per hour and the trip takes 12 minutes, or 1/5 hour. The same distance is s+18/5.</w:t>
      </w:r>
    </w:p>
    <w:p>
      <w:pPr>
        <w:spacing w:before="0" w:after="80" w:line="300" w:lineRule="auto"/>
        <w:jc w:val="left"/>
      </w:pPr>
      <w:r>
        <w:rPr>
          <w:rFonts w:ascii="Times New Roman" w:hAnsi="Times New Roman" w:eastAsia="宋体"/>
          <w:b w:val="0"/>
          <w:i w:val="0"/>
          <w:color w:val="333333"/>
          <w:sz w:val="19"/>
        </w:rPr>
        <w:t>Set the distances equal:</w:t>
      </w:r>
    </w:p>
    <w:p>
      <w:pPr>
        <w:spacing w:before="0" w:after="80" w:line="300" w:lineRule="auto"/>
        <w:jc w:val="left"/>
      </w:pPr>
      <w:r>
        <w:rPr>
          <w:rFonts w:ascii="Times New Roman" w:hAnsi="Times New Roman" w:eastAsia="宋体"/>
          <w:b w:val="0"/>
          <w:i w:val="0"/>
          <w:color w:val="333333"/>
          <w:sz w:val="19"/>
        </w:rPr>
        <w:t>s/3=s+18/5.</w:t>
      </w:r>
    </w:p>
    <w:p>
      <w:pPr>
        <w:spacing w:before="0" w:after="80" w:line="300" w:lineRule="auto"/>
        <w:jc w:val="left"/>
      </w:pPr>
      <w:r>
        <w:rPr>
          <w:rFonts w:ascii="Times New Roman" w:hAnsi="Times New Roman" w:eastAsia="宋体"/>
          <w:b w:val="0"/>
          <w:i w:val="0"/>
          <w:color w:val="333333"/>
          <w:sz w:val="19"/>
        </w:rPr>
        <w:t>Then 5s=3s+54, so s=27. The distance is 27/3=9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在任意五项等差数列中，中间项是首项和末项的平均数。</w:t>
      </w:r>
    </w:p>
    <w:p>
      <w:pPr>
        <w:spacing w:before="0" w:after="80" w:line="300" w:lineRule="auto"/>
        <w:jc w:val="left"/>
      </w:pPr>
      <w:r>
        <w:rPr>
          <w:rFonts w:ascii="Times New Roman" w:hAnsi="Times New Roman" w:eastAsia="宋体"/>
          <w:b w:val="0"/>
          <w:i w:val="0"/>
          <w:sz w:val="21"/>
        </w:rPr>
        <w:t>顶行的中间项为 1+25/2=13，底行的中间项为 17+81/2=49。</w:t>
      </w:r>
    </w:p>
    <w:p>
      <w:pPr>
        <w:spacing w:before="0" w:after="80" w:line="300" w:lineRule="auto"/>
        <w:jc w:val="left"/>
      </w:pPr>
      <w:r>
        <w:rPr>
          <w:rFonts w:ascii="Times New Roman" w:hAnsi="Times New Roman" w:eastAsia="宋体"/>
          <w:b w:val="0"/>
          <w:i w:val="0"/>
          <w:sz w:val="21"/>
        </w:rPr>
        <w:t>再对中间列使用同样事实，得 X=13+49/2=31。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any five-term arithmetic sequence, the middle term is the average of the first and last terms.</w:t>
      </w:r>
    </w:p>
    <w:p>
      <w:pPr>
        <w:spacing w:before="0" w:after="80" w:line="300" w:lineRule="auto"/>
        <w:jc w:val="left"/>
      </w:pPr>
      <w:r>
        <w:rPr>
          <w:rFonts w:ascii="Times New Roman" w:hAnsi="Times New Roman" w:eastAsia="宋体"/>
          <w:b w:val="0"/>
          <w:i w:val="0"/>
          <w:color w:val="333333"/>
          <w:sz w:val="19"/>
        </w:rPr>
        <w:t>The middle entry of the top row is 1+25/2=13, and the middle entry of the bottom row is 17+81/2=49.</w:t>
      </w:r>
    </w:p>
    <w:p>
      <w:pPr>
        <w:spacing w:before="0" w:after="80" w:line="300" w:lineRule="auto"/>
        <w:jc w:val="left"/>
      </w:pPr>
      <w:r>
        <w:rPr>
          <w:rFonts w:ascii="Times New Roman" w:hAnsi="Times New Roman" w:eastAsia="宋体"/>
          <w:b w:val="0"/>
          <w:i w:val="0"/>
          <w:color w:val="333333"/>
          <w:sz w:val="19"/>
        </w:rPr>
        <w:t>Now apply the same fact to the middle column: X=13+49/2=31.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整个网格的面积是 6·5=30。要求三角形面积，可把它放在下图所示的宽为 4、高为 3 的长方形中。</w:t>
      </w:r>
    </w:p>
    <w:p>
      <w:pPr>
        <w:spacing w:before="80" w:after="80"/>
        <w:jc w:val="center"/>
      </w:pPr>
      <w:r>
        <w:drawing>
          <wp:inline xmlns:a="http://schemas.openxmlformats.org/drawingml/2006/main" xmlns:pic="http://schemas.openxmlformats.org/drawingml/2006/picture">
            <wp:extent cx="2329340" cy="2018321"/>
            <wp:docPr id="13" name="Picture 13"/>
            <wp:cNvGraphicFramePr>
              <a:graphicFrameLocks noChangeAspect="1"/>
            </wp:cNvGraphicFramePr>
            <a:graphic>
              <a:graphicData uri="http://schemas.openxmlformats.org/drawingml/2006/picture">
                <pic:pic>
                  <pic:nvPicPr>
                    <pic:cNvPr id="0" name="q19-sol-1@300dpi.png"/>
                    <pic:cNvPicPr/>
                  </pic:nvPicPr>
                  <pic:blipFill>
                    <a:blip r:embed="rId15"/>
                    <a:stretch>
                      <a:fillRect/>
                    </a:stretch>
                  </pic:blipFill>
                  <pic:spPr>
                    <a:xfrm>
                      <a:off x="0" y="0"/>
                      <a:ext cx="2329340" cy="2018321"/>
                    </a:xfrm>
                    <a:prstGeom prst="rect"/>
                  </pic:spPr>
                </pic:pic>
              </a:graphicData>
            </a:graphic>
          </wp:inline>
        </w:drawing>
      </w:r>
    </w:p>
    <w:p>
      <w:pPr>
        <w:spacing w:before="0" w:after="80" w:line="300" w:lineRule="auto"/>
        <w:jc w:val="left"/>
      </w:pPr>
      <w:r>
        <w:rPr>
          <w:rFonts w:ascii="Times New Roman" w:hAnsi="Times New Roman" w:eastAsia="宋体"/>
          <w:b w:val="0"/>
          <w:i w:val="0"/>
          <w:sz w:val="21"/>
        </w:rPr>
        <w:t>长方形的面积为 4·3=12。三个角上三角形的面积分别为 1/2(4)(2)=4、1/2(1)(3)=3/2 和 1/2(3)(1)=3/2。因此</w:t>
      </w:r>
    </w:p>
    <w:p>
      <w:pPr>
        <w:spacing w:before="0" w:after="80" w:line="300" w:lineRule="auto"/>
        <w:jc w:val="left"/>
      </w:pPr>
      <w:r>
        <w:rPr>
          <w:rFonts w:ascii="Times New Roman" w:hAnsi="Times New Roman" w:eastAsia="宋体"/>
          <w:b w:val="0"/>
          <w:i w:val="0"/>
          <w:sz w:val="21"/>
        </w:rPr>
        <w:t>[△ ABC] = 12-4-3/2-3/2</w:t>
      </w:r>
    </w:p>
    <w:p>
      <w:pPr>
        <w:spacing w:before="0" w:after="80" w:line="300" w:lineRule="auto"/>
        <w:jc w:val="left"/>
      </w:pPr>
      <w:r>
        <w:rPr>
          <w:rFonts w:ascii="Times New Roman" w:hAnsi="Times New Roman" w:eastAsia="宋体"/>
          <w:b w:val="0"/>
          <w:i w:val="0"/>
          <w:sz w:val="21"/>
        </w:rPr>
        <w:t>=5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因此覆盖比例为 5/30 = 1/6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area of the grid is 6·5=30. To find the area of the triangle, place it inside the 4-by-3 rectangle shown below.</w:t>
      </w:r>
    </w:p>
    <w:p>
      <w:pPr>
        <w:spacing w:before="80" w:after="80"/>
        <w:jc w:val="center"/>
      </w:pPr>
      <w:r>
        <w:drawing>
          <wp:inline xmlns:a="http://schemas.openxmlformats.org/drawingml/2006/main" xmlns:pic="http://schemas.openxmlformats.org/drawingml/2006/picture">
            <wp:extent cx="2329340" cy="2018321"/>
            <wp:docPr id="14" name="Picture 14"/>
            <wp:cNvGraphicFramePr>
              <a:graphicFrameLocks noChangeAspect="1"/>
            </wp:cNvGraphicFramePr>
            <a:graphic>
              <a:graphicData uri="http://schemas.openxmlformats.org/drawingml/2006/picture">
                <pic:pic>
                  <pic:nvPicPr>
                    <pic:cNvPr id="0" name="q19-sol-1@300dpi.png"/>
                    <pic:cNvPicPr/>
                  </pic:nvPicPr>
                  <pic:blipFill>
                    <a:blip r:embed="rId15"/>
                    <a:stretch>
                      <a:fillRect/>
                    </a:stretch>
                  </pic:blipFill>
                  <pic:spPr>
                    <a:xfrm>
                      <a:off x="0" y="0"/>
                      <a:ext cx="2329340" cy="201832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rectangle has area 4·3=12. The three corner triangles have areas 1/2(4)(2)=4, 1/2(1)(3)=3/2, and 1/2(3)(1)=3/2. Therefore,</w:t>
      </w:r>
    </w:p>
    <w:p>
      <w:pPr>
        <w:spacing w:before="0" w:after="80" w:line="300" w:lineRule="auto"/>
        <w:jc w:val="left"/>
      </w:pPr>
      <w:r>
        <w:rPr>
          <w:rFonts w:ascii="Times New Roman" w:hAnsi="Times New Roman" w:eastAsia="宋体"/>
          <w:b w:val="0"/>
          <w:i w:val="0"/>
          <w:color w:val="333333"/>
          <w:sz w:val="19"/>
        </w:rPr>
        <w:t>[△ ABC] = 12-4-3/2-3/2</w:t>
      </w:r>
    </w:p>
    <w:p>
      <w:pPr>
        <w:spacing w:before="0" w:after="80" w:line="300" w:lineRule="auto"/>
        <w:jc w:val="left"/>
      </w:pPr>
      <w:r>
        <w:rPr>
          <w:rFonts w:ascii="Times New Roman" w:hAnsi="Times New Roman" w:eastAsia="宋体"/>
          <w:b w:val="0"/>
          <w:i w:val="0"/>
          <w:color w:val="333333"/>
          <w:sz w:val="19"/>
        </w:rPr>
        <w:t>=5.</w:t>
      </w:r>
    </w:p>
    <w:p>
      <w:pPr>
        <w:spacing w:before="0" w:after="80" w:line="300" w:lineRule="auto"/>
        <w:jc w:val="left"/>
      </w:pPr>
      <w:r>
        <w:rPr>
          <w:rFonts w:ascii="Times New Roman" w:hAnsi="Times New Roman" w:eastAsia="宋体"/>
          <w:b w:val="0"/>
          <w:i w:val="0"/>
          <w:color w:val="333333"/>
          <w:sz w:val="19"/>
        </w:rPr>
        <w:t>Therefore, the fraction of the area is 5/30 =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 a、b、c 分别为 $1、$3、$4 的袜子双数。则</w:t>
      </w:r>
    </w:p>
    <w:p>
      <w:pPr>
        <w:spacing w:before="0" w:after="80" w:line="300" w:lineRule="auto"/>
        <w:jc w:val="left"/>
      </w:pPr>
      <w:r>
        <w:rPr>
          <w:rFonts w:ascii="Times New Roman" w:hAnsi="Times New Roman" w:eastAsia="宋体"/>
          <w:b w:val="0"/>
          <w:i w:val="0"/>
          <w:sz w:val="21"/>
        </w:rPr>
        <w:t>a+b+c=12，</w:t>
      </w:r>
    </w:p>
    <w:p>
      <w:pPr>
        <w:spacing w:before="0" w:after="80" w:line="300" w:lineRule="auto"/>
        <w:jc w:val="left"/>
      </w:pPr>
      <w:r>
        <w:rPr>
          <w:rFonts w:ascii="Times New Roman" w:hAnsi="Times New Roman" w:eastAsia="宋体"/>
          <w:b w:val="0"/>
          <w:i w:val="0"/>
          <w:sz w:val="21"/>
        </w:rPr>
        <w:t>a+3b+4c=24。</w:t>
      </w:r>
    </w:p>
    <w:p>
      <w:pPr>
        <w:spacing w:before="0" w:after="80" w:line="300" w:lineRule="auto"/>
        <w:jc w:val="left"/>
      </w:pPr>
      <w:r>
        <w:rPr>
          <w:rFonts w:ascii="Times New Roman" w:hAnsi="Times New Roman" w:eastAsia="宋体"/>
          <w:b w:val="0"/>
          <w:i w:val="0"/>
          <w:sz w:val="21"/>
        </w:rPr>
        <w:t>两式相减得 2b+3c=12。因为每种至少买一双，所以 b&gt;0、c&gt;0。又 3c&lt;12，所以 c&lt;4。从方程模 2 看，c 必须是偶数，所以 c=2。</w:t>
      </w:r>
    </w:p>
    <w:p>
      <w:pPr>
        <w:spacing w:before="0" w:after="80" w:line="300" w:lineRule="auto"/>
        <w:jc w:val="left"/>
      </w:pPr>
      <w:r>
        <w:rPr>
          <w:rFonts w:ascii="Times New Roman" w:hAnsi="Times New Roman" w:eastAsia="宋体"/>
          <w:b w:val="0"/>
          <w:i w:val="0"/>
          <w:sz w:val="21"/>
        </w:rPr>
        <w:t>于是 2b+6=12，得 b=3，所以 a=12-3-2=7。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the numbers of $1, $3, and $4 pairs, respectively. Then</w:t>
      </w:r>
    </w:p>
    <w:p>
      <w:pPr>
        <w:spacing w:before="0" w:after="80" w:line="300" w:lineRule="auto"/>
        <w:jc w:val="left"/>
      </w:pPr>
      <w:r>
        <w:rPr>
          <w:rFonts w:ascii="Times New Roman" w:hAnsi="Times New Roman" w:eastAsia="宋体"/>
          <w:b w:val="0"/>
          <w:i w:val="0"/>
          <w:color w:val="333333"/>
          <w:sz w:val="19"/>
        </w:rPr>
        <w:t>a+b+c=12,</w:t>
      </w:r>
    </w:p>
    <w:p>
      <w:pPr>
        <w:spacing w:before="0" w:after="80" w:line="300" w:lineRule="auto"/>
        <w:jc w:val="left"/>
      </w:pPr>
      <w:r>
        <w:rPr>
          <w:rFonts w:ascii="Times New Roman" w:hAnsi="Times New Roman" w:eastAsia="宋体"/>
          <w:b w:val="0"/>
          <w:i w:val="0"/>
          <w:color w:val="333333"/>
          <w:sz w:val="19"/>
        </w:rPr>
        <w:t>a+3b+4c=24.</w:t>
      </w:r>
    </w:p>
    <w:p>
      <w:pPr>
        <w:spacing w:before="0" w:after="80" w:line="300" w:lineRule="auto"/>
        <w:jc w:val="left"/>
      </w:pPr>
      <w:r>
        <w:rPr>
          <w:rFonts w:ascii="Times New Roman" w:hAnsi="Times New Roman" w:eastAsia="宋体"/>
          <w:b w:val="0"/>
          <w:i w:val="0"/>
          <w:color w:val="333333"/>
          <w:sz w:val="19"/>
        </w:rPr>
        <w:t>Subtracting gives 2b+3c=12. Since at least one pair of each type was bought, b&gt;0 and c&gt;0. Also 3c&lt;12, so c&lt;4. Modulo 2, the equation gives c even, so c=2.</w:t>
      </w:r>
    </w:p>
    <w:p>
      <w:pPr>
        <w:spacing w:before="0" w:after="80" w:line="300" w:lineRule="auto"/>
        <w:jc w:val="left"/>
      </w:pPr>
      <w:r>
        <w:rPr>
          <w:rFonts w:ascii="Times New Roman" w:hAnsi="Times New Roman" w:eastAsia="宋体"/>
          <w:b w:val="0"/>
          <w:i w:val="0"/>
          <w:color w:val="333333"/>
          <w:sz w:val="19"/>
        </w:rPr>
        <w:t>Then 2b+6=12, so b=3, and a=12-3-2=7.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面积为 18 的正方形边长为 JB=√(18)=3√(2)。因为 △ JBK 是等边三角形，所以 BK=3√(2)。</w:t>
      </w:r>
    </w:p>
    <w:p>
      <w:pPr>
        <w:spacing w:before="0" w:after="80" w:line="300" w:lineRule="auto"/>
        <w:jc w:val="left"/>
      </w:pPr>
      <w:r>
        <w:rPr>
          <w:rFonts w:ascii="Times New Roman" w:hAnsi="Times New Roman" w:eastAsia="宋体"/>
          <w:b w:val="0"/>
          <w:i w:val="0"/>
          <w:sz w:val="21"/>
        </w:rPr>
        <w:t>面积为 32 的正方形边长为 FE=√(32)=4√(2)。因为 FE=BC，所以 BC=4√(2)。</w:t>
      </w:r>
    </w:p>
    <w:p>
      <w:pPr>
        <w:spacing w:before="0" w:after="80" w:line="300" w:lineRule="auto"/>
        <w:jc w:val="left"/>
      </w:pPr>
      <w:r>
        <w:rPr>
          <w:rFonts w:ascii="Times New Roman" w:hAnsi="Times New Roman" w:eastAsia="宋体"/>
          <w:b w:val="0"/>
          <w:i w:val="0"/>
          <w:sz w:val="21"/>
        </w:rPr>
        <w:t>在 B 点处，等边三角形、正方形和等角六边形的内角分别为 60°、90° 和 120°。因此</w:t>
      </w:r>
    </w:p>
    <w:p>
      <w:pPr>
        <w:spacing w:before="0" w:after="80" w:line="300" w:lineRule="auto"/>
        <w:jc w:val="left"/>
      </w:pPr>
      <w:r>
        <w:rPr>
          <w:rFonts w:ascii="Times New Roman" w:hAnsi="Times New Roman" w:eastAsia="宋体"/>
          <w:b w:val="0"/>
          <w:i w:val="0"/>
          <w:sz w:val="21"/>
        </w:rPr>
        <w:t>∠ KBC = 360°-60°-90°</w:t>
      </w:r>
    </w:p>
    <w:p>
      <w:pPr>
        <w:spacing w:before="0" w:after="80" w:line="300" w:lineRule="auto"/>
        <w:jc w:val="left"/>
      </w:pPr>
      <w:r>
        <w:rPr>
          <w:rFonts w:ascii="Times New Roman" w:hAnsi="Times New Roman" w:eastAsia="宋体"/>
          <w:b w:val="0"/>
          <w:i w:val="0"/>
          <w:sz w:val="21"/>
        </w:rPr>
        <w:t>-120°</w:t>
      </w:r>
    </w:p>
    <w:p>
      <w:pPr>
        <w:spacing w:before="0" w:after="80" w:line="300" w:lineRule="auto"/>
        <w:jc w:val="left"/>
      </w:pPr>
      <w:r>
        <w:rPr>
          <w:rFonts w:ascii="Times New Roman" w:hAnsi="Times New Roman" w:eastAsia="宋体"/>
          <w:b w:val="0"/>
          <w:i w:val="0"/>
          <w:sz w:val="21"/>
        </w:rPr>
        <w:t>=90°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 KBC]=1/2(3√(2))(4√(2))=12。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with area 18 has side length JB=√(18)=3√(2). Since △ JBK is equilateral, BK=3√(2).</w:t>
      </w:r>
    </w:p>
    <w:p>
      <w:pPr>
        <w:spacing w:before="0" w:after="80" w:line="300" w:lineRule="auto"/>
        <w:jc w:val="left"/>
      </w:pPr>
      <w:r>
        <w:rPr>
          <w:rFonts w:ascii="Times New Roman" w:hAnsi="Times New Roman" w:eastAsia="宋体"/>
          <w:b w:val="0"/>
          <w:i w:val="0"/>
          <w:color w:val="333333"/>
          <w:sz w:val="19"/>
        </w:rPr>
        <w:t>The square with area 32 has side length FE=√(32)=4√(2). Since FE=BC, we have BC=4√(2).</w:t>
      </w:r>
    </w:p>
    <w:p>
      <w:pPr>
        <w:spacing w:before="0" w:after="80" w:line="300" w:lineRule="auto"/>
        <w:jc w:val="left"/>
      </w:pPr>
      <w:r>
        <w:rPr>
          <w:rFonts w:ascii="Times New Roman" w:hAnsi="Times New Roman" w:eastAsia="宋体"/>
          <w:b w:val="0"/>
          <w:i w:val="0"/>
          <w:color w:val="333333"/>
          <w:sz w:val="19"/>
        </w:rPr>
        <w:t>At B, the equilateral triangle, square, and equiangular hexagon contribute angles of 60°, 90°, and 120°, respectively. Hence</w:t>
      </w:r>
    </w:p>
    <w:p>
      <w:pPr>
        <w:spacing w:before="0" w:after="80" w:line="300" w:lineRule="auto"/>
        <w:jc w:val="left"/>
      </w:pPr>
      <w:r>
        <w:rPr>
          <w:rFonts w:ascii="Times New Roman" w:hAnsi="Times New Roman" w:eastAsia="宋体"/>
          <w:b w:val="0"/>
          <w:i w:val="0"/>
          <w:color w:val="333333"/>
          <w:sz w:val="19"/>
        </w:rPr>
        <w:t>∠ KBC = 360°-60°-90°</w:t>
      </w:r>
    </w:p>
    <w:p>
      <w:pPr>
        <w:spacing w:before="0" w:after="80" w:line="300" w:lineRule="auto"/>
        <w:jc w:val="left"/>
      </w:pPr>
      <w:r>
        <w:rPr>
          <w:rFonts w:ascii="Times New Roman" w:hAnsi="Times New Roman" w:eastAsia="宋体"/>
          <w:b w:val="0"/>
          <w:i w:val="0"/>
          <w:color w:val="333333"/>
          <w:sz w:val="19"/>
        </w:rPr>
        <w:t>-120°</w:t>
      </w:r>
    </w:p>
    <w:p>
      <w:pPr>
        <w:spacing w:before="0" w:after="80" w:line="300" w:lineRule="auto"/>
        <w:jc w:val="left"/>
      </w:pPr>
      <w:r>
        <w:rPr>
          <w:rFonts w:ascii="Times New Roman" w:hAnsi="Times New Roman" w:eastAsia="宋体"/>
          <w:b w:val="0"/>
          <w:i w:val="0"/>
          <w:color w:val="333333"/>
          <w:sz w:val="19"/>
        </w:rPr>
        <w:t>=90°.</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 KBC]=1/2(3√(2))(4√(2))=12.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每行可站的人数正好是学生总数的正因数。因为六月 1 日至六月 12 日有不同排列，而六月 13 日没有新的排列方式，所以总人数必须恰好有 12 个正因数。</w:t>
      </w:r>
    </w:p>
    <w:p>
      <w:pPr>
        <w:spacing w:before="0" w:after="80" w:line="300" w:lineRule="auto"/>
        <w:jc w:val="left"/>
      </w:pPr>
      <w:r>
        <w:rPr>
          <w:rFonts w:ascii="Times New Roman" w:hAnsi="Times New Roman" w:eastAsia="宋体"/>
          <w:b w:val="0"/>
          <w:i w:val="0"/>
          <w:sz w:val="21"/>
        </w:rPr>
        <w:t>总人数必须同时能被 15 和 6 整除，因此能被 lcm(15,6)=30=2·3·5 整除。而这个数只有 8 个因数。</w:t>
      </w:r>
    </w:p>
    <w:p>
      <w:pPr>
        <w:spacing w:before="0" w:after="80" w:line="300" w:lineRule="auto"/>
        <w:jc w:val="left"/>
      </w:pPr>
      <w:r>
        <w:rPr>
          <w:rFonts w:ascii="Times New Roman" w:hAnsi="Times New Roman" w:eastAsia="宋体"/>
          <w:b w:val="0"/>
          <w:i w:val="0"/>
          <w:sz w:val="21"/>
        </w:rPr>
        <w:t>最小的 30 的倍数且有 12 个因数的是 60=2²·3·5，其因数个数为 (2+1)(1+1)(1+1)=12。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possible numbers of students per row are exactly the positive divisors of the total number of students. Since June 1 through June 12 give different arrangements and June 13 gives no new one, the total number of students must have exactly 12 positive divisors.</w:t>
      </w:r>
    </w:p>
    <w:p>
      <w:pPr>
        <w:spacing w:before="0" w:after="80" w:line="300" w:lineRule="auto"/>
        <w:jc w:val="left"/>
      </w:pPr>
      <w:r>
        <w:rPr>
          <w:rFonts w:ascii="Times New Roman" w:hAnsi="Times New Roman" w:eastAsia="宋体"/>
          <w:b w:val="0"/>
          <w:i w:val="0"/>
          <w:color w:val="333333"/>
          <w:sz w:val="19"/>
        </w:rPr>
        <w:t>The number must be divisible by both 15 and 6, hence by lcm(15,6)=30=2·3·5. This number has only 8 divisors.</w:t>
      </w:r>
    </w:p>
    <w:p>
      <w:pPr>
        <w:spacing w:before="0" w:after="80" w:line="300" w:lineRule="auto"/>
        <w:jc w:val="left"/>
      </w:pPr>
      <w:r>
        <w:rPr>
          <w:rFonts w:ascii="Times New Roman" w:hAnsi="Times New Roman" w:eastAsia="宋体"/>
          <w:b w:val="0"/>
          <w:i w:val="0"/>
          <w:color w:val="333333"/>
          <w:sz w:val="19"/>
        </w:rPr>
        <w:t>The smallest multiple of 30 with 12 divisors is 60=2²·3·5, which has (2+1)(1+1)(1+1)=12 divisors.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所有纸条的和为 35，所以五个连续整数杯子和的平均数必须是 7。因此杯子 A、B、C、D、E 的和分别为 5、6、7、8、9。</w:t>
      </w:r>
    </w:p>
    <w:p>
      <w:pPr>
        <w:spacing w:before="0" w:after="80" w:line="300" w:lineRule="auto"/>
        <w:jc w:val="left"/>
      </w:pPr>
      <w:r>
        <w:rPr>
          <w:rFonts w:ascii="Times New Roman" w:hAnsi="Times New Roman" w:eastAsia="宋体"/>
          <w:b w:val="0"/>
          <w:i w:val="0"/>
          <w:sz w:val="21"/>
        </w:rPr>
        <w:t>杯子 B 已经有一张 3，且总和必须为 6，所以它还必须有另一张 3。杯子 E 已经有一张 2，所以 E 中其他纸条之和必须为 7。</w:t>
      </w:r>
    </w:p>
    <w:p>
      <w:pPr>
        <w:spacing w:before="0" w:after="80" w:line="300" w:lineRule="auto"/>
        <w:jc w:val="left"/>
      </w:pPr>
      <w:r>
        <w:rPr>
          <w:rFonts w:ascii="Times New Roman" w:hAnsi="Times New Roman" w:eastAsia="宋体"/>
          <w:b w:val="0"/>
          <w:i w:val="0"/>
          <w:sz w:val="21"/>
        </w:rPr>
        <w:t>3.5 不能放在 A，因为杯子 A 还需要 1.5。它不能放在 B，因为这个杯子已经满了。它不能放在 C 或 E，因为那样还需要另一个 3.5，而剩余纸条不能凑出这个和。杯子 D 可行，例如 3.5+4.5=8。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the slips is 35, so the five consecutive integer cup sums must average 7. Therefore cups A, B, C, D, and E must have sums 5, 6, 7, 8, and 9, respectively.</w:t>
      </w:r>
    </w:p>
    <w:p>
      <w:pPr>
        <w:spacing w:before="0" w:after="80" w:line="300" w:lineRule="auto"/>
        <w:jc w:val="left"/>
      </w:pPr>
      <w:r>
        <w:rPr>
          <w:rFonts w:ascii="Times New Roman" w:hAnsi="Times New Roman" w:eastAsia="宋体"/>
          <w:b w:val="0"/>
          <w:i w:val="0"/>
          <w:color w:val="333333"/>
          <w:sz w:val="19"/>
        </w:rPr>
        <w:t>Cup B already contains a 3 and must sum to 6, so it must contain another 3. Cup E already contains a 2, so the other slips in E must sum to 7.</w:t>
      </w:r>
    </w:p>
    <w:p>
      <w:pPr>
        <w:spacing w:before="0" w:after="80" w:line="300" w:lineRule="auto"/>
        <w:jc w:val="left"/>
      </w:pPr>
      <w:r>
        <w:rPr>
          <w:rFonts w:ascii="Times New Roman" w:hAnsi="Times New Roman" w:eastAsia="宋体"/>
          <w:b w:val="0"/>
          <w:i w:val="0"/>
          <w:color w:val="333333"/>
          <w:sz w:val="19"/>
        </w:rPr>
        <w:t>The 3.5 slip cannot go in A, because cup A would need another 1.5. It cannot go in B, which is already full. It cannot go in C or E, because either would then need another 3.5, and no remaining slips can make that total. Cup D works, for example with 3.5+4.5=8.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每支球队在本分区内打 3N 场，对另一个分区打 4M 场，所以</w:t>
      </w:r>
    </w:p>
    <w:p>
      <w:pPr>
        <w:spacing w:before="0" w:after="80" w:line="300" w:lineRule="auto"/>
        <w:jc w:val="left"/>
      </w:pPr>
      <w:r>
        <w:rPr>
          <w:rFonts w:ascii="Times New Roman" w:hAnsi="Times New Roman" w:eastAsia="宋体"/>
          <w:b w:val="0"/>
          <w:i w:val="0"/>
          <w:sz w:val="21"/>
        </w:rPr>
        <w:t>3N+4M=76。</w:t>
      </w:r>
    </w:p>
    <w:p>
      <w:pPr>
        <w:spacing w:before="0" w:after="80" w:line="300" w:lineRule="auto"/>
        <w:jc w:val="left"/>
      </w:pPr>
      <w:r>
        <w:rPr>
          <w:rFonts w:ascii="Times New Roman" w:hAnsi="Times New Roman" w:eastAsia="宋体"/>
          <w:b w:val="0"/>
          <w:i w:val="0"/>
          <w:sz w:val="21"/>
        </w:rPr>
        <w:t>因为 N&gt;2M，所以 3N&gt;6M，从而 76=3N+4M&gt;10M。因此 M&lt;7.6。又 M&gt;4，所以 M∈{5,6,7}。</w:t>
      </w:r>
    </w:p>
    <w:p>
      <w:pPr>
        <w:spacing w:before="0" w:after="80" w:line="300" w:lineRule="auto"/>
        <w:jc w:val="left"/>
      </w:pPr>
      <w:r>
        <w:rPr>
          <w:rFonts w:ascii="Times New Roman" w:hAnsi="Times New Roman" w:eastAsia="宋体"/>
          <w:b w:val="0"/>
          <w:i w:val="0"/>
          <w:sz w:val="21"/>
        </w:rPr>
        <w:t>将 3N+4M=76 模 3，得 M≡1pmod3，所以 M=7。因此每支球队打 4M=28 场非分区比赛，本分区比赛为 76-28=48 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team plays 3N games within its own division and 4M games against the other division, so</w:t>
      </w:r>
    </w:p>
    <w:p>
      <w:pPr>
        <w:spacing w:before="0" w:after="80" w:line="300" w:lineRule="auto"/>
        <w:jc w:val="left"/>
      </w:pPr>
      <w:r>
        <w:rPr>
          <w:rFonts w:ascii="Times New Roman" w:hAnsi="Times New Roman" w:eastAsia="宋体"/>
          <w:b w:val="0"/>
          <w:i w:val="0"/>
          <w:color w:val="333333"/>
          <w:sz w:val="19"/>
        </w:rPr>
        <w:t>3N+4M=76.</w:t>
      </w:r>
    </w:p>
    <w:p>
      <w:pPr>
        <w:spacing w:before="0" w:after="80" w:line="300" w:lineRule="auto"/>
        <w:jc w:val="left"/>
      </w:pPr>
      <w:r>
        <w:rPr>
          <w:rFonts w:ascii="Times New Roman" w:hAnsi="Times New Roman" w:eastAsia="宋体"/>
          <w:b w:val="0"/>
          <w:i w:val="0"/>
          <w:color w:val="333333"/>
          <w:sz w:val="19"/>
        </w:rPr>
        <w:t>Since N&gt;2M, we have 3N&gt;6M, and hence 76=3N+4M&gt;10M. Thus M&lt;7.6. Together with M&gt;4, this gives M∈{5,6,7}.</w:t>
      </w:r>
    </w:p>
    <w:p>
      <w:pPr>
        <w:spacing w:before="0" w:after="80" w:line="300" w:lineRule="auto"/>
        <w:jc w:val="left"/>
      </w:pPr>
      <w:r>
        <w:rPr>
          <w:rFonts w:ascii="Times New Roman" w:hAnsi="Times New Roman" w:eastAsia="宋体"/>
          <w:b w:val="0"/>
          <w:i w:val="0"/>
          <w:color w:val="333333"/>
          <w:sz w:val="19"/>
        </w:rPr>
        <w:t>Reducing 3N+4M=76 modulo 3 gives M≡1pmod3, so M=7. Therefore the team plays 4M=28 non-division games and 76-28=48 division games.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对于能放入的最大正方形，它的每条边都必须接触一个被挖去的边长为 1 英寸的小正方形的内角，否则还可以继续放大。因此它围住中央的 3×3 正方形，并在四边各增加一个全等直角三角形。</w:t>
      </w:r>
    </w:p>
    <w:p>
      <w:pPr>
        <w:spacing w:before="0" w:after="80" w:line="300" w:lineRule="auto"/>
        <w:jc w:val="left"/>
      </w:pPr>
      <w:r>
        <w:rPr>
          <w:rFonts w:ascii="Times New Roman" w:hAnsi="Times New Roman" w:eastAsia="宋体"/>
          <w:b w:val="0"/>
          <w:i w:val="0"/>
          <w:sz w:val="21"/>
        </w:rPr>
        <w:t>中央正方形面积为 3·3=9。每个增加的三角形两条直角边为 3 和 1，四个三角形总面积为</w:t>
      </w:r>
    </w:p>
    <w:p>
      <w:pPr>
        <w:spacing w:before="0" w:after="80" w:line="300" w:lineRule="auto"/>
        <w:jc w:val="left"/>
      </w:pPr>
      <w:r>
        <w:rPr>
          <w:rFonts w:ascii="Times New Roman" w:hAnsi="Times New Roman" w:eastAsia="宋体"/>
          <w:b w:val="0"/>
          <w:i w:val="0"/>
          <w:sz w:val="21"/>
        </w:rPr>
        <w:t>4((3·1)/2)=6。</w:t>
      </w:r>
    </w:p>
    <w:p>
      <w:pPr>
        <w:spacing w:before="0" w:after="80" w:line="300" w:lineRule="auto"/>
        <w:jc w:val="left"/>
      </w:pPr>
      <w:r>
        <w:rPr>
          <w:rFonts w:ascii="Times New Roman" w:hAnsi="Times New Roman" w:eastAsia="宋体"/>
          <w:b w:val="0"/>
          <w:i w:val="0"/>
          <w:sz w:val="21"/>
        </w:rPr>
        <w:t>放入的正方形面积为 9+6=15。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largest fitted square, each side must touch an inner corner of one of the removed 1-inch squares; otherwise the fitted square could be enlarged. Thus it surrounds the central 3×3 square and adds four congruent right triangles, one along each side.</w:t>
      </w:r>
    </w:p>
    <w:p>
      <w:pPr>
        <w:spacing w:before="0" w:after="80" w:line="300" w:lineRule="auto"/>
        <w:jc w:val="left"/>
      </w:pPr>
      <w:r>
        <w:rPr>
          <w:rFonts w:ascii="Times New Roman" w:hAnsi="Times New Roman" w:eastAsia="宋体"/>
          <w:b w:val="0"/>
          <w:i w:val="0"/>
          <w:color w:val="333333"/>
          <w:sz w:val="19"/>
        </w:rPr>
        <w:t>The central square has area 3·3=9. Each added triangle has base 3 and height 1, so the four triangles have total area</w:t>
      </w:r>
    </w:p>
    <w:p>
      <w:pPr>
        <w:spacing w:before="0" w:after="80" w:line="300" w:lineRule="auto"/>
        <w:jc w:val="left"/>
      </w:pPr>
      <w:r>
        <w:rPr>
          <w:rFonts w:ascii="Times New Roman" w:hAnsi="Times New Roman" w:eastAsia="宋体"/>
          <w:b w:val="0"/>
          <w:i w:val="0"/>
          <w:color w:val="333333"/>
          <w:sz w:val="19"/>
        </w:rPr>
        <w:t>4((3·1)/2)=6.</w:t>
      </w:r>
    </w:p>
    <w:p>
      <w:pPr>
        <w:spacing w:before="0" w:after="80" w:line="300" w:lineRule="auto"/>
        <w:jc w:val="left"/>
      </w:pPr>
      <w:r>
        <w:rPr>
          <w:rFonts w:ascii="Times New Roman" w:hAnsi="Times New Roman" w:eastAsia="宋体"/>
          <w:b w:val="0"/>
          <w:i w:val="0"/>
          <w:color w:val="333333"/>
          <w:sz w:val="19"/>
        </w:rPr>
        <w:t>The fitted square has area 9+6=15.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