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2014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Harry 和 Terry 都被要求计算 8-(2+5)。Harry 得到正确答案。Terry 忽略括号，计算了 8-2+5。如果 Harry 的答案是 H，Terry 的答案是 T，那么 H-T 是多少？</w:t>
      </w:r>
    </w:p>
    <w:p>
      <w:pPr>
        <w:spacing w:before="0" w:after="120" w:line="300" w:lineRule="auto"/>
      </w:pPr>
      <w:r>
        <w:rPr>
          <w:rFonts w:ascii="Times New Roman" w:hAnsi="Times New Roman" w:eastAsia="宋体"/>
          <w:b w:val="0"/>
          <w:i w:val="0"/>
          <w:sz w:val="21"/>
        </w:rPr>
        <w:t>（A）-10　　（B）-6　　（C）0　　（D）6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Harry and Terry are each told to calculate 8-(2+5). Harry gets the correct answer. Terry ignores the parentheses and calculates 8-2+5. If Harry’s answer is H and Terry’s answer is T, what is H-T?</w:t>
      </w:r>
    </w:p>
    <w:p>
      <w:pPr>
        <w:spacing w:before="0" w:after="160" w:line="300" w:lineRule="auto"/>
      </w:pPr>
      <w:r>
        <w:rPr>
          <w:rFonts w:ascii="Times New Roman" w:hAnsi="Times New Roman" w:eastAsia="宋体"/>
          <w:b w:val="0"/>
          <w:i w:val="0"/>
          <w:color w:val="333333"/>
          <w:sz w:val="19"/>
        </w:rPr>
        <w:t>(A) -10　　(B) -6　　(C) 0　　(D) 6　　(E) 10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Paul 欠 Paula 35 美分，并且口袋里有 5 美分、10 美分和 25 美分硬币可用来付钱。他可以用来支付的硬币数最大值与最小值之差是多少？</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Paul owes Paula 35 cents and has a pocket full of 5-cent coins, 10-cent coins, and 25-cent coins that he can use to pay her. What is the difference between the largest and the smallest number of coins he can use to pay her?</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Isabella 有一周时间为学校作业读完一本书。前三天她平均每天读 36 页，接下来三天平均每天读 44 页。最后一天她读了 10 页读完这本书。这本书有多少页？</w:t>
      </w:r>
    </w:p>
    <w:p>
      <w:pPr>
        <w:spacing w:before="0" w:after="120" w:line="300" w:lineRule="auto"/>
      </w:pPr>
      <w:r>
        <w:rPr>
          <w:rFonts w:ascii="Times New Roman" w:hAnsi="Times New Roman" w:eastAsia="宋体"/>
          <w:b w:val="0"/>
          <w:i w:val="0"/>
          <w:sz w:val="21"/>
        </w:rPr>
        <w:t>（A）240　　（B）250　　（C）260　　（D）270　　（E）280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Isabella had a week to read a book for a school assignment. She read an average of 36 pages per day for the first three days and an average of 44 pages per day for the next three days. She then finished the book by reading 10 pages on the last day. How many pages were in the book?</w:t>
      </w:r>
    </w:p>
    <w:p>
      <w:pPr>
        <w:spacing w:before="0" w:after="160" w:line="300" w:lineRule="auto"/>
      </w:pPr>
      <w:r>
        <w:rPr>
          <w:rFonts w:ascii="Times New Roman" w:hAnsi="Times New Roman" w:eastAsia="宋体"/>
          <w:b w:val="0"/>
          <w:i w:val="0"/>
          <w:color w:val="333333"/>
          <w:sz w:val="19"/>
        </w:rPr>
        <w:t>(A) 240　　(B) 250　　(C) 260　　(D) 270　　(E) 280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两个质数之和为 85。这两个质数的乘积是多少？</w:t>
      </w:r>
    </w:p>
    <w:p>
      <w:pPr>
        <w:spacing w:before="0" w:after="120" w:line="300" w:lineRule="auto"/>
      </w:pPr>
      <w:r>
        <w:rPr>
          <w:rFonts w:ascii="Times New Roman" w:hAnsi="Times New Roman" w:eastAsia="宋体"/>
          <w:b w:val="0"/>
          <w:i w:val="0"/>
          <w:sz w:val="21"/>
        </w:rPr>
        <w:t>（A）85　　（B）91　　（C）115　　（D）133　　（E）166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prime numbers is 85. What is the product of these two prime numbers?</w:t>
      </w:r>
    </w:p>
    <w:p>
      <w:pPr>
        <w:spacing w:before="0" w:after="160" w:line="300" w:lineRule="auto"/>
      </w:pPr>
      <w:r>
        <w:rPr>
          <w:rFonts w:ascii="Times New Roman" w:hAnsi="Times New Roman" w:eastAsia="宋体"/>
          <w:b w:val="0"/>
          <w:i w:val="0"/>
          <w:color w:val="333333"/>
          <w:sz w:val="19"/>
        </w:rPr>
        <w:t>(A) 85　　(B) 91　　(C) 115　　(D) 133　　(E) 166</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Margie 的汽车每加仑汽油可以行驶 32 英里，现在汽油价格为每加仑 $4。Margie 用 $20 的汽油可以行驶多少英里？</w:t>
      </w:r>
    </w:p>
    <w:p>
      <w:pPr>
        <w:spacing w:before="0" w:after="120" w:line="300" w:lineRule="auto"/>
      </w:pPr>
      <w:r>
        <w:rPr>
          <w:rFonts w:ascii="Times New Roman" w:hAnsi="Times New Roman" w:eastAsia="宋体"/>
          <w:b w:val="0"/>
          <w:i w:val="0"/>
          <w:sz w:val="21"/>
        </w:rPr>
        <w:t>（A）64　　（B）128　　（C）160　　（D）320　　（E）640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Margie’s car can go 32 miles on a gallon of gas, and gas currently costs $4 per gallon. How many miles can Margie drive on $20 worth of gas?</w:t>
      </w:r>
    </w:p>
    <w:p>
      <w:pPr>
        <w:spacing w:before="0" w:after="160" w:line="300" w:lineRule="auto"/>
      </w:pPr>
      <w:r>
        <w:rPr>
          <w:rFonts w:ascii="Times New Roman" w:hAnsi="Times New Roman" w:eastAsia="宋体"/>
          <w:b w:val="0"/>
          <w:i w:val="0"/>
          <w:color w:val="333333"/>
          <w:sz w:val="19"/>
        </w:rPr>
        <w:t>(A) 64　　(B) 128　　(C) 160　　(D) 320　　(E) 640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六个长方形的共同底宽都是 2，长度分别为 1，4，9，16，25 和 36。这六个长方形面积之和是多少？</w:t>
      </w:r>
    </w:p>
    <w:p>
      <w:pPr>
        <w:spacing w:before="0" w:after="120" w:line="300" w:lineRule="auto"/>
      </w:pPr>
      <w:r>
        <w:rPr>
          <w:rFonts w:ascii="Times New Roman" w:hAnsi="Times New Roman" w:eastAsia="宋体"/>
          <w:b w:val="0"/>
          <w:i w:val="0"/>
          <w:sz w:val="21"/>
        </w:rPr>
        <w:t>（A）91　　（B）93　　（C）162　　（D）182　　（E）202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rectangles each with a common base width of 2 have lengths of 1, 4, 9, 16, 25, and 36. What is the sum of the areas of the six rectangles?</w:t>
      </w:r>
    </w:p>
    <w:p>
      <w:pPr>
        <w:spacing w:before="0" w:after="160" w:line="300" w:lineRule="auto"/>
      </w:pPr>
      <w:r>
        <w:rPr>
          <w:rFonts w:ascii="Times New Roman" w:hAnsi="Times New Roman" w:eastAsia="宋体"/>
          <w:b w:val="0"/>
          <w:i w:val="0"/>
          <w:color w:val="333333"/>
          <w:sz w:val="19"/>
        </w:rPr>
        <w:t>(A) 91　　(B) 93　　(C) 162　　(D) 182　　(E) 202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Raub 女士班上有 28 名学生，女生比男生多四人。班上女生人数与男生人数之比是多少？</w:t>
      </w:r>
    </w:p>
    <w:p>
      <w:pPr>
        <w:spacing w:before="0" w:after="120" w:line="300" w:lineRule="auto"/>
      </w:pPr>
      <w:r>
        <w:rPr>
          <w:rFonts w:ascii="Times New Roman" w:hAnsi="Times New Roman" w:eastAsia="宋体"/>
          <w:b w:val="0"/>
          <w:i w:val="0"/>
          <w:sz w:val="21"/>
        </w:rPr>
        <w:t>（A）3: 4　　（B）4: 3　　（C）3: 2　　（D）7: 4　　（E）2: 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four more girls than boys in Ms. Raub’s class of 28 students. What is the ratio of the number of girls to the number of boys in her class?</w:t>
      </w:r>
    </w:p>
    <w:p>
      <w:pPr>
        <w:spacing w:before="0" w:after="160" w:line="300" w:lineRule="auto"/>
      </w:pPr>
      <w:r>
        <w:rPr>
          <w:rFonts w:ascii="Times New Roman" w:hAnsi="Times New Roman" w:eastAsia="宋体"/>
          <w:b w:val="0"/>
          <w:i w:val="0"/>
          <w:color w:val="333333"/>
          <w:sz w:val="19"/>
        </w:rPr>
        <w:t>(A) 3: 4　　(B) 4: 3　　(C) 3: 2　　(D) 7: 4　　(E) 2: 1</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初中数学俱乐部的十一名成员每人支付了相同的金额，请一位嘉宾在数学俱乐部的会议上讲解解题方法。他们共付给这位嘉宾 $1A2。这个 3 位数中缺失的数字 A 是多少？</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Eleven members of the Middle School Math Club each paid the same amount for a guest speaker to talk about problem solving at their math club meeting. They paid their guest speaker $1A2. What is the missing digit A of this 3-digit number?</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 △ ABC 中，D 是边 AC 上一点，使得 BD=DC，且 ∠ BCD 为 70°。∠ ADB 的度数是多少？</w:t>
      </w:r>
    </w:p>
    <w:p>
      <w:pPr>
        <w:spacing w:before="80" w:after="80"/>
        <w:jc w:val="center"/>
      </w:pPr>
      <w:r>
        <w:drawing>
          <wp:inline xmlns:a="http://schemas.openxmlformats.org/drawingml/2006/main" xmlns:pic="http://schemas.openxmlformats.org/drawingml/2006/picture">
            <wp:extent cx="2490648" cy="1020459"/>
            <wp:docPr id="1" name="Picture 1"/>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2490648" cy="1020459"/>
                    </a:xfrm>
                    <a:prstGeom prst="rect"/>
                  </pic:spPr>
                </pic:pic>
              </a:graphicData>
            </a:graphic>
          </wp:inline>
        </w:drawing>
      </w:r>
    </w:p>
    <w:p>
      <w:pPr>
        <w:spacing w:before="0" w:after="120" w:line="300" w:lineRule="auto"/>
      </w:pPr>
      <w:r>
        <w:rPr>
          <w:rFonts w:ascii="Times New Roman" w:hAnsi="Times New Roman" w:eastAsia="宋体"/>
          <w:b w:val="0"/>
          <w:i w:val="0"/>
          <w:sz w:val="21"/>
        </w:rPr>
        <w:t>（A）100　　（B）120　　（C）135　　（D）140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D is a point on side AC such that BD=DC and ∠ BCD measures 70°. What is the degree measure of ∠ ADB?</w:t>
      </w:r>
    </w:p>
    <w:p>
      <w:pPr>
        <w:spacing w:before="80" w:after="80"/>
        <w:jc w:val="center"/>
      </w:pPr>
      <w:r>
        <w:drawing>
          <wp:inline xmlns:a="http://schemas.openxmlformats.org/drawingml/2006/main" xmlns:pic="http://schemas.openxmlformats.org/drawingml/2006/picture">
            <wp:extent cx="2490648" cy="1020459"/>
            <wp:docPr id="2" name="Picture 2"/>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2490648" cy="10204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100　　(B) 120　　(C) 135　　(D) 140　　(E) 150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第一届 AMC 8 于 1985 年举行，此后每年举行一次。Samantha 满 12 岁的那一年参加了第七届 AMC 8。Samantha 出生于哪一年？</w:t>
      </w:r>
    </w:p>
    <w:p>
      <w:pPr>
        <w:spacing w:before="0" w:after="120" w:line="300" w:lineRule="auto"/>
      </w:pPr>
      <w:r>
        <w:rPr>
          <w:rFonts w:ascii="Times New Roman" w:hAnsi="Times New Roman" w:eastAsia="宋体"/>
          <w:b w:val="0"/>
          <w:i w:val="0"/>
          <w:sz w:val="21"/>
        </w:rPr>
        <w:t>（A）1979　　（B）1980　　（C）1981　　（D）1982　　（E）1983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AMC 8 was given in 1985 and it has been given annually since that time. Samantha turned 12 years old the year that she took the seventh AMC 8. In what year was Samantha born?</w:t>
      </w:r>
    </w:p>
    <w:p>
      <w:pPr>
        <w:spacing w:before="0" w:after="160" w:line="300" w:lineRule="auto"/>
      </w:pPr>
      <w:r>
        <w:rPr>
          <w:rFonts w:ascii="Times New Roman" w:hAnsi="Times New Roman" w:eastAsia="宋体"/>
          <w:b w:val="0"/>
          <w:i w:val="0"/>
          <w:color w:val="333333"/>
          <w:sz w:val="19"/>
        </w:rPr>
        <w:t>(A) 1979　　(B) 1980　　(C) 1981　　(D) 1982　　(E) 1983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Jack 想从自己家骑车到 Jill 家，Jill 家位于 Jack 家以东三个街区、以北两个街区。每骑过一个街区后，Jack 可以继续向东或向北，但他需要避开离他家以东一个街区、以北一个街区的危险路口。若他总共骑五个街区到达 Jill 家，有多少种路线？</w:t>
      </w:r>
    </w:p>
    <w:p>
      <w:pPr>
        <w:spacing w:before="0" w:after="120" w:line="300" w:lineRule="auto"/>
      </w:pPr>
      <w:r>
        <w:rPr>
          <w:rFonts w:ascii="Times New Roman" w:hAnsi="Times New Roman" w:eastAsia="宋体"/>
          <w:b w:val="0"/>
          <w:i w:val="0"/>
          <w:sz w:val="21"/>
        </w:rPr>
        <w:t>（A）4　　（B）5　　（C）6　　（D）8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Jack wants to bike from his house to Jill’s house, which is located three blocks east and two blocks north of Jack’s house. After biking each block, Jack can continue either east or north, but he needs to avoid a dangerous intersection one block east and one block north of his house. In how many ways can he reach Jill’s house by biking a total of five blocks?</w:t>
      </w:r>
    </w:p>
    <w:p>
      <w:pPr>
        <w:spacing w:before="0" w:after="160" w:line="300" w:lineRule="auto"/>
      </w:pPr>
      <w:r>
        <w:rPr>
          <w:rFonts w:ascii="Times New Roman" w:hAnsi="Times New Roman" w:eastAsia="宋体"/>
          <w:b w:val="0"/>
          <w:i w:val="0"/>
          <w:color w:val="333333"/>
          <w:sz w:val="19"/>
        </w:rPr>
        <w:t>(A) 4　　(B) 5　　(C) 6　　(D) 8　　(E) 10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一本杂志刊登了三位名人的照片，以及这三位名人婴儿时期的三张照片。婴儿照片没有标明对应的名人。读者被要求将每位名人与正确的婴儿照片配对。若读者随机猜测，三组都配对正确的概率是多少？</w:t>
      </w:r>
    </w:p>
    <w:p>
      <w:pPr>
        <w:spacing w:before="0" w:after="120" w:line="300" w:lineRule="auto"/>
      </w:pPr>
      <w:r>
        <w:rPr>
          <w:rFonts w:ascii="Times New Roman" w:hAnsi="Times New Roman" w:eastAsia="宋体"/>
          <w:b w:val="0"/>
          <w:i w:val="0"/>
          <w:sz w:val="21"/>
        </w:rPr>
        <w:t>（A）1/9　　（B）1/6　　（C）1/4　　（D）1/3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magazine printed photos of three celebrities along with three photos of the celebrities as babies. The baby pictures did not identify the celebrities. Readers were asked to match each celebrity with the correct baby picture. What is the probability that a reader guessing at random will match all three correctly?</w:t>
      </w:r>
    </w:p>
    <w:p>
      <w:pPr>
        <w:spacing w:before="0" w:after="160" w:line="300" w:lineRule="auto"/>
      </w:pPr>
      <w:r>
        <w:rPr>
          <w:rFonts w:ascii="Times New Roman" w:hAnsi="Times New Roman" w:eastAsia="宋体"/>
          <w:b w:val="0"/>
          <w:i w:val="0"/>
          <w:color w:val="333333"/>
          <w:sz w:val="19"/>
        </w:rPr>
        <w:t>(A) 1/9　　(B) 1/6　　(C) 1/4　　(D) 1/3　　(E) 1/2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如果 n 和 m 是整数，且 n² + m² 是偶数，那么下列哪一项是不可能的？</w:t>
      </w:r>
    </w:p>
    <w:p>
      <w:pPr>
        <w:spacing w:before="0" w:after="120" w:line="300" w:lineRule="auto"/>
      </w:pPr>
      <w:r>
        <w:rPr>
          <w:rFonts w:ascii="Times New Roman" w:hAnsi="Times New Roman" w:eastAsia="宋体"/>
          <w:b w:val="0"/>
          <w:i w:val="0"/>
          <w:sz w:val="21"/>
        </w:rPr>
        <w:t>（A）n 和 m 都是偶数　　（B）n 和 m 都是奇数　　（C）n + m 是偶数　　（D）n + m 是奇数　　（E）以上都不是不可能的</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n and m are integers and n² + m² is even, which of the following is impossible?</w:t>
      </w:r>
    </w:p>
    <w:p>
      <w:pPr>
        <w:spacing w:before="0" w:after="160" w:line="300" w:lineRule="auto"/>
      </w:pPr>
      <w:r>
        <w:rPr>
          <w:rFonts w:ascii="Times New Roman" w:hAnsi="Times New Roman" w:eastAsia="宋体"/>
          <w:b w:val="0"/>
          <w:i w:val="0"/>
          <w:color w:val="333333"/>
          <w:sz w:val="19"/>
        </w:rPr>
        <w:t>(A) n and m are even　　(B) n and m are odd　　(C) n + m is even　　(D) n + m is odd　　(E) none of these are impossible</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长方形 ABCD 和直角三角形 DCE 面积相同。它们拼在一起形成如图所示的梯形。DE 是多少？</w:t>
      </w:r>
    </w:p>
    <w:p>
      <w:pPr>
        <w:spacing w:before="80" w:after="80"/>
        <w:jc w:val="center"/>
      </w:pPr>
      <w:r>
        <w:drawing>
          <wp:inline xmlns:a="http://schemas.openxmlformats.org/drawingml/2006/main" xmlns:pic="http://schemas.openxmlformats.org/drawingml/2006/picture">
            <wp:extent cx="1532057" cy="582153"/>
            <wp:docPr id="3" name="Picture 3"/>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532057" cy="582153"/>
                    </a:xfrm>
                    <a:prstGeom prst="rect"/>
                  </pic:spPr>
                </pic:pic>
              </a:graphicData>
            </a:graphic>
          </wp:inline>
        </w:drawing>
      </w:r>
    </w:p>
    <w:p>
      <w:pPr>
        <w:spacing w:before="0" w:after="120" w:line="300" w:lineRule="auto"/>
      </w:pPr>
      <w:r>
        <w:rPr>
          <w:rFonts w:ascii="Times New Roman" w:hAnsi="Times New Roman" w:eastAsia="宋体"/>
          <w:b w:val="0"/>
          <w:i w:val="0"/>
          <w:sz w:val="21"/>
        </w:rPr>
        <w:t>（A）12　　（B）13　　（C）14　　（D）15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and right triangle DCE have the same area. They are joined to form a trapezoid, as shown. What is DE?</w:t>
      </w:r>
    </w:p>
    <w:p>
      <w:pPr>
        <w:spacing w:before="80" w:after="80"/>
        <w:jc w:val="center"/>
      </w:pPr>
      <w:r>
        <w:drawing>
          <wp:inline xmlns:a="http://schemas.openxmlformats.org/drawingml/2006/main" xmlns:pic="http://schemas.openxmlformats.org/drawingml/2006/picture">
            <wp:extent cx="1532057" cy="582153"/>
            <wp:docPr id="4" name="Picture 4"/>
            <wp:cNvGraphicFramePr>
              <a:graphicFrameLocks noChangeAspect="1"/>
            </wp:cNvGraphicFramePr>
            <a:graphic>
              <a:graphicData uri="http://schemas.openxmlformats.org/drawingml/2006/picture">
                <pic:pic>
                  <pic:nvPicPr>
                    <pic:cNvPr id="0" name="q14-1@300dpi.png"/>
                    <pic:cNvPicPr/>
                  </pic:nvPicPr>
                  <pic:blipFill>
                    <a:blip r:embed="rId10"/>
                    <a:stretch>
                      <a:fillRect/>
                    </a:stretch>
                  </pic:blipFill>
                  <pic:spPr>
                    <a:xfrm>
                      <a:off x="0" y="0"/>
                      <a:ext cx="1532057" cy="58215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13　　(C) 14　　(D) 15　　(E) 16</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圆心为 O 的圆周被分成 12 段相等的弧，并如图标上字母 A 到 L。角 x 与 y 的和是多少度？</w:t>
      </w:r>
    </w:p>
    <w:p>
      <w:pPr>
        <w:spacing w:before="80" w:after="80"/>
        <w:jc w:val="center"/>
      </w:pPr>
      <w:r>
        <w:drawing>
          <wp:inline xmlns:a="http://schemas.openxmlformats.org/drawingml/2006/main" xmlns:pic="http://schemas.openxmlformats.org/drawingml/2006/picture">
            <wp:extent cx="2016703" cy="1967870"/>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016703" cy="1967870"/>
                    </a:xfrm>
                    <a:prstGeom prst="rect"/>
                  </pic:spPr>
                </pic:pic>
              </a:graphicData>
            </a:graphic>
          </wp:inline>
        </w:drawing>
      </w:r>
    </w:p>
    <w:p>
      <w:pPr>
        <w:spacing w:before="0" w:after="120" w:line="300" w:lineRule="auto"/>
      </w:pPr>
      <w:r>
        <w:rPr>
          <w:rFonts w:ascii="Times New Roman" w:hAnsi="Times New Roman" w:eastAsia="宋体"/>
          <w:b w:val="0"/>
          <w:i w:val="0"/>
          <w:sz w:val="21"/>
        </w:rPr>
        <w:t>（A）75　　（B）80　　（C）90　　（D）120　　（E）150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circumference of the circle with center O is divided into 12 equal arcs, marked the letters A through L as seen below. What is the number of degrees in the sum of the angles x and y?</w:t>
      </w:r>
    </w:p>
    <w:p>
      <w:pPr>
        <w:spacing w:before="80" w:after="80"/>
        <w:jc w:val="center"/>
      </w:pPr>
      <w:r>
        <w:drawing>
          <wp:inline xmlns:a="http://schemas.openxmlformats.org/drawingml/2006/main" xmlns:pic="http://schemas.openxmlformats.org/drawingml/2006/picture">
            <wp:extent cx="2016703" cy="1967870"/>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2016703" cy="196787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75　　(B) 80　　(C) 90　　(D) 120　　(E) 150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“Middle School Eight” 篮球联盟有 8 支球队。每个赛季，每支球队与联盟中其他每支球队各打两场比赛（一主一客），并且每支球队还与非联盟对手打 4 场比赛。一个赛季中涉及 “Middle School Eight” 球队的比赛总数是多少？</w:t>
      </w:r>
    </w:p>
    <w:p>
      <w:pPr>
        <w:spacing w:before="0" w:after="120" w:line="300" w:lineRule="auto"/>
      </w:pPr>
      <w:r>
        <w:rPr>
          <w:rFonts w:ascii="Times New Roman" w:hAnsi="Times New Roman" w:eastAsia="宋体"/>
          <w:b w:val="0"/>
          <w:i w:val="0"/>
          <w:sz w:val="21"/>
        </w:rPr>
        <w:t>（A）60　　（B）88　　（C）96　　（D）144　　（E）160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“Middle School Eight” basketball conference has 8 teams. Every season, each team plays every other conference team twice (home and away), and each team also plays 4 games against non-conference opponents. What is the total number of games in a season involving the “Middle School Eight” teams?</w:t>
      </w:r>
    </w:p>
    <w:p>
      <w:pPr>
        <w:spacing w:before="0" w:after="160" w:line="300" w:lineRule="auto"/>
      </w:pPr>
      <w:r>
        <w:rPr>
          <w:rFonts w:ascii="Times New Roman" w:hAnsi="Times New Roman" w:eastAsia="宋体"/>
          <w:b w:val="0"/>
          <w:i w:val="0"/>
          <w:color w:val="333333"/>
          <w:sz w:val="19"/>
        </w:rPr>
        <w:t>(A) 60　　(B) 88　　(C) 96　　(D) 144　　(E) 160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George 步行 1 英里去学校。他每天同一时间离家，以每小时 3 英里的稳定速度行走，并且刚好在上课开始时到达。</w:t>
      </w:r>
    </w:p>
    <w:p>
      <w:pPr>
        <w:spacing w:before="0" w:after="80" w:line="300" w:lineRule="auto"/>
        <w:jc w:val="left"/>
      </w:pPr>
      <w:r>
        <w:rPr>
          <w:rFonts w:ascii="Times New Roman" w:hAnsi="Times New Roman" w:eastAsia="宋体"/>
          <w:b w:val="0"/>
          <w:i w:val="0"/>
          <w:sz w:val="21"/>
        </w:rPr>
        <w:t>今天他被宜人的天气分心，前 1/2 英里只以每小时 2 英里的速度行走。为了今天仍然刚好在上课开始时到达，George 最后 1/2 英里必须以每小时多少英里的速度跑？</w:t>
      </w:r>
    </w:p>
    <w:p>
      <w:pPr>
        <w:spacing w:before="0" w:after="120" w:line="300" w:lineRule="auto"/>
      </w:pPr>
      <w:r>
        <w:rPr>
          <w:rFonts w:ascii="Times New Roman" w:hAnsi="Times New Roman" w:eastAsia="宋体"/>
          <w:b w:val="0"/>
          <w:i w:val="0"/>
          <w:sz w:val="21"/>
        </w:rPr>
        <w:t>（A）4　　（B）6　　（C）8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George walks 1 mile to school. He leaves home at the same time each day, walks at a steady speed of 3 miles per hour, and arrives just as school begins.</w:t>
      </w:r>
    </w:p>
    <w:p>
      <w:pPr>
        <w:spacing w:before="0" w:after="80" w:line="300" w:lineRule="auto"/>
        <w:jc w:val="left"/>
      </w:pPr>
      <w:r>
        <w:rPr>
          <w:rFonts w:ascii="Times New Roman" w:hAnsi="Times New Roman" w:eastAsia="宋体"/>
          <w:b w:val="0"/>
          <w:i w:val="0"/>
          <w:color w:val="333333"/>
          <w:sz w:val="19"/>
        </w:rPr>
        <w:t>Today he was distracted by the pleasant weather and walked the first 1/2 mile at a speed of only 2 miles per hour. At how many miles per hour must George run the last 1/2 mile in order to arrive just as school begins today?</w:t>
      </w:r>
    </w:p>
    <w:p>
      <w:pPr>
        <w:spacing w:before="0" w:after="160" w:line="300" w:lineRule="auto"/>
      </w:pPr>
      <w:r>
        <w:rPr>
          <w:rFonts w:ascii="Times New Roman" w:hAnsi="Times New Roman" w:eastAsia="宋体"/>
          <w:b w:val="0"/>
          <w:i w:val="0"/>
          <w:color w:val="333333"/>
          <w:sz w:val="19"/>
        </w:rPr>
        <w:t>(A) 4　　(B) 6　　(C) 8　　(D) 10　　(E) 12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昨天 City Hospital 有四个孩子出生。假设每个孩子是男孩或女孩的可能性相同。下列哪种结果最可能发生？</w:t>
      </w:r>
    </w:p>
    <w:p>
      <w:pPr>
        <w:spacing w:before="0" w:after="120" w:line="300" w:lineRule="auto"/>
      </w:pPr>
      <w:r>
        <w:rPr>
          <w:rFonts w:ascii="Times New Roman" w:hAnsi="Times New Roman" w:eastAsia="宋体"/>
          <w:b w:val="0"/>
          <w:i w:val="0"/>
          <w:sz w:val="21"/>
        </w:rPr>
        <w:t>（A）4 个都是男孩　　（B）4 个都是女孩　　（C）2 个女孩和 2 个男孩　　（D）3 个是一种性别，1 个是另一种性别　　（E）所有这些结果可能性相同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children were born at City Hospital yesterday. Assume each child is equally likely to be a boy or a girl. Which of the following outcomes is most likely?</w:t>
      </w:r>
    </w:p>
    <w:p>
      <w:pPr>
        <w:spacing w:before="0" w:after="160" w:line="300" w:lineRule="auto"/>
      </w:pPr>
      <w:r>
        <w:rPr>
          <w:rFonts w:ascii="Times New Roman" w:hAnsi="Times New Roman" w:eastAsia="宋体"/>
          <w:b w:val="0"/>
          <w:i w:val="0"/>
          <w:color w:val="333333"/>
          <w:sz w:val="19"/>
        </w:rPr>
        <w:t>(A) all 4 are boys　　(B) all 4 are girls　　(C) 2 are girls and 2 are boys　　(D) 3 are of one gender and 1 is of the</w:t>
        <w:br/>
        <w:t>other gender　　(E) all of these outcomes are equally likely</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一个边长为 3 英寸的立方体要由 27 个边长为 1 英寸的小立方体组成。其中二十一个小立方体涂成红色，6 个涂成白色。</w:t>
      </w:r>
    </w:p>
    <w:p>
      <w:pPr>
        <w:spacing w:before="0" w:after="80" w:line="300" w:lineRule="auto"/>
        <w:jc w:val="left"/>
      </w:pPr>
      <w:r>
        <w:rPr>
          <w:rFonts w:ascii="Times New Roman" w:hAnsi="Times New Roman" w:eastAsia="宋体"/>
          <w:b w:val="0"/>
          <w:i w:val="0"/>
          <w:sz w:val="21"/>
        </w:rPr>
        <w:t>如果构造这个 3 英寸立方体时让可见白色表面积尽可能小，那么白色占总表面积的几分之几？</w:t>
      </w:r>
    </w:p>
    <w:p>
      <w:pPr>
        <w:spacing w:before="0" w:after="120" w:line="300" w:lineRule="auto"/>
      </w:pPr>
      <w:r>
        <w:rPr>
          <w:rFonts w:ascii="Times New Roman" w:hAnsi="Times New Roman" w:eastAsia="宋体"/>
          <w:b w:val="0"/>
          <w:i w:val="0"/>
          <w:sz w:val="21"/>
        </w:rPr>
        <w:t>（A）5/54　　（B）1/9　　（C）5/27　　（D）2/9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cube with 3-inch edges is to be constructed from 27 smaller cubes with 1-inch edges. Twenty-one of the cubes are colored red and 6 are colored white.</w:t>
      </w:r>
    </w:p>
    <w:p>
      <w:pPr>
        <w:spacing w:before="0" w:after="80" w:line="300" w:lineRule="auto"/>
        <w:jc w:val="left"/>
      </w:pPr>
      <w:r>
        <w:rPr>
          <w:rFonts w:ascii="Times New Roman" w:hAnsi="Times New Roman" w:eastAsia="宋体"/>
          <w:b w:val="0"/>
          <w:i w:val="0"/>
          <w:color w:val="333333"/>
          <w:sz w:val="19"/>
        </w:rPr>
        <w:t>If the 3-inch cube is constructed to have the smallest possible white surface area showing, what fraction of the surface area is white?</w:t>
      </w:r>
    </w:p>
    <w:p>
      <w:pPr>
        <w:spacing w:before="0" w:after="160" w:line="300" w:lineRule="auto"/>
      </w:pPr>
      <w:r>
        <w:rPr>
          <w:rFonts w:ascii="Times New Roman" w:hAnsi="Times New Roman" w:eastAsia="宋体"/>
          <w:b w:val="0"/>
          <w:i w:val="0"/>
          <w:color w:val="333333"/>
          <w:sz w:val="19"/>
        </w:rPr>
        <w:t>(A) 5/54　　(B) 1/9　　(C) 5/27　　(D) 2/9　　(E) 1/3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长方形 ABCD 的边长为 CD=3、DA=5。半径为 1 的圆以 A 为圆心，半径为 2 的圆以 B 为圆心，半径为 3 的圆以 C 为圆心。下列哪一个最接近长方形内但三个圆外的区域面积？</w:t>
      </w:r>
    </w:p>
    <w:p>
      <w:pPr>
        <w:spacing w:before="80" w:after="80"/>
        <w:jc w:val="center"/>
      </w:pPr>
      <w:r>
        <w:drawing>
          <wp:inline xmlns:a="http://schemas.openxmlformats.org/drawingml/2006/main" xmlns:pic="http://schemas.openxmlformats.org/drawingml/2006/picture">
            <wp:extent cx="2587470" cy="1813134"/>
            <wp:docPr id="7" name="Picture 7"/>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2587470" cy="1813134"/>
                    </a:xfrm>
                    <a:prstGeom prst="rect"/>
                  </pic:spPr>
                </pic:pic>
              </a:graphicData>
            </a:graphic>
          </wp:inline>
        </w:drawing>
      </w:r>
    </w:p>
    <w:p>
      <w:pPr>
        <w:spacing w:before="0" w:after="120" w:line="300" w:lineRule="auto"/>
      </w:pPr>
      <w:r>
        <w:rPr>
          <w:rFonts w:ascii="Times New Roman" w:hAnsi="Times New Roman" w:eastAsia="宋体"/>
          <w:b w:val="0"/>
          <w:i w:val="0"/>
          <w:sz w:val="21"/>
        </w:rPr>
        <w:t>（A）3.5　　（B）4.0　　（C）4.5　　（D）5.0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Rectangle ABCD has sides CD=3 and DA=5. A circle of radius 1 is centered at A, a circle of radius 2 is centered at B, and a circle of radius 3 is centered at C. Which of the following is closest to the area of the region inside the rectangle but outside all three circles?</w:t>
      </w:r>
    </w:p>
    <w:p>
      <w:pPr>
        <w:spacing w:before="80" w:after="80"/>
        <w:jc w:val="center"/>
      </w:pPr>
      <w:r>
        <w:drawing>
          <wp:inline xmlns:a="http://schemas.openxmlformats.org/drawingml/2006/main" xmlns:pic="http://schemas.openxmlformats.org/drawingml/2006/picture">
            <wp:extent cx="2587470" cy="1813134"/>
            <wp:docPr id="8" name="Picture 8"/>
            <wp:cNvGraphicFramePr>
              <a:graphicFrameLocks noChangeAspect="1"/>
            </wp:cNvGraphicFramePr>
            <a:graphic>
              <a:graphicData uri="http://schemas.openxmlformats.org/drawingml/2006/picture">
                <pic:pic>
                  <pic:nvPicPr>
                    <pic:cNvPr id="0" name="q20-1@300dpi.png"/>
                    <pic:cNvPicPr/>
                  </pic:nvPicPr>
                  <pic:blipFill>
                    <a:blip r:embed="rId12"/>
                    <a:stretch>
                      <a:fillRect/>
                    </a:stretch>
                  </pic:blipFill>
                  <pic:spPr>
                    <a:xfrm>
                      <a:off x="0" y="0"/>
                      <a:ext cx="2587470" cy="181313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　　(B) 4.0　　(C) 4.5　　(D) 5.0　　(E) 5.5</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7 位数 74A52B1 和 326AB4C 都是 3 的倍数。下列哪一个可能是 C 的值？</w:t>
      </w:r>
    </w:p>
    <w:p>
      <w:pPr>
        <w:spacing w:before="0" w:after="120" w:line="300" w:lineRule="auto"/>
      </w:pPr>
      <w:r>
        <w:rPr>
          <w:rFonts w:ascii="Times New Roman" w:hAnsi="Times New Roman" w:eastAsia="宋体"/>
          <w:b w:val="0"/>
          <w:i w:val="0"/>
          <w:sz w:val="21"/>
        </w:rPr>
        <w:t>（A）1　　（B）2　　（C）3　　（D）5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7-digit numbers 74A52B1 and 326AB4C are each multiples of 3. Which of the following could be the value of C?</w:t>
      </w:r>
    </w:p>
    <w:p>
      <w:pPr>
        <w:spacing w:before="0" w:after="160" w:line="300" w:lineRule="auto"/>
      </w:pPr>
      <w:r>
        <w:rPr>
          <w:rFonts w:ascii="Times New Roman" w:hAnsi="Times New Roman" w:eastAsia="宋体"/>
          <w:b w:val="0"/>
          <w:i w:val="0"/>
          <w:color w:val="333333"/>
          <w:sz w:val="19"/>
        </w:rPr>
        <w:t>(A) 1　　(B) 2　　(C) 3　　(D) 5　　(E) 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一个 2 位数满足：其两个数字的乘积加上两个数字的和等于这个数本身。这个数的个位数字是什么？</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2-digit number is such that the product of the digits plus the sum of the digits is equal to the number. What is the units digit of the number?</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Euclid Middle School 女子垒球队的三名队员进行了以下对话。</w:t>
      </w:r>
    </w:p>
    <w:p>
      <w:pPr>
        <w:spacing w:before="0" w:after="80" w:line="300" w:lineRule="auto"/>
        <w:jc w:val="left"/>
      </w:pPr>
      <w:r>
        <w:rPr>
          <w:rFonts w:ascii="Times New Roman" w:hAnsi="Times New Roman" w:eastAsia="宋体"/>
          <w:b w:val="0"/>
          <w:i w:val="0"/>
          <w:sz w:val="21"/>
        </w:rPr>
        <w:t>Ashley：我刚意识到我们的球衣号码都是 2 位质数。</w:t>
      </w:r>
    </w:p>
    <w:p>
      <w:pPr>
        <w:spacing w:before="0" w:after="80" w:line="300" w:lineRule="auto"/>
        <w:jc w:val="left"/>
      </w:pPr>
      <w:r>
        <w:rPr>
          <w:rFonts w:ascii="Times New Roman" w:hAnsi="Times New Roman" w:eastAsia="宋体"/>
          <w:b w:val="0"/>
          <w:i w:val="0"/>
          <w:sz w:val="21"/>
        </w:rPr>
        <w:t>Bethany：而且你们两个球衣号码之和是我本月早些时候生日的日期。</w:t>
      </w:r>
    </w:p>
    <w:p>
      <w:pPr>
        <w:spacing w:before="0" w:after="80" w:line="300" w:lineRule="auto"/>
        <w:jc w:val="left"/>
      </w:pPr>
      <w:r>
        <w:rPr>
          <w:rFonts w:ascii="Times New Roman" w:hAnsi="Times New Roman" w:eastAsia="宋体"/>
          <w:b w:val="0"/>
          <w:i w:val="0"/>
          <w:sz w:val="21"/>
        </w:rPr>
        <w:t>Caitlin：真巧。你们两个球衣号码之和是我本月晚些时候生日的日期。</w:t>
      </w:r>
    </w:p>
    <w:p>
      <w:pPr>
        <w:spacing w:before="0" w:after="80" w:line="300" w:lineRule="auto"/>
        <w:jc w:val="left"/>
      </w:pPr>
      <w:r>
        <w:rPr>
          <w:rFonts w:ascii="Times New Roman" w:hAnsi="Times New Roman" w:eastAsia="宋体"/>
          <w:b w:val="0"/>
          <w:i w:val="0"/>
          <w:sz w:val="21"/>
        </w:rPr>
        <w:t>Ashley：而你们两个球衣号码之和是今天的日期。</w:t>
      </w:r>
    </w:p>
    <w:p>
      <w:pPr>
        <w:spacing w:before="0" w:after="80" w:line="300" w:lineRule="auto"/>
        <w:jc w:val="left"/>
      </w:pPr>
      <w:r>
        <w:rPr>
          <w:rFonts w:ascii="Times New Roman" w:hAnsi="Times New Roman" w:eastAsia="宋体"/>
          <w:b w:val="0"/>
          <w:i w:val="0"/>
          <w:sz w:val="21"/>
        </w:rPr>
        <w:t>Caitlin 穿几号球衣？</w:t>
      </w:r>
    </w:p>
    <w:p>
      <w:pPr>
        <w:spacing w:before="0" w:after="120" w:line="300" w:lineRule="auto"/>
      </w:pPr>
      <w:r>
        <w:rPr>
          <w:rFonts w:ascii="Times New Roman" w:hAnsi="Times New Roman" w:eastAsia="宋体"/>
          <w:b w:val="0"/>
          <w:i w:val="0"/>
          <w:sz w:val="21"/>
        </w:rPr>
        <w:t>（A）11　　（B）13　　（C）17　　（D）19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members of the Euclid Middle School girls’ softball team had the following conversation.</w:t>
      </w:r>
    </w:p>
    <w:p>
      <w:pPr>
        <w:spacing w:before="0" w:after="80" w:line="300" w:lineRule="auto"/>
        <w:jc w:val="left"/>
      </w:pPr>
      <w:r>
        <w:rPr>
          <w:rFonts w:ascii="Times New Roman" w:hAnsi="Times New Roman" w:eastAsia="宋体"/>
          <w:b w:val="0"/>
          <w:i w:val="0"/>
          <w:color w:val="333333"/>
          <w:sz w:val="19"/>
        </w:rPr>
        <w:t>Ashley: I just realized that our uniform numbers are all 2-digit primes.</w:t>
      </w:r>
    </w:p>
    <w:p>
      <w:pPr>
        <w:spacing w:before="0" w:after="80" w:line="300" w:lineRule="auto"/>
        <w:jc w:val="left"/>
      </w:pPr>
      <w:r>
        <w:rPr>
          <w:rFonts w:ascii="Times New Roman" w:hAnsi="Times New Roman" w:eastAsia="宋体"/>
          <w:b w:val="0"/>
          <w:i w:val="0"/>
          <w:color w:val="333333"/>
          <w:sz w:val="19"/>
        </w:rPr>
        <w:t>Bethany: And the sum of your two uniform numbers is the date of my birthday earlier this month.</w:t>
      </w:r>
    </w:p>
    <w:p>
      <w:pPr>
        <w:spacing w:before="0" w:after="80" w:line="300" w:lineRule="auto"/>
        <w:jc w:val="left"/>
      </w:pPr>
      <w:r>
        <w:rPr>
          <w:rFonts w:ascii="Times New Roman" w:hAnsi="Times New Roman" w:eastAsia="宋体"/>
          <w:b w:val="0"/>
          <w:i w:val="0"/>
          <w:color w:val="333333"/>
          <w:sz w:val="19"/>
        </w:rPr>
        <w:t>Caitlin: That’s funny. The sum of your two uniform numbers is the date of my birthday later this month.</w:t>
      </w:r>
    </w:p>
    <w:p>
      <w:pPr>
        <w:spacing w:before="0" w:after="80" w:line="300" w:lineRule="auto"/>
        <w:jc w:val="left"/>
      </w:pPr>
      <w:r>
        <w:rPr>
          <w:rFonts w:ascii="Times New Roman" w:hAnsi="Times New Roman" w:eastAsia="宋体"/>
          <w:b w:val="0"/>
          <w:i w:val="0"/>
          <w:color w:val="333333"/>
          <w:sz w:val="19"/>
        </w:rPr>
        <w:t>Ashley: And the sum of your two uniform numbers is today’s date.</w:t>
      </w:r>
    </w:p>
    <w:p>
      <w:pPr>
        <w:spacing w:before="0" w:after="80" w:line="300" w:lineRule="auto"/>
        <w:jc w:val="left"/>
      </w:pPr>
      <w:r>
        <w:rPr>
          <w:rFonts w:ascii="Times New Roman" w:hAnsi="Times New Roman" w:eastAsia="宋体"/>
          <w:b w:val="0"/>
          <w:i w:val="0"/>
          <w:color w:val="333333"/>
          <w:sz w:val="19"/>
        </w:rPr>
        <w:t>What number does Caitlin wear?</w:t>
      </w:r>
    </w:p>
    <w:p>
      <w:pPr>
        <w:spacing w:before="0" w:after="160" w:line="300" w:lineRule="auto"/>
      </w:pPr>
      <w:r>
        <w:rPr>
          <w:rFonts w:ascii="Times New Roman" w:hAnsi="Times New Roman" w:eastAsia="宋体"/>
          <w:b w:val="0"/>
          <w:i w:val="0"/>
          <w:color w:val="333333"/>
          <w:sz w:val="19"/>
        </w:rPr>
        <w:t>(A) 11　　(B) 13　　(C) 17　　(D) 19　　(E) 23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某天 Beverage Barn 卖出了 252 罐汽水，购买者共有 100 位，并且每位顾客至少买了一罐。当天每位顾客购买罐数的中位数最大可能是多少？</w:t>
      </w:r>
    </w:p>
    <w:p>
      <w:pPr>
        <w:spacing w:before="0" w:after="120" w:line="300" w:lineRule="auto"/>
      </w:pPr>
      <w:r>
        <w:rPr>
          <w:rFonts w:ascii="Times New Roman" w:hAnsi="Times New Roman" w:eastAsia="宋体"/>
          <w:b w:val="0"/>
          <w:i w:val="0"/>
          <w:sz w:val="21"/>
        </w:rPr>
        <w:t>（A）2.5　　（B）3.0　　（C）3.5　　（D）4.0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One day the Beverage Barn sold 252 cans of soda to 100 customers, and every customer bought at least one can of soda. What is the maximum possible median number of cans of soda bought per customer on that day?</w:t>
      </w:r>
    </w:p>
    <w:p>
      <w:pPr>
        <w:spacing w:before="0" w:after="160" w:line="300" w:lineRule="auto"/>
      </w:pPr>
      <w:r>
        <w:rPr>
          <w:rFonts w:ascii="Times New Roman" w:hAnsi="Times New Roman" w:eastAsia="宋体"/>
          <w:b w:val="0"/>
          <w:i w:val="0"/>
          <w:color w:val="333333"/>
          <w:sz w:val="19"/>
        </w:rPr>
        <w:t>(A) 2.5　　(B) 3.0　　(C) 3.5　　(D) 4.0　　(E) 4.5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一段笔直的一英里高速公路关闭，路宽 40 英尺。Robert 沿图示由半圆组成的路径骑自行车。如果他以每小时 5 英里的速度骑行，走完这一英里路段需要多少小时？</w:t>
      </w:r>
    </w:p>
    <w:p>
      <w:pPr>
        <w:spacing w:before="0" w:after="80" w:line="300" w:lineRule="auto"/>
        <w:jc w:val="left"/>
      </w:pPr>
      <w:r>
        <w:rPr>
          <w:rFonts w:ascii="Times New Roman" w:hAnsi="Times New Roman" w:eastAsia="宋体"/>
          <w:b w:val="0"/>
          <w:i w:val="0"/>
          <w:sz w:val="21"/>
        </w:rPr>
        <w:t>注意：1 英里等于 5280 英尺</w:t>
      </w:r>
    </w:p>
    <w:p>
      <w:pPr>
        <w:spacing w:before="80" w:after="80"/>
        <w:jc w:val="center"/>
      </w:pPr>
      <w:r>
        <w:drawing>
          <wp:inline xmlns:a="http://schemas.openxmlformats.org/drawingml/2006/main" xmlns:pic="http://schemas.openxmlformats.org/drawingml/2006/picture">
            <wp:extent cx="1069164" cy="310011"/>
            <wp:docPr id="9" name="Picture 9"/>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1069164" cy="310011"/>
                    </a:xfrm>
                    <a:prstGeom prst="rect"/>
                  </pic:spPr>
                </pic:pic>
              </a:graphicData>
            </a:graphic>
          </wp:inline>
        </w:drawing>
      </w:r>
    </w:p>
    <w:p>
      <w:pPr>
        <w:spacing w:before="0" w:after="120" w:line="300" w:lineRule="auto"/>
      </w:pPr>
      <w:r>
        <w:rPr>
          <w:rFonts w:ascii="Times New Roman" w:hAnsi="Times New Roman" w:eastAsia="宋体"/>
          <w:b w:val="0"/>
          <w:i w:val="0"/>
          <w:sz w:val="21"/>
        </w:rPr>
        <w:t>（A）π/11　　（B）π/10　　（C）π/5　　（D）2π/5　　（E）2π/3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straight one-mile stretch of highway, 40 feet wide, is closed. Robert rides his bike on a path composed of semicircles as shown. If he rides at 5 miles per hour, how many hours will it take to cover the one-mile stretch?</w:t>
      </w:r>
    </w:p>
    <w:p>
      <w:pPr>
        <w:spacing w:before="0" w:after="80" w:line="300" w:lineRule="auto"/>
        <w:jc w:val="left"/>
      </w:pPr>
      <w:r>
        <w:rPr>
          <w:rFonts w:ascii="Times New Roman" w:hAnsi="Times New Roman" w:eastAsia="宋体"/>
          <w:b w:val="0"/>
          <w:i w:val="0"/>
          <w:color w:val="333333"/>
          <w:sz w:val="19"/>
        </w:rPr>
        <w:t>Note: 1 mile = 5280 feet</w:t>
      </w:r>
    </w:p>
    <w:p>
      <w:pPr>
        <w:spacing w:before="80" w:after="80"/>
        <w:jc w:val="center"/>
      </w:pPr>
      <w:r>
        <w:drawing>
          <wp:inline xmlns:a="http://schemas.openxmlformats.org/drawingml/2006/main" xmlns:pic="http://schemas.openxmlformats.org/drawingml/2006/picture">
            <wp:extent cx="1069164" cy="310011"/>
            <wp:docPr id="10" name="Picture 10"/>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1069164" cy="31001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π/11　　(B) π/10　　(C) π/5　　(D) 2π/5　　(E) 2π/3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E　B　E　C　D　B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A　B　D　B　C　B　B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B　A　E　A　C　B</w:t>
      </w:r>
    </w:p>
    <w:p>
      <w:pPr>
        <w:spacing w:before="0" w:after="200" w:line="300" w:lineRule="auto"/>
      </w:pPr>
      <w:r>
        <w:rPr>
          <w:rFonts w:ascii="Times New Roman" w:hAnsi="Times New Roman" w:eastAsia="宋体"/>
          <w:b w:val="0"/>
          <w:i w:val="0"/>
          <w:color w:val="666666"/>
          <w:sz w:val="18"/>
        </w:rPr>
        <w:t>答案串：AEBECDBDDAABDBCBBDABAEACB</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Harry 正确计算：</w:t>
      </w:r>
    </w:p>
    <w:p>
      <w:pPr>
        <w:spacing w:before="0" w:after="80" w:line="300" w:lineRule="auto"/>
        <w:jc w:val="left"/>
      </w:pPr>
      <w:r>
        <w:rPr>
          <w:rFonts w:ascii="Times New Roman" w:hAnsi="Times New Roman" w:eastAsia="宋体"/>
          <w:b w:val="0"/>
          <w:i w:val="0"/>
          <w:sz w:val="21"/>
        </w:rPr>
        <w:t>8 - (2 + 5) = 8 - 7</w:t>
      </w:r>
    </w:p>
    <w:p>
      <w:pPr>
        <w:spacing w:before="0" w:after="80" w:line="300" w:lineRule="auto"/>
        <w:jc w:val="left"/>
      </w:pPr>
      <w:r>
        <w:rPr>
          <w:rFonts w:ascii="Times New Roman" w:hAnsi="Times New Roman" w:eastAsia="宋体"/>
          <w:b w:val="0"/>
          <w:i w:val="0"/>
          <w:sz w:val="21"/>
        </w:rPr>
        <w:t>= 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Terry 错误计算：</w:t>
      </w:r>
    </w:p>
    <w:p>
      <w:pPr>
        <w:spacing w:before="0" w:after="80" w:line="300" w:lineRule="auto"/>
        <w:jc w:val="left"/>
      </w:pPr>
      <w:r>
        <w:rPr>
          <w:rFonts w:ascii="Times New Roman" w:hAnsi="Times New Roman" w:eastAsia="宋体"/>
          <w:b w:val="0"/>
          <w:i w:val="0"/>
          <w:sz w:val="21"/>
        </w:rPr>
        <w:t>8 - 2 + 5 = 6 + 5</w:t>
      </w:r>
    </w:p>
    <w:p>
      <w:pPr>
        <w:spacing w:before="0" w:after="80" w:line="300" w:lineRule="auto"/>
        <w:jc w:val="left"/>
      </w:pPr>
      <w:r>
        <w:rPr>
          <w:rFonts w:ascii="Times New Roman" w:hAnsi="Times New Roman" w:eastAsia="宋体"/>
          <w:b w:val="0"/>
          <w:i w:val="0"/>
          <w:sz w:val="21"/>
        </w:rPr>
        <w:t>= 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H - T = 1 - 11</w:t>
      </w:r>
    </w:p>
    <w:p>
      <w:pPr>
        <w:spacing w:before="0" w:after="80" w:line="300" w:lineRule="auto"/>
        <w:jc w:val="left"/>
      </w:pPr>
      <w:r>
        <w:rPr>
          <w:rFonts w:ascii="Times New Roman" w:hAnsi="Times New Roman" w:eastAsia="宋体"/>
          <w:b w:val="0"/>
          <w:i w:val="0"/>
          <w:sz w:val="21"/>
        </w:rPr>
        <w:t>= -10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Harry calculates it correctly as follows:</w:t>
      </w:r>
    </w:p>
    <w:p>
      <w:pPr>
        <w:spacing w:before="0" w:after="80" w:line="300" w:lineRule="auto"/>
        <w:jc w:val="left"/>
      </w:pPr>
      <w:r>
        <w:rPr>
          <w:rFonts w:ascii="Times New Roman" w:hAnsi="Times New Roman" w:eastAsia="宋体"/>
          <w:b w:val="0"/>
          <w:i w:val="0"/>
          <w:color w:val="333333"/>
          <w:sz w:val="19"/>
        </w:rPr>
        <w:t>8 - (2 + 5) = 8 - 7</w:t>
      </w:r>
    </w:p>
    <w:p>
      <w:pPr>
        <w:spacing w:before="0" w:after="80" w:line="300" w:lineRule="auto"/>
        <w:jc w:val="left"/>
      </w:pPr>
      <w:r>
        <w:rPr>
          <w:rFonts w:ascii="Times New Roman" w:hAnsi="Times New Roman" w:eastAsia="宋体"/>
          <w:b w:val="0"/>
          <w:i w:val="0"/>
          <w:color w:val="333333"/>
          <w:sz w:val="19"/>
        </w:rPr>
        <w:t>= 1.</w:t>
      </w:r>
    </w:p>
    <w:p>
      <w:pPr>
        <w:spacing w:before="0" w:after="80" w:line="300" w:lineRule="auto"/>
        <w:jc w:val="left"/>
      </w:pPr>
      <w:r>
        <w:rPr>
          <w:rFonts w:ascii="Times New Roman" w:hAnsi="Times New Roman" w:eastAsia="宋体"/>
          <w:b w:val="0"/>
          <w:i w:val="0"/>
          <w:color w:val="333333"/>
          <w:sz w:val="19"/>
        </w:rPr>
        <w:t>Terry calculates it incorrectly as follows:</w:t>
      </w:r>
    </w:p>
    <w:p>
      <w:pPr>
        <w:spacing w:before="0" w:after="80" w:line="300" w:lineRule="auto"/>
        <w:jc w:val="left"/>
      </w:pPr>
      <w:r>
        <w:rPr>
          <w:rFonts w:ascii="Times New Roman" w:hAnsi="Times New Roman" w:eastAsia="宋体"/>
          <w:b w:val="0"/>
          <w:i w:val="0"/>
          <w:color w:val="333333"/>
          <w:sz w:val="19"/>
        </w:rPr>
        <w:t>8 - 2 + 5 = 6 + 5</w:t>
      </w:r>
    </w:p>
    <w:p>
      <w:pPr>
        <w:spacing w:before="0" w:after="80" w:line="300" w:lineRule="auto"/>
        <w:jc w:val="left"/>
      </w:pPr>
      <w:r>
        <w:rPr>
          <w:rFonts w:ascii="Times New Roman" w:hAnsi="Times New Roman" w:eastAsia="宋体"/>
          <w:b w:val="0"/>
          <w:i w:val="0"/>
          <w:color w:val="333333"/>
          <w:sz w:val="19"/>
        </w:rPr>
        <w:t>= 11.</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H - T = 1 - 11</w:t>
      </w:r>
    </w:p>
    <w:p>
      <w:pPr>
        <w:spacing w:before="0" w:after="80" w:line="300" w:lineRule="auto"/>
        <w:jc w:val="left"/>
      </w:pPr>
      <w:r>
        <w:rPr>
          <w:rFonts w:ascii="Times New Roman" w:hAnsi="Times New Roman" w:eastAsia="宋体"/>
          <w:b w:val="0"/>
          <w:i w:val="0"/>
          <w:color w:val="333333"/>
          <w:sz w:val="19"/>
        </w:rPr>
        <w:t>= -10.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要使用最多硬币，Paul 可以全用 5 美分硬币，得到 35/5=7 枚。</w:t>
      </w:r>
    </w:p>
    <w:p>
      <w:pPr>
        <w:spacing w:before="0" w:after="80" w:line="300" w:lineRule="auto"/>
        <w:jc w:val="left"/>
      </w:pPr>
      <w:r>
        <w:rPr>
          <w:rFonts w:ascii="Times New Roman" w:hAnsi="Times New Roman" w:eastAsia="宋体"/>
          <w:b w:val="0"/>
          <w:i w:val="0"/>
          <w:sz w:val="21"/>
        </w:rPr>
        <w:t>要使用最少硬币，他可以用一枚 25 美分和一枚 10 美分硬币，共 2 枚。差为 7-2=5。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use the largest number of coins, Paul would use only 5-cent coins, which gives 35/5=7 coins.</w:t>
      </w:r>
    </w:p>
    <w:p>
      <w:pPr>
        <w:spacing w:before="0" w:after="80" w:line="300" w:lineRule="auto"/>
        <w:jc w:val="left"/>
      </w:pPr>
      <w:r>
        <w:rPr>
          <w:rFonts w:ascii="Times New Roman" w:hAnsi="Times New Roman" w:eastAsia="宋体"/>
          <w:b w:val="0"/>
          <w:i w:val="0"/>
          <w:color w:val="333333"/>
          <w:sz w:val="19"/>
        </w:rPr>
        <w:t>To use the smallest number of coins, Paul would use a 25-cent coin and a 10-cent coin, for a total of 2 coins. The difference is 7-2=5.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前三天 Isabella 读了 36 · 3 = 108 页。</w:t>
      </w:r>
    </w:p>
    <w:p>
      <w:pPr>
        <w:spacing w:before="0" w:after="80" w:line="300" w:lineRule="auto"/>
        <w:jc w:val="left"/>
      </w:pPr>
      <w:r>
        <w:rPr>
          <w:rFonts w:ascii="Times New Roman" w:hAnsi="Times New Roman" w:eastAsia="宋体"/>
          <w:b w:val="0"/>
          <w:i w:val="0"/>
          <w:sz w:val="21"/>
        </w:rPr>
        <w:t>接下来三天 Isabella 读了 44 · 3 = 132 页。</w:t>
      </w:r>
    </w:p>
    <w:p>
      <w:pPr>
        <w:spacing w:before="0" w:after="80" w:line="300" w:lineRule="auto"/>
        <w:jc w:val="left"/>
      </w:pPr>
      <w:r>
        <w:rPr>
          <w:rFonts w:ascii="Times New Roman" w:hAnsi="Times New Roman" w:eastAsia="宋体"/>
          <w:b w:val="0"/>
          <w:i w:val="0"/>
          <w:sz w:val="21"/>
        </w:rPr>
        <w:t>因此她一共读了 108 + 132 + 10 = 250 页。</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During the first three days, Isabella read 36 · 3 = 108 pages.</w:t>
      </w:r>
    </w:p>
    <w:p>
      <w:pPr>
        <w:spacing w:before="0" w:after="80" w:line="300" w:lineRule="auto"/>
        <w:jc w:val="left"/>
      </w:pPr>
      <w:r>
        <w:rPr>
          <w:rFonts w:ascii="Times New Roman" w:hAnsi="Times New Roman" w:eastAsia="宋体"/>
          <w:b w:val="0"/>
          <w:i w:val="0"/>
          <w:color w:val="333333"/>
          <w:sz w:val="19"/>
        </w:rPr>
        <w:t>During the next three days, Isabella read 44 · 3 = 132 pages.</w:t>
      </w:r>
    </w:p>
    <w:p>
      <w:pPr>
        <w:spacing w:before="0" w:after="80" w:line="300" w:lineRule="auto"/>
        <w:jc w:val="left"/>
      </w:pPr>
      <w:r>
        <w:rPr>
          <w:rFonts w:ascii="Times New Roman" w:hAnsi="Times New Roman" w:eastAsia="宋体"/>
          <w:b w:val="0"/>
          <w:i w:val="0"/>
          <w:color w:val="333333"/>
          <w:sz w:val="19"/>
        </w:rPr>
        <w:t>Therefore, she read a total of 108 + 132 + 10 = 250 pages.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两个奇质数之和是偶数。因为 85 是奇数，所以其中一个质数必须是唯一的偶质数 2。</w:t>
      </w:r>
    </w:p>
    <w:p>
      <w:pPr>
        <w:spacing w:before="0" w:after="80" w:line="300" w:lineRule="auto"/>
        <w:jc w:val="left"/>
      </w:pPr>
      <w:r>
        <w:rPr>
          <w:rFonts w:ascii="Times New Roman" w:hAnsi="Times New Roman" w:eastAsia="宋体"/>
          <w:b w:val="0"/>
          <w:i w:val="0"/>
          <w:sz w:val="21"/>
        </w:rPr>
        <w:t>另一个质数是 85-2=83，所以乘积为 2·83=166。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two odd primes is even. Since 85 is odd, one of the primes must be the only even prime, 2.</w:t>
      </w:r>
    </w:p>
    <w:p>
      <w:pPr>
        <w:spacing w:before="0" w:after="80" w:line="300" w:lineRule="auto"/>
        <w:jc w:val="left"/>
      </w:pPr>
      <w:r>
        <w:rPr>
          <w:rFonts w:ascii="Times New Roman" w:hAnsi="Times New Roman" w:eastAsia="宋体"/>
          <w:b w:val="0"/>
          <w:i w:val="0"/>
          <w:color w:val="333333"/>
          <w:sz w:val="19"/>
        </w:rPr>
        <w:t>The other prime is 85-2=83, so the product is 2·83=166.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用 $20，Margie 可以买 20/4=5 加仑汽油。</w:t>
      </w:r>
    </w:p>
    <w:p>
      <w:pPr>
        <w:spacing w:before="0" w:after="80" w:line="300" w:lineRule="auto"/>
        <w:jc w:val="left"/>
      </w:pPr>
      <w:r>
        <w:rPr>
          <w:rFonts w:ascii="Times New Roman" w:hAnsi="Times New Roman" w:eastAsia="宋体"/>
          <w:b w:val="0"/>
          <w:i w:val="0"/>
          <w:sz w:val="21"/>
        </w:rPr>
        <w:t>每加仑可行驶 32 英里，所以她可以行驶 5·32=160 英里。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$20, Margie can buy 20/4=5 gallons of gas.</w:t>
      </w:r>
    </w:p>
    <w:p>
      <w:pPr>
        <w:spacing w:before="0" w:after="80" w:line="300" w:lineRule="auto"/>
        <w:jc w:val="left"/>
      </w:pPr>
      <w:r>
        <w:rPr>
          <w:rFonts w:ascii="Times New Roman" w:hAnsi="Times New Roman" w:eastAsia="宋体"/>
          <w:b w:val="0"/>
          <w:i w:val="0"/>
          <w:color w:val="333333"/>
          <w:sz w:val="19"/>
        </w:rPr>
        <w:t>At 32 miles per gallon, she can drive 5·32=160 miles.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每个长方形面积是 2 乘对应长度。可以先把共同因子 2 提出来，只需求长度之和，即 91。</w:t>
      </w:r>
    </w:p>
    <w:p>
      <w:pPr>
        <w:spacing w:before="0" w:after="80" w:line="300" w:lineRule="auto"/>
        <w:jc w:val="left"/>
      </w:pPr>
      <w:r>
        <w:rPr>
          <w:rFonts w:ascii="Times New Roman" w:hAnsi="Times New Roman" w:eastAsia="宋体"/>
          <w:b w:val="0"/>
          <w:i w:val="0"/>
          <w:sz w:val="21"/>
        </w:rPr>
        <w:t>因此面积之和为 2 · 91 = 182。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find the area of each rectangle we multiply 2 by their respective lengths. This means that we can factor out the 2 and we are left with the sum of the lengths. Adding together the lengths, we get 91.</w:t>
      </w:r>
    </w:p>
    <w:p>
      <w:pPr>
        <w:spacing w:before="0" w:after="80" w:line="300" w:lineRule="auto"/>
        <w:jc w:val="left"/>
      </w:pPr>
      <w:r>
        <w:rPr>
          <w:rFonts w:ascii="Times New Roman" w:hAnsi="Times New Roman" w:eastAsia="宋体"/>
          <w:b w:val="0"/>
          <w:i w:val="0"/>
          <w:color w:val="333333"/>
          <w:sz w:val="19"/>
        </w:rPr>
        <w:t>Therefore, the sum of the areas is 2 · 91 = 182.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设班上男生人数为 x，则女生有 x + 4 人。因为共有 28 名学生，</w:t>
      </w:r>
    </w:p>
    <w:p>
      <w:pPr>
        <w:spacing w:before="0" w:after="80" w:line="300" w:lineRule="auto"/>
        <w:jc w:val="left"/>
      </w:pPr>
      <w:r>
        <w:rPr>
          <w:rFonts w:ascii="Times New Roman" w:hAnsi="Times New Roman" w:eastAsia="宋体"/>
          <w:b w:val="0"/>
          <w:i w:val="0"/>
          <w:sz w:val="21"/>
        </w:rPr>
        <w:t>x + x + 4 = 28</w:t>
      </w:r>
    </w:p>
    <w:p>
      <w:pPr>
        <w:spacing w:before="0" w:after="80" w:line="300" w:lineRule="auto"/>
        <w:jc w:val="left"/>
      </w:pPr>
      <w:r>
        <w:rPr>
          <w:rFonts w:ascii="Times New Roman" w:hAnsi="Times New Roman" w:eastAsia="宋体"/>
          <w:b w:val="0"/>
          <w:i w:val="0"/>
          <w:sz w:val="21"/>
        </w:rPr>
        <w:t>2x=24</w:t>
      </w:r>
    </w:p>
    <w:p>
      <w:pPr>
        <w:spacing w:before="0" w:after="80" w:line="300" w:lineRule="auto"/>
        <w:jc w:val="left"/>
      </w:pPr>
      <w:r>
        <w:rPr>
          <w:rFonts w:ascii="Times New Roman" w:hAnsi="Times New Roman" w:eastAsia="宋体"/>
          <w:b w:val="0"/>
          <w:i w:val="0"/>
          <w:sz w:val="21"/>
        </w:rPr>
        <w:t>x=12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因此女生与男生之比为 16: 12 = 4: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be the number of boys in the class. This means that there are x + 4 girls. As there are 28 students, we know that:</w:t>
      </w:r>
    </w:p>
    <w:p>
      <w:pPr>
        <w:spacing w:before="0" w:after="80" w:line="300" w:lineRule="auto"/>
        <w:jc w:val="left"/>
      </w:pPr>
      <w:r>
        <w:rPr>
          <w:rFonts w:ascii="Times New Roman" w:hAnsi="Times New Roman" w:eastAsia="宋体"/>
          <w:b w:val="0"/>
          <w:i w:val="0"/>
          <w:color w:val="333333"/>
          <w:sz w:val="19"/>
        </w:rPr>
        <w:t>x + x + 4 = 28</w:t>
      </w:r>
    </w:p>
    <w:p>
      <w:pPr>
        <w:spacing w:before="0" w:after="80" w:line="300" w:lineRule="auto"/>
        <w:jc w:val="left"/>
      </w:pPr>
      <w:r>
        <w:rPr>
          <w:rFonts w:ascii="Times New Roman" w:hAnsi="Times New Roman" w:eastAsia="宋体"/>
          <w:b w:val="0"/>
          <w:i w:val="0"/>
          <w:color w:val="333333"/>
          <w:sz w:val="19"/>
        </w:rPr>
        <w:t>2x=24</w:t>
      </w:r>
    </w:p>
    <w:p>
      <w:pPr>
        <w:spacing w:before="0" w:after="80" w:line="300" w:lineRule="auto"/>
        <w:jc w:val="left"/>
      </w:pPr>
      <w:r>
        <w:rPr>
          <w:rFonts w:ascii="Times New Roman" w:hAnsi="Times New Roman" w:eastAsia="宋体"/>
          <w:b w:val="0"/>
          <w:i w:val="0"/>
          <w:color w:val="333333"/>
          <w:sz w:val="19"/>
        </w:rPr>
        <w:t>x=12.</w:t>
      </w:r>
    </w:p>
    <w:p>
      <w:pPr>
        <w:spacing w:before="0" w:after="80" w:line="300" w:lineRule="auto"/>
        <w:jc w:val="left"/>
      </w:pPr>
      <w:r>
        <w:rPr>
          <w:rFonts w:ascii="Times New Roman" w:hAnsi="Times New Roman" w:eastAsia="宋体"/>
          <w:b w:val="0"/>
          <w:i w:val="0"/>
          <w:color w:val="333333"/>
          <w:sz w:val="19"/>
        </w:rPr>
        <w:t>Therefore, the ratio of girls to boys is 16: 12 = 4: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因为 11 个人支付相同金额，所以总额能被 11 整除。因此 1 A 2 必须能被 11 整除。</w:t>
      </w:r>
    </w:p>
    <w:p>
      <w:pPr>
        <w:spacing w:before="0" w:after="80" w:line="300" w:lineRule="auto"/>
        <w:jc w:val="left"/>
      </w:pPr>
      <w:r>
        <w:rPr>
          <w:rFonts w:ascii="Times New Roman" w:hAnsi="Times New Roman" w:eastAsia="宋体"/>
          <w:b w:val="0"/>
          <w:i w:val="0"/>
          <w:sz w:val="21"/>
        </w:rPr>
        <w:t>11 的整除规则是：交错位数字和之差若能被 11 整除，则原数能被 11 整除。</w:t>
      </w:r>
    </w:p>
    <w:p>
      <w:pPr>
        <w:spacing w:before="0" w:after="80" w:line="300" w:lineRule="auto"/>
        <w:jc w:val="left"/>
      </w:pPr>
      <w:r>
        <w:rPr>
          <w:rFonts w:ascii="Times New Roman" w:hAnsi="Times New Roman" w:eastAsia="宋体"/>
          <w:b w:val="0"/>
          <w:i w:val="0"/>
          <w:sz w:val="21"/>
        </w:rPr>
        <w:t>对 1 A 2，这个差为</w:t>
      </w:r>
    </w:p>
    <w:p>
      <w:pPr>
        <w:spacing w:before="0" w:after="80" w:line="300" w:lineRule="auto"/>
        <w:jc w:val="left"/>
      </w:pPr>
      <w:r>
        <w:rPr>
          <w:rFonts w:ascii="Times New Roman" w:hAnsi="Times New Roman" w:eastAsia="宋体"/>
          <w:b w:val="0"/>
          <w:i w:val="0"/>
          <w:sz w:val="21"/>
        </w:rPr>
        <w:t>1 + 2 - A = 3 - A。</w:t>
      </w:r>
    </w:p>
    <w:p>
      <w:pPr>
        <w:spacing w:before="0" w:after="80" w:line="300" w:lineRule="auto"/>
        <w:jc w:val="left"/>
      </w:pPr>
      <w:r>
        <w:rPr>
          <w:rFonts w:ascii="Times New Roman" w:hAnsi="Times New Roman" w:eastAsia="宋体"/>
          <w:b w:val="0"/>
          <w:i w:val="0"/>
          <w:sz w:val="21"/>
        </w:rPr>
        <w:t>要让它能被 11 整除，只能有 A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since 11 people paid the same amount, then the resulting sum is divisible by 11. Therefore, 1 A 2 must be divisible by 11.</w:t>
      </w:r>
    </w:p>
    <w:p>
      <w:pPr>
        <w:spacing w:before="0" w:after="80" w:line="300" w:lineRule="auto"/>
        <w:jc w:val="left"/>
      </w:pPr>
      <w:r>
        <w:rPr>
          <w:rFonts w:ascii="Times New Roman" w:hAnsi="Times New Roman" w:eastAsia="宋体"/>
          <w:b w:val="0"/>
          <w:i w:val="0"/>
          <w:color w:val="333333"/>
          <w:sz w:val="19"/>
        </w:rPr>
        <w:t>Remember the divisibility rule for 11: if we take the difference of the sums of alternating digits, and this difference is divisible by 11, the whole number is divisible by 11.</w:t>
      </w:r>
    </w:p>
    <w:p>
      <w:pPr>
        <w:spacing w:before="0" w:after="80" w:line="300" w:lineRule="auto"/>
        <w:jc w:val="left"/>
      </w:pPr>
      <w:r>
        <w:rPr>
          <w:rFonts w:ascii="Times New Roman" w:hAnsi="Times New Roman" w:eastAsia="宋体"/>
          <w:b w:val="0"/>
          <w:i w:val="0"/>
          <w:color w:val="333333"/>
          <w:sz w:val="19"/>
        </w:rPr>
        <w:t>For 1 A 2, the aforementioned difference is</w:t>
      </w:r>
    </w:p>
    <w:p>
      <w:pPr>
        <w:spacing w:before="0" w:after="80" w:line="300" w:lineRule="auto"/>
        <w:jc w:val="left"/>
      </w:pPr>
      <w:r>
        <w:rPr>
          <w:rFonts w:ascii="Times New Roman" w:hAnsi="Times New Roman" w:eastAsia="宋体"/>
          <w:b w:val="0"/>
          <w:i w:val="0"/>
          <w:color w:val="333333"/>
          <w:sz w:val="19"/>
        </w:rPr>
        <w:t>1 + 2 - A = 3 - A.</w:t>
      </w:r>
    </w:p>
    <w:p>
      <w:pPr>
        <w:spacing w:before="0" w:after="80" w:line="300" w:lineRule="auto"/>
        <w:jc w:val="left"/>
      </w:pPr>
      <w:r>
        <w:rPr>
          <w:rFonts w:ascii="Times New Roman" w:hAnsi="Times New Roman" w:eastAsia="宋体"/>
          <w:b w:val="0"/>
          <w:i w:val="0"/>
          <w:color w:val="333333"/>
          <w:sz w:val="19"/>
        </w:rPr>
        <w:t>The only way for this to be divisible by 11 is if A = 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因为 BD=DC，三角形 BDC 是等腰三角形，所以 ∠ DBC=∠ BCD=70°。</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 BDC=180°-70°-70°</w:t>
      </w:r>
    </w:p>
    <w:p>
      <w:pPr>
        <w:spacing w:before="0" w:after="80" w:line="300" w:lineRule="auto"/>
        <w:jc w:val="left"/>
      </w:pPr>
      <w:r>
        <w:rPr>
          <w:rFonts w:ascii="Times New Roman" w:hAnsi="Times New Roman" w:eastAsia="宋体"/>
          <w:b w:val="0"/>
          <w:i w:val="0"/>
          <w:sz w:val="21"/>
        </w:rPr>
        <w:t>=40°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又因为 A,D,C 共线，∠ ADB 与 ∠ BDC 构成平角，所以 ∠ ADB=180°-40°=140°。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BD=DC, triangle BDC is isosceles, so ∠ DBC=∠ BCD=70°.</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 BDC=180°-70°-70°</w:t>
      </w:r>
    </w:p>
    <w:p>
      <w:pPr>
        <w:spacing w:before="0" w:after="80" w:line="300" w:lineRule="auto"/>
        <w:jc w:val="left"/>
      </w:pPr>
      <w:r>
        <w:rPr>
          <w:rFonts w:ascii="Times New Roman" w:hAnsi="Times New Roman" w:eastAsia="宋体"/>
          <w:b w:val="0"/>
          <w:i w:val="0"/>
          <w:color w:val="333333"/>
          <w:sz w:val="19"/>
        </w:rPr>
        <w:t>=40°.</w:t>
      </w:r>
    </w:p>
    <w:p>
      <w:pPr>
        <w:spacing w:before="0" w:after="80" w:line="300" w:lineRule="auto"/>
        <w:jc w:val="left"/>
      </w:pPr>
      <w:r>
        <w:rPr>
          <w:rFonts w:ascii="Times New Roman" w:hAnsi="Times New Roman" w:eastAsia="宋体"/>
          <w:b w:val="0"/>
          <w:i w:val="0"/>
          <w:color w:val="333333"/>
          <w:sz w:val="19"/>
        </w:rPr>
        <w:t>Because A,D,C are collinear, ∠ ADB and ∠ BDC form a straight angle, so ∠ ADB=180°-40°=140°.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第七届 AMC 8 是第一届之后 6 年举行的。因此 Samantha 参加的是 1985 + 6 = 1991 年的竞赛。</w:t>
      </w:r>
    </w:p>
    <w:p>
      <w:pPr>
        <w:spacing w:before="0" w:after="80" w:line="300" w:lineRule="auto"/>
        <w:jc w:val="left"/>
      </w:pPr>
      <w:r>
        <w:rPr>
          <w:rFonts w:ascii="Times New Roman" w:hAnsi="Times New Roman" w:eastAsia="宋体"/>
          <w:b w:val="0"/>
          <w:i w:val="0"/>
          <w:sz w:val="21"/>
        </w:rPr>
        <w:t>她那年 12 岁，所以出生年份为 1991 - 12 = 1979。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seventh AMC 8 would have been administered 6 years after the first one. Therefore, Samantha took it in 1985 + 6 = 1991.</w:t>
      </w:r>
    </w:p>
    <w:p>
      <w:pPr>
        <w:spacing w:before="0" w:after="80" w:line="300" w:lineRule="auto"/>
        <w:jc w:val="left"/>
      </w:pPr>
      <w:r>
        <w:rPr>
          <w:rFonts w:ascii="Times New Roman" w:hAnsi="Times New Roman" w:eastAsia="宋体"/>
          <w:b w:val="0"/>
          <w:i w:val="0"/>
          <w:color w:val="333333"/>
          <w:sz w:val="19"/>
        </w:rPr>
        <w:t>This means that Samantha was born 12 years prior in 1991 - 12 = 1979.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用 E 表示向东一个街区，N 表示向北一个街区。最短路线使用三个 E 和两个 N。为了避开离 Jack 家以东一格、以北一格的危险路口，前两步必须是 EE 或 NN。</w:t>
      </w:r>
    </w:p>
    <w:p>
      <w:pPr>
        <w:spacing w:before="0" w:after="80" w:line="300" w:lineRule="auto"/>
        <w:jc w:val="left"/>
      </w:pPr>
      <w:r>
        <w:rPr>
          <w:rFonts w:ascii="Times New Roman" w:hAnsi="Times New Roman" w:eastAsia="宋体"/>
          <w:b w:val="0"/>
          <w:i w:val="0"/>
          <w:sz w:val="21"/>
        </w:rPr>
        <w:t>可能路线为 EEENN、EENEN、EENNE 和 NNEEE，共 4 条路线。</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E represent traveling one block east and N represent traveling one block north. A shortest route uses three E moves and two N moves. To avoid the dangerous intersection one block east and one block north of Jack’s house, the first two moves must be either EE or NN.</w:t>
      </w:r>
    </w:p>
    <w:p>
      <w:pPr>
        <w:spacing w:before="0" w:after="80" w:line="300" w:lineRule="auto"/>
        <w:jc w:val="left"/>
      </w:pPr>
      <w:r>
        <w:rPr>
          <w:rFonts w:ascii="Times New Roman" w:hAnsi="Times New Roman" w:eastAsia="宋体"/>
          <w:b w:val="0"/>
          <w:i w:val="0"/>
          <w:color w:val="333333"/>
          <w:sz w:val="19"/>
        </w:rPr>
        <w:t>The possible routes are EEENN, EENEN, EENNE, and NNEEE, for 4 routes.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读者给三位名人配对共有 3! = 6 种方式。其中只有一种是正确配对。因此随机猜对全部三组的概率是 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Notice that there are 3! = 6 total ways that a reader could match the celebrities. However, only one of these is the correct matching. Therefore, the probability that the reader guesses it correctly is 1/6.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因为 n² + m² 是偶数，所以 n² 与 m² 要么都是奇数，要么都是偶数。</w:t>
      </w:r>
    </w:p>
    <w:p>
      <w:pPr>
        <w:spacing w:before="0" w:after="80" w:line="300" w:lineRule="auto"/>
        <w:jc w:val="left"/>
      </w:pPr>
      <w:r>
        <w:rPr>
          <w:rFonts w:ascii="Times New Roman" w:hAnsi="Times New Roman" w:eastAsia="宋体"/>
          <w:b w:val="0"/>
          <w:i w:val="0"/>
          <w:sz w:val="21"/>
        </w:rPr>
        <w:t>若它们都是奇数，则 n 和 m 都是奇数。若它们都是偶数，则 n 和 m 都是偶数。只要 n 和 m 同奇偶，它们的和都是偶数。</w:t>
      </w:r>
    </w:p>
    <w:p>
      <w:pPr>
        <w:spacing w:before="0" w:after="80" w:line="300" w:lineRule="auto"/>
        <w:jc w:val="left"/>
      </w:pPr>
      <w:r>
        <w:rPr>
          <w:rFonts w:ascii="Times New Roman" w:hAnsi="Times New Roman" w:eastAsia="宋体"/>
          <w:b w:val="0"/>
          <w:i w:val="0"/>
          <w:sz w:val="21"/>
        </w:rPr>
        <w:t>因此 n + m 不可能是奇数。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n² + m² is even, either n² and m² are both odd, or both even.</w:t>
      </w:r>
    </w:p>
    <w:p>
      <w:pPr>
        <w:spacing w:before="0" w:after="80" w:line="300" w:lineRule="auto"/>
        <w:jc w:val="left"/>
      </w:pPr>
      <w:r>
        <w:rPr>
          <w:rFonts w:ascii="Times New Roman" w:hAnsi="Times New Roman" w:eastAsia="宋体"/>
          <w:b w:val="0"/>
          <w:i w:val="0"/>
          <w:color w:val="333333"/>
          <w:sz w:val="19"/>
        </w:rPr>
        <w:t>If they are both odd, then n and m are both odd. If they are both even, then n and m are both even. If n and m are both odd or even, their sum will always be even.</w:t>
      </w:r>
    </w:p>
    <w:p>
      <w:pPr>
        <w:spacing w:before="0" w:after="80" w:line="300" w:lineRule="auto"/>
        <w:jc w:val="left"/>
      </w:pPr>
      <w:r>
        <w:rPr>
          <w:rFonts w:ascii="Times New Roman" w:hAnsi="Times New Roman" w:eastAsia="宋体"/>
          <w:b w:val="0"/>
          <w:i w:val="0"/>
          <w:color w:val="333333"/>
          <w:sz w:val="19"/>
        </w:rPr>
        <w:t>Therefore, n + m is never odd.</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长方形 ABCD 的面积为</w:t>
      </w:r>
    </w:p>
    <w:p>
      <w:pPr>
        <w:spacing w:before="0" w:after="80" w:line="300" w:lineRule="auto"/>
        <w:jc w:val="left"/>
      </w:pPr>
      <w:r>
        <w:rPr>
          <w:rFonts w:ascii="Times New Roman" w:hAnsi="Times New Roman" w:eastAsia="宋体"/>
          <w:b w:val="0"/>
          <w:i w:val="0"/>
          <w:sz w:val="21"/>
        </w:rPr>
        <w:t>5 · 6 = 30。</w:t>
      </w:r>
    </w:p>
    <w:p>
      <w:pPr>
        <w:spacing w:before="0" w:after="80" w:line="300" w:lineRule="auto"/>
        <w:jc w:val="left"/>
      </w:pPr>
      <w:r>
        <w:rPr>
          <w:rFonts w:ascii="Times New Roman" w:hAnsi="Times New Roman" w:eastAsia="宋体"/>
          <w:b w:val="0"/>
          <w:i w:val="0"/>
          <w:sz w:val="21"/>
        </w:rPr>
        <w:t>而这个三角形的面积为</w:t>
      </w:r>
    </w:p>
    <w:p>
      <w:pPr>
        <w:spacing w:before="0" w:after="80" w:line="300" w:lineRule="auto"/>
        <w:jc w:val="left"/>
      </w:pPr>
      <w:r>
        <w:rPr>
          <w:rFonts w:ascii="Times New Roman" w:hAnsi="Times New Roman" w:eastAsia="宋体"/>
          <w:b w:val="0"/>
          <w:i w:val="0"/>
          <w:sz w:val="21"/>
        </w:rPr>
        <w:t>△ DCE = 1/2DC · CE</w:t>
      </w:r>
    </w:p>
    <w:p>
      <w:pPr>
        <w:spacing w:before="0" w:after="80" w:line="300" w:lineRule="auto"/>
        <w:jc w:val="left"/>
      </w:pPr>
      <w:r>
        <w:rPr>
          <w:rFonts w:ascii="Times New Roman" w:hAnsi="Times New Roman" w:eastAsia="宋体"/>
          <w:b w:val="0"/>
          <w:i w:val="0"/>
          <w:sz w:val="21"/>
        </w:rPr>
        <w:t>= 30</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1/2 · 5 · CE = 30</w:t>
      </w:r>
    </w:p>
    <w:p>
      <w:pPr>
        <w:spacing w:before="0" w:after="80" w:line="300" w:lineRule="auto"/>
        <w:jc w:val="left"/>
      </w:pPr>
      <w:r>
        <w:rPr>
          <w:rFonts w:ascii="Times New Roman" w:hAnsi="Times New Roman" w:eastAsia="宋体"/>
          <w:b w:val="0"/>
          <w:i w:val="0"/>
          <w:sz w:val="21"/>
        </w:rPr>
        <w:t>CE = 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再由勾股定理，</w:t>
      </w:r>
    </w:p>
    <w:p>
      <w:pPr>
        <w:spacing w:before="0" w:after="80" w:line="300" w:lineRule="auto"/>
        <w:jc w:val="left"/>
      </w:pPr>
      <w:r>
        <w:rPr>
          <w:rFonts w:ascii="Times New Roman" w:hAnsi="Times New Roman" w:eastAsia="宋体"/>
          <w:b w:val="0"/>
          <w:i w:val="0"/>
          <w:sz w:val="21"/>
        </w:rPr>
        <w:t>DE = √(5² + 12²)</w:t>
      </w:r>
    </w:p>
    <w:p>
      <w:pPr>
        <w:spacing w:before="0" w:after="80" w:line="300" w:lineRule="auto"/>
        <w:jc w:val="left"/>
      </w:pPr>
      <w:r>
        <w:rPr>
          <w:rFonts w:ascii="Times New Roman" w:hAnsi="Times New Roman" w:eastAsia="宋体"/>
          <w:b w:val="0"/>
          <w:i w:val="0"/>
          <w:sz w:val="21"/>
        </w:rPr>
        <w:t>= √(169)</w:t>
      </w:r>
    </w:p>
    <w:p>
      <w:pPr>
        <w:spacing w:before="0" w:after="80" w:line="300" w:lineRule="auto"/>
        <w:jc w:val="left"/>
      </w:pPr>
      <w:r>
        <w:rPr>
          <w:rFonts w:ascii="Times New Roman" w:hAnsi="Times New Roman" w:eastAsia="宋体"/>
          <w:b w:val="0"/>
          <w:i w:val="0"/>
          <w:sz w:val="21"/>
        </w:rPr>
        <w:t>= 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ABCD is</w:t>
      </w:r>
    </w:p>
    <w:p>
      <w:pPr>
        <w:spacing w:before="0" w:after="80" w:line="300" w:lineRule="auto"/>
        <w:jc w:val="left"/>
      </w:pPr>
      <w:r>
        <w:rPr>
          <w:rFonts w:ascii="Times New Roman" w:hAnsi="Times New Roman" w:eastAsia="宋体"/>
          <w:b w:val="0"/>
          <w:i w:val="0"/>
          <w:color w:val="333333"/>
          <w:sz w:val="19"/>
        </w:rPr>
        <w:t>5 · 6 = 30.</w:t>
      </w:r>
    </w:p>
    <w:p>
      <w:pPr>
        <w:spacing w:before="0" w:after="80" w:line="300" w:lineRule="auto"/>
        <w:jc w:val="left"/>
      </w:pPr>
      <w:r>
        <w:rPr>
          <w:rFonts w:ascii="Times New Roman" w:hAnsi="Times New Roman" w:eastAsia="宋体"/>
          <w:b w:val="0"/>
          <w:i w:val="0"/>
          <w:color w:val="333333"/>
          <w:sz w:val="19"/>
        </w:rPr>
        <w:t>The area of</w:t>
      </w:r>
    </w:p>
    <w:p>
      <w:pPr>
        <w:spacing w:before="0" w:after="80" w:line="300" w:lineRule="auto"/>
        <w:jc w:val="left"/>
      </w:pPr>
      <w:r>
        <w:rPr>
          <w:rFonts w:ascii="Times New Roman" w:hAnsi="Times New Roman" w:eastAsia="宋体"/>
          <w:b w:val="0"/>
          <w:i w:val="0"/>
          <w:color w:val="333333"/>
          <w:sz w:val="19"/>
        </w:rPr>
        <w:t>△ DCE = 1/2DC · CE</w:t>
      </w:r>
    </w:p>
    <w:p>
      <w:pPr>
        <w:spacing w:before="0" w:after="80" w:line="300" w:lineRule="auto"/>
        <w:jc w:val="left"/>
      </w:pPr>
      <w:r>
        <w:rPr>
          <w:rFonts w:ascii="Times New Roman" w:hAnsi="Times New Roman" w:eastAsia="宋体"/>
          <w:b w:val="0"/>
          <w:i w:val="0"/>
          <w:color w:val="333333"/>
          <w:sz w:val="19"/>
        </w:rPr>
        <w:t>= 30</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1/2 · 5 · CE = 30</w:t>
      </w:r>
    </w:p>
    <w:p>
      <w:pPr>
        <w:spacing w:before="0" w:after="80" w:line="300" w:lineRule="auto"/>
        <w:jc w:val="left"/>
      </w:pPr>
      <w:r>
        <w:rPr>
          <w:rFonts w:ascii="Times New Roman" w:hAnsi="Times New Roman" w:eastAsia="宋体"/>
          <w:b w:val="0"/>
          <w:i w:val="0"/>
          <w:color w:val="333333"/>
          <w:sz w:val="19"/>
        </w:rPr>
        <w:t>CE = 12.</w:t>
      </w:r>
    </w:p>
    <w:p>
      <w:pPr>
        <w:spacing w:before="0" w:after="80" w:line="300" w:lineRule="auto"/>
        <w:jc w:val="left"/>
      </w:pPr>
      <w:r>
        <w:rPr>
          <w:rFonts w:ascii="Times New Roman" w:hAnsi="Times New Roman" w:eastAsia="宋体"/>
          <w:b w:val="0"/>
          <w:i w:val="0"/>
          <w:color w:val="333333"/>
          <w:sz w:val="19"/>
        </w:rPr>
        <w:t>Then using the Pythagorean theorem we get that</w:t>
      </w:r>
    </w:p>
    <w:p>
      <w:pPr>
        <w:spacing w:before="0" w:after="80" w:line="300" w:lineRule="auto"/>
        <w:jc w:val="left"/>
      </w:pPr>
      <w:r>
        <w:rPr>
          <w:rFonts w:ascii="Times New Roman" w:hAnsi="Times New Roman" w:eastAsia="宋体"/>
          <w:b w:val="0"/>
          <w:i w:val="0"/>
          <w:color w:val="333333"/>
          <w:sz w:val="19"/>
        </w:rPr>
        <w:t>DE = √(5² + 12²)</w:t>
      </w:r>
    </w:p>
    <w:p>
      <w:pPr>
        <w:spacing w:before="0" w:after="80" w:line="300" w:lineRule="auto"/>
        <w:jc w:val="left"/>
      </w:pPr>
      <w:r>
        <w:rPr>
          <w:rFonts w:ascii="Times New Roman" w:hAnsi="Times New Roman" w:eastAsia="宋体"/>
          <w:b w:val="0"/>
          <w:i w:val="0"/>
          <w:color w:val="333333"/>
          <w:sz w:val="19"/>
        </w:rPr>
        <w:t>= √(169)</w:t>
      </w:r>
    </w:p>
    <w:p>
      <w:pPr>
        <w:spacing w:before="0" w:after="80" w:line="300" w:lineRule="auto"/>
        <w:jc w:val="left"/>
      </w:pPr>
      <w:r>
        <w:rPr>
          <w:rFonts w:ascii="Times New Roman" w:hAnsi="Times New Roman" w:eastAsia="宋体"/>
          <w:b w:val="0"/>
          <w:i w:val="0"/>
          <w:color w:val="333333"/>
          <w:sz w:val="19"/>
        </w:rPr>
        <w:t>=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12 段弧等分圆周，所以每段弧对应的圆心角为 (360°)/12 = 30°。</w:t>
      </w:r>
    </w:p>
    <w:p>
      <w:pPr>
        <w:spacing w:before="0" w:after="80" w:line="300" w:lineRule="auto"/>
        <w:jc w:val="left"/>
      </w:pPr>
      <w:r>
        <w:rPr>
          <w:rFonts w:ascii="Times New Roman" w:hAnsi="Times New Roman" w:eastAsia="宋体"/>
          <w:b w:val="0"/>
          <w:i w:val="0"/>
          <w:sz w:val="21"/>
        </w:rPr>
        <w:t>∠ AOE 跨过 4 段弧，所以</w:t>
      </w:r>
    </w:p>
    <w:p>
      <w:pPr>
        <w:spacing w:before="0" w:after="80" w:line="300" w:lineRule="auto"/>
        <w:jc w:val="left"/>
      </w:pPr>
      <w:r>
        <w:rPr>
          <w:rFonts w:ascii="Times New Roman" w:hAnsi="Times New Roman" w:eastAsia="宋体"/>
          <w:b w:val="0"/>
          <w:i w:val="0"/>
          <w:sz w:val="21"/>
        </w:rPr>
        <w:t>∠ AOE = 4 · 30° = 120°。</w:t>
      </w:r>
    </w:p>
    <w:p>
      <w:pPr>
        <w:spacing w:before="0" w:after="80" w:line="300" w:lineRule="auto"/>
        <w:jc w:val="left"/>
      </w:pPr>
      <w:r>
        <w:rPr>
          <w:rFonts w:ascii="Times New Roman" w:hAnsi="Times New Roman" w:eastAsia="宋体"/>
          <w:b w:val="0"/>
          <w:i w:val="0"/>
          <w:sz w:val="21"/>
        </w:rPr>
        <w:t>类似地，</w:t>
      </w:r>
    </w:p>
    <w:p>
      <w:pPr>
        <w:spacing w:before="0" w:after="80" w:line="300" w:lineRule="auto"/>
        <w:jc w:val="left"/>
      </w:pPr>
      <w:r>
        <w:rPr>
          <w:rFonts w:ascii="Times New Roman" w:hAnsi="Times New Roman" w:eastAsia="宋体"/>
          <w:b w:val="0"/>
          <w:i w:val="0"/>
          <w:sz w:val="21"/>
        </w:rPr>
        <w:t>∠ GOI = 2 · 30° = 60°。</w:t>
      </w:r>
    </w:p>
    <w:p>
      <w:pPr>
        <w:spacing w:before="0" w:after="80" w:line="300" w:lineRule="auto"/>
        <w:jc w:val="left"/>
      </w:pPr>
      <w:r>
        <w:rPr>
          <w:rFonts w:ascii="Times New Roman" w:hAnsi="Times New Roman" w:eastAsia="宋体"/>
          <w:b w:val="0"/>
          <w:i w:val="0"/>
          <w:sz w:val="21"/>
        </w:rPr>
        <w:t>我们还知道这两个三角形都是等腰三角形，因为它们各有两条边是半径。因此</w:t>
      </w:r>
    </w:p>
    <w:p>
      <w:pPr>
        <w:spacing w:before="0" w:after="80" w:line="300" w:lineRule="auto"/>
        <w:jc w:val="left"/>
      </w:pPr>
      <w:r>
        <w:rPr>
          <w:rFonts w:ascii="Times New Roman" w:hAnsi="Times New Roman" w:eastAsia="宋体"/>
          <w:b w:val="0"/>
          <w:i w:val="0"/>
          <w:sz w:val="21"/>
        </w:rPr>
        <w:t>x = (180 - 120)/2 = 30°</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y = (180 - 60)/2 = 60°。</w:t>
      </w:r>
    </w:p>
    <w:p>
      <w:pPr>
        <w:spacing w:before="0" w:after="80" w:line="300" w:lineRule="auto"/>
        <w:jc w:val="left"/>
      </w:pPr>
      <w:r>
        <w:rPr>
          <w:rFonts w:ascii="Times New Roman" w:hAnsi="Times New Roman" w:eastAsia="宋体"/>
          <w:b w:val="0"/>
          <w:i w:val="0"/>
          <w:sz w:val="21"/>
        </w:rPr>
        <w:t>所以 x + y = 90°。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Note that each of the 12 arcs splits the circle evenly, so they each cover (360°)/12 = 30°.</w:t>
      </w:r>
    </w:p>
    <w:p>
      <w:pPr>
        <w:spacing w:before="0" w:after="80" w:line="300" w:lineRule="auto"/>
        <w:jc w:val="left"/>
      </w:pPr>
      <w:r>
        <w:rPr>
          <w:rFonts w:ascii="Times New Roman" w:hAnsi="Times New Roman" w:eastAsia="宋体"/>
          <w:b w:val="0"/>
          <w:i w:val="0"/>
          <w:color w:val="333333"/>
          <w:sz w:val="19"/>
        </w:rPr>
        <w:t>∠ AOE spans 4 of these arcs, so</w:t>
      </w:r>
    </w:p>
    <w:p>
      <w:pPr>
        <w:spacing w:before="0" w:after="80" w:line="300" w:lineRule="auto"/>
        <w:jc w:val="left"/>
      </w:pPr>
      <w:r>
        <w:rPr>
          <w:rFonts w:ascii="Times New Roman" w:hAnsi="Times New Roman" w:eastAsia="宋体"/>
          <w:b w:val="0"/>
          <w:i w:val="0"/>
          <w:color w:val="333333"/>
          <w:sz w:val="19"/>
        </w:rPr>
        <w:t>∠ AOE = 4 · 30° = 120°.</w:t>
      </w:r>
    </w:p>
    <w:p>
      <w:pPr>
        <w:spacing w:before="0" w:after="80" w:line="300" w:lineRule="auto"/>
        <w:jc w:val="left"/>
      </w:pPr>
      <w:r>
        <w:rPr>
          <w:rFonts w:ascii="Times New Roman" w:hAnsi="Times New Roman" w:eastAsia="宋体"/>
          <w:b w:val="0"/>
          <w:i w:val="0"/>
          <w:color w:val="333333"/>
          <w:sz w:val="19"/>
        </w:rPr>
        <w:t>Similarly,</w:t>
      </w:r>
    </w:p>
    <w:p>
      <w:pPr>
        <w:spacing w:before="0" w:after="80" w:line="300" w:lineRule="auto"/>
        <w:jc w:val="left"/>
      </w:pPr>
      <w:r>
        <w:rPr>
          <w:rFonts w:ascii="Times New Roman" w:hAnsi="Times New Roman" w:eastAsia="宋体"/>
          <w:b w:val="0"/>
          <w:i w:val="0"/>
          <w:color w:val="333333"/>
          <w:sz w:val="19"/>
        </w:rPr>
        <w:t>∠ GOI = 2 · 30° = 60°.</w:t>
      </w:r>
    </w:p>
    <w:p>
      <w:pPr>
        <w:spacing w:before="0" w:after="80" w:line="300" w:lineRule="auto"/>
        <w:jc w:val="left"/>
      </w:pPr>
      <w:r>
        <w:rPr>
          <w:rFonts w:ascii="Times New Roman" w:hAnsi="Times New Roman" w:eastAsia="宋体"/>
          <w:b w:val="0"/>
          <w:i w:val="0"/>
          <w:color w:val="333333"/>
          <w:sz w:val="19"/>
        </w:rPr>
        <w:t>We also know that both triangles are isosceles since two of their sides are radii. Therefore,</w:t>
      </w:r>
    </w:p>
    <w:p>
      <w:pPr>
        <w:spacing w:before="0" w:after="80" w:line="300" w:lineRule="auto"/>
        <w:jc w:val="left"/>
      </w:pPr>
      <w:r>
        <w:rPr>
          <w:rFonts w:ascii="Times New Roman" w:hAnsi="Times New Roman" w:eastAsia="宋体"/>
          <w:b w:val="0"/>
          <w:i w:val="0"/>
          <w:color w:val="333333"/>
          <w:sz w:val="19"/>
        </w:rPr>
        <w:t>x = (180 - 120)/2 = 30°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y = (180 - 60)/2 = 60°.</w:t>
      </w:r>
    </w:p>
    <w:p>
      <w:pPr>
        <w:spacing w:before="0" w:after="80" w:line="300" w:lineRule="auto"/>
        <w:jc w:val="left"/>
      </w:pPr>
      <w:r>
        <w:rPr>
          <w:rFonts w:ascii="Times New Roman" w:hAnsi="Times New Roman" w:eastAsia="宋体"/>
          <w:b w:val="0"/>
          <w:i w:val="0"/>
          <w:color w:val="333333"/>
          <w:sz w:val="19"/>
        </w:rPr>
        <w:t>Therefore, x + y = 90°.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每支球队有 4 场非联盟比赛，所以涉及 Middle School Eight 球队与非联盟对手的比赛有 8·4=32 场。</w:t>
      </w:r>
    </w:p>
    <w:p>
      <w:pPr>
        <w:spacing w:before="0" w:after="80" w:line="300" w:lineRule="auto"/>
        <w:jc w:val="left"/>
      </w:pPr>
      <w:r>
        <w:rPr>
          <w:rFonts w:ascii="Times New Roman" w:hAnsi="Times New Roman" w:eastAsia="宋体"/>
          <w:b w:val="0"/>
          <w:i w:val="0"/>
          <w:sz w:val="21"/>
        </w:rPr>
        <w:t>联盟内部，这 8 支球队中的每支都有 7 场对阵其他球队的主场比赛，所以联盟比赛有 8·7=56 场。总数为 32+56=88。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team plays 4 non-conference games, for 8·4=32 games involving Middle School Eight teams and non-conference opponents.</w:t>
      </w:r>
    </w:p>
    <w:p>
      <w:pPr>
        <w:spacing w:before="0" w:after="80" w:line="300" w:lineRule="auto"/>
        <w:jc w:val="left"/>
      </w:pPr>
      <w:r>
        <w:rPr>
          <w:rFonts w:ascii="Times New Roman" w:hAnsi="Times New Roman" w:eastAsia="宋体"/>
          <w:b w:val="0"/>
          <w:i w:val="0"/>
          <w:color w:val="333333"/>
          <w:sz w:val="19"/>
        </w:rPr>
        <w:t>Within the conference, each of the 8 teams has 7 home games against the other teams, so there are 8·7=56 conference games. The total is 32+56=88.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George 平常走 1 英里时速度为每小时 3 英里，需要 1/3 小时，也就是 20 分钟。</w:t>
      </w:r>
    </w:p>
    <w:p>
      <w:pPr>
        <w:spacing w:before="0" w:after="80" w:line="300" w:lineRule="auto"/>
        <w:jc w:val="left"/>
      </w:pPr>
      <w:r>
        <w:rPr>
          <w:rFonts w:ascii="Times New Roman" w:hAnsi="Times New Roman" w:eastAsia="宋体"/>
          <w:b w:val="0"/>
          <w:i w:val="0"/>
          <w:sz w:val="21"/>
        </w:rPr>
        <w:t>今天他走前 1/2 英里时，速度为每小时 2 英里，用时 1/2÷2=1/4 小时，也就是 15 分钟。他还剩 5 分钟，即 1/12 小时，来走完 1/2 英里。</w:t>
      </w:r>
    </w:p>
    <w:p>
      <w:pPr>
        <w:spacing w:before="0" w:after="80" w:line="300" w:lineRule="auto"/>
        <w:jc w:val="left"/>
      </w:pPr>
      <w:r>
        <w:rPr>
          <w:rFonts w:ascii="Times New Roman" w:hAnsi="Times New Roman" w:eastAsia="宋体"/>
          <w:b w:val="0"/>
          <w:i w:val="0"/>
          <w:sz w:val="21"/>
        </w:rPr>
        <w:t>所需速度为 1/2÷1/12=6 英里每小时。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George normally walks 1 mile at 3 miles per hour, it takes him 1/3 hour, or 20 minutes, to get to school.</w:t>
      </w:r>
    </w:p>
    <w:p>
      <w:pPr>
        <w:spacing w:before="0" w:after="80" w:line="300" w:lineRule="auto"/>
        <w:jc w:val="left"/>
      </w:pPr>
      <w:r>
        <w:rPr>
          <w:rFonts w:ascii="Times New Roman" w:hAnsi="Times New Roman" w:eastAsia="宋体"/>
          <w:b w:val="0"/>
          <w:i w:val="0"/>
          <w:color w:val="333333"/>
          <w:sz w:val="19"/>
        </w:rPr>
        <w:t>Today he walked the first 1/2 mile at 2 miles per hour, taking 1/2÷2=1/4 hour, or 15 minutes. He has 5 minutes, which is 1/12 hour, left to cover 1/2 mile.</w:t>
      </w:r>
    </w:p>
    <w:p>
      <w:pPr>
        <w:spacing w:before="0" w:after="80" w:line="300" w:lineRule="auto"/>
        <w:jc w:val="left"/>
      </w:pPr>
      <w:r>
        <w:rPr>
          <w:rFonts w:ascii="Times New Roman" w:hAnsi="Times New Roman" w:eastAsia="宋体"/>
          <w:b w:val="0"/>
          <w:i w:val="0"/>
          <w:color w:val="333333"/>
          <w:sz w:val="19"/>
        </w:rPr>
        <w:t>His required speed is 1/2÷1/12=6 miles per hour.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四个孩子按出生顺序共有 2⁴=16 个等可能结果。各类别数量为：全是男孩 1 种；全是女孩 1 种；两男两女 C(4, 2)=6 种；三人一种性别、一人另一种性别 2C(4, 1)=8 种。</w:t>
      </w:r>
    </w:p>
    <w:p>
      <w:pPr>
        <w:spacing w:before="0" w:after="80" w:line="300" w:lineRule="auto"/>
        <w:jc w:val="left"/>
      </w:pPr>
      <w:r>
        <w:rPr>
          <w:rFonts w:ascii="Times New Roman" w:hAnsi="Times New Roman" w:eastAsia="宋体"/>
          <w:b w:val="0"/>
          <w:i w:val="0"/>
          <w:sz w:val="21"/>
        </w:rPr>
        <w:t>最大数量是 8，所以最可能的结果是三个孩子是一种性别，一个孩子是另一种性别。</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2⁴=16 equally likely birth-order outcomes. The counts by category are: all boys, 1; all girls, 1; two boys and two girls, C(4, 2)=6; and three of one gender and one of the other, 2C(4, 1)=8.</w:t>
      </w:r>
    </w:p>
    <w:p>
      <w:pPr>
        <w:spacing w:before="0" w:after="80" w:line="300" w:lineRule="auto"/>
        <w:jc w:val="left"/>
      </w:pPr>
      <w:r>
        <w:rPr>
          <w:rFonts w:ascii="Times New Roman" w:hAnsi="Times New Roman" w:eastAsia="宋体"/>
          <w:b w:val="0"/>
          <w:i w:val="0"/>
          <w:color w:val="333333"/>
          <w:sz w:val="19"/>
        </w:rPr>
        <w:t>The largest count is 8, so the most likely outcome is three children of one gender and one of the other.</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为了最小化可见白色面积，把一个白色小立方体放在大立方体中心，这样没有任何面可见。把另外五个白色小立方体放在大立方体的面中心位置，每个只贡献一个可见白色小正方形。</w:t>
      </w:r>
    </w:p>
    <w:p>
      <w:pPr>
        <w:spacing w:before="0" w:after="80" w:line="300" w:lineRule="auto"/>
        <w:jc w:val="left"/>
      </w:pPr>
      <w:r>
        <w:rPr>
          <w:rFonts w:ascii="Times New Roman" w:hAnsi="Times New Roman" w:eastAsia="宋体"/>
          <w:b w:val="0"/>
          <w:i w:val="0"/>
          <w:sz w:val="21"/>
        </w:rPr>
        <w:t>可见白色表面积为 5 平方英寸。边长 3 英寸的立方体总表面积为 6·3²=54 平方英寸，所以白色部分占 5/54。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minimize visible white area, place one white cube in the center of the large cube, where no faces are visible. Place each of the other five white cubes at the center of a face of the large cube, where each contributes only one visible white square.</w:t>
      </w:r>
    </w:p>
    <w:p>
      <w:pPr>
        <w:spacing w:before="0" w:after="80" w:line="300" w:lineRule="auto"/>
        <w:jc w:val="left"/>
      </w:pPr>
      <w:r>
        <w:rPr>
          <w:rFonts w:ascii="Times New Roman" w:hAnsi="Times New Roman" w:eastAsia="宋体"/>
          <w:b w:val="0"/>
          <w:i w:val="0"/>
          <w:color w:val="333333"/>
          <w:sz w:val="19"/>
        </w:rPr>
        <w:t>The visible white surface area is therefore 5 square inches. The total surface area of the 3-inch cube is 6·3²=54 square inches, so the fraction that is white is 5/54.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三个圆在长方形内的部分都是四分之一圆，半径分别为 1、2、3。它们的总面积为</w:t>
      </w:r>
    </w:p>
    <w:p>
      <w:pPr>
        <w:spacing w:before="0" w:after="80" w:line="300" w:lineRule="auto"/>
        <w:jc w:val="left"/>
      </w:pPr>
      <w:r>
        <w:rPr>
          <w:rFonts w:ascii="Times New Roman" w:hAnsi="Times New Roman" w:eastAsia="宋体"/>
          <w:b w:val="0"/>
          <w:i w:val="0"/>
          <w:sz w:val="21"/>
        </w:rPr>
        <w:t>π/4+π+9π/4=7π/2。</w:t>
      </w:r>
    </w:p>
    <w:p>
      <w:pPr>
        <w:spacing w:before="0" w:after="80" w:line="300" w:lineRule="auto"/>
        <w:jc w:val="left"/>
      </w:pPr>
      <w:r>
        <w:rPr>
          <w:rFonts w:ascii="Times New Roman" w:hAnsi="Times New Roman" w:eastAsia="宋体"/>
          <w:b w:val="0"/>
          <w:i w:val="0"/>
          <w:sz w:val="21"/>
        </w:rPr>
        <w:t>用 π≈22/7，这个总面积约为 11。长方形面积为 3·5=15，所以所求面积约为 15-11=4。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parts of the three circles inside the rectangle are quarter-circles with radii 1, 2, and 3. Their total area is</w:t>
      </w:r>
    </w:p>
    <w:p>
      <w:pPr>
        <w:spacing w:before="0" w:after="80" w:line="300" w:lineRule="auto"/>
        <w:jc w:val="left"/>
      </w:pPr>
      <w:r>
        <w:rPr>
          <w:rFonts w:ascii="Times New Roman" w:hAnsi="Times New Roman" w:eastAsia="宋体"/>
          <w:b w:val="0"/>
          <w:i w:val="0"/>
          <w:color w:val="333333"/>
          <w:sz w:val="19"/>
        </w:rPr>
        <w:t>π/4+π+9π/4=7π/2.</w:t>
      </w:r>
    </w:p>
    <w:p>
      <w:pPr>
        <w:spacing w:before="0" w:after="80" w:line="300" w:lineRule="auto"/>
        <w:jc w:val="left"/>
      </w:pPr>
      <w:r>
        <w:rPr>
          <w:rFonts w:ascii="Times New Roman" w:hAnsi="Times New Roman" w:eastAsia="宋体"/>
          <w:b w:val="0"/>
          <w:i w:val="0"/>
          <w:color w:val="333333"/>
          <w:sz w:val="19"/>
        </w:rPr>
        <w:t>Using π≈22/7, this total is about 11. The rectangle has area 3·5=15, so the desired area is about 15-11=4.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A</w:t>
      </w:r>
    </w:p>
    <w:p>
      <w:pPr>
        <w:spacing w:before="0" w:after="80" w:line="300" w:lineRule="auto"/>
        <w:jc w:val="left"/>
      </w:pPr>
      <w:r>
        <w:rPr>
          <w:rFonts w:ascii="Times New Roman" w:hAnsi="Times New Roman" w:eastAsia="宋体"/>
          <w:b w:val="0"/>
          <w:i w:val="0"/>
          <w:sz w:val="21"/>
        </w:rPr>
        <w:t>为使 74A52B1 能被 3 整除，数字和 19+A+B 必须是 3 的倍数。因此 A+B 比 3 的某个倍数小 1。</w:t>
      </w:r>
    </w:p>
    <w:p>
      <w:pPr>
        <w:spacing w:before="0" w:after="80" w:line="300" w:lineRule="auto"/>
        <w:jc w:val="left"/>
      </w:pPr>
      <w:r>
        <w:rPr>
          <w:rFonts w:ascii="Times New Roman" w:hAnsi="Times New Roman" w:eastAsia="宋体"/>
          <w:b w:val="0"/>
          <w:i w:val="0"/>
          <w:sz w:val="21"/>
        </w:rPr>
        <w:t>为使 326AB4C 能被 3 整除，数字和 15+A+B+C 必须是 3 的倍数。因为 15 已经能被 3 整除，所以 A+B+C 必须能被 3 整除。</w:t>
      </w:r>
    </w:p>
    <w:p>
      <w:pPr>
        <w:spacing w:before="0" w:after="80" w:line="300" w:lineRule="auto"/>
        <w:jc w:val="left"/>
      </w:pPr>
      <w:r>
        <w:rPr>
          <w:rFonts w:ascii="Times New Roman" w:hAnsi="Times New Roman" w:eastAsia="宋体"/>
          <w:b w:val="0"/>
          <w:i w:val="0"/>
          <w:sz w:val="21"/>
        </w:rPr>
        <w:t>因此 C 必须比 3 的某个倍数大 1。选项中只有 1 符合这个条件。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74A52B1 to be divisible by 3, the digit sum 19+A+B must be a multiple of 3. Hence A+B is 1 less than a multiple of 3.</w:t>
      </w:r>
    </w:p>
    <w:p>
      <w:pPr>
        <w:spacing w:before="0" w:after="80" w:line="300" w:lineRule="auto"/>
        <w:jc w:val="left"/>
      </w:pPr>
      <w:r>
        <w:rPr>
          <w:rFonts w:ascii="Times New Roman" w:hAnsi="Times New Roman" w:eastAsia="宋体"/>
          <w:b w:val="0"/>
          <w:i w:val="0"/>
          <w:color w:val="333333"/>
          <w:sz w:val="19"/>
        </w:rPr>
        <w:t>For 326AB4C to be divisible by 3, the digit sum 15+A+B+C must be a multiple of 3. Since 15 is already divisible by 3, A+B+C must be divisible by 3.</w:t>
      </w:r>
    </w:p>
    <w:p>
      <w:pPr>
        <w:spacing w:before="0" w:after="80" w:line="300" w:lineRule="auto"/>
        <w:jc w:val="left"/>
      </w:pPr>
      <w:r>
        <w:rPr>
          <w:rFonts w:ascii="Times New Roman" w:hAnsi="Times New Roman" w:eastAsia="宋体"/>
          <w:b w:val="0"/>
          <w:i w:val="0"/>
          <w:color w:val="333333"/>
          <w:sz w:val="19"/>
        </w:rPr>
        <w:t>Therefore C must be 1 more than a multiple of 3. Among the answer choices, only 1 has that form.</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设这个数为 10a+b，其中 a 是十位数字，b 是个位数字。条件给出</w:t>
      </w:r>
    </w:p>
    <w:p>
      <w:pPr>
        <w:spacing w:before="0" w:after="80" w:line="300" w:lineRule="auto"/>
        <w:jc w:val="left"/>
      </w:pPr>
      <w:r>
        <w:rPr>
          <w:rFonts w:ascii="Times New Roman" w:hAnsi="Times New Roman" w:eastAsia="宋体"/>
          <w:b w:val="0"/>
          <w:i w:val="0"/>
          <w:sz w:val="21"/>
        </w:rPr>
        <w:t>ab+a+b=10a+b。</w:t>
      </w:r>
    </w:p>
    <w:p>
      <w:pPr>
        <w:spacing w:before="0" w:after="80" w:line="300" w:lineRule="auto"/>
        <w:jc w:val="left"/>
      </w:pPr>
      <w:r>
        <w:rPr>
          <w:rFonts w:ascii="Times New Roman" w:hAnsi="Times New Roman" w:eastAsia="宋体"/>
          <w:b w:val="0"/>
          <w:i w:val="0"/>
          <w:sz w:val="21"/>
        </w:rPr>
        <w:t>两边消去 b，得 ab+a=10a，所以 ab=9a。由于 a≠0，得到 b=9。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be 10a+b, where a is the tens digit and b is the units digit. The condition gives</w:t>
      </w:r>
    </w:p>
    <w:p>
      <w:pPr>
        <w:spacing w:before="0" w:after="80" w:line="300" w:lineRule="auto"/>
        <w:jc w:val="left"/>
      </w:pPr>
      <w:r>
        <w:rPr>
          <w:rFonts w:ascii="Times New Roman" w:hAnsi="Times New Roman" w:eastAsia="宋体"/>
          <w:b w:val="0"/>
          <w:i w:val="0"/>
          <w:color w:val="333333"/>
          <w:sz w:val="19"/>
        </w:rPr>
        <w:t>ab+a+b=10a+b.</w:t>
      </w:r>
    </w:p>
    <w:p>
      <w:pPr>
        <w:spacing w:before="0" w:after="80" w:line="300" w:lineRule="auto"/>
        <w:jc w:val="left"/>
      </w:pPr>
      <w:r>
        <w:rPr>
          <w:rFonts w:ascii="Times New Roman" w:hAnsi="Times New Roman" w:eastAsia="宋体"/>
          <w:b w:val="0"/>
          <w:i w:val="0"/>
          <w:color w:val="333333"/>
          <w:sz w:val="19"/>
        </w:rPr>
        <w:t>Canceling b from both sides gives ab+a=10a, so ab=9a. Since a≠0, we get b=9.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任意两人的号码和必须是月份中的日期，所以至多为 31。两个两位质数之和不超过 31 的可能有 11+13=24、11+17=28、11+19=30 和 13+17=30。</w:t>
      </w:r>
    </w:p>
    <w:p>
      <w:pPr>
        <w:spacing w:before="0" w:after="80" w:line="300" w:lineRule="auto"/>
        <w:jc w:val="left"/>
      </w:pPr>
      <w:r>
        <w:rPr>
          <w:rFonts w:ascii="Times New Roman" w:hAnsi="Times New Roman" w:eastAsia="宋体"/>
          <w:b w:val="0"/>
          <w:i w:val="0"/>
          <w:sz w:val="21"/>
        </w:rPr>
        <w:t>三个日期分别是早些时候、今天和晚些时候，所以必须互不相同且递增。唯一可能的一组三个不同日期是 24,28,30，对应号码 11、13、17。</w:t>
      </w:r>
    </w:p>
    <w:p>
      <w:pPr>
        <w:spacing w:before="0" w:after="80" w:line="300" w:lineRule="auto"/>
        <w:jc w:val="left"/>
      </w:pPr>
      <w:r>
        <w:rPr>
          <w:rFonts w:ascii="Times New Roman" w:hAnsi="Times New Roman" w:eastAsia="宋体"/>
          <w:b w:val="0"/>
          <w:i w:val="0"/>
          <w:sz w:val="21"/>
        </w:rPr>
        <w:t>Bethany 的日期是 Ashley 加 Caitlin，Ashley 的日期是 Bethany 加 Caitlin，Caitlin 的晚些时候日期是 Ashley 加 Bethany。因此 Caitlin 的号码是三者中最小的，即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Any pair-sum must be a date in the month, so it is at most 31. The possible sums of two two-digit primes that are at most 31 are 11+13=24, 11+17=28, 11+19=30, and 13+17=30.</w:t>
      </w:r>
    </w:p>
    <w:p>
      <w:pPr>
        <w:spacing w:before="0" w:after="80" w:line="300" w:lineRule="auto"/>
        <w:jc w:val="left"/>
      </w:pPr>
      <w:r>
        <w:rPr>
          <w:rFonts w:ascii="Times New Roman" w:hAnsi="Times New Roman" w:eastAsia="宋体"/>
          <w:b w:val="0"/>
          <w:i w:val="0"/>
          <w:color w:val="333333"/>
          <w:sz w:val="19"/>
        </w:rPr>
        <w:t>The three dates are earlier, today, and later, so they must be distinct and increasing. The only possible set of three distinct dates is 24,28,30, coming from the numbers 11, 13, and 17.</w:t>
      </w:r>
    </w:p>
    <w:p>
      <w:pPr>
        <w:spacing w:before="0" w:after="80" w:line="300" w:lineRule="auto"/>
        <w:jc w:val="left"/>
      </w:pPr>
      <w:r>
        <w:rPr>
          <w:rFonts w:ascii="Times New Roman" w:hAnsi="Times New Roman" w:eastAsia="宋体"/>
          <w:b w:val="0"/>
          <w:i w:val="0"/>
          <w:color w:val="333333"/>
          <w:sz w:val="19"/>
        </w:rPr>
        <w:t>Bethany’s date is Ashley plus Caitlin, Ashley’s date is Bethany plus Caitlin, and Caitlin’s later date is Ashley plus Bethany. This means Caitlin’s number is the smallest of the three, namely 11.</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将 100 位顾客的购买数从小到大排列。中位数是第 50 项和第 51 项的平均数。为了最大化它，让前 49 项尽可能小，都等于 1。</w:t>
      </w:r>
    </w:p>
    <w:p>
      <w:pPr>
        <w:spacing w:before="0" w:after="80" w:line="300" w:lineRule="auto"/>
        <w:jc w:val="left"/>
      </w:pPr>
      <w:r>
        <w:rPr>
          <w:rFonts w:ascii="Times New Roman" w:hAnsi="Times New Roman" w:eastAsia="宋体"/>
          <w:b w:val="0"/>
          <w:i w:val="0"/>
          <w:sz w:val="21"/>
        </w:rPr>
        <w:t>如果第 50 项至少为 4，那么总数至少为 49+51·4=253，超过二百五十二。所以第 50 项至多为 3。</w:t>
      </w:r>
    </w:p>
    <w:p>
      <w:pPr>
        <w:spacing w:before="0" w:after="80" w:line="300" w:lineRule="auto"/>
        <w:jc w:val="left"/>
      </w:pPr>
      <w:r>
        <w:rPr>
          <w:rFonts w:ascii="Times New Roman" w:hAnsi="Times New Roman" w:eastAsia="宋体"/>
          <w:b w:val="0"/>
          <w:i w:val="0"/>
          <w:sz w:val="21"/>
        </w:rPr>
        <w:t>这个最大值可以达到：取 49 项等于 1，第 50 项等于 3，最后 50 项都等于 4。总数为 49+3+50·4=252，中位数为 3+4/2=3.5。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Order the 100 purchases from least to greatest. The median is the average of the 50th and 51st entries. To maximize it, make the first 49 entries as small as possible, so set them all equal to 1.</w:t>
      </w:r>
    </w:p>
    <w:p>
      <w:pPr>
        <w:spacing w:before="0" w:after="80" w:line="300" w:lineRule="auto"/>
        <w:jc w:val="left"/>
      </w:pPr>
      <w:r>
        <w:rPr>
          <w:rFonts w:ascii="Times New Roman" w:hAnsi="Times New Roman" w:eastAsia="宋体"/>
          <w:b w:val="0"/>
          <w:i w:val="0"/>
          <w:color w:val="333333"/>
          <w:sz w:val="19"/>
        </w:rPr>
        <w:t>If the 50th entry were at least 4, then the total would be at least 49+51·4=253, too many cans. So the 50th entry is at most 3.</w:t>
      </w:r>
    </w:p>
    <w:p>
      <w:pPr>
        <w:spacing w:before="0" w:after="80" w:line="300" w:lineRule="auto"/>
        <w:jc w:val="left"/>
      </w:pPr>
      <w:r>
        <w:rPr>
          <w:rFonts w:ascii="Times New Roman" w:hAnsi="Times New Roman" w:eastAsia="宋体"/>
          <w:b w:val="0"/>
          <w:i w:val="0"/>
          <w:color w:val="333333"/>
          <w:sz w:val="19"/>
        </w:rPr>
        <w:t>This maximum is attainable: use 49 entries equal to 1, the 50th entry equal to 3, and the final 50 entries equal to 4. The total is 49+3+50·4=252, and the median is 3+4/2=3.5.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每个半圆让 Robert 沿公路前进 40 英尺，所以一英里路段需要 5280/40=132 个半圆。</w:t>
      </w:r>
    </w:p>
    <w:p>
      <w:pPr>
        <w:spacing w:before="0" w:after="80" w:line="300" w:lineRule="auto"/>
        <w:jc w:val="left"/>
      </w:pPr>
      <w:r>
        <w:rPr>
          <w:rFonts w:ascii="Times New Roman" w:hAnsi="Times New Roman" w:eastAsia="宋体"/>
          <w:b w:val="0"/>
          <w:i w:val="0"/>
          <w:sz w:val="21"/>
        </w:rPr>
        <w:t>每个半圆直径为 40 英尺，因此弧长为 20π 英尺。Robert 骑行总距离为 132·20π=2640π 英尺，也就是 2640π/5280=π/2 英里。</w:t>
      </w:r>
    </w:p>
    <w:p>
      <w:pPr>
        <w:spacing w:before="0" w:after="80" w:line="300" w:lineRule="auto"/>
        <w:jc w:val="left"/>
      </w:pPr>
      <w:r>
        <w:rPr>
          <w:rFonts w:ascii="Times New Roman" w:hAnsi="Times New Roman" w:eastAsia="宋体"/>
          <w:b w:val="0"/>
          <w:i w:val="0"/>
          <w:sz w:val="21"/>
        </w:rPr>
        <w:t>速度为每小时 5 英里，所以时间为 π/2÷5=π/10 小时。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semicircle advances Robert 40 feet along the highway, so a one-mile stretch requires 5280/40=132 semicircles.</w:t>
      </w:r>
    </w:p>
    <w:p>
      <w:pPr>
        <w:spacing w:before="0" w:after="80" w:line="300" w:lineRule="auto"/>
        <w:jc w:val="left"/>
      </w:pPr>
      <w:r>
        <w:rPr>
          <w:rFonts w:ascii="Times New Roman" w:hAnsi="Times New Roman" w:eastAsia="宋体"/>
          <w:b w:val="0"/>
          <w:i w:val="0"/>
          <w:color w:val="333333"/>
          <w:sz w:val="19"/>
        </w:rPr>
        <w:t>Each semicircle has diameter 40 feet, so its arc length is 20π feet. The total distance Robert rides is 132·20π=2640π feet, which is 2640π/5280=π/2 miles.</w:t>
      </w:r>
    </w:p>
    <w:p>
      <w:pPr>
        <w:spacing w:before="0" w:after="80" w:line="300" w:lineRule="auto"/>
        <w:jc w:val="left"/>
      </w:pPr>
      <w:r>
        <w:rPr>
          <w:rFonts w:ascii="Times New Roman" w:hAnsi="Times New Roman" w:eastAsia="宋体"/>
          <w:b w:val="0"/>
          <w:i w:val="0"/>
          <w:color w:val="333333"/>
          <w:sz w:val="19"/>
        </w:rPr>
        <w:t>At 5 miles per hour, the time is π/2÷5=π/10 hours.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