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2013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丹妮卡想把她的模型车排成若干行，每行正好 6 辆。她现在有 23 辆模型车。为了能用这种方式排好所有车，她最少还需要买多少辆？</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Danica wants to arrange her model cars in rows with exactly 6 cars in each row. She now has 23 model cars. What is the smallest number of additional cars she must buy in order to be able to arrange all her cars this way?</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鱼市的招牌写着：“仅限今天，50 % 折扣：半磅装每包只要 $3。”一整磅鱼的正常价格是多少美元？</w:t>
      </w:r>
    </w:p>
    <w:p>
      <w:pPr>
        <w:spacing w:before="0" w:after="120" w:line="300" w:lineRule="auto"/>
      </w:pPr>
      <w:r>
        <w:rPr>
          <w:rFonts w:ascii="Times New Roman" w:hAnsi="Times New Roman" w:eastAsia="宋体"/>
          <w:b w:val="0"/>
          <w:i w:val="0"/>
          <w:sz w:val="21"/>
        </w:rPr>
        <w:t>（A）6　　（B）9　　（C）10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sign at the fish market says, “50 % off, today only: half-pound packages for just $3 per package.” What is the regular price for a full pound of fish, in dollars?</w:t>
      </w:r>
    </w:p>
    <w:p>
      <w:pPr>
        <w:spacing w:before="0" w:after="160" w:line="300" w:lineRule="auto"/>
      </w:pPr>
      <w:r>
        <w:rPr>
          <w:rFonts w:ascii="Times New Roman" w:hAnsi="Times New Roman" w:eastAsia="宋体"/>
          <w:b w:val="0"/>
          <w:i w:val="0"/>
          <w:color w:val="333333"/>
          <w:sz w:val="19"/>
        </w:rPr>
        <w:t>(A) 6　　(B) 9　　(C) 10　　(D) 12　　(E) 15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4 · (-1 + 2 - 3 + 4 - 5 + 6</w:t>
      </w:r>
    </w:p>
    <w:p>
      <w:pPr>
        <w:spacing w:before="0" w:after="80" w:line="300" w:lineRule="auto"/>
        <w:jc w:val="left"/>
      </w:pPr>
      <w:r>
        <w:rPr>
          <w:rFonts w:ascii="Times New Roman" w:hAnsi="Times New Roman" w:eastAsia="宋体"/>
          <w:b w:val="0"/>
          <w:i w:val="0"/>
          <w:sz w:val="21"/>
        </w:rPr>
        <w:t>- 7 + ⋯ + 1000)</w:t>
      </w:r>
    </w:p>
    <w:p>
      <w:pPr>
        <w:spacing w:before="0" w:after="120" w:line="300" w:lineRule="auto"/>
      </w:pPr>
      <w:r>
        <w:rPr>
          <w:rFonts w:ascii="Times New Roman" w:hAnsi="Times New Roman" w:eastAsia="宋体"/>
          <w:b w:val="0"/>
          <w:i w:val="0"/>
          <w:sz w:val="21"/>
        </w:rPr>
        <w:t>（A）-10　　（B）0　　（C）1　　（D）500　　（E）2000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4 · (-1 + 2 - 3 + 4 - 5 + 6</w:t>
      </w:r>
    </w:p>
    <w:p>
      <w:pPr>
        <w:spacing w:before="0" w:after="80" w:line="300" w:lineRule="auto"/>
        <w:jc w:val="left"/>
      </w:pPr>
      <w:r>
        <w:rPr>
          <w:rFonts w:ascii="Times New Roman" w:hAnsi="Times New Roman" w:eastAsia="宋体"/>
          <w:b w:val="0"/>
          <w:i w:val="0"/>
          <w:color w:val="333333"/>
          <w:sz w:val="19"/>
        </w:rPr>
        <w:t>- 7 + ⋯ + 1000)?</w:t>
      </w:r>
    </w:p>
    <w:p>
      <w:pPr>
        <w:spacing w:before="0" w:after="160" w:line="300" w:lineRule="auto"/>
      </w:pPr>
      <w:r>
        <w:rPr>
          <w:rFonts w:ascii="Times New Roman" w:hAnsi="Times New Roman" w:eastAsia="宋体"/>
          <w:b w:val="0"/>
          <w:i w:val="0"/>
          <w:color w:val="333333"/>
          <w:sz w:val="19"/>
        </w:rPr>
        <w:t>(A) -10　　(B) 0　　(C) 1　　(D) 500　　(E) 2000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八个朋友在餐馆吃饭，并同意平均分摊账单。因为朱迪忘带钱，她的七个朋友每人额外支付 $2.50 来替她支付她应付的部分。总账单是多少？</w:t>
      </w:r>
    </w:p>
    <w:p>
      <w:pPr>
        <w:spacing w:before="0" w:after="120" w:line="300" w:lineRule="auto"/>
      </w:pPr>
      <w:r>
        <w:rPr>
          <w:rFonts w:ascii="Times New Roman" w:hAnsi="Times New Roman" w:eastAsia="宋体"/>
          <w:b w:val="0"/>
          <w:i w:val="0"/>
          <w:sz w:val="21"/>
        </w:rPr>
        <w:t>（A）$120　　（B）$128　　（C）$140　　（D）$144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friends ate at a restaurant and agreed to share the bill equally. Because Judi forgot her money, each of her seven friends paid an extra $2.50 to cover her portion of the total bill. What was the total bill?</w:t>
      </w:r>
    </w:p>
    <w:p>
      <w:pPr>
        <w:spacing w:before="0" w:after="160" w:line="300" w:lineRule="auto"/>
      </w:pPr>
      <w:r>
        <w:rPr>
          <w:rFonts w:ascii="Times New Roman" w:hAnsi="Times New Roman" w:eastAsia="宋体"/>
          <w:b w:val="0"/>
          <w:i w:val="0"/>
          <w:color w:val="333333"/>
          <w:sz w:val="19"/>
        </w:rPr>
        <w:t>(A) $120　　(B) $128　　(C) $140　　(D) $144　　(E) $160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汉米上 6 年级，体重 106 磅。他的四胞胎妹妹还是小婴儿，体重分别为 5、5、6 和 8 磅。这五个孩子的平均体重和中位数哪个更大，大多少磅？</w:t>
      </w:r>
    </w:p>
    <w:p>
      <w:pPr>
        <w:spacing w:before="0" w:after="120" w:line="300" w:lineRule="auto"/>
      </w:pPr>
      <w:r>
        <w:rPr>
          <w:rFonts w:ascii="Times New Roman" w:hAnsi="Times New Roman" w:eastAsia="宋体"/>
          <w:b w:val="0"/>
          <w:i w:val="0"/>
          <w:sz w:val="21"/>
        </w:rPr>
        <w:t>（A）中位数，大 60 磅　　（B）中位数，大 20 磅　　（C）平均数，大 5 磅　　（D）平均数，大 15 磅　　（E）平均数，大 20 磅</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Hammie is in the 6th grade and weighs 106 pounds. His quadruplet sisters are tiny babies and weigh 5, 5, 6, and 8 pounds. Which is greater, the average (mean) weight of these five children or the median weight, and by how many pounds?</w:t>
      </w:r>
    </w:p>
    <w:p>
      <w:pPr>
        <w:spacing w:before="0" w:after="160" w:line="300" w:lineRule="auto"/>
      </w:pPr>
      <w:r>
        <w:rPr>
          <w:rFonts w:ascii="Times New Roman" w:hAnsi="Times New Roman" w:eastAsia="宋体"/>
          <w:b w:val="0"/>
          <w:i w:val="0"/>
          <w:color w:val="333333"/>
          <w:sz w:val="19"/>
        </w:rPr>
        <w:t>(A) median, by 60　　(B) median, by 20　　(C) average, by 5　　(D) average, by 15　　(E) average, by 20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下方每个框中的数是它上方一行中与它相接的两个框中数字的乘积。例如，30 = 6×5。</w:t>
      </w:r>
    </w:p>
    <w:p>
      <w:pPr>
        <w:spacing w:before="0" w:after="80" w:line="300" w:lineRule="auto"/>
        <w:jc w:val="left"/>
      </w:pPr>
      <w:r>
        <w:rPr>
          <w:rFonts w:ascii="Times New Roman" w:hAnsi="Times New Roman" w:eastAsia="宋体"/>
          <w:b w:val="0"/>
          <w:i w:val="0"/>
          <w:sz w:val="21"/>
        </w:rPr>
        <w:t>顶行缺失的数是多少？</w:t>
      </w:r>
    </w:p>
    <w:p>
      <w:pPr>
        <w:spacing w:before="80" w:after="80"/>
        <w:jc w:val="center"/>
      </w:pPr>
      <w:r>
        <w:drawing>
          <wp:inline xmlns:a="http://schemas.openxmlformats.org/drawingml/2006/main" xmlns:pic="http://schemas.openxmlformats.org/drawingml/2006/picture">
            <wp:extent cx="1734349" cy="1734349"/>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734349" cy="1734349"/>
                    </a:xfrm>
                    <a:prstGeom prst="rect"/>
                  </pic:spPr>
                </pic:pic>
              </a:graphicData>
            </a:graphic>
          </wp:inline>
        </w:drawing>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in each box below is the product of the numbers in the two boxes that touch it in the row above. For example, 30 = 6×5.</w:t>
      </w:r>
    </w:p>
    <w:p>
      <w:pPr>
        <w:spacing w:before="0" w:after="80" w:line="300" w:lineRule="auto"/>
        <w:jc w:val="left"/>
      </w:pPr>
      <w:r>
        <w:rPr>
          <w:rFonts w:ascii="Times New Roman" w:hAnsi="Times New Roman" w:eastAsia="宋体"/>
          <w:b w:val="0"/>
          <w:i w:val="0"/>
          <w:color w:val="333333"/>
          <w:sz w:val="19"/>
        </w:rPr>
        <w:t>What is the missing number in the top row?</w:t>
      </w:r>
    </w:p>
    <w:p>
      <w:pPr>
        <w:spacing w:before="80" w:after="80"/>
        <w:jc w:val="center"/>
      </w:pPr>
      <w:r>
        <w:drawing>
          <wp:inline xmlns:a="http://schemas.openxmlformats.org/drawingml/2006/main" xmlns:pic="http://schemas.openxmlformats.org/drawingml/2006/picture">
            <wp:extent cx="1734349" cy="1734349"/>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1734349" cy="173434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特雷和妈妈在铁路道口停下来让火车通过。火车刚开始通过时，特雷在前 10 秒数到 6 节车厢。火车以恒定速度完全通过道口用了 2 分 45 秒。下列哪一个最可能是这列火车的车厢数？</w:t>
      </w:r>
    </w:p>
    <w:p>
      <w:pPr>
        <w:spacing w:before="0" w:after="120" w:line="300" w:lineRule="auto"/>
      </w:pPr>
      <w:r>
        <w:rPr>
          <w:rFonts w:ascii="Times New Roman" w:hAnsi="Times New Roman" w:eastAsia="宋体"/>
          <w:b w:val="0"/>
          <w:i w:val="0"/>
          <w:sz w:val="21"/>
        </w:rPr>
        <w:t>（A）60　　（B）80　　（C）100　　（D）120　　（E）140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Trey and his mom stopped at a railroad crossing to let a train pass. As the train began to pass, Trey counted 6 cars in the first 10 seconds. It took the train 2 minutes and 45 seconds to clear the crossing at a constant speed. Which of the following was the most likely number of cars in the train?</w:t>
      </w:r>
    </w:p>
    <w:p>
      <w:pPr>
        <w:spacing w:before="0" w:after="160" w:line="300" w:lineRule="auto"/>
      </w:pPr>
      <w:r>
        <w:rPr>
          <w:rFonts w:ascii="Times New Roman" w:hAnsi="Times New Roman" w:eastAsia="宋体"/>
          <w:b w:val="0"/>
          <w:i w:val="0"/>
          <w:color w:val="333333"/>
          <w:sz w:val="19"/>
        </w:rPr>
        <w:t>(A) 60　　(B) 80　　(C) 100　　(D) 120　　(E) 140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一枚公平硬币被抛 3 次。至少出现两个连续正面的概率是多少？</w:t>
      </w:r>
    </w:p>
    <w:p>
      <w:pPr>
        <w:spacing w:before="0" w:after="120" w:line="300" w:lineRule="auto"/>
      </w:pPr>
      <w:r>
        <w:rPr>
          <w:rFonts w:ascii="Times New Roman" w:hAnsi="Times New Roman" w:eastAsia="宋体"/>
          <w:b w:val="0"/>
          <w:i w:val="0"/>
          <w:sz w:val="21"/>
        </w:rPr>
        <w:t>（A）1/8　　（B）1/4　　（C）3/8　　（D）1/2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fair coin is tossed 3 times. What is the probability of at least two consecutive heads?</w:t>
      </w:r>
    </w:p>
    <w:p>
      <w:pPr>
        <w:spacing w:before="0" w:after="160" w:line="300" w:lineRule="auto"/>
      </w:pPr>
      <w:r>
        <w:rPr>
          <w:rFonts w:ascii="Times New Roman" w:hAnsi="Times New Roman" w:eastAsia="宋体"/>
          <w:b w:val="0"/>
          <w:i w:val="0"/>
          <w:color w:val="333333"/>
          <w:sz w:val="19"/>
        </w:rPr>
        <w:t>(A) 1/8　　(B) 1/4　　(C) 3/8　　(D) 1/2　　(E) 3/4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绿巨人浩克每次跳跃的距离都能比上一次翻倍。如果第一次跳 1 米，第二次跳 2 米，第三次跳 4 米，依此类推，那么他第一次能跳超过 1 千米是在第几跳？</w:t>
      </w:r>
    </w:p>
    <w:p>
      <w:pPr>
        <w:spacing w:before="0" w:after="120" w:line="300" w:lineRule="auto"/>
      </w:pPr>
      <w:r>
        <w:rPr>
          <w:rFonts w:ascii="Times New Roman" w:hAnsi="Times New Roman" w:eastAsia="宋体"/>
          <w:b w:val="0"/>
          <w:i w:val="0"/>
          <w:sz w:val="21"/>
        </w:rPr>
        <w:t>（A）第 9 跳　　（B）第 10 跳　　（C）第 11 跳　　（D）第 12 跳　　（E）第 13 跳</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Incredible Hulk can double the distance he jumps with each succeeding jump. If his first jump is 1 meter, the second jump is 2 meters, the third jump is 4 meters, and so on, then on which jump will he first be able to jump more than 1 kilometer?</w:t>
      </w:r>
    </w:p>
    <w:p>
      <w:pPr>
        <w:spacing w:before="0" w:after="160" w:line="300" w:lineRule="auto"/>
      </w:pPr>
      <w:r>
        <w:rPr>
          <w:rFonts w:ascii="Times New Roman" w:hAnsi="Times New Roman" w:eastAsia="宋体"/>
          <w:b w:val="0"/>
          <w:i w:val="0"/>
          <w:color w:val="333333"/>
          <w:sz w:val="19"/>
        </w:rPr>
        <w:t>(A) 9th　　(B) 10th　　(C) 11th　　(D) 12th　　(E) 13th</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180 和 594 的最小公倍数与 180 和 594 的最大公因数之比是多少？</w:t>
      </w:r>
    </w:p>
    <w:p>
      <w:pPr>
        <w:spacing w:before="0" w:after="120" w:line="300" w:lineRule="auto"/>
      </w:pPr>
      <w:r>
        <w:rPr>
          <w:rFonts w:ascii="Times New Roman" w:hAnsi="Times New Roman" w:eastAsia="宋体"/>
          <w:b w:val="0"/>
          <w:i w:val="0"/>
          <w:sz w:val="21"/>
        </w:rPr>
        <w:t>（A）110　　（B）165　　（C）330　　（D）625　　（E）660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ratio of the least common multiple of 180 and 594 to the greatest common factor of 180 and 594?</w:t>
      </w:r>
    </w:p>
    <w:p>
      <w:pPr>
        <w:spacing w:before="0" w:after="160" w:line="300" w:lineRule="auto"/>
      </w:pPr>
      <w:r>
        <w:rPr>
          <w:rFonts w:ascii="Times New Roman" w:hAnsi="Times New Roman" w:eastAsia="宋体"/>
          <w:b w:val="0"/>
          <w:i w:val="0"/>
          <w:color w:val="333333"/>
          <w:sz w:val="19"/>
        </w:rPr>
        <w:t>(A) 110　　(B) 165　　(C) 330　　(D) 625　　(E) 660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特德的祖父本周有 3 天使用了跑步机。他每天走或跑 2 英里。</w:t>
      </w:r>
    </w:p>
    <w:p>
      <w:pPr>
        <w:spacing w:before="0" w:after="80" w:line="300" w:lineRule="auto"/>
        <w:jc w:val="left"/>
      </w:pPr>
      <w:r>
        <w:rPr>
          <w:rFonts w:ascii="Times New Roman" w:hAnsi="Times New Roman" w:eastAsia="宋体"/>
          <w:b w:val="0"/>
          <w:i w:val="0"/>
          <w:sz w:val="21"/>
        </w:rPr>
        <w:t>星期一他以每小时 5 英里的速度慢跑。星期三他以每小时 3 英里的速度步行，星期五以每小时 4 英里的速度步行。</w:t>
      </w:r>
    </w:p>
    <w:p>
      <w:pPr>
        <w:spacing w:before="0" w:after="80" w:line="300" w:lineRule="auto"/>
        <w:jc w:val="left"/>
      </w:pPr>
      <w:r>
        <w:rPr>
          <w:rFonts w:ascii="Times New Roman" w:hAnsi="Times New Roman" w:eastAsia="宋体"/>
          <w:b w:val="0"/>
          <w:i w:val="0"/>
          <w:sz w:val="21"/>
        </w:rPr>
        <w:t>如果祖父一直以每小时 4 英里的速度步行，他会少花一些跑步机时间。少多少分钟？</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Ted’s grandfather used his treadmill on 3 days this week. He went 2 miles each day.</w:t>
      </w:r>
    </w:p>
    <w:p>
      <w:pPr>
        <w:spacing w:before="0" w:after="80" w:line="300" w:lineRule="auto"/>
        <w:jc w:val="left"/>
      </w:pPr>
      <w:r>
        <w:rPr>
          <w:rFonts w:ascii="Times New Roman" w:hAnsi="Times New Roman" w:eastAsia="宋体"/>
          <w:b w:val="0"/>
          <w:i w:val="0"/>
          <w:color w:val="333333"/>
          <w:sz w:val="19"/>
        </w:rPr>
        <w:t>On Monday he jogged at a speed of 5 miles per hour. He walked at the rate of 3 miles per hour on Wednesday and at 4 miles per hour on Friday.</w:t>
      </w:r>
    </w:p>
    <w:p>
      <w:pPr>
        <w:spacing w:before="0" w:after="80" w:line="300" w:lineRule="auto"/>
        <w:jc w:val="left"/>
      </w:pPr>
      <w:r>
        <w:rPr>
          <w:rFonts w:ascii="Times New Roman" w:hAnsi="Times New Roman" w:eastAsia="宋体"/>
          <w:b w:val="0"/>
          <w:i w:val="0"/>
          <w:color w:val="333333"/>
          <w:sz w:val="19"/>
        </w:rPr>
        <w:t>If Grandfather had always walked at 4 miles per hour, he would have spent less time on the treadmill. How many minutes less?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 2013 年威尼贝戈县集市上，一个摊贩正在对凉鞋推出“集市特价”。如果你以正常价格 $50 买一双凉鞋，第二双打 40 % 折扣，第三双半价。</w:t>
      </w:r>
    </w:p>
    <w:p>
      <w:pPr>
        <w:spacing w:before="0" w:after="80" w:line="300" w:lineRule="auto"/>
        <w:jc w:val="left"/>
      </w:pPr>
      <w:r>
        <w:rPr>
          <w:rFonts w:ascii="Times New Roman" w:hAnsi="Times New Roman" w:eastAsia="宋体"/>
          <w:b w:val="0"/>
          <w:i w:val="0"/>
          <w:sz w:val="21"/>
        </w:rPr>
        <w:t>哈维尔利用这个“集市特价”买了三双凉鞋。与 $150 的正常总价相比，他节省了百分之多少？</w:t>
      </w:r>
    </w:p>
    <w:p>
      <w:pPr>
        <w:spacing w:before="0" w:after="120" w:line="300" w:lineRule="auto"/>
      </w:pPr>
      <w:r>
        <w:rPr>
          <w:rFonts w:ascii="Times New Roman" w:hAnsi="Times New Roman" w:eastAsia="宋体"/>
          <w:b w:val="0"/>
          <w:i w:val="0"/>
          <w:sz w:val="21"/>
        </w:rPr>
        <w:t>（A）25　　（B）30　　（C）33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2013 Winnebago County Fair a vendor is offering a “fair special” on sandals. If you buy one pair of sandals at the regular price of $50, you get a second pair at a 40 % discount, and a third pair at half the regular price.</w:t>
      </w:r>
    </w:p>
    <w:p>
      <w:pPr>
        <w:spacing w:before="0" w:after="80" w:line="300" w:lineRule="auto"/>
        <w:jc w:val="left"/>
      </w:pPr>
      <w:r>
        <w:rPr>
          <w:rFonts w:ascii="Times New Roman" w:hAnsi="Times New Roman" w:eastAsia="宋体"/>
          <w:b w:val="0"/>
          <w:i w:val="0"/>
          <w:color w:val="333333"/>
          <w:sz w:val="19"/>
        </w:rPr>
        <w:t>Javier took advantage of the “fair special” to buy three pairs of sandals. What percentage of the $150 regular price did he save?</w:t>
      </w:r>
    </w:p>
    <w:p>
      <w:pPr>
        <w:spacing w:before="0" w:after="160" w:line="300" w:lineRule="auto"/>
      </w:pPr>
      <w:r>
        <w:rPr>
          <w:rFonts w:ascii="Times New Roman" w:hAnsi="Times New Roman" w:eastAsia="宋体"/>
          <w:b w:val="0"/>
          <w:i w:val="0"/>
          <w:color w:val="333333"/>
          <w:sz w:val="19"/>
        </w:rPr>
        <w:t>(A) 25　　(B) 30　　(C) 33　　(D) 40　　(E) 45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克拉拉计算总分时，不小心把其中一个分数的个位数字和十位数字写反了。她的错误总和与正确总和可能相差下列哪一个数？</w:t>
      </w:r>
    </w:p>
    <w:p>
      <w:pPr>
        <w:spacing w:before="0" w:after="120" w:line="300" w:lineRule="auto"/>
      </w:pPr>
      <w:r>
        <w:rPr>
          <w:rFonts w:ascii="Times New Roman" w:hAnsi="Times New Roman" w:eastAsia="宋体"/>
          <w:b w:val="0"/>
          <w:i w:val="0"/>
          <w:sz w:val="21"/>
        </w:rPr>
        <w:t>（A）45　　（B）46　　（C）47　　（D）48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Clara totaled her scores, she inadvertently reversed the units digit and the tens digit of one score. By which of the following might her incorrect sum have differed from the correct one?</w:t>
      </w:r>
    </w:p>
    <w:p>
      <w:pPr>
        <w:spacing w:before="0" w:after="160" w:line="300" w:lineRule="auto"/>
      </w:pPr>
      <w:r>
        <w:rPr>
          <w:rFonts w:ascii="Times New Roman" w:hAnsi="Times New Roman" w:eastAsia="宋体"/>
          <w:b w:val="0"/>
          <w:i w:val="0"/>
          <w:color w:val="333333"/>
          <w:sz w:val="19"/>
        </w:rPr>
        <w:t>(A) 45　　(B) 46　　(C) 47　　(D) 48　　(E) 49</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艾布手里有 1 颗绿色和 1 颗红色软糖。比娅手里有 1 颗绿色、1 颗黄色和 2 颗红色软糖。两人各随机拿出一颗软糖给对方看。颜色相同的概率是多少？</w:t>
      </w:r>
    </w:p>
    <w:p>
      <w:pPr>
        <w:spacing w:before="0" w:after="120" w:line="300" w:lineRule="auto"/>
      </w:pPr>
      <w:r>
        <w:rPr>
          <w:rFonts w:ascii="Times New Roman" w:hAnsi="Times New Roman" w:eastAsia="宋体"/>
          <w:b w:val="0"/>
          <w:i w:val="0"/>
          <w:sz w:val="21"/>
        </w:rPr>
        <w:t>（A）1/4　　（B）1/3　　（C）3/8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Abe holds 1 green and 1 red jelly bean in his hand. Bea holds 1 green, 1 yellow, and 2 red jelly beans in her hand. Each randomly picks a jelly bean to show the other. What is the probability that the colors match?</w:t>
      </w:r>
    </w:p>
    <w:p>
      <w:pPr>
        <w:spacing w:before="0" w:after="160" w:line="300" w:lineRule="auto"/>
      </w:pPr>
      <w:r>
        <w:rPr>
          <w:rFonts w:ascii="Times New Roman" w:hAnsi="Times New Roman" w:eastAsia="宋体"/>
          <w:b w:val="0"/>
          <w:i w:val="0"/>
          <w:color w:val="333333"/>
          <w:sz w:val="19"/>
        </w:rPr>
        <w:t>(A) 1/4　　(B) 1/3　　(C) 3/8　　(D) 1/2　　(E) 2/3</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如果 3ᵖ + 3⁴ = 90、2^(r) + 44 = 76，且 5³ + 6^(s) = 1421，那么 p、r、s 的乘积是多少？</w:t>
      </w:r>
    </w:p>
    <w:p>
      <w:pPr>
        <w:spacing w:before="0" w:after="120" w:line="300" w:lineRule="auto"/>
      </w:pPr>
      <w:r>
        <w:rPr>
          <w:rFonts w:ascii="Times New Roman" w:hAnsi="Times New Roman" w:eastAsia="宋体"/>
          <w:b w:val="0"/>
          <w:i w:val="0"/>
          <w:sz w:val="21"/>
        </w:rPr>
        <w:t>（A）27　　（B）40　　（C）50　　（D）70　　（E）90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3ᵖ + 3⁴ = 90, 2^(r) + 44 = 76, and 5³ + 6^(s) = 1421, what is the product of p, r, and s?</w:t>
      </w:r>
    </w:p>
    <w:p>
      <w:pPr>
        <w:spacing w:before="0" w:after="160" w:line="300" w:lineRule="auto"/>
      </w:pPr>
      <w:r>
        <w:rPr>
          <w:rFonts w:ascii="Times New Roman" w:hAnsi="Times New Roman" w:eastAsia="宋体"/>
          <w:b w:val="0"/>
          <w:i w:val="0"/>
          <w:color w:val="333333"/>
          <w:sz w:val="19"/>
        </w:rPr>
        <w:t>(A) 27　　(B) 40　　(C) 50　　(D) 70　　(E) 90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斐波那契中学的一些学生参加社区服务项目。8 年级学生与 6 年级学生的比为 5:3，8 年级学生与 7 年级学生的比为 8:5。参加该项目的学生最少可能有多少人？</w:t>
      </w:r>
    </w:p>
    <w:p>
      <w:pPr>
        <w:spacing w:before="0" w:after="120" w:line="300" w:lineRule="auto"/>
      </w:pPr>
      <w:r>
        <w:rPr>
          <w:rFonts w:ascii="Times New Roman" w:hAnsi="Times New Roman" w:eastAsia="宋体"/>
          <w:b w:val="0"/>
          <w:i w:val="0"/>
          <w:sz w:val="21"/>
        </w:rPr>
        <w:t>（A）16　　（B）40　　（C）55　　（D）79　　（E）89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number of students from Fibonacci Middle School are taking part in a community service project. The ratio of 8th-graders to 6th-graders is 5:3, and the ratio of 8th-graders to 7th-graders is 8:5. What is the smallest number of students that could be participating in the project?</w:t>
      </w:r>
    </w:p>
    <w:p>
      <w:pPr>
        <w:spacing w:before="0" w:after="160" w:line="300" w:lineRule="auto"/>
      </w:pPr>
      <w:r>
        <w:rPr>
          <w:rFonts w:ascii="Times New Roman" w:hAnsi="Times New Roman" w:eastAsia="宋体"/>
          <w:b w:val="0"/>
          <w:i w:val="0"/>
          <w:color w:val="333333"/>
          <w:sz w:val="19"/>
        </w:rPr>
        <w:t>(A) 16　　(B) 40　　(C) 55　　(D) 79　　(E) 89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六个连续正整数的和是 2013。这六个整数中最大的是多少？</w:t>
      </w:r>
    </w:p>
    <w:p>
      <w:pPr>
        <w:spacing w:before="0" w:after="120" w:line="300" w:lineRule="auto"/>
      </w:pPr>
      <w:r>
        <w:rPr>
          <w:rFonts w:ascii="Times New Roman" w:hAnsi="Times New Roman" w:eastAsia="宋体"/>
          <w:b w:val="0"/>
          <w:i w:val="0"/>
          <w:sz w:val="21"/>
        </w:rPr>
        <w:t>（A）335　　（B）338　　（C）340　　（D）345　　（E）350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six consecutive positive integers is 2013. What is the largest of these six integers?</w:t>
      </w:r>
    </w:p>
    <w:p>
      <w:pPr>
        <w:spacing w:before="0" w:after="160" w:line="300" w:lineRule="auto"/>
      </w:pPr>
      <w:r>
        <w:rPr>
          <w:rFonts w:ascii="Times New Roman" w:hAnsi="Times New Roman" w:eastAsia="宋体"/>
          <w:b w:val="0"/>
          <w:i w:val="0"/>
          <w:color w:val="333333"/>
          <w:sz w:val="19"/>
        </w:rPr>
        <w:t>(A) 335　　(B) 338　　(C) 340　　(D) 345　　(E) 350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伊莎贝拉用一英尺见方的立方块搭建一个长方体堡垒，长 12 英尺、宽 10 英尺、高 5 英尺。地板和四面墙都厚一英尺。这个堡垒包含多少块立方块？</w:t>
      </w:r>
    </w:p>
    <w:p>
      <w:pPr>
        <w:spacing w:before="80" w:after="80"/>
        <w:jc w:val="center"/>
      </w:pPr>
      <w:r>
        <w:drawing>
          <wp:inline xmlns:a="http://schemas.openxmlformats.org/drawingml/2006/main" xmlns:pic="http://schemas.openxmlformats.org/drawingml/2006/picture">
            <wp:extent cx="2328465" cy="2029226"/>
            <wp:docPr id="3" name="Picture 3"/>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2328465" cy="2029226"/>
                    </a:xfrm>
                    <a:prstGeom prst="rect"/>
                  </pic:spPr>
                </pic:pic>
              </a:graphicData>
            </a:graphic>
          </wp:inline>
        </w:drawing>
      </w:r>
    </w:p>
    <w:p>
      <w:pPr>
        <w:spacing w:before="0" w:after="120" w:line="300" w:lineRule="auto"/>
      </w:pPr>
      <w:r>
        <w:rPr>
          <w:rFonts w:ascii="Times New Roman" w:hAnsi="Times New Roman" w:eastAsia="宋体"/>
          <w:b w:val="0"/>
          <w:i w:val="0"/>
          <w:sz w:val="21"/>
        </w:rPr>
        <w:t>（A）204　　（B）280　　（C）320　　（D）340　　（E）600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 uses one-foot cubical blocks to build a rectangular fort that is 12 feet long, 10 feet wide, and 5 feet high. The floor and the four walls are all one foot thick. How many blocks does the fort contain?</w:t>
      </w:r>
    </w:p>
    <w:p>
      <w:pPr>
        <w:spacing w:before="80" w:after="80"/>
        <w:jc w:val="center"/>
      </w:pPr>
      <w:r>
        <w:drawing>
          <wp:inline xmlns:a="http://schemas.openxmlformats.org/drawingml/2006/main" xmlns:pic="http://schemas.openxmlformats.org/drawingml/2006/picture">
            <wp:extent cx="2328465" cy="2029226"/>
            <wp:docPr id="4" name="Picture 4"/>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2328465" cy="20292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204　　(B) 280　　(C) 320　　(D) 340　　(E) 600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布里奇特、卡西和汉娜正在讨论上次数学测试的结果。汉娜给布里奇特和卡西看了她的试卷，但布里奇特和卡西没有把自己的试卷给任何人看。卡西说：“我不是班里的最低分。”布里奇特补充说：“我不是最高分。”三位女生从高到低的排名是什么？</w:t>
      </w:r>
    </w:p>
    <w:p>
      <w:pPr>
        <w:spacing w:before="0" w:after="120" w:line="300" w:lineRule="auto"/>
      </w:pPr>
      <w:r>
        <w:rPr>
          <w:rFonts w:ascii="Times New Roman" w:hAnsi="Times New Roman" w:eastAsia="宋体"/>
          <w:b w:val="0"/>
          <w:i w:val="0"/>
          <w:sz w:val="21"/>
        </w:rPr>
        <w:t>（A）汉娜、卡西、布里奇特　　（B）汉娜、布里奇特、卡西　　（C）卡西、布里奇特、汉娜　　（D）卡西、汉娜、布里奇特　　（E）布里奇特、卡西、汉娜</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Bridget, Cassie, and Hannah are discussing the results of their last math test. Hannah shows Bridget and Cassie her test, but Bridget and Cassie don’t show theirs to anyone. Cassie says, “I didn’t get the lowest score in our class,” and Bridget adds, “I didn’t get the highest score.” What is the ranking of the three girls from highest to lowest?</w:t>
      </w:r>
    </w:p>
    <w:p>
      <w:pPr>
        <w:spacing w:before="0" w:after="160" w:line="300" w:lineRule="auto"/>
      </w:pPr>
      <w:r>
        <w:rPr>
          <w:rFonts w:ascii="Times New Roman" w:hAnsi="Times New Roman" w:eastAsia="宋体"/>
          <w:b w:val="0"/>
          <w:i w:val="0"/>
          <w:color w:val="333333"/>
          <w:sz w:val="19"/>
        </w:rPr>
        <w:t>(A) Hannah, Cassie, Bridget　　(B) Hannah, Bridget, Cassie　　(C) Cassie, Bridget, Hannah　　(D) Cassie, Hannah, Bridget　　(E) Bridget, Cassie, Hannah</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 1 × 2 长方形内接于一个半圆，较长的一边在直径上。这个半圆的面积是多少？</w:t>
      </w:r>
    </w:p>
    <w:p>
      <w:pPr>
        <w:spacing w:before="0" w:after="120" w:line="300" w:lineRule="auto"/>
      </w:pPr>
      <w:r>
        <w:rPr>
          <w:rFonts w:ascii="Times New Roman" w:hAnsi="Times New Roman" w:eastAsia="宋体"/>
          <w:b w:val="0"/>
          <w:i w:val="0"/>
          <w:sz w:val="21"/>
        </w:rPr>
        <w:t>（A）π/2　　（B）2π/3　　（C）π　　（D）4π/3　　（E）5π/3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1 × 2 rectangle is inscribed in a semicircle with the longer side on the diameter. What is the area of the semicircle?</w:t>
      </w:r>
    </w:p>
    <w:p>
      <w:pPr>
        <w:spacing w:before="0" w:after="160" w:line="300" w:lineRule="auto"/>
      </w:pPr>
      <w:r>
        <w:rPr>
          <w:rFonts w:ascii="Times New Roman" w:hAnsi="Times New Roman" w:eastAsia="宋体"/>
          <w:b w:val="0"/>
          <w:i w:val="0"/>
          <w:color w:val="333333"/>
          <w:sz w:val="19"/>
        </w:rPr>
        <w:t>(A) π/2　　(B) 2π/3　　(C) π　　(D) 4π/3　　(E) 5π/3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萨曼莎住在城市公园西南角以西 2 个街区、以南 1 个街区的地方。</w:t>
      </w:r>
    </w:p>
    <w:p>
      <w:pPr>
        <w:spacing w:before="0" w:after="80" w:line="300" w:lineRule="auto"/>
        <w:jc w:val="left"/>
      </w:pPr>
      <w:r>
        <w:rPr>
          <w:rFonts w:ascii="Times New Roman" w:hAnsi="Times New Roman" w:eastAsia="宋体"/>
          <w:b w:val="0"/>
          <w:i w:val="0"/>
          <w:sz w:val="21"/>
        </w:rPr>
        <w:t>她的学校在城市公园东北角以东 2 个街区、以北 2 个街区的地方。上学日她先沿街骑车到城市公园的西南角，再走公园里的对角线小路到东北角，然后沿街骑车到学校。</w:t>
      </w:r>
    </w:p>
    <w:p>
      <w:pPr>
        <w:spacing w:before="0" w:after="80" w:line="300" w:lineRule="auto"/>
        <w:jc w:val="left"/>
      </w:pPr>
      <w:r>
        <w:rPr>
          <w:rFonts w:ascii="Times New Roman" w:hAnsi="Times New Roman" w:eastAsia="宋体"/>
          <w:b w:val="0"/>
          <w:i w:val="0"/>
          <w:sz w:val="21"/>
        </w:rPr>
        <w:t>如果她的路线尽可能短，她有多少种不同路线可走？</w:t>
      </w:r>
    </w:p>
    <w:p>
      <w:pPr>
        <w:spacing w:before="0" w:after="120" w:line="300" w:lineRule="auto"/>
      </w:pPr>
      <w:r>
        <w:rPr>
          <w:rFonts w:ascii="Times New Roman" w:hAnsi="Times New Roman" w:eastAsia="宋体"/>
          <w:b w:val="0"/>
          <w:i w:val="0"/>
          <w:sz w:val="21"/>
        </w:rPr>
        <w:t>（A）3　　（B）6　　（C）9　　（D）12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Samantha lives 2 blocks west and 1 block south of the southwest corner of City Park.</w:t>
      </w:r>
    </w:p>
    <w:p>
      <w:pPr>
        <w:spacing w:before="0" w:after="80" w:line="300" w:lineRule="auto"/>
        <w:jc w:val="left"/>
      </w:pPr>
      <w:r>
        <w:rPr>
          <w:rFonts w:ascii="Times New Roman" w:hAnsi="Times New Roman" w:eastAsia="宋体"/>
          <w:b w:val="0"/>
          <w:i w:val="0"/>
          <w:color w:val="333333"/>
          <w:sz w:val="19"/>
        </w:rPr>
        <w:t>Her school is 2 blocks east and 2 blocks north of the northeast corner of City Park. On school days she bikes on streets to the southwest corner of City Park, then takes a diagonal path through the park to the northeast corner, and then bikes on streets to school.</w:t>
      </w:r>
    </w:p>
    <w:p>
      <w:pPr>
        <w:spacing w:before="0" w:after="80" w:line="300" w:lineRule="auto"/>
        <w:jc w:val="left"/>
      </w:pPr>
      <w:r>
        <w:rPr>
          <w:rFonts w:ascii="Times New Roman" w:hAnsi="Times New Roman" w:eastAsia="宋体"/>
          <w:b w:val="0"/>
          <w:i w:val="0"/>
          <w:color w:val="333333"/>
          <w:sz w:val="19"/>
        </w:rPr>
        <w:t>If her route is as short as possible, how many different routes can she take?</w:t>
      </w:r>
    </w:p>
    <w:p>
      <w:pPr>
        <w:spacing w:before="0" w:after="160" w:line="300" w:lineRule="auto"/>
      </w:pPr>
      <w:r>
        <w:rPr>
          <w:rFonts w:ascii="Times New Roman" w:hAnsi="Times New Roman" w:eastAsia="宋体"/>
          <w:b w:val="0"/>
          <w:i w:val="0"/>
          <w:color w:val="333333"/>
          <w:sz w:val="19"/>
        </w:rPr>
        <w:t>(A) 3　　(B) 6　　(C) 9　　(D) 12　　(E) 18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用牙签搭成一个长 60 根牙签、高 32 根牙签的网格。一共用了多少根牙签？</w:t>
      </w:r>
    </w:p>
    <w:p>
      <w:pPr>
        <w:spacing w:before="80" w:after="80"/>
        <w:jc w:val="center"/>
      </w:pPr>
      <w:r>
        <w:drawing>
          <wp:inline xmlns:a="http://schemas.openxmlformats.org/drawingml/2006/main" xmlns:pic="http://schemas.openxmlformats.org/drawingml/2006/picture">
            <wp:extent cx="1986545" cy="1480443"/>
            <wp:docPr id="5" name="Picture 5"/>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986545" cy="1480443"/>
                    </a:xfrm>
                    <a:prstGeom prst="rect"/>
                  </pic:spPr>
                </pic:pic>
              </a:graphicData>
            </a:graphic>
          </wp:inline>
        </w:drawing>
      </w:r>
    </w:p>
    <w:p>
      <w:pPr>
        <w:spacing w:before="0" w:after="120" w:line="300" w:lineRule="auto"/>
      </w:pPr>
      <w:r>
        <w:rPr>
          <w:rFonts w:ascii="Times New Roman" w:hAnsi="Times New Roman" w:eastAsia="宋体"/>
          <w:b w:val="0"/>
          <w:i w:val="0"/>
          <w:sz w:val="21"/>
        </w:rPr>
        <w:t>（A）1920　　（B）1952　　（C）1980　　（D）2013　　（E）3932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Toothpicks are used to make a grid that is 60 toothpicks long and 32 toothpicks high. How many toothpicks are used altogether?</w:t>
      </w:r>
    </w:p>
    <w:p>
      <w:pPr>
        <w:spacing w:before="80" w:after="80"/>
        <w:jc w:val="center"/>
      </w:pPr>
      <w:r>
        <w:drawing>
          <wp:inline xmlns:a="http://schemas.openxmlformats.org/drawingml/2006/main" xmlns:pic="http://schemas.openxmlformats.org/drawingml/2006/picture">
            <wp:extent cx="1986545" cy="1480443"/>
            <wp:docPr id="6" name="Picture 6"/>
            <wp:cNvGraphicFramePr>
              <a:graphicFrameLocks noChangeAspect="1"/>
            </wp:cNvGraphicFramePr>
            <a:graphic>
              <a:graphicData uri="http://schemas.openxmlformats.org/drawingml/2006/picture">
                <pic:pic>
                  <pic:nvPicPr>
                    <pic:cNvPr id="0" name="q22-1@300dpi.png"/>
                    <pic:cNvPicPr/>
                  </pic:nvPicPr>
                  <pic:blipFill>
                    <a:blip r:embed="rId11"/>
                    <a:stretch>
                      <a:fillRect/>
                    </a:stretch>
                  </pic:blipFill>
                  <pic:spPr>
                    <a:xfrm>
                      <a:off x="0" y="0"/>
                      <a:ext cx="1986545" cy="148044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1920　　(B) 1952　　(C) 1980　　(D) 2013　　(E) 3932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 ABC 中，∠ ABC 是直角。如图，△ ABC 的三边分别作为半圆的直径。以 AB 为直径的半圆面积为 8π，以 AC 为直径的半圆的弧长为 8.5π。以 BC 为直径的半圆半径是多少？</w:t>
      </w:r>
    </w:p>
    <w:p>
      <w:pPr>
        <w:spacing w:before="80" w:after="80"/>
        <w:jc w:val="center"/>
      </w:pPr>
      <w:r>
        <w:drawing>
          <wp:inline xmlns:a="http://schemas.openxmlformats.org/drawingml/2006/main" xmlns:pic="http://schemas.openxmlformats.org/drawingml/2006/picture">
            <wp:extent cx="2479468" cy="2435640"/>
            <wp:docPr id="7" name="Picture 7"/>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2479468" cy="2435640"/>
                    </a:xfrm>
                    <a:prstGeom prst="rect"/>
                  </pic:spPr>
                </pic:pic>
              </a:graphicData>
            </a:graphic>
          </wp:inline>
        </w:drawing>
      </w:r>
    </w:p>
    <w:p>
      <w:pPr>
        <w:spacing w:before="0" w:after="120" w:line="300" w:lineRule="auto"/>
      </w:pPr>
      <w:r>
        <w:rPr>
          <w:rFonts w:ascii="Times New Roman" w:hAnsi="Times New Roman" w:eastAsia="宋体"/>
          <w:b w:val="0"/>
          <w:i w:val="0"/>
          <w:sz w:val="21"/>
        </w:rPr>
        <w:t>（A）7　　（B）7.5　　（C）8　　（D）8.5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 ABC is a right angle. The sides of △ ABC are the diameters of semicircles as shown. The area of the semicircle on AB equals 8π, and the arc of the semicircle on AC has length 8.5π. What is the radius of the semicircle on BC?</w:t>
      </w:r>
    </w:p>
    <w:p>
      <w:pPr>
        <w:spacing w:before="80" w:after="80"/>
        <w:jc w:val="center"/>
      </w:pPr>
      <w:r>
        <w:drawing>
          <wp:inline xmlns:a="http://schemas.openxmlformats.org/drawingml/2006/main" xmlns:pic="http://schemas.openxmlformats.org/drawingml/2006/picture">
            <wp:extent cx="2479468" cy="2435640"/>
            <wp:docPr id="8" name="Picture 8"/>
            <wp:cNvGraphicFramePr>
              <a:graphicFrameLocks noChangeAspect="1"/>
            </wp:cNvGraphicFramePr>
            <a:graphic>
              <a:graphicData uri="http://schemas.openxmlformats.org/drawingml/2006/picture">
                <pic:pic>
                  <pic:nvPicPr>
                    <pic:cNvPr id="0" name="q23-1@300dpi.png"/>
                    <pic:cNvPicPr/>
                  </pic:nvPicPr>
                  <pic:blipFill>
                    <a:blip r:embed="rId12"/>
                    <a:stretch>
                      <a:fillRect/>
                    </a:stretch>
                  </pic:blipFill>
                  <pic:spPr>
                    <a:xfrm>
                      <a:off x="0" y="0"/>
                      <a:ext cx="2479468" cy="24356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　　(B) 7.5　　(C) 8　　(D) 8.5　　(E) 9</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正方形 ABCD、EFGH 和 GHIJ 面积相等。点 C 和 D 分别是边 IH 和 HE 的中点。阴影五边形 AJICB 的面积与三个正方形面积之和的比是多少？</w:t>
      </w:r>
    </w:p>
    <w:p>
      <w:pPr>
        <w:spacing w:before="80" w:after="80"/>
        <w:jc w:val="center"/>
      </w:pPr>
      <w:r>
        <w:drawing>
          <wp:inline xmlns:a="http://schemas.openxmlformats.org/drawingml/2006/main" xmlns:pic="http://schemas.openxmlformats.org/drawingml/2006/picture">
            <wp:extent cx="2139549" cy="2145212"/>
            <wp:docPr id="9" name="Picture 9"/>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139549" cy="2145212"/>
                    </a:xfrm>
                    <a:prstGeom prst="rect"/>
                  </pic:spPr>
                </pic:pic>
              </a:graphicData>
            </a:graphic>
          </wp:inline>
        </w:drawing>
      </w:r>
    </w:p>
    <w:p>
      <w:pPr>
        <w:spacing w:before="0" w:after="120" w:line="300" w:lineRule="auto"/>
      </w:pPr>
      <w:r>
        <w:rPr>
          <w:rFonts w:ascii="Times New Roman" w:hAnsi="Times New Roman" w:eastAsia="宋体"/>
          <w:b w:val="0"/>
          <w:i w:val="0"/>
          <w:sz w:val="21"/>
        </w:rPr>
        <w:t>（A）1/4　　（B）7/24　　（C）1/3　　（D）3/8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Squares ABCD, EFGH, and GHIJ are equal in area. Points C and D are the midpoints of sides IH and HE, respectively. What is the ratio of the area of the shaded pentagon AJICB to the sum of the areas of the three squares?</w:t>
      </w:r>
    </w:p>
    <w:p>
      <w:pPr>
        <w:spacing w:before="80" w:after="80"/>
        <w:jc w:val="center"/>
      </w:pPr>
      <w:r>
        <w:drawing>
          <wp:inline xmlns:a="http://schemas.openxmlformats.org/drawingml/2006/main" xmlns:pic="http://schemas.openxmlformats.org/drawingml/2006/picture">
            <wp:extent cx="2139549" cy="2145212"/>
            <wp:docPr id="10" name="Picture 10"/>
            <wp:cNvGraphicFramePr>
              <a:graphicFrameLocks noChangeAspect="1"/>
            </wp:cNvGraphicFramePr>
            <a:graphic>
              <a:graphicData uri="http://schemas.openxmlformats.org/drawingml/2006/picture">
                <pic:pic>
                  <pic:nvPicPr>
                    <pic:cNvPr id="0" name="q24-1@300dpi.png"/>
                    <pic:cNvPicPr/>
                  </pic:nvPicPr>
                  <pic:blipFill>
                    <a:blip r:embed="rId13"/>
                    <a:stretch>
                      <a:fillRect/>
                    </a:stretch>
                  </pic:blipFill>
                  <pic:spPr>
                    <a:xfrm>
                      <a:off x="0" y="0"/>
                      <a:ext cx="2139549" cy="214521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7/24　　(C) 1/3　　(D) 3/8　　(E) 5/12</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一个直径为 4 英寸的球从点 A 出发沿图示轨道滚动。轨道由 3 段半圆弧组成，半径分别为 R₁ = 100 英寸、R₂ = 60 英寸、R₃ = 80 英寸。球始终与轨道接触且不打滑。从 A 到 B 的过程中，球心行进的距离是多少英寸？</w:t>
      </w:r>
    </w:p>
    <w:p>
      <w:pPr>
        <w:spacing w:before="80" w:after="80"/>
        <w:jc w:val="center"/>
      </w:pPr>
      <w:r>
        <w:drawing>
          <wp:inline xmlns:a="http://schemas.openxmlformats.org/drawingml/2006/main" xmlns:pic="http://schemas.openxmlformats.org/drawingml/2006/picture">
            <wp:extent cx="2880000" cy="867566"/>
            <wp:docPr id="11" name="Picture 11"/>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2880000" cy="867566"/>
                    </a:xfrm>
                    <a:prstGeom prst="rect"/>
                  </pic:spPr>
                </pic:pic>
              </a:graphicData>
            </a:graphic>
          </wp:inline>
        </w:drawing>
      </w:r>
    </w:p>
    <w:p>
      <w:pPr>
        <w:spacing w:before="0" w:after="120" w:line="300" w:lineRule="auto"/>
      </w:pPr>
      <w:r>
        <w:rPr>
          <w:rFonts w:ascii="Times New Roman" w:hAnsi="Times New Roman" w:eastAsia="宋体"/>
          <w:b w:val="0"/>
          <w:i w:val="0"/>
          <w:sz w:val="21"/>
        </w:rPr>
        <w:t>（A）238 π　　（B）240 π　　（C）260 π　　（D）280 π　　（E）500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ball with diameter 4 inches starts at point A to roll along the track shown. The track is comprised of 3 semicircular arcs whose radii are R₁ = 100 inches, R₂ = 60 inches, and R₃ = 80 inches, respectively. The ball always remains in contact with the track and does not slip. What is the distance in inches the center of the ball travels over the course from A to B?</w:t>
      </w:r>
    </w:p>
    <w:p>
      <w:pPr>
        <w:spacing w:before="80" w:after="80"/>
        <w:jc w:val="center"/>
      </w:pPr>
      <w:r>
        <w:drawing>
          <wp:inline xmlns:a="http://schemas.openxmlformats.org/drawingml/2006/main" xmlns:pic="http://schemas.openxmlformats.org/drawingml/2006/picture">
            <wp:extent cx="2880000" cy="867566"/>
            <wp:docPr id="12" name="Picture 12"/>
            <wp:cNvGraphicFramePr>
              <a:graphicFrameLocks noChangeAspect="1"/>
            </wp:cNvGraphicFramePr>
            <a:graphic>
              <a:graphicData uri="http://schemas.openxmlformats.org/drawingml/2006/picture">
                <pic:pic>
                  <pic:nvPicPr>
                    <pic:cNvPr id="0" name="q25-1@300dpi.png"/>
                    <pic:cNvPicPr/>
                  </pic:nvPicPr>
                  <pic:blipFill>
                    <a:blip r:embed="rId14"/>
                    <a:stretch>
                      <a:fillRect/>
                    </a:stretch>
                  </pic:blipFill>
                  <pic:spPr>
                    <a:xfrm>
                      <a:off x="0" y="0"/>
                      <a:ext cx="2880000" cy="86756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238 π　　(B) 240 π　　(C) 260 π　　(D) 280 π　　(E) 500 π</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E　C　E　C　C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B　A　C　B　E　B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C　E　E　B　C　A</w:t>
      </w:r>
    </w:p>
    <w:p>
      <w:pPr>
        <w:spacing w:before="0" w:after="200" w:line="300" w:lineRule="auto"/>
      </w:pPr>
      <w:r>
        <w:rPr>
          <w:rFonts w:ascii="Times New Roman" w:hAnsi="Times New Roman" w:eastAsia="宋体"/>
          <w:b w:val="0"/>
          <w:i w:val="0"/>
          <w:color w:val="666666"/>
          <w:sz w:val="18"/>
        </w:rPr>
        <w:t>答案串：ADECECCCCCDBACBEBBDCEEBCA</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为了让丹妮卡把模型车排成每行正好六辆，她拥有的模型车数量必须是 6 的倍数。大于 23 的最小这样的数是 24，所以她必须再买 1 辆车。</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order for Danica to arrange her model cars in rows of exactly six, the number of model cars she has must be a multiple of six. The smallest multiple of 6 greater than 23 is 24, so she must buy 1 more car to attain this amount.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促销时半磅价格为 $3，所以一磅促销价为 2 · $3 = $6。</w:t>
      </w:r>
    </w:p>
    <w:p>
      <w:pPr>
        <w:spacing w:before="0" w:after="80" w:line="300" w:lineRule="auto"/>
        <w:jc w:val="left"/>
      </w:pPr>
      <w:r>
        <w:rPr>
          <w:rFonts w:ascii="Times New Roman" w:hAnsi="Times New Roman" w:eastAsia="宋体"/>
          <w:b w:val="0"/>
          <w:i w:val="0"/>
          <w:sz w:val="21"/>
        </w:rPr>
        <w:t>促销价是正常价格的 50%，所以正常价格是促销价的两倍。因此一磅鱼的正常价格是 2 · $6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the sale, the price for half a pound is $3, and therefore, the price for a full pound is 2 · $3 = $6.</w:t>
      </w:r>
    </w:p>
    <w:p>
      <w:pPr>
        <w:spacing w:before="0" w:after="80" w:line="300" w:lineRule="auto"/>
        <w:jc w:val="left"/>
      </w:pPr>
      <w:r>
        <w:rPr>
          <w:rFonts w:ascii="Times New Roman" w:hAnsi="Times New Roman" w:eastAsia="宋体"/>
          <w:b w:val="0"/>
          <w:i w:val="0"/>
          <w:color w:val="333333"/>
          <w:sz w:val="19"/>
        </w:rPr>
        <w:t>The sale price is 50% off the regular price, and so the regular price is twice the sale price. Therefore, the regular price for a full pound of fish is 2 · $6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在括号内，将相邻项配对：</w:t>
      </w:r>
    </w:p>
    <w:p>
      <w:pPr>
        <w:spacing w:before="0" w:after="80" w:line="300" w:lineRule="auto"/>
        <w:jc w:val="left"/>
      </w:pPr>
      <w:r>
        <w:rPr>
          <w:rFonts w:ascii="Times New Roman" w:hAnsi="Times New Roman" w:eastAsia="宋体"/>
          <w:b w:val="0"/>
          <w:i w:val="0"/>
          <w:sz w:val="21"/>
        </w:rPr>
        <w:t>(-1+2)+(-3+4)</w:t>
      </w:r>
    </w:p>
    <w:p>
      <w:pPr>
        <w:spacing w:before="0" w:after="80" w:line="300" w:lineRule="auto"/>
        <w:jc w:val="left"/>
      </w:pPr>
      <w:r>
        <w:rPr>
          <w:rFonts w:ascii="Times New Roman" w:hAnsi="Times New Roman" w:eastAsia="宋体"/>
          <w:b w:val="0"/>
          <w:i w:val="0"/>
          <w:sz w:val="21"/>
        </w:rPr>
        <w:t>+⋯+(-999+1000)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每一对的和都是 1，共有 500 对，所以括号内的值是 500。再乘以 4，得到 2000。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Within the parentheses, pair consecutive terms:</w:t>
      </w:r>
    </w:p>
    <w:p>
      <w:pPr>
        <w:spacing w:before="0" w:after="80" w:line="300" w:lineRule="auto"/>
        <w:jc w:val="left"/>
      </w:pPr>
      <w:r>
        <w:rPr>
          <w:rFonts w:ascii="Times New Roman" w:hAnsi="Times New Roman" w:eastAsia="宋体"/>
          <w:b w:val="0"/>
          <w:i w:val="0"/>
          <w:color w:val="333333"/>
          <w:sz w:val="19"/>
        </w:rPr>
        <w:t>(-1+2)+(-3+4)</w:t>
      </w:r>
    </w:p>
    <w:p>
      <w:pPr>
        <w:spacing w:before="0" w:after="80" w:line="300" w:lineRule="auto"/>
        <w:jc w:val="left"/>
      </w:pPr>
      <w:r>
        <w:rPr>
          <w:rFonts w:ascii="Times New Roman" w:hAnsi="Times New Roman" w:eastAsia="宋体"/>
          <w:b w:val="0"/>
          <w:i w:val="0"/>
          <w:color w:val="333333"/>
          <w:sz w:val="19"/>
        </w:rPr>
        <w:t>+⋯+(-999+1000).</w:t>
      </w:r>
    </w:p>
    <w:p>
      <w:pPr>
        <w:spacing w:before="0" w:after="80" w:line="300" w:lineRule="auto"/>
        <w:jc w:val="left"/>
      </w:pPr>
      <w:r>
        <w:rPr>
          <w:rFonts w:ascii="Times New Roman" w:hAnsi="Times New Roman" w:eastAsia="宋体"/>
          <w:b w:val="0"/>
          <w:i w:val="0"/>
          <w:color w:val="333333"/>
          <w:sz w:val="19"/>
        </w:rPr>
        <w:t>Each pair has sum 1, and there are 500 pairs, so the value inside the parentheses is 500. Multiplying by 4 gives 2000.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朱迪应付的那一份由大家额外支付的钱完全覆盖，所以她应付的金额为</w:t>
      </w:r>
    </w:p>
    <w:p>
      <w:pPr>
        <w:spacing w:before="0" w:after="80" w:line="300" w:lineRule="auto"/>
        <w:jc w:val="left"/>
      </w:pPr>
      <w:r>
        <w:rPr>
          <w:rFonts w:ascii="Times New Roman" w:hAnsi="Times New Roman" w:eastAsia="宋体"/>
          <w:b w:val="0"/>
          <w:i w:val="0"/>
          <w:sz w:val="21"/>
        </w:rPr>
        <w:t>7 · $2.50 = $17.50。</w:t>
      </w:r>
    </w:p>
    <w:p>
      <w:pPr>
        <w:spacing w:before="0" w:after="80" w:line="300" w:lineRule="auto"/>
        <w:jc w:val="left"/>
      </w:pPr>
      <w:r>
        <w:rPr>
          <w:rFonts w:ascii="Times New Roman" w:hAnsi="Times New Roman" w:eastAsia="宋体"/>
          <w:b w:val="0"/>
          <w:i w:val="0"/>
          <w:sz w:val="21"/>
        </w:rPr>
        <w:t>因为每个人原本应付相同金额，所以总账单为</w:t>
      </w:r>
    </w:p>
    <w:p>
      <w:pPr>
        <w:spacing w:before="0" w:after="80" w:line="300" w:lineRule="auto"/>
        <w:jc w:val="left"/>
      </w:pPr>
      <w:r>
        <w:rPr>
          <w:rFonts w:ascii="Times New Roman" w:hAnsi="Times New Roman" w:eastAsia="宋体"/>
          <w:b w:val="0"/>
          <w:i w:val="0"/>
          <w:sz w:val="21"/>
        </w:rPr>
        <w:t>8 · $17.50 = $140。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Judi’s portion was fully covered by everyone’s contributions, the portion of the bill she was responsible for was equal to</w:t>
      </w:r>
    </w:p>
    <w:p>
      <w:pPr>
        <w:spacing w:before="0" w:after="80" w:line="300" w:lineRule="auto"/>
        <w:jc w:val="left"/>
      </w:pPr>
      <w:r>
        <w:rPr>
          <w:rFonts w:ascii="Times New Roman" w:hAnsi="Times New Roman" w:eastAsia="宋体"/>
          <w:b w:val="0"/>
          <w:i w:val="0"/>
          <w:color w:val="333333"/>
          <w:sz w:val="19"/>
        </w:rPr>
        <w:t>7 · $2.50 = $17.50.</w:t>
      </w:r>
    </w:p>
    <w:p>
      <w:pPr>
        <w:spacing w:before="0" w:after="80" w:line="300" w:lineRule="auto"/>
        <w:jc w:val="left"/>
      </w:pPr>
      <w:r>
        <w:rPr>
          <w:rFonts w:ascii="Times New Roman" w:hAnsi="Times New Roman" w:eastAsia="宋体"/>
          <w:b w:val="0"/>
          <w:i w:val="0"/>
          <w:color w:val="333333"/>
          <w:sz w:val="19"/>
        </w:rPr>
        <w:t>As everyone paid the same amount, we can conclude that the total bill is</w:t>
      </w:r>
    </w:p>
    <w:p>
      <w:pPr>
        <w:spacing w:before="0" w:after="80" w:line="300" w:lineRule="auto"/>
        <w:jc w:val="left"/>
      </w:pPr>
      <w:r>
        <w:rPr>
          <w:rFonts w:ascii="Times New Roman" w:hAnsi="Times New Roman" w:eastAsia="宋体"/>
          <w:b w:val="0"/>
          <w:i w:val="0"/>
          <w:color w:val="333333"/>
          <w:sz w:val="19"/>
        </w:rPr>
        <w:t>8 · $17.50 = $140.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体重的中位数就是排序后正中间的那个值，可以这样找出：</w:t>
      </w:r>
    </w:p>
    <w:p>
      <w:pPr>
        <w:spacing w:before="0" w:after="80" w:line="300" w:lineRule="auto"/>
        <w:jc w:val="left"/>
      </w:pPr>
      <w:r>
        <w:rPr>
          <w:rFonts w:ascii="Times New Roman" w:hAnsi="Times New Roman" w:eastAsia="宋体"/>
          <w:b w:val="0"/>
          <w:i w:val="0"/>
          <w:sz w:val="21"/>
        </w:rPr>
        <w:t>cancel5,cancel5,6,cancel8,cancel106</w:t>
      </w:r>
    </w:p>
    <w:p>
      <w:pPr>
        <w:spacing w:before="0" w:after="80" w:line="300" w:lineRule="auto"/>
        <w:jc w:val="left"/>
      </w:pPr>
      <w:r>
        <w:rPr>
          <w:rFonts w:ascii="Times New Roman" w:hAnsi="Times New Roman" w:eastAsia="宋体"/>
          <w:b w:val="0"/>
          <w:i w:val="0"/>
          <w:sz w:val="21"/>
        </w:rPr>
        <w:t>因此中位数是 6 磅。</w:t>
      </w:r>
    </w:p>
    <w:p>
      <w:pPr>
        <w:spacing w:before="0" w:after="80" w:line="300" w:lineRule="auto"/>
        <w:jc w:val="left"/>
      </w:pPr>
      <w:r>
        <w:rPr>
          <w:rFonts w:ascii="Times New Roman" w:hAnsi="Times New Roman" w:eastAsia="宋体"/>
          <w:b w:val="0"/>
          <w:i w:val="0"/>
          <w:sz w:val="21"/>
        </w:rPr>
        <w:t>平均数可以计算如下：</w:t>
      </w:r>
    </w:p>
    <w:p>
      <w:pPr>
        <w:spacing w:before="0" w:after="80" w:line="300" w:lineRule="auto"/>
        <w:jc w:val="left"/>
      </w:pPr>
      <w:r>
        <w:rPr>
          <w:rFonts w:ascii="Times New Roman" w:hAnsi="Times New Roman" w:eastAsia="宋体"/>
          <w:b w:val="0"/>
          <w:i w:val="0"/>
          <w:sz w:val="21"/>
        </w:rPr>
        <w:t>(106 + 5 + 5 + 6 + 8)/5</w:t>
      </w:r>
    </w:p>
    <w:p>
      <w:pPr>
        <w:spacing w:before="0" w:after="80" w:line="300" w:lineRule="auto"/>
        <w:jc w:val="left"/>
      </w:pPr>
      <w:r>
        <w:rPr>
          <w:rFonts w:ascii="Times New Roman" w:hAnsi="Times New Roman" w:eastAsia="宋体"/>
          <w:b w:val="0"/>
          <w:i w:val="0"/>
          <w:sz w:val="21"/>
        </w:rPr>
        <w:t>= 130/5</w:t>
      </w:r>
    </w:p>
    <w:p>
      <w:pPr>
        <w:spacing w:before="0" w:after="80" w:line="300" w:lineRule="auto"/>
        <w:jc w:val="left"/>
      </w:pPr>
      <w:r>
        <w:rPr>
          <w:rFonts w:ascii="Times New Roman" w:hAnsi="Times New Roman" w:eastAsia="宋体"/>
          <w:b w:val="0"/>
          <w:i w:val="0"/>
          <w:sz w:val="21"/>
        </w:rPr>
        <w:t>= 26。</w:t>
      </w:r>
    </w:p>
    <w:p>
      <w:pPr>
        <w:spacing w:before="0" w:after="80" w:line="300" w:lineRule="auto"/>
        <w:jc w:val="left"/>
      </w:pPr>
      <w:r>
        <w:rPr>
          <w:rFonts w:ascii="Times New Roman" w:hAnsi="Times New Roman" w:eastAsia="宋体"/>
          <w:b w:val="0"/>
          <w:i w:val="0"/>
          <w:sz w:val="21"/>
        </w:rPr>
        <w:t>这个值比中位数大，具体来说，平均数比中位数大 20 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median weight is the middle value, which we can find as:</w:t>
      </w:r>
    </w:p>
    <w:p>
      <w:pPr>
        <w:spacing w:before="0" w:after="80" w:line="300" w:lineRule="auto"/>
        <w:jc w:val="left"/>
      </w:pPr>
      <w:r>
        <w:rPr>
          <w:rFonts w:ascii="Times New Roman" w:hAnsi="Times New Roman" w:eastAsia="宋体"/>
          <w:b w:val="0"/>
          <w:i w:val="0"/>
          <w:color w:val="333333"/>
          <w:sz w:val="19"/>
        </w:rPr>
        <w:t>cancel5,cancel5,6,cancel8,cancel106</w:t>
      </w:r>
    </w:p>
    <w:p>
      <w:pPr>
        <w:spacing w:before="0" w:after="80" w:line="300" w:lineRule="auto"/>
        <w:jc w:val="left"/>
      </w:pPr>
      <w:r>
        <w:rPr>
          <w:rFonts w:ascii="Times New Roman" w:hAnsi="Times New Roman" w:eastAsia="宋体"/>
          <w:b w:val="0"/>
          <w:i w:val="0"/>
          <w:color w:val="333333"/>
          <w:sz w:val="19"/>
        </w:rPr>
        <w:t>Therefore, the median is 6 pounds.</w:t>
      </w:r>
    </w:p>
    <w:p>
      <w:pPr>
        <w:spacing w:before="0" w:after="80" w:line="300" w:lineRule="auto"/>
        <w:jc w:val="left"/>
      </w:pPr>
      <w:r>
        <w:rPr>
          <w:rFonts w:ascii="Times New Roman" w:hAnsi="Times New Roman" w:eastAsia="宋体"/>
          <w:b w:val="0"/>
          <w:i w:val="0"/>
          <w:color w:val="333333"/>
          <w:sz w:val="19"/>
        </w:rPr>
        <w:t>The average (mean) can be calculated to be:</w:t>
      </w:r>
    </w:p>
    <w:p>
      <w:pPr>
        <w:spacing w:before="0" w:after="80" w:line="300" w:lineRule="auto"/>
        <w:jc w:val="left"/>
      </w:pPr>
      <w:r>
        <w:rPr>
          <w:rFonts w:ascii="Times New Roman" w:hAnsi="Times New Roman" w:eastAsia="宋体"/>
          <w:b w:val="0"/>
          <w:i w:val="0"/>
          <w:color w:val="333333"/>
          <w:sz w:val="19"/>
        </w:rPr>
        <w:t>(106 + 5 + 5 + 6 + 8)/5</w:t>
      </w:r>
    </w:p>
    <w:p>
      <w:pPr>
        <w:spacing w:before="0" w:after="80" w:line="300" w:lineRule="auto"/>
        <w:jc w:val="left"/>
      </w:pPr>
      <w:r>
        <w:rPr>
          <w:rFonts w:ascii="Times New Roman" w:hAnsi="Times New Roman" w:eastAsia="宋体"/>
          <w:b w:val="0"/>
          <w:i w:val="0"/>
          <w:color w:val="333333"/>
          <w:sz w:val="19"/>
        </w:rPr>
        <w:t>= 130/5</w:t>
      </w:r>
    </w:p>
    <w:p>
      <w:pPr>
        <w:spacing w:before="0" w:after="80" w:line="300" w:lineRule="auto"/>
        <w:jc w:val="left"/>
      </w:pPr>
      <w:r>
        <w:rPr>
          <w:rFonts w:ascii="Times New Roman" w:hAnsi="Times New Roman" w:eastAsia="宋体"/>
          <w:b w:val="0"/>
          <w:i w:val="0"/>
          <w:color w:val="333333"/>
          <w:sz w:val="19"/>
        </w:rPr>
        <w:t>= 26.</w:t>
      </w:r>
    </w:p>
    <w:p>
      <w:pPr>
        <w:spacing w:before="0" w:after="80" w:line="300" w:lineRule="auto"/>
        <w:jc w:val="left"/>
      </w:pPr>
      <w:r>
        <w:rPr>
          <w:rFonts w:ascii="Times New Roman" w:hAnsi="Times New Roman" w:eastAsia="宋体"/>
          <w:b w:val="0"/>
          <w:i w:val="0"/>
          <w:color w:val="333333"/>
          <w:sz w:val="19"/>
        </w:rPr>
        <w:t>This is greater than the median, specifically, the mean is 20 pounds greater than the median.</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第二行两个数的乘积是 600，所以第二行右侧缺失的数是 600 ÷ 30 = 20。</w:t>
      </w:r>
    </w:p>
    <w:p>
      <w:pPr>
        <w:spacing w:before="0" w:after="80" w:line="300" w:lineRule="auto"/>
        <w:jc w:val="left"/>
      </w:pPr>
      <w:r>
        <w:rPr>
          <w:rFonts w:ascii="Times New Roman" w:hAnsi="Times New Roman" w:eastAsia="宋体"/>
          <w:b w:val="0"/>
          <w:i w:val="0"/>
          <w:sz w:val="21"/>
        </w:rPr>
        <w:t>现在知道 5 与第一行缺失数的乘积为 20。因此缺失数是 20 ÷ 5 =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the numbers in the second row is 600, so the missing number in the middle right box is 600 ÷ 30 = 20.</w:t>
      </w:r>
    </w:p>
    <w:p>
      <w:pPr>
        <w:spacing w:before="0" w:after="80" w:line="300" w:lineRule="auto"/>
        <w:jc w:val="left"/>
      </w:pPr>
      <w:r>
        <w:rPr>
          <w:rFonts w:ascii="Times New Roman" w:hAnsi="Times New Roman" w:eastAsia="宋体"/>
          <w:b w:val="0"/>
          <w:i w:val="0"/>
          <w:color w:val="333333"/>
          <w:sz w:val="19"/>
        </w:rPr>
        <w:t>Now we know that the product of 5 and the missing number in the first row is 20. Therefore, the missing number is 20 ÷ 5 =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2 分 45 秒等于 2 · 60 + 45 = 165 秒。因为 10 秒通过 6 节车厢，所以设 165 秒通过 x 节车厢，满足</w:t>
      </w:r>
    </w:p>
    <w:p>
      <w:pPr>
        <w:spacing w:before="0" w:after="80" w:line="300" w:lineRule="auto"/>
        <w:jc w:val="left"/>
      </w:pPr>
      <w:r>
        <w:rPr>
          <w:rFonts w:ascii="Times New Roman" w:hAnsi="Times New Roman" w:eastAsia="宋体"/>
          <w:b w:val="0"/>
          <w:i w:val="0"/>
          <w:sz w:val="21"/>
        </w:rPr>
        <w:t>6/10=x/165。</w:t>
      </w:r>
    </w:p>
    <w:p>
      <w:pPr>
        <w:spacing w:before="0" w:after="80" w:line="300" w:lineRule="auto"/>
        <w:jc w:val="left"/>
      </w:pPr>
      <w:r>
        <w:rPr>
          <w:rFonts w:ascii="Times New Roman" w:hAnsi="Times New Roman" w:eastAsia="宋体"/>
          <w:b w:val="0"/>
          <w:i w:val="0"/>
          <w:sz w:val="21"/>
        </w:rPr>
        <w:t>解得</w:t>
      </w:r>
    </w:p>
    <w:p>
      <w:pPr>
        <w:spacing w:before="0" w:after="80" w:line="300" w:lineRule="auto"/>
        <w:jc w:val="left"/>
      </w:pPr>
      <w:r>
        <w:rPr>
          <w:rFonts w:ascii="Times New Roman" w:hAnsi="Times New Roman" w:eastAsia="宋体"/>
          <w:b w:val="0"/>
          <w:i w:val="0"/>
          <w:sz w:val="21"/>
        </w:rPr>
        <w:t>x=(165·6)/10=99。</w:t>
      </w:r>
    </w:p>
    <w:p>
      <w:pPr>
        <w:spacing w:before="0" w:after="80" w:line="300" w:lineRule="auto"/>
        <w:jc w:val="left"/>
      </w:pPr>
      <w:r>
        <w:rPr>
          <w:rFonts w:ascii="Times New Roman" w:hAnsi="Times New Roman" w:eastAsia="宋体"/>
          <w:b w:val="0"/>
          <w:i w:val="0"/>
          <w:sz w:val="21"/>
        </w:rPr>
        <w:t>最接近的选项是 100。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Converting 2 minutes and 45 seconds into seconds, we get 2 · 60 + 45 = 165 seconds. Since 6 cars passed in 10 seconds, at the same rate the number of cars x passing in 165 seconds satisfies</w:t>
      </w:r>
    </w:p>
    <w:p>
      <w:pPr>
        <w:spacing w:before="0" w:after="80" w:line="300" w:lineRule="auto"/>
        <w:jc w:val="left"/>
      </w:pPr>
      <w:r>
        <w:rPr>
          <w:rFonts w:ascii="Times New Roman" w:hAnsi="Times New Roman" w:eastAsia="宋体"/>
          <w:b w:val="0"/>
          <w:i w:val="0"/>
          <w:color w:val="333333"/>
          <w:sz w:val="19"/>
        </w:rPr>
        <w:t>6/10=x/165.</w:t>
      </w:r>
    </w:p>
    <w:p>
      <w:pPr>
        <w:spacing w:before="0" w:after="80" w:line="300" w:lineRule="auto"/>
        <w:jc w:val="left"/>
      </w:pPr>
      <w:r>
        <w:rPr>
          <w:rFonts w:ascii="Times New Roman" w:hAnsi="Times New Roman" w:eastAsia="宋体"/>
          <w:b w:val="0"/>
          <w:i w:val="0"/>
          <w:color w:val="333333"/>
          <w:sz w:val="19"/>
        </w:rPr>
        <w:t>Solving gives</w:t>
      </w:r>
    </w:p>
    <w:p>
      <w:pPr>
        <w:spacing w:before="0" w:after="80" w:line="300" w:lineRule="auto"/>
        <w:jc w:val="left"/>
      </w:pPr>
      <w:r>
        <w:rPr>
          <w:rFonts w:ascii="Times New Roman" w:hAnsi="Times New Roman" w:eastAsia="宋体"/>
          <w:b w:val="0"/>
          <w:i w:val="0"/>
          <w:color w:val="333333"/>
          <w:sz w:val="19"/>
        </w:rPr>
        <w:t>x=(165·6)/10=99.</w:t>
      </w:r>
    </w:p>
    <w:p>
      <w:pPr>
        <w:spacing w:before="0" w:after="80" w:line="300" w:lineRule="auto"/>
        <w:jc w:val="left"/>
      </w:pPr>
      <w:r>
        <w:rPr>
          <w:rFonts w:ascii="Times New Roman" w:hAnsi="Times New Roman" w:eastAsia="宋体"/>
          <w:b w:val="0"/>
          <w:i w:val="0"/>
          <w:color w:val="333333"/>
          <w:sz w:val="19"/>
        </w:rPr>
        <w:t>The closest answer choice is 100.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至少有两个连续正面的结果是 HHT、THH 和 HHH。三次公平抛硬币共有 2³=8 个等可能结果，所以概率为 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outcomes with at least two consecutive heads are HHT, THH, and HHH. There are 2³=8 equally likely outcomes from three fair coin tosses, so the probability is 3/8.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第 n 跳时，浩克跳 2ⁿ⁻¹ 米。需要找最小的 n，使 2ⁿ⁻¹&gt;1000。</w:t>
      </w:r>
    </w:p>
    <w:p>
      <w:pPr>
        <w:spacing w:before="0" w:after="80" w:line="300" w:lineRule="auto"/>
        <w:jc w:val="left"/>
      </w:pPr>
      <w:r>
        <w:rPr>
          <w:rFonts w:ascii="Times New Roman" w:hAnsi="Times New Roman" w:eastAsia="宋体"/>
          <w:b w:val="0"/>
          <w:i w:val="0"/>
          <w:sz w:val="21"/>
        </w:rPr>
        <w:t>因为 2⁹=512，而 2¹⁰=1024，所以第一次超过 1000 米时 n-1=10，即 n=11。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the nth jump, the Hulk jumps 2ⁿ⁻¹ meters. We need the smallest n for which 2ⁿ⁻¹&gt;1000.</w:t>
      </w:r>
    </w:p>
    <w:p>
      <w:pPr>
        <w:spacing w:before="0" w:after="80" w:line="300" w:lineRule="auto"/>
        <w:jc w:val="left"/>
      </w:pPr>
      <w:r>
        <w:rPr>
          <w:rFonts w:ascii="Times New Roman" w:hAnsi="Times New Roman" w:eastAsia="宋体"/>
          <w:b w:val="0"/>
          <w:i w:val="0"/>
          <w:color w:val="333333"/>
          <w:sz w:val="19"/>
        </w:rPr>
        <w:t>Since 2⁹=512 and 2¹⁰=1024, the first jump longer than 1000 meters has n-1=10, so n=11.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将两个数质因数分解：</w:t>
      </w:r>
    </w:p>
    <w:p>
      <w:pPr>
        <w:spacing w:before="0" w:after="80" w:line="300" w:lineRule="auto"/>
        <w:jc w:val="left"/>
      </w:pPr>
      <w:r>
        <w:rPr>
          <w:rFonts w:ascii="Times New Roman" w:hAnsi="Times New Roman" w:eastAsia="宋体"/>
          <w:b w:val="0"/>
          <w:i w:val="0"/>
          <w:sz w:val="21"/>
        </w:rPr>
        <w:t>180=2²·3²·5，</w:t>
      </w:r>
    </w:p>
    <w:p>
      <w:pPr>
        <w:spacing w:before="0" w:after="80" w:line="300" w:lineRule="auto"/>
        <w:jc w:val="left"/>
      </w:pPr>
      <w:r>
        <w:rPr>
          <w:rFonts w:ascii="Times New Roman" w:hAnsi="Times New Roman" w:eastAsia="宋体"/>
          <w:b w:val="0"/>
          <w:i w:val="0"/>
          <w:sz w:val="21"/>
        </w:rPr>
        <w:t>594=2·3³·11。</w:t>
      </w:r>
    </w:p>
    <w:p>
      <w:pPr>
        <w:spacing w:before="0" w:after="80" w:line="300" w:lineRule="auto"/>
        <w:jc w:val="left"/>
      </w:pPr>
      <w:r>
        <w:rPr>
          <w:rFonts w:ascii="Times New Roman" w:hAnsi="Times New Roman" w:eastAsia="宋体"/>
          <w:b w:val="0"/>
          <w:i w:val="0"/>
          <w:sz w:val="21"/>
        </w:rPr>
        <w:t>最大公因数取较小的幂，所以为 2·3²=18。最小公倍数取较大的幂，所以为</w:t>
      </w:r>
    </w:p>
    <w:p>
      <w:pPr>
        <w:spacing w:before="0" w:after="80" w:line="300" w:lineRule="auto"/>
        <w:jc w:val="left"/>
      </w:pPr>
      <w:r>
        <w:rPr>
          <w:rFonts w:ascii="Times New Roman" w:hAnsi="Times New Roman" w:eastAsia="宋体"/>
          <w:b w:val="0"/>
          <w:i w:val="0"/>
          <w:sz w:val="21"/>
        </w:rPr>
        <w:t>2²·3³·5·11=5940。</w:t>
      </w:r>
    </w:p>
    <w:p>
      <w:pPr>
        <w:spacing w:before="0" w:after="80" w:line="300" w:lineRule="auto"/>
        <w:jc w:val="left"/>
      </w:pPr>
      <w:r>
        <w:rPr>
          <w:rFonts w:ascii="Times New Roman" w:hAnsi="Times New Roman" w:eastAsia="宋体"/>
          <w:b w:val="0"/>
          <w:i w:val="0"/>
          <w:sz w:val="21"/>
        </w:rPr>
        <w:t>所求比值为 5940/18=330。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Prime-factorize the two numbers:</w:t>
      </w:r>
    </w:p>
    <w:p>
      <w:pPr>
        <w:spacing w:before="0" w:after="80" w:line="300" w:lineRule="auto"/>
        <w:jc w:val="left"/>
      </w:pPr>
      <w:r>
        <w:rPr>
          <w:rFonts w:ascii="Times New Roman" w:hAnsi="Times New Roman" w:eastAsia="宋体"/>
          <w:b w:val="0"/>
          <w:i w:val="0"/>
          <w:color w:val="333333"/>
          <w:sz w:val="19"/>
        </w:rPr>
        <w:t>180=2²·3²·5,</w:t>
      </w:r>
    </w:p>
    <w:p>
      <w:pPr>
        <w:spacing w:before="0" w:after="80" w:line="300" w:lineRule="auto"/>
        <w:jc w:val="left"/>
      </w:pPr>
      <w:r>
        <w:rPr>
          <w:rFonts w:ascii="Times New Roman" w:hAnsi="Times New Roman" w:eastAsia="宋体"/>
          <w:b w:val="0"/>
          <w:i w:val="0"/>
          <w:color w:val="333333"/>
          <w:sz w:val="19"/>
        </w:rPr>
        <w:t>594=2·3³·11.</w:t>
      </w:r>
    </w:p>
    <w:p>
      <w:pPr>
        <w:spacing w:before="0" w:after="80" w:line="300" w:lineRule="auto"/>
        <w:jc w:val="left"/>
      </w:pPr>
      <w:r>
        <w:rPr>
          <w:rFonts w:ascii="Times New Roman" w:hAnsi="Times New Roman" w:eastAsia="宋体"/>
          <w:b w:val="0"/>
          <w:i w:val="0"/>
          <w:color w:val="333333"/>
          <w:sz w:val="19"/>
        </w:rPr>
        <w:t>The greatest common factor uses the smaller powers, so it is 2·3²=18. The least common multiple uses the larger powers, so it is</w:t>
      </w:r>
    </w:p>
    <w:p>
      <w:pPr>
        <w:spacing w:before="0" w:after="80" w:line="300" w:lineRule="auto"/>
        <w:jc w:val="left"/>
      </w:pPr>
      <w:r>
        <w:rPr>
          <w:rFonts w:ascii="Times New Roman" w:hAnsi="Times New Roman" w:eastAsia="宋体"/>
          <w:b w:val="0"/>
          <w:i w:val="0"/>
          <w:color w:val="333333"/>
          <w:sz w:val="19"/>
        </w:rPr>
        <w:t>2²·3³·5·11=5940.</w:t>
      </w:r>
    </w:p>
    <w:p>
      <w:pPr>
        <w:spacing w:before="0" w:after="80" w:line="300" w:lineRule="auto"/>
        <w:jc w:val="left"/>
      </w:pPr>
      <w:r>
        <w:rPr>
          <w:rFonts w:ascii="Times New Roman" w:hAnsi="Times New Roman" w:eastAsia="宋体"/>
          <w:b w:val="0"/>
          <w:i w:val="0"/>
          <w:color w:val="333333"/>
          <w:sz w:val="19"/>
        </w:rPr>
        <w:t>Therefore the desired ratio is 5940/18=330.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祖父星期一慢跑用时 2/5 小时，星期三步行用时 2/3 小时，星期五用时 2/4=1/2 小时。换算为分钟，星期一为</w:t>
      </w:r>
    </w:p>
    <w:p>
      <w:pPr>
        <w:spacing w:before="0" w:after="80" w:line="300" w:lineRule="auto"/>
        <w:jc w:val="left"/>
      </w:pPr>
      <w:r>
        <w:rPr>
          <w:rFonts w:ascii="Times New Roman" w:hAnsi="Times New Roman" w:eastAsia="宋体"/>
          <w:b w:val="0"/>
          <w:i w:val="0"/>
          <w:sz w:val="21"/>
        </w:rPr>
        <w:t>2/5 · 60 = 24</w:t>
      </w:r>
    </w:p>
    <w:p>
      <w:pPr>
        <w:spacing w:before="0" w:after="80" w:line="300" w:lineRule="auto"/>
        <w:jc w:val="left"/>
      </w:pPr>
      <w:r>
        <w:rPr>
          <w:rFonts w:ascii="Times New Roman" w:hAnsi="Times New Roman" w:eastAsia="宋体"/>
          <w:b w:val="0"/>
          <w:i w:val="0"/>
          <w:sz w:val="21"/>
        </w:rPr>
        <w:t>分钟，星期三为</w:t>
      </w:r>
    </w:p>
    <w:p>
      <w:pPr>
        <w:spacing w:before="0" w:after="80" w:line="300" w:lineRule="auto"/>
        <w:jc w:val="left"/>
      </w:pPr>
      <w:r>
        <w:rPr>
          <w:rFonts w:ascii="Times New Roman" w:hAnsi="Times New Roman" w:eastAsia="宋体"/>
          <w:b w:val="0"/>
          <w:i w:val="0"/>
          <w:sz w:val="21"/>
        </w:rPr>
        <w:t>2/3 · 60 = 40</w:t>
      </w:r>
    </w:p>
    <w:p>
      <w:pPr>
        <w:spacing w:before="0" w:after="80" w:line="300" w:lineRule="auto"/>
        <w:jc w:val="left"/>
      </w:pPr>
      <w:r>
        <w:rPr>
          <w:rFonts w:ascii="Times New Roman" w:hAnsi="Times New Roman" w:eastAsia="宋体"/>
          <w:b w:val="0"/>
          <w:i w:val="0"/>
          <w:sz w:val="21"/>
        </w:rPr>
        <w:t>分钟，星期五为</w:t>
      </w:r>
    </w:p>
    <w:p>
      <w:pPr>
        <w:spacing w:before="0" w:after="80" w:line="300" w:lineRule="auto"/>
        <w:jc w:val="left"/>
      </w:pPr>
      <w:r>
        <w:rPr>
          <w:rFonts w:ascii="Times New Roman" w:hAnsi="Times New Roman" w:eastAsia="宋体"/>
          <w:b w:val="0"/>
          <w:i w:val="0"/>
          <w:sz w:val="21"/>
        </w:rPr>
        <w:t>1/2 · 60 = 30</w:t>
      </w:r>
    </w:p>
    <w:p>
      <w:pPr>
        <w:spacing w:before="0" w:after="80" w:line="300" w:lineRule="auto"/>
        <w:jc w:val="left"/>
      </w:pPr>
      <w:r>
        <w:rPr>
          <w:rFonts w:ascii="Times New Roman" w:hAnsi="Times New Roman" w:eastAsia="宋体"/>
          <w:b w:val="0"/>
          <w:i w:val="0"/>
          <w:sz w:val="21"/>
        </w:rPr>
        <w:t>分钟。因此实际总时间为 94 分钟。</w:t>
      </w:r>
    </w:p>
    <w:p>
      <w:pPr>
        <w:spacing w:before="0" w:after="80" w:line="300" w:lineRule="auto"/>
        <w:jc w:val="left"/>
      </w:pPr>
      <w:r>
        <w:rPr>
          <w:rFonts w:ascii="Times New Roman" w:hAnsi="Times New Roman" w:eastAsia="宋体"/>
          <w:b w:val="0"/>
          <w:i w:val="0"/>
          <w:sz w:val="21"/>
        </w:rPr>
        <w:t>如果他一直以每小时 4 英里的速度走，每天用时 2/4=1/2 小时，即 2/4 · 60 = 30 分钟，3 天共 3 · 30 = 90 分钟。</w:t>
      </w:r>
    </w:p>
    <w:p>
      <w:pPr>
        <w:spacing w:before="0" w:after="80" w:line="300" w:lineRule="auto"/>
        <w:jc w:val="left"/>
      </w:pPr>
      <w:r>
        <w:rPr>
          <w:rFonts w:ascii="Times New Roman" w:hAnsi="Times New Roman" w:eastAsia="宋体"/>
          <w:b w:val="0"/>
          <w:i w:val="0"/>
          <w:sz w:val="21"/>
        </w:rPr>
        <w:t>因此少用的时间是 94-90=4 分钟。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Grandfather spent 2/5 hours jogging on Monday. He spent 2/3 hours walking on Wednesday and 2/4=1/2 hours on Friday. Converting these times to minutes, we get</w:t>
      </w:r>
    </w:p>
    <w:p>
      <w:pPr>
        <w:spacing w:before="0" w:after="80" w:line="300" w:lineRule="auto"/>
        <w:jc w:val="left"/>
      </w:pPr>
      <w:r>
        <w:rPr>
          <w:rFonts w:ascii="Times New Roman" w:hAnsi="Times New Roman" w:eastAsia="宋体"/>
          <w:b w:val="0"/>
          <w:i w:val="0"/>
          <w:color w:val="333333"/>
          <w:sz w:val="19"/>
        </w:rPr>
        <w:t>2/5 · 60 = 24</w:t>
      </w:r>
    </w:p>
    <w:p>
      <w:pPr>
        <w:spacing w:before="0" w:after="80" w:line="300" w:lineRule="auto"/>
        <w:jc w:val="left"/>
      </w:pPr>
      <w:r>
        <w:rPr>
          <w:rFonts w:ascii="Times New Roman" w:hAnsi="Times New Roman" w:eastAsia="宋体"/>
          <w:b w:val="0"/>
          <w:i w:val="0"/>
          <w:color w:val="333333"/>
          <w:sz w:val="19"/>
        </w:rPr>
        <w:t>minutes for Monday,</w:t>
      </w:r>
    </w:p>
    <w:p>
      <w:pPr>
        <w:spacing w:before="0" w:after="80" w:line="300" w:lineRule="auto"/>
        <w:jc w:val="left"/>
      </w:pPr>
      <w:r>
        <w:rPr>
          <w:rFonts w:ascii="Times New Roman" w:hAnsi="Times New Roman" w:eastAsia="宋体"/>
          <w:b w:val="0"/>
          <w:i w:val="0"/>
          <w:color w:val="333333"/>
          <w:sz w:val="19"/>
        </w:rPr>
        <w:t>2/3 · 60 = 40</w:t>
      </w:r>
    </w:p>
    <w:p>
      <w:pPr>
        <w:spacing w:before="0" w:after="80" w:line="300" w:lineRule="auto"/>
        <w:jc w:val="left"/>
      </w:pPr>
      <w:r>
        <w:rPr>
          <w:rFonts w:ascii="Times New Roman" w:hAnsi="Times New Roman" w:eastAsia="宋体"/>
          <w:b w:val="0"/>
          <w:i w:val="0"/>
          <w:color w:val="333333"/>
          <w:sz w:val="19"/>
        </w:rPr>
        <w:t>minutes for Wednesday, and</w:t>
      </w:r>
    </w:p>
    <w:p>
      <w:pPr>
        <w:spacing w:before="0" w:after="80" w:line="300" w:lineRule="auto"/>
        <w:jc w:val="left"/>
      </w:pPr>
      <w:r>
        <w:rPr>
          <w:rFonts w:ascii="Times New Roman" w:hAnsi="Times New Roman" w:eastAsia="宋体"/>
          <w:b w:val="0"/>
          <w:i w:val="0"/>
          <w:color w:val="333333"/>
          <w:sz w:val="19"/>
        </w:rPr>
        <w:t>1/2 · 60 = 30</w:t>
      </w:r>
    </w:p>
    <w:p>
      <w:pPr>
        <w:spacing w:before="0" w:after="80" w:line="300" w:lineRule="auto"/>
        <w:jc w:val="left"/>
      </w:pPr>
      <w:r>
        <w:rPr>
          <w:rFonts w:ascii="Times New Roman" w:hAnsi="Times New Roman" w:eastAsia="宋体"/>
          <w:b w:val="0"/>
          <w:i w:val="0"/>
          <w:color w:val="333333"/>
          <w:sz w:val="19"/>
        </w:rPr>
        <w:t>minutes for Friday. Therefore, Grandfather totaled 94 minutes of exercise throughout the week.</w:t>
      </w:r>
    </w:p>
    <w:p>
      <w:pPr>
        <w:spacing w:before="0" w:after="80" w:line="300" w:lineRule="auto"/>
        <w:jc w:val="left"/>
      </w:pPr>
      <w:r>
        <w:rPr>
          <w:rFonts w:ascii="Times New Roman" w:hAnsi="Times New Roman" w:eastAsia="宋体"/>
          <w:b w:val="0"/>
          <w:i w:val="0"/>
          <w:color w:val="333333"/>
          <w:sz w:val="19"/>
        </w:rPr>
        <w:t>If he walked at a pace of 4 miles per hour each day, he would have spent 2/4=1/2 hours each day walking. This equals 2/4 · 60 = 30 minutes every day. If he did this for 3 days, he would have totaled 3 · 30 = 90 minutes of exercise.</w:t>
      </w:r>
    </w:p>
    <w:p>
      <w:pPr>
        <w:spacing w:before="0" w:after="80" w:line="300" w:lineRule="auto"/>
        <w:jc w:val="left"/>
      </w:pPr>
      <w:r>
        <w:rPr>
          <w:rFonts w:ascii="Times New Roman" w:hAnsi="Times New Roman" w:eastAsia="宋体"/>
          <w:b w:val="0"/>
          <w:i w:val="0"/>
          <w:color w:val="333333"/>
          <w:sz w:val="19"/>
        </w:rPr>
        <w:t>Therefore, Grandfather would have spent 94-90=4 fewer minutes on the treadmill.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哈维尔第二双节省 0.40 · 50 = 20 美元。第三双节省 50/2 = 25 美元。因此他一共节省 45 美元。</w:t>
      </w:r>
    </w:p>
    <w:p>
      <w:pPr>
        <w:spacing w:before="0" w:after="80" w:line="300" w:lineRule="auto"/>
        <w:jc w:val="left"/>
      </w:pPr>
      <w:r>
        <w:rPr>
          <w:rFonts w:ascii="Times New Roman" w:hAnsi="Times New Roman" w:eastAsia="宋体"/>
          <w:b w:val="0"/>
          <w:i w:val="0"/>
          <w:sz w:val="21"/>
        </w:rPr>
        <w:t>因为</w:t>
      </w:r>
    </w:p>
    <w:p>
      <w:pPr>
        <w:spacing w:before="0" w:after="80" w:line="300" w:lineRule="auto"/>
        <w:jc w:val="left"/>
      </w:pPr>
      <w:r>
        <w:rPr>
          <w:rFonts w:ascii="Times New Roman" w:hAnsi="Times New Roman" w:eastAsia="宋体"/>
          <w:b w:val="0"/>
          <w:i w:val="0"/>
          <w:sz w:val="21"/>
        </w:rPr>
        <w:t>45/150 = 3/10 = 0.30，</w:t>
      </w:r>
    </w:p>
    <w:p>
      <w:pPr>
        <w:spacing w:before="0" w:after="80" w:line="300" w:lineRule="auto"/>
        <w:jc w:val="left"/>
      </w:pPr>
      <w:r>
        <w:rPr>
          <w:rFonts w:ascii="Times New Roman" w:hAnsi="Times New Roman" w:eastAsia="宋体"/>
          <w:b w:val="0"/>
          <w:i w:val="0"/>
          <w:sz w:val="21"/>
        </w:rPr>
        <w:t>所以与正常价格相比，他节省了 30 %。</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Javier saved 0.40 · 50 = 20 dollars on the second pair. He also saved 50/2 = 25 dollars on the third pair. This shows that he saved a total of 45 dollars.</w:t>
      </w:r>
    </w:p>
    <w:p>
      <w:pPr>
        <w:spacing w:before="0" w:after="80" w:line="300" w:lineRule="auto"/>
        <w:jc w:val="left"/>
      </w:pPr>
      <w:r>
        <w:rPr>
          <w:rFonts w:ascii="Times New Roman" w:hAnsi="Times New Roman" w:eastAsia="宋体"/>
          <w:b w:val="0"/>
          <w:i w:val="0"/>
          <w:color w:val="333333"/>
          <w:sz w:val="19"/>
        </w:rPr>
        <w:t>As</w:t>
      </w:r>
    </w:p>
    <w:p>
      <w:pPr>
        <w:spacing w:before="0" w:after="80" w:line="300" w:lineRule="auto"/>
        <w:jc w:val="left"/>
      </w:pPr>
      <w:r>
        <w:rPr>
          <w:rFonts w:ascii="Times New Roman" w:hAnsi="Times New Roman" w:eastAsia="宋体"/>
          <w:b w:val="0"/>
          <w:i w:val="0"/>
          <w:color w:val="333333"/>
          <w:sz w:val="19"/>
        </w:rPr>
        <w:t>45/150 = 3/10 = 0.30,</w:t>
      </w:r>
    </w:p>
    <w:p>
      <w:pPr>
        <w:spacing w:before="0" w:after="80" w:line="300" w:lineRule="auto"/>
        <w:jc w:val="left"/>
      </w:pPr>
      <w:r>
        <w:rPr>
          <w:rFonts w:ascii="Times New Roman" w:hAnsi="Times New Roman" w:eastAsia="宋体"/>
          <w:b w:val="0"/>
          <w:i w:val="0"/>
          <w:color w:val="333333"/>
          <w:sz w:val="19"/>
        </w:rPr>
        <w:t>we can conclude that Javier saved 30 % compared to the regular price.</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如果这个分数的后两位是 10a+b，交换后得到 10b+a。差为</w:t>
      </w:r>
    </w:p>
    <w:p>
      <w:pPr>
        <w:spacing w:before="0" w:after="80" w:line="300" w:lineRule="auto"/>
        <w:jc w:val="left"/>
      </w:pPr>
      <w:r>
        <w:rPr>
          <w:rFonts w:ascii="Times New Roman" w:hAnsi="Times New Roman" w:eastAsia="宋体"/>
          <w:b w:val="0"/>
          <w:i w:val="0"/>
          <w:sz w:val="21"/>
        </w:rPr>
        <w:t>(10a+b)-(10b+a)</w:t>
      </w:r>
    </w:p>
    <w:p>
      <w:pPr>
        <w:spacing w:before="0" w:after="80" w:line="300" w:lineRule="auto"/>
        <w:jc w:val="left"/>
      </w:pPr>
      <w:r>
        <w:rPr>
          <w:rFonts w:ascii="Times New Roman" w:hAnsi="Times New Roman" w:eastAsia="宋体"/>
          <w:b w:val="0"/>
          <w:i w:val="0"/>
          <w:sz w:val="21"/>
        </w:rPr>
        <w:t>= 9(a-b)，</w:t>
      </w:r>
    </w:p>
    <w:p>
      <w:pPr>
        <w:spacing w:before="0" w:after="80" w:line="300" w:lineRule="auto"/>
        <w:jc w:val="left"/>
      </w:pPr>
      <w:r>
        <w:rPr>
          <w:rFonts w:ascii="Times New Roman" w:hAnsi="Times New Roman" w:eastAsia="宋体"/>
          <w:b w:val="0"/>
          <w:i w:val="0"/>
          <w:sz w:val="21"/>
        </w:rPr>
        <w:t>因此错误总和与正确总和之差必须是 9 的倍数。</w:t>
      </w:r>
    </w:p>
    <w:p>
      <w:pPr>
        <w:spacing w:before="0" w:after="80" w:line="300" w:lineRule="auto"/>
        <w:jc w:val="left"/>
      </w:pPr>
      <w:r>
        <w:rPr>
          <w:rFonts w:ascii="Times New Roman" w:hAnsi="Times New Roman" w:eastAsia="宋体"/>
          <w:b w:val="0"/>
          <w:i w:val="0"/>
          <w:sz w:val="21"/>
        </w:rPr>
        <w:t>选项中只有 45 能被 9 整除。</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last two digits of the score are 10a+b, then reversing those digits gives 10b+a. The difference is</w:t>
      </w:r>
    </w:p>
    <w:p>
      <w:pPr>
        <w:spacing w:before="0" w:after="80" w:line="300" w:lineRule="auto"/>
        <w:jc w:val="left"/>
      </w:pPr>
      <w:r>
        <w:rPr>
          <w:rFonts w:ascii="Times New Roman" w:hAnsi="Times New Roman" w:eastAsia="宋体"/>
          <w:b w:val="0"/>
          <w:i w:val="0"/>
          <w:color w:val="333333"/>
          <w:sz w:val="19"/>
        </w:rPr>
        <w:t>(10a+b)-(10b+a)</w:t>
      </w:r>
    </w:p>
    <w:p>
      <w:pPr>
        <w:spacing w:before="0" w:after="80" w:line="300" w:lineRule="auto"/>
        <w:jc w:val="left"/>
      </w:pPr>
      <w:r>
        <w:rPr>
          <w:rFonts w:ascii="Times New Roman" w:hAnsi="Times New Roman" w:eastAsia="宋体"/>
          <w:b w:val="0"/>
          <w:i w:val="0"/>
          <w:color w:val="333333"/>
          <w:sz w:val="19"/>
        </w:rPr>
        <w:t>= 9(a-b),</w:t>
      </w:r>
    </w:p>
    <w:p>
      <w:pPr>
        <w:spacing w:before="0" w:after="80" w:line="300" w:lineRule="auto"/>
        <w:jc w:val="left"/>
      </w:pPr>
      <w:r>
        <w:rPr>
          <w:rFonts w:ascii="Times New Roman" w:hAnsi="Times New Roman" w:eastAsia="宋体"/>
          <w:b w:val="0"/>
          <w:i w:val="0"/>
          <w:color w:val="333333"/>
          <w:sz w:val="19"/>
        </w:rPr>
        <w:t>so the incorrect sum must differ from the correct sum by a multiple of 9.</w:t>
      </w:r>
    </w:p>
    <w:p>
      <w:pPr>
        <w:spacing w:before="0" w:after="80" w:line="300" w:lineRule="auto"/>
        <w:jc w:val="left"/>
      </w:pPr>
      <w:r>
        <w:rPr>
          <w:rFonts w:ascii="Times New Roman" w:hAnsi="Times New Roman" w:eastAsia="宋体"/>
          <w:b w:val="0"/>
          <w:i w:val="0"/>
          <w:color w:val="333333"/>
          <w:sz w:val="19"/>
        </w:rPr>
        <w:t>Among the answer choices, only 45 is divisible by 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艾布和比娅选择软糖共有 2·4=8 种等可能结果。颜色相同可能是两人都选绿色，有 1 种；也可能两人都选红色，有 1·2=2 种。</w:t>
      </w:r>
    </w:p>
    <w:p>
      <w:pPr>
        <w:spacing w:before="0" w:after="80" w:line="300" w:lineRule="auto"/>
        <w:jc w:val="left"/>
      </w:pPr>
      <w:r>
        <w:rPr>
          <w:rFonts w:ascii="Times New Roman" w:hAnsi="Times New Roman" w:eastAsia="宋体"/>
          <w:b w:val="0"/>
          <w:i w:val="0"/>
          <w:sz w:val="21"/>
        </w:rPr>
        <w:t>因此 8 个结果中有 3 个颜色相同，概率为 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2·4=8 equally likely ways for Abe and Bea to choose their jelly beans. The colors match if they both choose green, which can happen in 1 way, or if they both choose red, which can happen in 1·2=2 ways.</w:t>
      </w:r>
    </w:p>
    <w:p>
      <w:pPr>
        <w:spacing w:before="0" w:after="80" w:line="300" w:lineRule="auto"/>
        <w:jc w:val="left"/>
      </w:pPr>
      <w:r>
        <w:rPr>
          <w:rFonts w:ascii="Times New Roman" w:hAnsi="Times New Roman" w:eastAsia="宋体"/>
          <w:b w:val="0"/>
          <w:i w:val="0"/>
          <w:color w:val="333333"/>
          <w:sz w:val="19"/>
        </w:rPr>
        <w:t>Thus 3 of the 8 outcomes match, for probability 3/8.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从每个方程中减去已知项：</w:t>
      </w:r>
    </w:p>
    <w:p>
      <w:pPr>
        <w:spacing w:before="0" w:after="80" w:line="300" w:lineRule="auto"/>
        <w:jc w:val="left"/>
      </w:pPr>
      <w:r>
        <w:rPr>
          <w:rFonts w:ascii="Times New Roman" w:hAnsi="Times New Roman" w:eastAsia="宋体"/>
          <w:b w:val="0"/>
          <w:i w:val="0"/>
          <w:sz w:val="21"/>
        </w:rPr>
        <w:t>3ᵖ=90-81=9，</w:t>
      </w:r>
    </w:p>
    <w:p>
      <w:pPr>
        <w:spacing w:before="0" w:after="80" w:line="300" w:lineRule="auto"/>
        <w:jc w:val="left"/>
      </w:pPr>
      <w:r>
        <w:rPr>
          <w:rFonts w:ascii="Times New Roman" w:hAnsi="Times New Roman" w:eastAsia="宋体"/>
          <w:b w:val="0"/>
          <w:i w:val="0"/>
          <w:sz w:val="21"/>
        </w:rPr>
        <w:t>2^(r)=76-44=32，</w:t>
      </w:r>
    </w:p>
    <w:p>
      <w:pPr>
        <w:spacing w:before="0" w:after="80" w:line="300" w:lineRule="auto"/>
        <w:jc w:val="left"/>
      </w:pPr>
      <w:r>
        <w:rPr>
          <w:rFonts w:ascii="Times New Roman" w:hAnsi="Times New Roman" w:eastAsia="宋体"/>
          <w:b w:val="0"/>
          <w:i w:val="0"/>
          <w:sz w:val="21"/>
        </w:rPr>
        <w:t>6^(s)=1421-125=1296。</w:t>
      </w:r>
    </w:p>
    <w:p>
      <w:pPr>
        <w:spacing w:before="0" w:after="80" w:line="300" w:lineRule="auto"/>
        <w:jc w:val="left"/>
      </w:pPr>
      <w:r>
        <w:rPr>
          <w:rFonts w:ascii="Times New Roman" w:hAnsi="Times New Roman" w:eastAsia="宋体"/>
          <w:b w:val="0"/>
          <w:i w:val="0"/>
          <w:sz w:val="21"/>
        </w:rPr>
        <w:t>因此 p=2、r=5、s=4。它们的乘积是 2·5·4=40。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Subtract the known number from each equation:</w:t>
      </w:r>
    </w:p>
    <w:p>
      <w:pPr>
        <w:spacing w:before="0" w:after="80" w:line="300" w:lineRule="auto"/>
        <w:jc w:val="left"/>
      </w:pPr>
      <w:r>
        <w:rPr>
          <w:rFonts w:ascii="Times New Roman" w:hAnsi="Times New Roman" w:eastAsia="宋体"/>
          <w:b w:val="0"/>
          <w:i w:val="0"/>
          <w:color w:val="333333"/>
          <w:sz w:val="19"/>
        </w:rPr>
        <w:t>3ᵖ=90-81=9,</w:t>
      </w:r>
    </w:p>
    <w:p>
      <w:pPr>
        <w:spacing w:before="0" w:after="80" w:line="300" w:lineRule="auto"/>
        <w:jc w:val="left"/>
      </w:pPr>
      <w:r>
        <w:rPr>
          <w:rFonts w:ascii="Times New Roman" w:hAnsi="Times New Roman" w:eastAsia="宋体"/>
          <w:b w:val="0"/>
          <w:i w:val="0"/>
          <w:color w:val="333333"/>
          <w:sz w:val="19"/>
        </w:rPr>
        <w:t>2^(r)=76-44=32,</w:t>
      </w:r>
    </w:p>
    <w:p>
      <w:pPr>
        <w:spacing w:before="0" w:after="80" w:line="300" w:lineRule="auto"/>
        <w:jc w:val="left"/>
      </w:pPr>
      <w:r>
        <w:rPr>
          <w:rFonts w:ascii="Times New Roman" w:hAnsi="Times New Roman" w:eastAsia="宋体"/>
          <w:b w:val="0"/>
          <w:i w:val="0"/>
          <w:color w:val="333333"/>
          <w:sz w:val="19"/>
        </w:rPr>
        <w:t>6^(s)=1421-125=1296.</w:t>
      </w:r>
    </w:p>
    <w:p>
      <w:pPr>
        <w:spacing w:before="0" w:after="80" w:line="300" w:lineRule="auto"/>
        <w:jc w:val="left"/>
      </w:pPr>
      <w:r>
        <w:rPr>
          <w:rFonts w:ascii="Times New Roman" w:hAnsi="Times New Roman" w:eastAsia="宋体"/>
          <w:b w:val="0"/>
          <w:i w:val="0"/>
          <w:color w:val="333333"/>
          <w:sz w:val="19"/>
        </w:rPr>
        <w:t>Therefore p=2, r=5, and s=4. Their product is 2·5·4=40.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8 年级学生人数必须同时是 5 和 8 的倍数，所以最少为 40。这时 6 年级人数为 40 · 3/5 = 24，7 年级人数为 40 · 5/8 = 25。</w:t>
      </w:r>
    </w:p>
    <w:p>
      <w:pPr>
        <w:spacing w:before="0" w:after="80" w:line="300" w:lineRule="auto"/>
        <w:jc w:val="left"/>
      </w:pPr>
      <w:r>
        <w:rPr>
          <w:rFonts w:ascii="Times New Roman" w:hAnsi="Times New Roman" w:eastAsia="宋体"/>
          <w:b w:val="0"/>
          <w:i w:val="0"/>
          <w:sz w:val="21"/>
        </w:rPr>
        <w:t>因此学生总数为 40 + 24 + 25 = 89。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8th-graders must be a multiple of 5 and 8, which means that it is at least 40. Using this number, we get that the number of 6th-graders is 40 · 3/5 = 24. Similarly, the number of 7th-graders is 40 · 5/8 = 25.</w:t>
      </w:r>
    </w:p>
    <w:p>
      <w:pPr>
        <w:spacing w:before="0" w:after="80" w:line="300" w:lineRule="auto"/>
        <w:jc w:val="left"/>
      </w:pPr>
      <w:r>
        <w:rPr>
          <w:rFonts w:ascii="Times New Roman" w:hAnsi="Times New Roman" w:eastAsia="宋体"/>
          <w:b w:val="0"/>
          <w:i w:val="0"/>
          <w:color w:val="333333"/>
          <w:sz w:val="19"/>
        </w:rPr>
        <w:t>The total number of students is therefore 40 + 24 + 25 = 89.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设这六个连续整数为 x、x+1、x+2、x+3、x+4、x+5。它们的和为</w:t>
      </w:r>
    </w:p>
    <w:p>
      <w:pPr>
        <w:spacing w:before="0" w:after="80" w:line="300" w:lineRule="auto"/>
        <w:jc w:val="left"/>
      </w:pPr>
      <w:r>
        <w:rPr>
          <w:rFonts w:ascii="Times New Roman" w:hAnsi="Times New Roman" w:eastAsia="宋体"/>
          <w:b w:val="0"/>
          <w:i w:val="0"/>
          <w:sz w:val="21"/>
        </w:rPr>
        <w:t>6x+15=2013。</w:t>
      </w:r>
    </w:p>
    <w:p>
      <w:pPr>
        <w:spacing w:before="0" w:after="80" w:line="300" w:lineRule="auto"/>
        <w:jc w:val="left"/>
      </w:pPr>
      <w:r>
        <w:rPr>
          <w:rFonts w:ascii="Times New Roman" w:hAnsi="Times New Roman" w:eastAsia="宋体"/>
          <w:b w:val="0"/>
          <w:i w:val="0"/>
          <w:sz w:val="21"/>
        </w:rPr>
        <w:t>因此 6x=1998，所以 x=333。最大整数为 x+5=338。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six consecutive integers be x, x+1, x+2, x+3, x+4, x+5. Their sum is</w:t>
      </w:r>
    </w:p>
    <w:p>
      <w:pPr>
        <w:spacing w:before="0" w:after="80" w:line="300" w:lineRule="auto"/>
        <w:jc w:val="left"/>
      </w:pPr>
      <w:r>
        <w:rPr>
          <w:rFonts w:ascii="Times New Roman" w:hAnsi="Times New Roman" w:eastAsia="宋体"/>
          <w:b w:val="0"/>
          <w:i w:val="0"/>
          <w:color w:val="333333"/>
          <w:sz w:val="19"/>
        </w:rPr>
        <w:t>6x+15=2013.</w:t>
      </w:r>
    </w:p>
    <w:p>
      <w:pPr>
        <w:spacing w:before="0" w:after="80" w:line="300" w:lineRule="auto"/>
        <w:jc w:val="left"/>
      </w:pPr>
      <w:r>
        <w:rPr>
          <w:rFonts w:ascii="Times New Roman" w:hAnsi="Times New Roman" w:eastAsia="宋体"/>
          <w:b w:val="0"/>
          <w:i w:val="0"/>
          <w:color w:val="333333"/>
          <w:sz w:val="19"/>
        </w:rPr>
        <w:t>Thus 6x=1998, so x=333. The largest integer is x+5=338.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外表面确定的长方体体积为 12·10·5=600 立方英尺。内部空心部分在长上少 2 英尺、宽上少 2 英尺、高上少 1 英尺，所以尺寸为 10×8×4。</w:t>
      </w:r>
    </w:p>
    <w:p>
      <w:pPr>
        <w:spacing w:before="0" w:after="80" w:line="300" w:lineRule="auto"/>
        <w:jc w:val="left"/>
      </w:pPr>
      <w:r>
        <w:rPr>
          <w:rFonts w:ascii="Times New Roman" w:hAnsi="Times New Roman" w:eastAsia="宋体"/>
          <w:b w:val="0"/>
          <w:i w:val="0"/>
          <w:sz w:val="21"/>
        </w:rPr>
        <w:t>空心体积为 10·8·4=320 立方英尺，所以堡垒含有 600-320=280 个一英尺见方的立方块。</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rectangular prism determined by the outside faces has volume 12·10·5=600 cubic feet. The empty inside is smaller by 2 feet in length, 2 feet in width, and 1 foot in height, so its dimensions are 10×8×4.</w:t>
      </w:r>
    </w:p>
    <w:p>
      <w:pPr>
        <w:spacing w:before="0" w:after="80" w:line="300" w:lineRule="auto"/>
        <w:jc w:val="left"/>
      </w:pPr>
      <w:r>
        <w:rPr>
          <w:rFonts w:ascii="Times New Roman" w:hAnsi="Times New Roman" w:eastAsia="宋体"/>
          <w:b w:val="0"/>
          <w:i w:val="0"/>
          <w:color w:val="333333"/>
          <w:sz w:val="19"/>
        </w:rPr>
        <w:t>The empty volume is 10·8·4=320 cubic feet, so the fort contains 600-320=280 one-foot cubical blocks.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因为卡西能推断自己不是最低分，她一定比汉娜分数高。同样，布里奇特的话说明她一定比汉娜分数低。</w:t>
      </w:r>
    </w:p>
    <w:p>
      <w:pPr>
        <w:spacing w:before="0" w:after="80" w:line="300" w:lineRule="auto"/>
        <w:jc w:val="left"/>
      </w:pPr>
      <w:r>
        <w:rPr>
          <w:rFonts w:ascii="Times New Roman" w:hAnsi="Times New Roman" w:eastAsia="宋体"/>
          <w:b w:val="0"/>
          <w:i w:val="0"/>
          <w:sz w:val="21"/>
        </w:rPr>
        <w:t>因此从高到低的排名是卡西、汉娜、布里奇特。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Cassie deduced she didn’t get the lowest score, she must have got a higher score than Hannah. Similarly, Bridget’s statement reveals that she must have got a lower score than Hannah.</w:t>
      </w:r>
    </w:p>
    <w:p>
      <w:pPr>
        <w:spacing w:before="0" w:after="80" w:line="300" w:lineRule="auto"/>
        <w:jc w:val="left"/>
      </w:pPr>
      <w:r>
        <w:rPr>
          <w:rFonts w:ascii="Times New Roman" w:hAnsi="Times New Roman" w:eastAsia="宋体"/>
          <w:b w:val="0"/>
          <w:i w:val="0"/>
          <w:color w:val="333333"/>
          <w:sz w:val="19"/>
        </w:rPr>
        <w:t>Therefore, the ranking from highest to lowest is Cassie, Hannah, and then Bridget.</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C</w:t>
      </w:r>
    </w:p>
    <w:p>
      <w:pPr>
        <w:spacing w:before="80" w:after="80"/>
        <w:jc w:val="center"/>
      </w:pPr>
      <w:r>
        <w:drawing>
          <wp:inline xmlns:a="http://schemas.openxmlformats.org/drawingml/2006/main" xmlns:pic="http://schemas.openxmlformats.org/drawingml/2006/picture">
            <wp:extent cx="2153559" cy="1239168"/>
            <wp:docPr id="13" name="Picture 13"/>
            <wp:cNvGraphicFramePr>
              <a:graphicFrameLocks noChangeAspect="1"/>
            </wp:cNvGraphicFramePr>
            <a:graphic>
              <a:graphicData uri="http://schemas.openxmlformats.org/drawingml/2006/picture">
                <pic:pic>
                  <pic:nvPicPr>
                    <pic:cNvPr id="0" name="q20-sol-1@300dpi.png"/>
                    <pic:cNvPicPr/>
                  </pic:nvPicPr>
                  <pic:blipFill>
                    <a:blip r:embed="rId15"/>
                    <a:stretch>
                      <a:fillRect/>
                    </a:stretch>
                  </pic:blipFill>
                  <pic:spPr>
                    <a:xfrm>
                      <a:off x="0" y="0"/>
                      <a:ext cx="2153559" cy="1239168"/>
                    </a:xfrm>
                    <a:prstGeom prst="rect"/>
                  </pic:spPr>
                </pic:pic>
              </a:graphicData>
            </a:graphic>
          </wp:inline>
        </w:drawing>
      </w:r>
    </w:p>
    <w:p>
      <w:pPr>
        <w:spacing w:before="0" w:after="80" w:line="300" w:lineRule="auto"/>
        <w:jc w:val="left"/>
      </w:pPr>
      <w:r>
        <w:rPr>
          <w:rFonts w:ascii="Times New Roman" w:hAnsi="Times New Roman" w:eastAsia="宋体"/>
          <w:b w:val="0"/>
          <w:i w:val="0"/>
          <w:sz w:val="21"/>
        </w:rPr>
        <w:t>由勾股定理，半圆半径为 √(2)。因此半圆面积为</w:t>
      </w:r>
    </w:p>
    <w:p>
      <w:pPr>
        <w:spacing w:before="0" w:after="80" w:line="300" w:lineRule="auto"/>
        <w:jc w:val="left"/>
      </w:pPr>
      <w:r>
        <w:rPr>
          <w:rFonts w:ascii="Times New Roman" w:hAnsi="Times New Roman" w:eastAsia="宋体"/>
          <w:b w:val="0"/>
          <w:i w:val="0"/>
          <w:sz w:val="21"/>
        </w:rPr>
        <w:t>1/2 · π · √(2)² = 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153559" cy="1239168"/>
            <wp:docPr id="14" name="Picture 14"/>
            <wp:cNvGraphicFramePr>
              <a:graphicFrameLocks noChangeAspect="1"/>
            </wp:cNvGraphicFramePr>
            <a:graphic>
              <a:graphicData uri="http://schemas.openxmlformats.org/drawingml/2006/picture">
                <pic:pic>
                  <pic:nvPicPr>
                    <pic:cNvPr id="0" name="q20-sol-1@300dpi.png"/>
                    <pic:cNvPicPr/>
                  </pic:nvPicPr>
                  <pic:blipFill>
                    <a:blip r:embed="rId15"/>
                    <a:stretch>
                      <a:fillRect/>
                    </a:stretch>
                  </pic:blipFill>
                  <pic:spPr>
                    <a:xfrm>
                      <a:off x="0" y="0"/>
                      <a:ext cx="2153559" cy="1239168"/>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Using the Pythagorean theorem, we get that the radius of the semicircle is √(2). This means that the area of the semicircle is</w:t>
      </w:r>
    </w:p>
    <w:p>
      <w:pPr>
        <w:spacing w:before="0" w:after="80" w:line="300" w:lineRule="auto"/>
        <w:jc w:val="left"/>
      </w:pPr>
      <w:r>
        <w:rPr>
          <w:rFonts w:ascii="Times New Roman" w:hAnsi="Times New Roman" w:eastAsia="宋体"/>
          <w:b w:val="0"/>
          <w:i w:val="0"/>
          <w:color w:val="333333"/>
          <w:sz w:val="19"/>
        </w:rPr>
        <w:t>1/2 · π · √(2)² = 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为了最快到达公园西南角，萨曼莎必须向东走 2 个街区、向北走 1 个街区，这些步骤可排列成 3 种方式。经过公园对角线小路后，她必须再向东走 2 个街区、向北走 2 个街区到学校，这些步骤可排列成 C(4, 2)=6 种方式。</w:t>
      </w:r>
    </w:p>
    <w:p>
      <w:pPr>
        <w:spacing w:before="0" w:after="80" w:line="300" w:lineRule="auto"/>
        <w:jc w:val="left"/>
      </w:pPr>
      <w:r>
        <w:rPr>
          <w:rFonts w:ascii="Times New Roman" w:hAnsi="Times New Roman" w:eastAsia="宋体"/>
          <w:b w:val="0"/>
          <w:i w:val="0"/>
          <w:sz w:val="21"/>
        </w:rPr>
        <w:t>公园前后的选择相互独立，所以最短路线总数为 3·6=18。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reach the southwest corner of the park as quickly as possible, Samantha must go 2 blocks east and 1 block north, which can be arranged in 3 ways. After the diagonal path through the park, she must go 2 blocks east and 2 blocks north to reach school, which can be arranged in C(4, 2)=6 ways.</w:t>
      </w:r>
    </w:p>
    <w:p>
      <w:pPr>
        <w:spacing w:before="0" w:after="80" w:line="300" w:lineRule="auto"/>
        <w:jc w:val="left"/>
      </w:pPr>
      <w:r>
        <w:rPr>
          <w:rFonts w:ascii="Times New Roman" w:hAnsi="Times New Roman" w:eastAsia="宋体"/>
          <w:b w:val="0"/>
          <w:i w:val="0"/>
          <w:color w:val="333333"/>
          <w:sz w:val="19"/>
        </w:rPr>
        <w:t>The choices before and after the park are independent, so the total number of shortest routes is 3·6=18.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一个 60 乘 32 网格有 61 条竖直网格线，每条由 32 根牙签组成；还有 33 条水平网格线，每条由 60 根牙签组成。</w:t>
      </w:r>
    </w:p>
    <w:p>
      <w:pPr>
        <w:spacing w:before="0" w:after="80" w:line="300" w:lineRule="auto"/>
        <w:jc w:val="left"/>
      </w:pPr>
      <w:r>
        <w:rPr>
          <w:rFonts w:ascii="Times New Roman" w:hAnsi="Times New Roman" w:eastAsia="宋体"/>
          <w:b w:val="0"/>
          <w:i w:val="0"/>
          <w:sz w:val="21"/>
        </w:rPr>
        <w:t>因此牙签总数为</w:t>
      </w:r>
    </w:p>
    <w:p>
      <w:pPr>
        <w:spacing w:before="0" w:after="80" w:line="300" w:lineRule="auto"/>
        <w:jc w:val="left"/>
      </w:pPr>
      <w:r>
        <w:rPr>
          <w:rFonts w:ascii="Times New Roman" w:hAnsi="Times New Roman" w:eastAsia="宋体"/>
          <w:b w:val="0"/>
          <w:i w:val="0"/>
          <w:sz w:val="21"/>
        </w:rPr>
        <w:t>61·32+33·60 = 1952+1980</w:t>
      </w:r>
    </w:p>
    <w:p>
      <w:pPr>
        <w:spacing w:before="0" w:after="80" w:line="300" w:lineRule="auto"/>
        <w:jc w:val="left"/>
      </w:pPr>
      <w:r>
        <w:rPr>
          <w:rFonts w:ascii="Times New Roman" w:hAnsi="Times New Roman" w:eastAsia="宋体"/>
          <w:b w:val="0"/>
          <w:i w:val="0"/>
          <w:sz w:val="21"/>
        </w:rPr>
        <w:t>= 3932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60-by-32 grid has 61 vertical grid lines, each made of 32 toothpicks, and 33 horizontal grid lines, each made of 60 toothpicks.</w:t>
      </w:r>
    </w:p>
    <w:p>
      <w:pPr>
        <w:spacing w:before="0" w:after="80" w:line="300" w:lineRule="auto"/>
        <w:jc w:val="left"/>
      </w:pPr>
      <w:r>
        <w:rPr>
          <w:rFonts w:ascii="Times New Roman" w:hAnsi="Times New Roman" w:eastAsia="宋体"/>
          <w:b w:val="0"/>
          <w:i w:val="0"/>
          <w:color w:val="333333"/>
          <w:sz w:val="19"/>
        </w:rPr>
        <w:t>Therefore the total number of toothpicks is</w:t>
      </w:r>
    </w:p>
    <w:p>
      <w:pPr>
        <w:spacing w:before="0" w:after="80" w:line="300" w:lineRule="auto"/>
        <w:jc w:val="left"/>
      </w:pPr>
      <w:r>
        <w:rPr>
          <w:rFonts w:ascii="Times New Roman" w:hAnsi="Times New Roman" w:eastAsia="宋体"/>
          <w:b w:val="0"/>
          <w:i w:val="0"/>
          <w:color w:val="333333"/>
          <w:sz w:val="19"/>
        </w:rPr>
        <w:t>61·32+33·60 = 1952+1980</w:t>
      </w:r>
    </w:p>
    <w:p>
      <w:pPr>
        <w:spacing w:before="0" w:after="80" w:line="300" w:lineRule="auto"/>
        <w:jc w:val="left"/>
      </w:pPr>
      <w:r>
        <w:rPr>
          <w:rFonts w:ascii="Times New Roman" w:hAnsi="Times New Roman" w:eastAsia="宋体"/>
          <w:b w:val="0"/>
          <w:i w:val="0"/>
          <w:color w:val="333333"/>
          <w:sz w:val="19"/>
        </w:rPr>
        <w:t>= 3932.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AB 上的半圆面积为 8π，所以对应整圆面积为 16π。其半径为 4，因此 AB=8。</w:t>
      </w:r>
    </w:p>
    <w:p>
      <w:pPr>
        <w:spacing w:before="0" w:after="80" w:line="300" w:lineRule="auto"/>
        <w:jc w:val="left"/>
      </w:pPr>
      <w:r>
        <w:rPr>
          <w:rFonts w:ascii="Times New Roman" w:hAnsi="Times New Roman" w:eastAsia="宋体"/>
          <w:b w:val="0"/>
          <w:i w:val="0"/>
          <w:sz w:val="21"/>
        </w:rPr>
        <w:t>半径为 r 的半圆弧长为 π r。因为 AC 上的弧长为 8.5π，其半径为 8.5，所以 AC=17。</w:t>
      </w:r>
    </w:p>
    <w:p>
      <w:pPr>
        <w:spacing w:before="0" w:after="80" w:line="300" w:lineRule="auto"/>
        <w:jc w:val="left"/>
      </w:pPr>
      <w:r>
        <w:rPr>
          <w:rFonts w:ascii="Times New Roman" w:hAnsi="Times New Roman" w:eastAsia="宋体"/>
          <w:b w:val="0"/>
          <w:i w:val="0"/>
          <w:sz w:val="21"/>
        </w:rPr>
        <w:t>在直角三角形 ABC 中，由勾股定理，</w:t>
      </w:r>
    </w:p>
    <w:p>
      <w:pPr>
        <w:spacing w:before="0" w:after="80" w:line="300" w:lineRule="auto"/>
        <w:jc w:val="left"/>
      </w:pPr>
      <w:r>
        <w:rPr>
          <w:rFonts w:ascii="Times New Roman" w:hAnsi="Times New Roman" w:eastAsia="宋体"/>
          <w:b w:val="0"/>
          <w:i w:val="0"/>
          <w:sz w:val="21"/>
        </w:rPr>
        <w:t>BC=√(17²-8²)=√(225)=15。</w:t>
      </w:r>
    </w:p>
    <w:p>
      <w:pPr>
        <w:spacing w:before="0" w:after="80" w:line="300" w:lineRule="auto"/>
        <w:jc w:val="left"/>
      </w:pPr>
      <w:r>
        <w:rPr>
          <w:rFonts w:ascii="Times New Roman" w:hAnsi="Times New Roman" w:eastAsia="宋体"/>
          <w:b w:val="0"/>
          <w:i w:val="0"/>
          <w:sz w:val="21"/>
        </w:rPr>
        <w:t>因此 BC 上半圆的半径为 15/2=7.5。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semicircle on AB has area 8π, so its full circle would have area 16π. Its radius is therefore 4, and AB=8.</w:t>
      </w:r>
    </w:p>
    <w:p>
      <w:pPr>
        <w:spacing w:before="0" w:after="80" w:line="300" w:lineRule="auto"/>
        <w:jc w:val="left"/>
      </w:pPr>
      <w:r>
        <w:rPr>
          <w:rFonts w:ascii="Times New Roman" w:hAnsi="Times New Roman" w:eastAsia="宋体"/>
          <w:b w:val="0"/>
          <w:i w:val="0"/>
          <w:color w:val="333333"/>
          <w:sz w:val="19"/>
        </w:rPr>
        <w:t>A semicircle of radius r has arc length π r. Since the arc on AC has length 8.5π, its radius is 8.5, so AC=17.</w:t>
      </w:r>
    </w:p>
    <w:p>
      <w:pPr>
        <w:spacing w:before="0" w:after="80" w:line="300" w:lineRule="auto"/>
        <w:jc w:val="left"/>
      </w:pPr>
      <w:r>
        <w:rPr>
          <w:rFonts w:ascii="Times New Roman" w:hAnsi="Times New Roman" w:eastAsia="宋体"/>
          <w:b w:val="0"/>
          <w:i w:val="0"/>
          <w:color w:val="333333"/>
          <w:sz w:val="19"/>
        </w:rPr>
        <w:t>Using the Pythagorean theorem in right triangle ABC,</w:t>
      </w:r>
    </w:p>
    <w:p>
      <w:pPr>
        <w:spacing w:before="0" w:after="80" w:line="300" w:lineRule="auto"/>
        <w:jc w:val="left"/>
      </w:pPr>
      <w:r>
        <w:rPr>
          <w:rFonts w:ascii="Times New Roman" w:hAnsi="Times New Roman" w:eastAsia="宋体"/>
          <w:b w:val="0"/>
          <w:i w:val="0"/>
          <w:color w:val="333333"/>
          <w:sz w:val="19"/>
        </w:rPr>
        <w:t>BC=√(17²-8²)=√(225)=15.</w:t>
      </w:r>
    </w:p>
    <w:p>
      <w:pPr>
        <w:spacing w:before="0" w:after="80" w:line="300" w:lineRule="auto"/>
        <w:jc w:val="left"/>
      </w:pPr>
      <w:r>
        <w:rPr>
          <w:rFonts w:ascii="Times New Roman" w:hAnsi="Times New Roman" w:eastAsia="宋体"/>
          <w:b w:val="0"/>
          <w:i w:val="0"/>
          <w:color w:val="333333"/>
          <w:sz w:val="19"/>
        </w:rPr>
        <w:t>The radius of the semicircle on BC is 15/2=7.5.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设每个正方形边长为 1，则三个正方形总面积为 3。从总面积中减去对角线 AJ 左侧的非阴影区域会更容易。</w:t>
      </w:r>
    </w:p>
    <w:p>
      <w:pPr>
        <w:spacing w:before="80" w:after="80"/>
        <w:jc w:val="center"/>
      </w:pPr>
      <w:r>
        <w:drawing>
          <wp:inline xmlns:a="http://schemas.openxmlformats.org/drawingml/2006/main" xmlns:pic="http://schemas.openxmlformats.org/drawingml/2006/picture">
            <wp:extent cx="2139549" cy="2145212"/>
            <wp:docPr id="15" name="Picture 15"/>
            <wp:cNvGraphicFramePr>
              <a:graphicFrameLocks noChangeAspect="1"/>
            </wp:cNvGraphicFramePr>
            <a:graphic>
              <a:graphicData uri="http://schemas.openxmlformats.org/drawingml/2006/picture">
                <pic:pic>
                  <pic:nvPicPr>
                    <pic:cNvPr id="0" name="q24-sol-1@300dpi.png"/>
                    <pic:cNvPicPr/>
                  </pic:nvPicPr>
                  <pic:blipFill>
                    <a:blip r:embed="rId16"/>
                    <a:stretch>
                      <a:fillRect/>
                    </a:stretch>
                  </pic:blipFill>
                  <pic:spPr>
                    <a:xfrm>
                      <a:off x="0" y="0"/>
                      <a:ext cx="2139549" cy="2145212"/>
                    </a:xfrm>
                    <a:prstGeom prst="rect"/>
                  </pic:spPr>
                </pic:pic>
              </a:graphicData>
            </a:graphic>
          </wp:inline>
        </w:drawing>
      </w:r>
    </w:p>
    <w:p>
      <w:pPr>
        <w:spacing w:before="0" w:after="80" w:line="300" w:lineRule="auto"/>
        <w:jc w:val="left"/>
      </w:pPr>
      <w:r>
        <w:rPr>
          <w:rFonts w:ascii="Times New Roman" w:hAnsi="Times New Roman" w:eastAsia="宋体"/>
          <w:b w:val="0"/>
          <w:i w:val="0"/>
          <w:sz w:val="21"/>
        </w:rPr>
        <w:t>根据解答图，长方形 EDKF 面积为 1·1/2=1/2，三角形 AKJ 面积为</w:t>
      </w:r>
    </w:p>
    <w:p>
      <w:pPr>
        <w:spacing w:before="0" w:after="80" w:line="300" w:lineRule="auto"/>
        <w:jc w:val="left"/>
      </w:pPr>
      <w:r>
        <w:rPr>
          <w:rFonts w:ascii="Times New Roman" w:hAnsi="Times New Roman" w:eastAsia="宋体"/>
          <w:b w:val="0"/>
          <w:i w:val="0"/>
          <w:sz w:val="21"/>
        </w:rPr>
        <w:t>1/2·3/2·2=3/2。</w:t>
      </w:r>
    </w:p>
    <w:p>
      <w:pPr>
        <w:spacing w:before="0" w:after="80" w:line="300" w:lineRule="auto"/>
        <w:jc w:val="left"/>
      </w:pPr>
      <w:r>
        <w:rPr>
          <w:rFonts w:ascii="Times New Roman" w:hAnsi="Times New Roman" w:eastAsia="宋体"/>
          <w:b w:val="0"/>
          <w:i w:val="0"/>
          <w:sz w:val="21"/>
        </w:rPr>
        <w:t>因此非阴影面积为 1/2+3/2=2，阴影五边形面积为 3-2=1。</w:t>
      </w:r>
    </w:p>
    <w:p>
      <w:pPr>
        <w:spacing w:before="0" w:after="80" w:line="300" w:lineRule="auto"/>
        <w:jc w:val="left"/>
      </w:pPr>
      <w:r>
        <w:rPr>
          <w:rFonts w:ascii="Times New Roman" w:hAnsi="Times New Roman" w:eastAsia="宋体"/>
          <w:b w:val="0"/>
          <w:i w:val="0"/>
          <w:sz w:val="21"/>
        </w:rPr>
        <w:t>所求比值为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each square have side length 1, so the total area of the three squares is 3. It is easier to subtract the unshaded region to the left of diagonal AJ from this total.</w:t>
      </w:r>
    </w:p>
    <w:p>
      <w:pPr>
        <w:spacing w:before="80" w:after="80"/>
        <w:jc w:val="center"/>
      </w:pPr>
      <w:r>
        <w:drawing>
          <wp:inline xmlns:a="http://schemas.openxmlformats.org/drawingml/2006/main" xmlns:pic="http://schemas.openxmlformats.org/drawingml/2006/picture">
            <wp:extent cx="2139549" cy="2145212"/>
            <wp:docPr id="16" name="Picture 16"/>
            <wp:cNvGraphicFramePr>
              <a:graphicFrameLocks noChangeAspect="1"/>
            </wp:cNvGraphicFramePr>
            <a:graphic>
              <a:graphicData uri="http://schemas.openxmlformats.org/drawingml/2006/picture">
                <pic:pic>
                  <pic:nvPicPr>
                    <pic:cNvPr id="0" name="q24-sol-1@300dpi.png"/>
                    <pic:cNvPicPr/>
                  </pic:nvPicPr>
                  <pic:blipFill>
                    <a:blip r:embed="rId16"/>
                    <a:stretch>
                      <a:fillRect/>
                    </a:stretch>
                  </pic:blipFill>
                  <pic:spPr>
                    <a:xfrm>
                      <a:off x="0" y="0"/>
                      <a:ext cx="2139549" cy="214521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Using the solution diagram, rectangle EDKF has area 1·1/2=1/2, and triangle AKJ has area</w:t>
      </w:r>
    </w:p>
    <w:p>
      <w:pPr>
        <w:spacing w:before="0" w:after="80" w:line="300" w:lineRule="auto"/>
        <w:jc w:val="left"/>
      </w:pPr>
      <w:r>
        <w:rPr>
          <w:rFonts w:ascii="Times New Roman" w:hAnsi="Times New Roman" w:eastAsia="宋体"/>
          <w:b w:val="0"/>
          <w:i w:val="0"/>
          <w:color w:val="333333"/>
          <w:sz w:val="19"/>
        </w:rPr>
        <w:t>1/2·3/2·2=3/2.</w:t>
      </w:r>
    </w:p>
    <w:p>
      <w:pPr>
        <w:spacing w:before="0" w:after="80" w:line="300" w:lineRule="auto"/>
        <w:jc w:val="left"/>
      </w:pPr>
      <w:r>
        <w:rPr>
          <w:rFonts w:ascii="Times New Roman" w:hAnsi="Times New Roman" w:eastAsia="宋体"/>
          <w:b w:val="0"/>
          <w:i w:val="0"/>
          <w:color w:val="333333"/>
          <w:sz w:val="19"/>
        </w:rPr>
        <w:t>Thus the unshaded area is 1/2+3/2=2, so the shaded pentagon has area 3-2=1.</w:t>
      </w:r>
    </w:p>
    <w:p>
      <w:pPr>
        <w:spacing w:before="0" w:after="80" w:line="300" w:lineRule="auto"/>
        <w:jc w:val="left"/>
      </w:pPr>
      <w:r>
        <w:rPr>
          <w:rFonts w:ascii="Times New Roman" w:hAnsi="Times New Roman" w:eastAsia="宋体"/>
          <w:b w:val="0"/>
          <w:i w:val="0"/>
          <w:color w:val="333333"/>
          <w:sz w:val="19"/>
        </w:rPr>
        <w:t>The requested ratio is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球的半径为 2。滚动时，球心沿着与轨道平行的半圆弧运动。第一段和第三段圆弧中球心路径在轨道圆弧内侧，所以半径分别为 100-2=98 和 80-2=78。中间圆弧中球心路径在轨道圆弧外侧，所以半径为 60+2=62。</w:t>
      </w:r>
    </w:p>
    <w:p>
      <w:pPr>
        <w:spacing w:before="0" w:after="80" w:line="300" w:lineRule="auto"/>
        <w:jc w:val="left"/>
      </w:pPr>
      <w:r>
        <w:rPr>
          <w:rFonts w:ascii="Times New Roman" w:hAnsi="Times New Roman" w:eastAsia="宋体"/>
          <w:b w:val="0"/>
          <w:i w:val="0"/>
          <w:sz w:val="21"/>
        </w:rPr>
        <w:t>球心行进的总距离是三段半圆弧长度之和：</w:t>
      </w:r>
    </w:p>
    <w:p>
      <w:pPr>
        <w:spacing w:before="0" w:after="80" w:line="300" w:lineRule="auto"/>
        <w:jc w:val="left"/>
      </w:pPr>
      <w:r>
        <w:rPr>
          <w:rFonts w:ascii="Times New Roman" w:hAnsi="Times New Roman" w:eastAsia="宋体"/>
          <w:b w:val="0"/>
          <w:i w:val="0"/>
          <w:sz w:val="21"/>
        </w:rPr>
        <w:t>(98+62+78)π=238π。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ball has radius 2. As the ball rolls, its center follows semicircular arcs parallel to the track. On the first and third arcs the center path is inside the track arcs, so those radii are 100-2=98 and 80-2=78. On the middle arc the center path is outside the track arc, so that radius is 60+2=62.</w:t>
      </w:r>
    </w:p>
    <w:p>
      <w:pPr>
        <w:spacing w:before="0" w:after="80" w:line="300" w:lineRule="auto"/>
        <w:jc w:val="left"/>
      </w:pPr>
      <w:r>
        <w:rPr>
          <w:rFonts w:ascii="Times New Roman" w:hAnsi="Times New Roman" w:eastAsia="宋体"/>
          <w:b w:val="0"/>
          <w:i w:val="0"/>
          <w:color w:val="333333"/>
          <w:sz w:val="19"/>
        </w:rPr>
        <w:t>The total distance traveled by the center is the sum of the three semicircle lengths:</w:t>
      </w:r>
    </w:p>
    <w:p>
      <w:pPr>
        <w:spacing w:before="0" w:after="80" w:line="300" w:lineRule="auto"/>
        <w:jc w:val="left"/>
      </w:pPr>
      <w:r>
        <w:rPr>
          <w:rFonts w:ascii="Times New Roman" w:hAnsi="Times New Roman" w:eastAsia="宋体"/>
          <w:b w:val="0"/>
          <w:i w:val="0"/>
          <w:color w:val="333333"/>
          <w:sz w:val="19"/>
        </w:rPr>
        <w:t>(98+62+78)π=238π.</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