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1999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(6 ? 3) + 4 - (2 - 1) = 5。要使这个等式成立，6 和 3 之间的问号应替换为</w:t>
      </w:r>
    </w:p>
    <w:p>
      <w:pPr>
        <w:spacing w:before="0" w:after="120" w:line="300" w:lineRule="auto"/>
      </w:pPr>
      <w:r>
        <w:rPr>
          <w:rFonts w:ascii="Times New Roman" w:hAnsi="Times New Roman" w:eastAsia="宋体"/>
          <w:b w:val="0"/>
          <w:i w:val="0"/>
          <w:sz w:val="21"/>
        </w:rPr>
        <w:t>（A）÷　　（B）×　　（C）+　　（D）-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(6 ? 3) + 4 - (2 - 1) = 5. To make this statement true, the question mark between the 6 and the 3 should be replaced by</w:t>
      </w:r>
    </w:p>
    <w:p>
      <w:pPr>
        <w:spacing w:before="0" w:after="160" w:line="300" w:lineRule="auto"/>
      </w:pPr>
      <w:r>
        <w:rPr>
          <w:rFonts w:ascii="Times New Roman" w:hAnsi="Times New Roman" w:eastAsia="宋体"/>
          <w:b w:val="0"/>
          <w:i w:val="0"/>
          <w:color w:val="333333"/>
          <w:sz w:val="19"/>
        </w:rPr>
        <w:t>(A) ÷　　(B) ×　　(C) +　　(D) -　　(E) None of these</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10 点整时，钟表两根指针形成的较小角的度数是多少？</w:t>
      </w:r>
    </w:p>
    <w:p>
      <w:pPr>
        <w:spacing w:before="80" w:after="80"/>
        <w:jc w:val="center"/>
      </w:pPr>
      <w:r>
        <w:drawing>
          <wp:inline xmlns:a="http://schemas.openxmlformats.org/drawingml/2006/main" xmlns:pic="http://schemas.openxmlformats.org/drawingml/2006/picture">
            <wp:extent cx="2102996" cy="2102996"/>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102996" cy="2102996"/>
                    </a:xfrm>
                    <a:prstGeom prst="rect"/>
                  </pic:spPr>
                </pic:pic>
              </a:graphicData>
            </a:graphic>
          </wp:inline>
        </w:drawing>
      </w:r>
    </w:p>
    <w:p>
      <w:pPr>
        <w:spacing w:before="0" w:after="120" w:line="300" w:lineRule="auto"/>
      </w:pPr>
      <w:r>
        <w:rPr>
          <w:rFonts w:ascii="Times New Roman" w:hAnsi="Times New Roman" w:eastAsia="宋体"/>
          <w:b w:val="0"/>
          <w:i w:val="0"/>
          <w:sz w:val="21"/>
        </w:rPr>
        <w:t>（A）30　　（B）45　　（C）60　　（D）75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degree measure of the smaller angle formed by the hands of a clock at 10 o’clock?</w:t>
      </w:r>
    </w:p>
    <w:p>
      <w:pPr>
        <w:spacing w:before="80" w:after="80"/>
        <w:jc w:val="center"/>
      </w:pPr>
      <w:r>
        <w:drawing>
          <wp:inline xmlns:a="http://schemas.openxmlformats.org/drawingml/2006/main" xmlns:pic="http://schemas.openxmlformats.org/drawingml/2006/picture">
            <wp:extent cx="2102996" cy="2102996"/>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102996" cy="210299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45　　(C) 60　　(D) 75　　(E) 90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下列哪一组三个数的和不等于 1？</w:t>
      </w:r>
    </w:p>
    <w:p>
      <w:pPr>
        <w:spacing w:before="0" w:after="120" w:line="300" w:lineRule="auto"/>
      </w:pPr>
      <w:r>
        <w:rPr>
          <w:rFonts w:ascii="Times New Roman" w:hAnsi="Times New Roman" w:eastAsia="宋体"/>
          <w:b w:val="0"/>
          <w:i w:val="0"/>
          <w:sz w:val="21"/>
        </w:rPr>
        <w:t>（A）(1/2,1/3,1/6)　　（B）(2,-2,1)　　（C）(0.1,0.3,0.6)　　（D）(1.1,-2.1,1.0)　　（E）(-3/2,-5/2,5)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triplet of numbers has a sum NOT equal to 1?</w:t>
      </w:r>
    </w:p>
    <w:p>
      <w:pPr>
        <w:spacing w:before="0" w:after="160" w:line="300" w:lineRule="auto"/>
      </w:pPr>
      <w:r>
        <w:rPr>
          <w:rFonts w:ascii="Times New Roman" w:hAnsi="Times New Roman" w:eastAsia="宋体"/>
          <w:b w:val="0"/>
          <w:i w:val="0"/>
          <w:color w:val="333333"/>
          <w:sz w:val="19"/>
        </w:rPr>
        <w:t>(A) (1/2,1/3,1/6)　　(B) (2,-2,1)　　(C) (0.1,0.3,0.6)　　(D) (1.1,-2.1,1.0)　　(E) (-3/2,-5/2,5)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图中显示了骑车人阿尔韦托（Alberto）和比约恩（Bjorn）骑行的英里数。四小时后，阿尔韦托大约比比约恩多骑了多少英里？</w:t>
      </w:r>
    </w:p>
    <w:p>
      <w:pPr>
        <w:spacing w:before="80" w:after="80"/>
        <w:jc w:val="center"/>
      </w:pPr>
      <w:r>
        <w:drawing>
          <wp:inline xmlns:a="http://schemas.openxmlformats.org/drawingml/2006/main" xmlns:pic="http://schemas.openxmlformats.org/drawingml/2006/picture">
            <wp:extent cx="3058413" cy="2304419"/>
            <wp:docPr id="3" name="Picture 3"/>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3058413" cy="2304419"/>
                    </a:xfrm>
                    <a:prstGeom prst="rect"/>
                  </pic:spPr>
                </pic:pic>
              </a:graphicData>
            </a:graphic>
          </wp:inline>
        </w:drawing>
      </w:r>
    </w:p>
    <w:p>
      <w:pPr>
        <w:spacing w:before="0" w:after="120" w:line="300" w:lineRule="auto"/>
      </w:pPr>
      <w:r>
        <w:rPr>
          <w:rFonts w:ascii="Times New Roman" w:hAnsi="Times New Roman" w:eastAsia="宋体"/>
          <w:b w:val="0"/>
          <w:i w:val="0"/>
          <w:sz w:val="21"/>
        </w:rPr>
        <w:t>（A）15　　（B）20　　（C）25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shows the miles traveled by bikers Alberto and Bjorn. After four hours, about how many more miles has Alberto biked than Bjorn?</w:t>
      </w:r>
    </w:p>
    <w:p>
      <w:pPr>
        <w:spacing w:before="80" w:after="80"/>
        <w:jc w:val="center"/>
      </w:pPr>
      <w:r>
        <w:drawing>
          <wp:inline xmlns:a="http://schemas.openxmlformats.org/drawingml/2006/main" xmlns:pic="http://schemas.openxmlformats.org/drawingml/2006/picture">
            <wp:extent cx="3058413" cy="2304419"/>
            <wp:docPr id="4" name="Picture 4"/>
            <wp:cNvGraphicFramePr>
              <a:graphicFrameLocks noChangeAspect="1"/>
            </wp:cNvGraphicFramePr>
            <a:graphic>
              <a:graphicData uri="http://schemas.openxmlformats.org/drawingml/2006/picture">
                <pic:pic>
                  <pic:nvPicPr>
                    <pic:cNvPr id="0" name="q04-1@300dpi.png"/>
                    <pic:cNvPicPr/>
                  </pic:nvPicPr>
                  <pic:blipFill>
                    <a:blip r:embed="rId10"/>
                    <a:stretch>
                      <a:fillRect/>
                    </a:stretch>
                  </pic:blipFill>
                  <pic:spPr>
                    <a:xfrm>
                      <a:off x="0" y="0"/>
                      <a:ext cx="3058413" cy="23044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　　(B) 20　　(C) 25　　(D) 30　　(E) 35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一个长 50 英尺、宽 10 英尺的长方形花园被栅栏围住。为了在使用同样栅栏的情况下扩大花园，花园改成正方形。面积增加了多少平方英尺？</w:t>
      </w:r>
    </w:p>
    <w:p>
      <w:pPr>
        <w:spacing w:before="0" w:after="120" w:line="300" w:lineRule="auto"/>
      </w:pPr>
      <w:r>
        <w:rPr>
          <w:rFonts w:ascii="Times New Roman" w:hAnsi="Times New Roman" w:eastAsia="宋体"/>
          <w:b w:val="0"/>
          <w:i w:val="0"/>
          <w:sz w:val="21"/>
        </w:rPr>
        <w:t>（A）100　　（B）200　　（C）300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garden 50 feet long and 10 feet wide is enclosed by a fence. To make the garden larger, while using the same fence, its shape is changed to a square. By how many square feet does this enlarge the garden?</w:t>
      </w:r>
    </w:p>
    <w:p>
      <w:pPr>
        <w:spacing w:before="0" w:after="160" w:line="300" w:lineRule="auto"/>
      </w:pPr>
      <w:r>
        <w:rPr>
          <w:rFonts w:ascii="Times New Roman" w:hAnsi="Times New Roman" w:eastAsia="宋体"/>
          <w:b w:val="0"/>
          <w:i w:val="0"/>
          <w:color w:val="333333"/>
          <w:sz w:val="19"/>
        </w:rPr>
        <w:t>(A) 100　　(B) 200　　(C) 300　　(D) 400　　(E) 500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博、科、弗洛、乔和莫的钱数各不相同。乔和博都没有弗洛的钱多。博和科都比莫钱多。乔比莫钱多，但比博钱少。谁的钱最少？</w:t>
      </w:r>
    </w:p>
    <w:p>
      <w:pPr>
        <w:spacing w:before="0" w:after="120" w:line="300" w:lineRule="auto"/>
      </w:pPr>
      <w:r>
        <w:rPr>
          <w:rFonts w:ascii="Times New Roman" w:hAnsi="Times New Roman" w:eastAsia="宋体"/>
          <w:b w:val="0"/>
          <w:i w:val="0"/>
          <w:sz w:val="21"/>
        </w:rPr>
        <w:t>（A）博　　（B）科　　（C）弗洛　　（D）乔　　（E）莫</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Bo, Coe, Flo, Jo, and Moe have different amounts of money. Neither Jo nor Bo has as much money as Flo. Both Bo and Coe have more than Moe. Jo has more than Moe, but less than Bo. Who has the least amount of money?</w:t>
      </w:r>
    </w:p>
    <w:p>
      <w:pPr>
        <w:spacing w:before="0" w:after="160" w:line="300" w:lineRule="auto"/>
      </w:pPr>
      <w:r>
        <w:rPr>
          <w:rFonts w:ascii="Times New Roman" w:hAnsi="Times New Roman" w:eastAsia="宋体"/>
          <w:b w:val="0"/>
          <w:i w:val="0"/>
          <w:color w:val="333333"/>
          <w:sz w:val="19"/>
        </w:rPr>
        <w:t>(A) Bo　　(B) Coe　　(C) Flo　　(D) Jo　　(E) Moe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一条高速公路的第三个出口在 40 英里标处，第十个出口在 160 英里标处。一个服务中心位于从第三个出口到第十个出口路程的四分之三处。这个服务中心应在多少英里标处？</w:t>
      </w:r>
    </w:p>
    <w:p>
      <w:pPr>
        <w:spacing w:before="0" w:after="120" w:line="300" w:lineRule="auto"/>
      </w:pPr>
      <w:r>
        <w:rPr>
          <w:rFonts w:ascii="Times New Roman" w:hAnsi="Times New Roman" w:eastAsia="宋体"/>
          <w:b w:val="0"/>
          <w:i w:val="0"/>
          <w:sz w:val="21"/>
        </w:rPr>
        <w:t>（A）90　　（B）100　　（C）110　　（D）120　　（E）130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third exit on a highway is located at milepost 40 and the tenth exit is at milepost 160. There is a service center on the highway located three-fourths of the way from the third exit to the tenth exit. At what milepost would you expect to find this service center?</w:t>
      </w:r>
    </w:p>
    <w:p>
      <w:pPr>
        <w:spacing w:before="0" w:after="160" w:line="300" w:lineRule="auto"/>
      </w:pPr>
      <w:r>
        <w:rPr>
          <w:rFonts w:ascii="Times New Roman" w:hAnsi="Times New Roman" w:eastAsia="宋体"/>
          <w:b w:val="0"/>
          <w:i w:val="0"/>
          <w:color w:val="333333"/>
          <w:sz w:val="19"/>
        </w:rPr>
        <w:t>(A) 90　　(B) 100　　(C) 110　　(D) 120　　(E) 130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六个正方形的正反两面都涂了颜色（R 表示红色，B 表示蓝色，O 表示橙色，Y 表示黄色，G 表示绿色，W 表示白色）。它们按图所示铰接在一起，然后折成一个立方体。与白色面相对的面是</w:t>
      </w:r>
    </w:p>
    <w:p>
      <w:pPr>
        <w:spacing w:before="80" w:after="80"/>
        <w:jc w:val="center"/>
      </w:pPr>
      <w:r>
        <w:drawing>
          <wp:inline xmlns:a="http://schemas.openxmlformats.org/drawingml/2006/main" xmlns:pic="http://schemas.openxmlformats.org/drawingml/2006/picture">
            <wp:extent cx="2806383" cy="2107962"/>
            <wp:docPr id="5" name="Picture 5"/>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2806383" cy="2107962"/>
                    </a:xfrm>
                    <a:prstGeom prst="rect"/>
                  </pic:spPr>
                </pic:pic>
              </a:graphicData>
            </a:graphic>
          </wp:inline>
        </w:drawing>
      </w:r>
    </w:p>
    <w:p>
      <w:pPr>
        <w:spacing w:before="0" w:after="120" w:line="300" w:lineRule="auto"/>
      </w:pPr>
      <w:r>
        <w:rPr>
          <w:rFonts w:ascii="Times New Roman" w:hAnsi="Times New Roman" w:eastAsia="宋体"/>
          <w:b w:val="0"/>
          <w:i w:val="0"/>
          <w:sz w:val="21"/>
        </w:rPr>
        <w:t>（A）B　　（B）G　　（C）O　　（D）R　　（E）Y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squares are colored, front and back (R = red, B = blue, O = orange, Y = yellow, G = green, and W = white). They are hinged together as shown, then folded to form a cube. The face opposite the white face is</w:t>
      </w:r>
    </w:p>
    <w:p>
      <w:pPr>
        <w:spacing w:before="80" w:after="80"/>
        <w:jc w:val="center"/>
      </w:pPr>
      <w:r>
        <w:drawing>
          <wp:inline xmlns:a="http://schemas.openxmlformats.org/drawingml/2006/main" xmlns:pic="http://schemas.openxmlformats.org/drawingml/2006/picture">
            <wp:extent cx="2806383" cy="2107962"/>
            <wp:docPr id="6" name="Picture 6"/>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2806383" cy="210796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B　　(B) G　　(C) O　　(D) R　　(E) 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如图，三个花坛互相重叠。花坛 A 有 500 株植物，花坛 B 有 450 株植物，花坛 C 有 350 株植物。花坛 A 和 B 共有 50 株植物，花坛 A 和 C 共有 100 株植物。植物总数是</w:t>
      </w:r>
    </w:p>
    <w:p>
      <w:pPr>
        <w:spacing w:before="80" w:after="80"/>
        <w:jc w:val="center"/>
      </w:pPr>
      <w:r>
        <w:drawing>
          <wp:inline xmlns:a="http://schemas.openxmlformats.org/drawingml/2006/main" xmlns:pic="http://schemas.openxmlformats.org/drawingml/2006/picture">
            <wp:extent cx="3838832" cy="1925765"/>
            <wp:docPr id="7" name="Picture 7"/>
            <wp:cNvGraphicFramePr>
              <a:graphicFrameLocks noChangeAspect="1"/>
            </wp:cNvGraphicFramePr>
            <a:graphic>
              <a:graphicData uri="http://schemas.openxmlformats.org/drawingml/2006/picture">
                <pic:pic>
                  <pic:nvPicPr>
                    <pic:cNvPr id="0" name="q09-1@300dpi.png"/>
                    <pic:cNvPicPr/>
                  </pic:nvPicPr>
                  <pic:blipFill>
                    <a:blip r:embed="rId12"/>
                    <a:stretch>
                      <a:fillRect/>
                    </a:stretch>
                  </pic:blipFill>
                  <pic:spPr>
                    <a:xfrm>
                      <a:off x="0" y="0"/>
                      <a:ext cx="3838832" cy="1925765"/>
                    </a:xfrm>
                    <a:prstGeom prst="rect"/>
                  </pic:spPr>
                </pic:pic>
              </a:graphicData>
            </a:graphic>
          </wp:inline>
        </w:drawing>
      </w:r>
    </w:p>
    <w:p>
      <w:pPr>
        <w:spacing w:before="0" w:after="120" w:line="300" w:lineRule="auto"/>
      </w:pPr>
      <w:r>
        <w:rPr>
          <w:rFonts w:ascii="Times New Roman" w:hAnsi="Times New Roman" w:eastAsia="宋体"/>
          <w:b w:val="0"/>
          <w:i w:val="0"/>
          <w:sz w:val="21"/>
        </w:rPr>
        <w:t>（A）850　　（B）1000　　（C）1150　　（D）1300　　（E）1450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flower beds overlap as shown. Bed A has 500 plants, bed B has 450 plants, and bed C has 350 plants. Beds A and B share 50 plants, while beds A and C share 100. The total number of plants is</w:t>
      </w:r>
    </w:p>
    <w:p>
      <w:pPr>
        <w:spacing w:before="80" w:after="80"/>
        <w:jc w:val="center"/>
      </w:pPr>
      <w:r>
        <w:drawing>
          <wp:inline xmlns:a="http://schemas.openxmlformats.org/drawingml/2006/main" xmlns:pic="http://schemas.openxmlformats.org/drawingml/2006/picture">
            <wp:extent cx="3838832" cy="1925765"/>
            <wp:docPr id="8" name="Picture 8"/>
            <wp:cNvGraphicFramePr>
              <a:graphicFrameLocks noChangeAspect="1"/>
            </wp:cNvGraphicFramePr>
            <a:graphic>
              <a:graphicData uri="http://schemas.openxmlformats.org/drawingml/2006/picture">
                <pic:pic>
                  <pic:nvPicPr>
                    <pic:cNvPr id="0" name="q09-1@300dpi.png"/>
                    <pic:cNvPicPr/>
                  </pic:nvPicPr>
                  <pic:blipFill>
                    <a:blip r:embed="rId12"/>
                    <a:stretch>
                      <a:fillRect/>
                    </a:stretch>
                  </pic:blipFill>
                  <pic:spPr>
                    <a:xfrm>
                      <a:off x="0" y="0"/>
                      <a:ext cx="3838832" cy="192576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850　　(B) 1000　　(C) 1150　　(D) 1300　　(E) 1450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一个交通灯的完整周期为 60 秒。每个周期中绿灯 25 秒，黄灯 5 秒，红灯 30 秒。在随机选取的一个时刻，交通灯不是绿灯的概率是多少？</w:t>
      </w:r>
    </w:p>
    <w:p>
      <w:pPr>
        <w:spacing w:before="0" w:after="120" w:line="300" w:lineRule="auto"/>
      </w:pPr>
      <w:r>
        <w:rPr>
          <w:rFonts w:ascii="Times New Roman" w:hAnsi="Times New Roman" w:eastAsia="宋体"/>
          <w:b w:val="0"/>
          <w:i w:val="0"/>
          <w:sz w:val="21"/>
        </w:rPr>
        <w:t>（A）1/4　　（B）1/3　　（C）5/12　　（D）1/2　　（E）7/12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complete cycle of a traffic light takes 60 seconds. During each cycle the light is green for 25 seconds, yellow for 5 seconds, and red for 30 seconds. At a randomly chosen time, what is the probability that the light will NOT be green?</w:t>
      </w:r>
    </w:p>
    <w:p>
      <w:pPr>
        <w:spacing w:before="0" w:after="160" w:line="300" w:lineRule="auto"/>
      </w:pPr>
      <w:r>
        <w:rPr>
          <w:rFonts w:ascii="Times New Roman" w:hAnsi="Times New Roman" w:eastAsia="宋体"/>
          <w:b w:val="0"/>
          <w:i w:val="0"/>
          <w:color w:val="333333"/>
          <w:sz w:val="19"/>
        </w:rPr>
        <w:t>(A) 1/4　　(B) 1/3　　(C) 5/12　　(D) 1/2　　(E) 7/12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将 1、4、7、10 和 13 这五个数分别填入五个方格中，使横排三个数之和等于竖列三个数之和。横排或竖列的和最大可能是多少？</w:t>
      </w:r>
    </w:p>
    <w:p>
      <w:pPr>
        <w:spacing w:before="80" w:after="80"/>
        <w:jc w:val="center"/>
      </w:pPr>
      <w:r>
        <w:drawing>
          <wp:inline xmlns:a="http://schemas.openxmlformats.org/drawingml/2006/main" xmlns:pic="http://schemas.openxmlformats.org/drawingml/2006/picture">
            <wp:extent cx="468191" cy="468191"/>
            <wp:docPr id="9" name="Picture 9"/>
            <wp:cNvGraphicFramePr>
              <a:graphicFrameLocks noChangeAspect="1"/>
            </wp:cNvGraphicFramePr>
            <a:graphic>
              <a:graphicData uri="http://schemas.openxmlformats.org/drawingml/2006/picture">
                <pic:pic>
                  <pic:nvPicPr>
                    <pic:cNvPr id="0" name="q11-1@300dpi.png"/>
                    <pic:cNvPicPr/>
                  </pic:nvPicPr>
                  <pic:blipFill>
                    <a:blip r:embed="rId13"/>
                    <a:stretch>
                      <a:fillRect/>
                    </a:stretch>
                  </pic:blipFill>
                  <pic:spPr>
                    <a:xfrm>
                      <a:off x="0" y="0"/>
                      <a:ext cx="468191" cy="468191"/>
                    </a:xfrm>
                    <a:prstGeom prst="rect"/>
                  </pic:spPr>
                </pic:pic>
              </a:graphicData>
            </a:graphic>
          </wp:inline>
        </w:drawing>
      </w:r>
    </w:p>
    <w:p>
      <w:pPr>
        <w:spacing w:before="0" w:after="120" w:line="300" w:lineRule="auto"/>
      </w:pPr>
      <w:r>
        <w:rPr>
          <w:rFonts w:ascii="Times New Roman" w:hAnsi="Times New Roman" w:eastAsia="宋体"/>
          <w:b w:val="0"/>
          <w:i w:val="0"/>
          <w:sz w:val="21"/>
        </w:rPr>
        <w:t>（A）20　　（B）21　　（C）22　　（D）24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five numbers 1, 4, 7, 10, and 13 is placed in one of the five squares so that the sum of the three numbers in the horizontal row equals the sum of the three numbers in the vertical column. The largest possible value for the horizontal or vertical sum is</w:t>
      </w:r>
    </w:p>
    <w:p>
      <w:pPr>
        <w:spacing w:before="80" w:after="80"/>
        <w:jc w:val="center"/>
      </w:pPr>
      <w:r>
        <w:drawing>
          <wp:inline xmlns:a="http://schemas.openxmlformats.org/drawingml/2006/main" xmlns:pic="http://schemas.openxmlformats.org/drawingml/2006/picture">
            <wp:extent cx="468191" cy="468191"/>
            <wp:docPr id="10" name="Picture 10"/>
            <wp:cNvGraphicFramePr>
              <a:graphicFrameLocks noChangeAspect="1"/>
            </wp:cNvGraphicFramePr>
            <a:graphic>
              <a:graphicData uri="http://schemas.openxmlformats.org/drawingml/2006/picture">
                <pic:pic>
                  <pic:nvPicPr>
                    <pic:cNvPr id="0" name="q11-1@300dpi.png"/>
                    <pic:cNvPicPr/>
                  </pic:nvPicPr>
                  <pic:blipFill>
                    <a:blip r:embed="rId13"/>
                    <a:stretch>
                      <a:fillRect/>
                    </a:stretch>
                  </pic:blipFill>
                  <pic:spPr>
                    <a:xfrm>
                      <a:off x="0" y="0"/>
                      <a:ext cx="468191" cy="4681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21　　(C) 22　　(D) 24　　(E) 30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中学小将队赢的场数与输的场数之比为 11/4，没有平局。四舍五入到最接近的整数百分比，这支队输了百分之多少的比赛？</w:t>
      </w:r>
    </w:p>
    <w:p>
      <w:pPr>
        <w:spacing w:before="0" w:after="120" w:line="300" w:lineRule="auto"/>
      </w:pPr>
      <w:r>
        <w:rPr>
          <w:rFonts w:ascii="Times New Roman" w:hAnsi="Times New Roman" w:eastAsia="宋体"/>
          <w:b w:val="0"/>
          <w:i w:val="0"/>
          <w:sz w:val="21"/>
        </w:rPr>
        <w:t>（A）24%　　（B）27%　　（C）36%　　（D）45%　　（E）73%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ratio of the number of games won to the number of games lost (no ties) by the Middle School Middies is 11/4. To the nearest whole percent, what percent of its games did the team lose?</w:t>
      </w:r>
    </w:p>
    <w:p>
      <w:pPr>
        <w:spacing w:before="0" w:after="160" w:line="300" w:lineRule="auto"/>
      </w:pPr>
      <w:r>
        <w:rPr>
          <w:rFonts w:ascii="Times New Roman" w:hAnsi="Times New Roman" w:eastAsia="宋体"/>
          <w:b w:val="0"/>
          <w:i w:val="0"/>
          <w:color w:val="333333"/>
          <w:sz w:val="19"/>
        </w:rPr>
        <w:t>(A) 24%　　(B) 27%　　(C) 36%　　(D) 45%　　(E) 73%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一个计算机科学营有 40 名成员，平均年龄为 17 岁。其中有 20 个女孩、15 个男孩和 5 个成年人。如果女孩的平均年龄为 15 岁，男孩的平均年龄为 16 岁，那么成年人的平均年龄是多少？</w:t>
      </w:r>
    </w:p>
    <w:p>
      <w:pPr>
        <w:spacing w:before="0" w:after="120" w:line="300" w:lineRule="auto"/>
      </w:pPr>
      <w:r>
        <w:rPr>
          <w:rFonts w:ascii="Times New Roman" w:hAnsi="Times New Roman" w:eastAsia="宋体"/>
          <w:b w:val="0"/>
          <w:i w:val="0"/>
          <w:sz w:val="21"/>
        </w:rPr>
        <w:t>（A）26　　（B）27　　（C）28　　（D）29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age of the 40 members of a computer science camp is 17 years. There are 20 girls, 15 boys, and 5 adults. If the average age of the girls is 15 and the average age of the boys is 16, what is the average age of the adults?</w:t>
      </w:r>
    </w:p>
    <w:p>
      <w:pPr>
        <w:spacing w:before="0" w:after="160" w:line="300" w:lineRule="auto"/>
      </w:pPr>
      <w:r>
        <w:rPr>
          <w:rFonts w:ascii="Times New Roman" w:hAnsi="Times New Roman" w:eastAsia="宋体"/>
          <w:b w:val="0"/>
          <w:i w:val="0"/>
          <w:color w:val="333333"/>
          <w:sz w:val="19"/>
        </w:rPr>
        <w:t>(A) 26　　(B) 27　　(C) 28　　(D) 29　　(E) 30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在梯形 ABCD 中，边 AB 和 CD 相等。ABCD 的周长是</w:t>
      </w:r>
    </w:p>
    <w:p>
      <w:pPr>
        <w:spacing w:before="80" w:after="80"/>
        <w:jc w:val="center"/>
      </w:pPr>
      <w:r>
        <w:drawing>
          <wp:inline xmlns:a="http://schemas.openxmlformats.org/drawingml/2006/main" xmlns:pic="http://schemas.openxmlformats.org/drawingml/2006/picture">
            <wp:extent cx="4500000" cy="1037923"/>
            <wp:docPr id="11" name="Picture 11"/>
            <wp:cNvGraphicFramePr>
              <a:graphicFrameLocks noChangeAspect="1"/>
            </wp:cNvGraphicFramePr>
            <a:graphic>
              <a:graphicData uri="http://schemas.openxmlformats.org/drawingml/2006/picture">
                <pic:pic>
                  <pic:nvPicPr>
                    <pic:cNvPr id="0" name="q14-1@219dpi.png"/>
                    <pic:cNvPicPr/>
                  </pic:nvPicPr>
                  <pic:blipFill>
                    <a:blip r:embed="rId14"/>
                    <a:stretch>
                      <a:fillRect/>
                    </a:stretch>
                  </pic:blipFill>
                  <pic:spPr>
                    <a:xfrm>
                      <a:off x="0" y="0"/>
                      <a:ext cx="4500000" cy="1037923"/>
                    </a:xfrm>
                    <a:prstGeom prst="rect"/>
                  </pic:spPr>
                </pic:pic>
              </a:graphicData>
            </a:graphic>
          </wp:inline>
        </w:drawing>
      </w:r>
    </w:p>
    <w:p>
      <w:pPr>
        <w:spacing w:before="0" w:after="120" w:line="300" w:lineRule="auto"/>
      </w:pPr>
      <w:r>
        <w:rPr>
          <w:rFonts w:ascii="Times New Roman" w:hAnsi="Times New Roman" w:eastAsia="宋体"/>
          <w:b w:val="0"/>
          <w:i w:val="0"/>
          <w:sz w:val="21"/>
        </w:rPr>
        <w:t>（A）27　　（B）30　　（C）32　　（D）34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trapezoid ABCD, the sides AB and CD are equal. The perimeter of ABCD is</w:t>
      </w:r>
    </w:p>
    <w:p>
      <w:pPr>
        <w:spacing w:before="80" w:after="80"/>
        <w:jc w:val="center"/>
      </w:pPr>
      <w:r>
        <w:drawing>
          <wp:inline xmlns:a="http://schemas.openxmlformats.org/drawingml/2006/main" xmlns:pic="http://schemas.openxmlformats.org/drawingml/2006/picture">
            <wp:extent cx="4500000" cy="1037923"/>
            <wp:docPr id="12" name="Picture 12"/>
            <wp:cNvGraphicFramePr>
              <a:graphicFrameLocks noChangeAspect="1"/>
            </wp:cNvGraphicFramePr>
            <a:graphic>
              <a:graphicData uri="http://schemas.openxmlformats.org/drawingml/2006/picture">
                <pic:pic>
                  <pic:nvPicPr>
                    <pic:cNvPr id="0" name="q14-1@219dpi.png"/>
                    <pic:cNvPicPr/>
                  </pic:nvPicPr>
                  <pic:blipFill>
                    <a:blip r:embed="rId14"/>
                    <a:stretch>
                      <a:fillRect/>
                    </a:stretch>
                  </pic:blipFill>
                  <pic:spPr>
                    <a:xfrm>
                      <a:off x="0" y="0"/>
                      <a:ext cx="4500000" cy="10379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27　　(B) 30　　(C) 32　　(D) 34　　(E) 48</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平原镇的自行车牌照每个含有三个字母。第一个字母从集合 {C,H,L,P,R} 中选，第二个从 {A,I,O} 中选，第三个从 {D,M,N,T} 中选。</w:t>
      </w:r>
    </w:p>
    <w:p>
      <w:pPr>
        <w:spacing w:before="0" w:after="80" w:line="300" w:lineRule="auto"/>
        <w:jc w:val="left"/>
      </w:pPr>
      <w:r>
        <w:rPr>
          <w:rFonts w:ascii="Times New Roman" w:hAnsi="Times New Roman" w:eastAsia="宋体"/>
          <w:b w:val="0"/>
          <w:i w:val="0"/>
          <w:sz w:val="21"/>
        </w:rPr>
        <w:t>当平原镇需要更多牌照时，他们增加了两个新字母。这两个新字母可以都加入同一个集合，也可以分别加入两个不同集合。加入两个字母后，最多能多制作多少个</w:t>
      </w:r>
      <w:r>
        <w:rPr>
          <w:rFonts w:ascii="Times New Roman" w:hAnsi="Times New Roman" w:eastAsia="宋体"/>
          <w:b w:val="0"/>
          <w:i/>
          <w:sz w:val="21"/>
        </w:rPr>
        <w:t>额外</w:t>
      </w:r>
      <w:r>
        <w:rPr>
          <w:rFonts w:ascii="Times New Roman" w:hAnsi="Times New Roman" w:eastAsia="宋体"/>
          <w:b w:val="0"/>
          <w:i w:val="0"/>
          <w:sz w:val="21"/>
        </w:rPr>
        <w:t>牌照？</w:t>
      </w:r>
    </w:p>
    <w:p>
      <w:pPr>
        <w:spacing w:before="0" w:after="120" w:line="300" w:lineRule="auto"/>
      </w:pPr>
      <w:r>
        <w:rPr>
          <w:rFonts w:ascii="Times New Roman" w:hAnsi="Times New Roman" w:eastAsia="宋体"/>
          <w:b w:val="0"/>
          <w:i w:val="0"/>
          <w:sz w:val="21"/>
        </w:rPr>
        <w:t>（A）24　　（B）30　　（C）36　　（D）40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Bicycle license plates in Flatville each contain three letters. The first is chosen from the set {C,H,L,P,R}, the second from {A,I,O}, and the third from {D,M,N,T}.</w:t>
      </w:r>
    </w:p>
    <w:p>
      <w:pPr>
        <w:spacing w:before="0" w:after="80" w:line="300" w:lineRule="auto"/>
        <w:jc w:val="left"/>
      </w:pPr>
      <w:r>
        <w:rPr>
          <w:rFonts w:ascii="Times New Roman" w:hAnsi="Times New Roman" w:eastAsia="宋体"/>
          <w:b w:val="0"/>
          <w:i w:val="0"/>
          <w:color w:val="333333"/>
          <w:sz w:val="19"/>
        </w:rPr>
        <w:t>When Flatville needed more license plates, they added two new letters. The new letters may both be added to one set or one letter may be added to one set and one to another set. What is the largest possible number of</w:t>
      </w:r>
      <w:r>
        <w:rPr>
          <w:rFonts w:ascii="Times New Roman" w:hAnsi="Times New Roman" w:eastAsia="宋体"/>
          <w:b w:val="0"/>
          <w:i/>
          <w:color w:val="333333"/>
          <w:sz w:val="19"/>
        </w:rPr>
        <w:t>additional</w:t>
      </w:r>
      <w:r>
        <w:rPr>
          <w:rFonts w:ascii="Times New Roman" w:hAnsi="Times New Roman" w:eastAsia="宋体"/>
          <w:b w:val="0"/>
          <w:i w:val="0"/>
          <w:color w:val="333333"/>
          <w:sz w:val="19"/>
        </w:rPr>
        <w:t>license plates that can be made by adding two letters?</w:t>
      </w:r>
    </w:p>
    <w:p>
      <w:pPr>
        <w:spacing w:before="0" w:after="160" w:line="300" w:lineRule="auto"/>
      </w:pPr>
      <w:r>
        <w:rPr>
          <w:rFonts w:ascii="Times New Roman" w:hAnsi="Times New Roman" w:eastAsia="宋体"/>
          <w:b w:val="0"/>
          <w:i w:val="0"/>
          <w:color w:val="333333"/>
          <w:sz w:val="19"/>
        </w:rPr>
        <w:t>(A) 24　　(B) 30　　(C) 36　　(D) 40　　(E) 60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托里的数学测试有 75 道题：10 道算术题、30 道代数题和 35 道几何题。她答对了 70% 的算术题、40% 的代数题和 60% 的几何题，但因为答对题数少于 60%，所以没有通过测试。</w:t>
      </w:r>
    </w:p>
    <w:p>
      <w:pPr>
        <w:spacing w:before="0" w:after="80" w:line="300" w:lineRule="auto"/>
        <w:jc w:val="left"/>
      </w:pPr>
      <w:r>
        <w:rPr>
          <w:rFonts w:ascii="Times New Roman" w:hAnsi="Times New Roman" w:eastAsia="宋体"/>
          <w:b w:val="0"/>
          <w:i w:val="0"/>
          <w:sz w:val="21"/>
        </w:rPr>
        <w:t>她还需要多答对多少道题，才能达到 60% 的及格分数？</w:t>
      </w:r>
    </w:p>
    <w:p>
      <w:pPr>
        <w:spacing w:before="0" w:after="120" w:line="300" w:lineRule="auto"/>
      </w:pPr>
      <w:r>
        <w:rPr>
          <w:rFonts w:ascii="Times New Roman" w:hAnsi="Times New Roman" w:eastAsia="宋体"/>
          <w:b w:val="0"/>
          <w:i w:val="0"/>
          <w:sz w:val="21"/>
        </w:rPr>
        <w:t>（A）1　　（B）5　　（C）7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Tori’s mathematics test had 75 problems: 10 arithmetic, 30 algebra, and 35 geometry problems. Although she answered 70% of the arithmetic, 40% of the algebra, and 60% of the geometry problems correctly, she did not pass the test because she got less than 60% of the problems right.</w:t>
      </w:r>
    </w:p>
    <w:p>
      <w:pPr>
        <w:spacing w:before="0" w:after="80" w:line="300" w:lineRule="auto"/>
        <w:jc w:val="left"/>
      </w:pPr>
      <w:r>
        <w:rPr>
          <w:rFonts w:ascii="Times New Roman" w:hAnsi="Times New Roman" w:eastAsia="宋体"/>
          <w:b w:val="0"/>
          <w:i w:val="0"/>
          <w:color w:val="333333"/>
          <w:sz w:val="19"/>
        </w:rPr>
        <w:t>How many more problems would she have needed to answer correctly to earn a 60% passing grade?</w:t>
      </w:r>
    </w:p>
    <w:p>
      <w:pPr>
        <w:spacing w:before="0" w:after="160" w:line="300" w:lineRule="auto"/>
      </w:pPr>
      <w:r>
        <w:rPr>
          <w:rFonts w:ascii="Times New Roman" w:hAnsi="Times New Roman" w:eastAsia="宋体"/>
          <w:b w:val="0"/>
          <w:i w:val="0"/>
          <w:color w:val="333333"/>
          <w:sz w:val="19"/>
        </w:rPr>
        <w:t>(A) 1　　(B) 5　　(C) 7　　(D) 9　　(E) 11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第 17、18 和 19 题参考以下内容：</w:t>
      </w:r>
    </w:p>
    <w:p>
      <w:pPr>
        <w:spacing w:before="0" w:after="80" w:line="300" w:lineRule="auto"/>
        <w:jc w:val="left"/>
      </w:pPr>
      <w:r>
        <w:rPr>
          <w:rFonts w:ascii="Times New Roman" w:hAnsi="Times New Roman" w:eastAsia="宋体"/>
          <w:b w:val="0"/>
          <w:i w:val="0"/>
          <w:sz w:val="21"/>
        </w:rPr>
        <w:t>给一群人做饼干</w:t>
      </w:r>
    </w:p>
    <w:p>
      <w:pPr>
        <w:spacing w:before="0" w:after="80" w:line="300" w:lineRule="auto"/>
        <w:jc w:val="left"/>
      </w:pPr>
      <w:r>
        <w:rPr>
          <w:rFonts w:ascii="Times New Roman" w:hAnsi="Times New Roman" w:eastAsia="宋体"/>
          <w:b w:val="0"/>
          <w:i w:val="0"/>
          <w:sz w:val="21"/>
        </w:rPr>
        <w:t>中央中学有 108 名参加 AMC 8 的学生，他们晚上聚在一起讨论题目，并且平均每人吃两个饼干。今年沃尔特和格蕾特要烤邦妮牌美味条形饼干。这个食谱每盘做 15 个饼干，配料包括：11/2 杯面粉、2 个鸡蛋、3 汤匙黄油、3/4 杯糖和 1 包巧克力粒。他们只做完整份食谱，不做部分份。</w:t>
      </w:r>
    </w:p>
    <w:p>
      <w:pPr>
        <w:spacing w:before="0" w:after="80" w:line="300" w:lineRule="auto"/>
        <w:jc w:val="left"/>
      </w:pPr>
      <w:r>
        <w:rPr>
          <w:rFonts w:ascii="Times New Roman" w:hAnsi="Times New Roman" w:eastAsia="宋体"/>
          <w:b w:val="0"/>
          <w:i w:val="0"/>
          <w:sz w:val="21"/>
        </w:rPr>
        <w:t>沃尔特可以按半打购买鸡蛋。为了做足够的饼干，他应该买多少半打鸡蛋？（可能会剩下一些鸡蛋和一些饼干。）</w:t>
      </w:r>
    </w:p>
    <w:p>
      <w:pPr>
        <w:spacing w:before="0" w:after="120" w:line="300" w:lineRule="auto"/>
      </w:pPr>
      <w:r>
        <w:rPr>
          <w:rFonts w:ascii="Times New Roman" w:hAnsi="Times New Roman" w:eastAsia="宋体"/>
          <w:b w:val="0"/>
          <w:i w:val="0"/>
          <w:sz w:val="21"/>
        </w:rPr>
        <w:t>（A）1　　（B）2　　（C）5　　（D）7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Problems 17, 18, and 19 refer to the following:</w:t>
      </w:r>
    </w:p>
    <w:p>
      <w:pPr>
        <w:spacing w:before="0" w:after="80" w:line="300" w:lineRule="auto"/>
        <w:jc w:val="left"/>
      </w:pPr>
      <w:r>
        <w:rPr>
          <w:rFonts w:ascii="Times New Roman" w:hAnsi="Times New Roman" w:eastAsia="宋体"/>
          <w:b w:val="0"/>
          <w:i w:val="0"/>
          <w:color w:val="333333"/>
          <w:sz w:val="19"/>
        </w:rPr>
        <w:t>Cookies For a Crowd</w:t>
      </w:r>
    </w:p>
    <w:p>
      <w:pPr>
        <w:spacing w:before="0" w:after="80" w:line="300" w:lineRule="auto"/>
        <w:jc w:val="left"/>
      </w:pPr>
      <w:r>
        <w:rPr>
          <w:rFonts w:ascii="Times New Roman" w:hAnsi="Times New Roman" w:eastAsia="宋体"/>
          <w:b w:val="0"/>
          <w:i w:val="0"/>
          <w:color w:val="333333"/>
          <w:sz w:val="19"/>
        </w:rPr>
        <w:t>At Central Middle School the 108 students who take the AMC 8 meet in the evening to talk about problems and eat an average of two cookies apiece. Walter and Gretel are baking Bonnie’s Best Bar Cookies this year. Their recipe, which makes a pan of 15 cookies, lists these items: 11/2 cups of flour, 2 eggs, 3 tablespoons butter, 3/4 cups sugar, and 1 package of chocolate drops. They will make only full recipes, not partial recipes.</w:t>
      </w:r>
    </w:p>
    <w:p>
      <w:pPr>
        <w:spacing w:before="0" w:after="80" w:line="300" w:lineRule="auto"/>
        <w:jc w:val="left"/>
      </w:pPr>
      <w:r>
        <w:rPr>
          <w:rFonts w:ascii="Times New Roman" w:hAnsi="Times New Roman" w:eastAsia="宋体"/>
          <w:b w:val="0"/>
          <w:i w:val="0"/>
          <w:color w:val="333333"/>
          <w:sz w:val="19"/>
        </w:rPr>
        <w:t>Walter can buy eggs by the half-dozen. How many half-dozens should he buy to make enough cookies? (Some eggs and some cookies may be left over.)</w:t>
      </w:r>
    </w:p>
    <w:p>
      <w:pPr>
        <w:spacing w:before="0" w:after="160" w:line="300" w:lineRule="auto"/>
      </w:pPr>
      <w:r>
        <w:rPr>
          <w:rFonts w:ascii="Times New Roman" w:hAnsi="Times New Roman" w:eastAsia="宋体"/>
          <w:b w:val="0"/>
          <w:i w:val="0"/>
          <w:color w:val="333333"/>
          <w:sz w:val="19"/>
        </w:rPr>
        <w:t>(A) 1　　(B) 2　　(C) 5　　(D) 7　　(E) 15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他们得知同一晚有一场大型音乐会，出席人数会减少 25%。他们应该为这个较小的聚会做多少份饼干食谱？</w:t>
      </w:r>
    </w:p>
    <w:p>
      <w:pPr>
        <w:spacing w:before="0" w:after="120" w:line="300" w:lineRule="auto"/>
      </w:pPr>
      <w:r>
        <w:rPr>
          <w:rFonts w:ascii="Times New Roman" w:hAnsi="Times New Roman" w:eastAsia="宋体"/>
          <w:b w:val="0"/>
          <w:i w:val="0"/>
          <w:sz w:val="21"/>
        </w:rPr>
        <w:t>（A）6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They learn that a big concert is scheduled for the same night and attendance will be down 25%. How many recipes of cookies should they make for their smaller party?</w:t>
      </w:r>
    </w:p>
    <w:p>
      <w:pPr>
        <w:spacing w:before="0" w:after="160" w:line="300" w:lineRule="auto"/>
      </w:pPr>
      <w:r>
        <w:rPr>
          <w:rFonts w:ascii="Times New Roman" w:hAnsi="Times New Roman" w:eastAsia="宋体"/>
          <w:b w:val="0"/>
          <w:i w:val="0"/>
          <w:color w:val="333333"/>
          <w:sz w:val="19"/>
        </w:rPr>
        <w:t>(A) 6　　(B) 8　　(C) 9　　(D) 10　　(E) 11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鼓手生病了，音乐会取消了。沃尔特和格蕾特必须烤出足够的饼干，共计 216 块。每条黄油相当于 8 汤匙。需要多少条黄油？（当然，可能会剩下一些黄油。）</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drummer gets sick. The concert is cancelled. Walter and Gretel must make enough pans of cookies to supply 216 cookies. There are 8 tablespoons in a stick of butter. How many sticks of butter will be needed? (Some butter may be left over, of course.)</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图 1 称为“堆叠图”。数字表示每个位置上堆了多少个立方体。图 2 显示这些立方体，图 3 显示从正面看到的堆叠立方体视图。</w:t>
      </w:r>
    </w:p>
    <w:p>
      <w:pPr>
        <w:spacing w:before="0" w:after="80" w:line="300" w:lineRule="auto"/>
        <w:jc w:val="left"/>
      </w:pPr>
      <w:r>
        <w:rPr>
          <w:rFonts w:ascii="Times New Roman" w:hAnsi="Times New Roman" w:eastAsia="宋体"/>
          <w:b w:val="0"/>
          <w:i w:val="0"/>
          <w:sz w:val="21"/>
        </w:rPr>
        <w:t>下列哪一个是图 4 中堆叠图的正面视图？</w:t>
      </w:r>
    </w:p>
    <w:p>
      <w:pPr>
        <w:spacing w:before="80" w:after="80"/>
        <w:jc w:val="center"/>
      </w:pPr>
      <w:r>
        <w:drawing>
          <wp:inline xmlns:a="http://schemas.openxmlformats.org/drawingml/2006/main" xmlns:pic="http://schemas.openxmlformats.org/drawingml/2006/picture">
            <wp:extent cx="2010190" cy="3240000"/>
            <wp:docPr id="13" name="Picture 13"/>
            <wp:cNvGraphicFramePr>
              <a:graphicFrameLocks noChangeAspect="1"/>
            </wp:cNvGraphicFramePr>
            <a:graphic>
              <a:graphicData uri="http://schemas.openxmlformats.org/drawingml/2006/picture">
                <pic:pic>
                  <pic:nvPicPr>
                    <pic:cNvPr id="0" name="q20-1@282dpi.png"/>
                    <pic:cNvPicPr/>
                  </pic:nvPicPr>
                  <pic:blipFill>
                    <a:blip r:embed="rId15"/>
                    <a:stretch>
                      <a:fillRect/>
                    </a:stretch>
                  </pic:blipFill>
                  <pic:spPr>
                    <a:xfrm>
                      <a:off x="0" y="0"/>
                      <a:ext cx="2010190" cy="3240000"/>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468191" cy="620022"/>
            <wp:docPr id="14" name="Picture 14"/>
            <wp:cNvGraphicFramePr>
              <a:graphicFrameLocks noChangeAspect="1"/>
            </wp:cNvGraphicFramePr>
            <a:graphic>
              <a:graphicData uri="http://schemas.openxmlformats.org/drawingml/2006/picture">
                <pic:pic>
                  <pic:nvPicPr>
                    <pic:cNvPr id="0" name="q20-a-1@300dpi.png"/>
                    <pic:cNvPicPr/>
                  </pic:nvPicPr>
                  <pic:blipFill>
                    <a:blip r:embed="rId16"/>
                    <a:stretch>
                      <a:fillRect/>
                    </a:stretch>
                  </pic:blipFill>
                  <pic:spPr>
                    <a:xfrm>
                      <a:off x="0" y="0"/>
                      <a:ext cx="468191" cy="620022"/>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468191" cy="620022"/>
            <wp:docPr id="15" name="Picture 15"/>
            <wp:cNvGraphicFramePr>
              <a:graphicFrameLocks noChangeAspect="1"/>
            </wp:cNvGraphicFramePr>
            <a:graphic>
              <a:graphicData uri="http://schemas.openxmlformats.org/drawingml/2006/picture">
                <pic:pic>
                  <pic:nvPicPr>
                    <pic:cNvPr id="0" name="q20-b-1@300dpi.png"/>
                    <pic:cNvPicPr/>
                  </pic:nvPicPr>
                  <pic:blipFill>
                    <a:blip r:embed="rId17"/>
                    <a:stretch>
                      <a:fillRect/>
                    </a:stretch>
                  </pic:blipFill>
                  <pic:spPr>
                    <a:xfrm>
                      <a:off x="0" y="0"/>
                      <a:ext cx="468191" cy="620022"/>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316361" cy="620022"/>
            <wp:docPr id="16" name="Picture 16"/>
            <wp:cNvGraphicFramePr>
              <a:graphicFrameLocks noChangeAspect="1"/>
            </wp:cNvGraphicFramePr>
            <a:graphic>
              <a:graphicData uri="http://schemas.openxmlformats.org/drawingml/2006/picture">
                <pic:pic>
                  <pic:nvPicPr>
                    <pic:cNvPr id="0" name="q20-c-1@300dpi.png"/>
                    <pic:cNvPicPr/>
                  </pic:nvPicPr>
                  <pic:blipFill>
                    <a:blip r:embed="rId18"/>
                    <a:stretch>
                      <a:fillRect/>
                    </a:stretch>
                  </pic:blipFill>
                  <pic:spPr>
                    <a:xfrm>
                      <a:off x="0" y="0"/>
                      <a:ext cx="316361" cy="620022"/>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468191" cy="620022"/>
            <wp:docPr id="17" name="Picture 17"/>
            <wp:cNvGraphicFramePr>
              <a:graphicFrameLocks noChangeAspect="1"/>
            </wp:cNvGraphicFramePr>
            <a:graphic>
              <a:graphicData uri="http://schemas.openxmlformats.org/drawingml/2006/picture">
                <pic:pic>
                  <pic:nvPicPr>
                    <pic:cNvPr id="0" name="q20-d-1@300dpi.png"/>
                    <pic:cNvPicPr/>
                  </pic:nvPicPr>
                  <pic:blipFill>
                    <a:blip r:embed="rId19"/>
                    <a:stretch>
                      <a:fillRect/>
                    </a:stretch>
                  </pic:blipFill>
                  <pic:spPr>
                    <a:xfrm>
                      <a:off x="0" y="0"/>
                      <a:ext cx="468191" cy="620022"/>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468191" cy="620022"/>
            <wp:docPr id="18" name="Picture 18"/>
            <wp:cNvGraphicFramePr>
              <a:graphicFrameLocks noChangeAspect="1"/>
            </wp:cNvGraphicFramePr>
            <a:graphic>
              <a:graphicData uri="http://schemas.openxmlformats.org/drawingml/2006/picture">
                <pic:pic>
                  <pic:nvPicPr>
                    <pic:cNvPr id="0" name="q20-e-1@300dpi.png"/>
                    <pic:cNvPicPr/>
                  </pic:nvPicPr>
                  <pic:blipFill>
                    <a:blip r:embed="rId20"/>
                    <a:stretch>
                      <a:fillRect/>
                    </a:stretch>
                  </pic:blipFill>
                  <pic:spPr>
                    <a:xfrm>
                      <a:off x="0" y="0"/>
                      <a:ext cx="468191" cy="620022"/>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 1 is called a “stack map.” The numbers tell how many cubes are stacked in each position. Fig. 2 shows these cubes, and Fig. 3 shows the view of the stacked cubes as seen from the front.</w:t>
      </w:r>
    </w:p>
    <w:p>
      <w:pPr>
        <w:spacing w:before="0" w:after="80" w:line="300" w:lineRule="auto"/>
        <w:jc w:val="left"/>
      </w:pPr>
      <w:r>
        <w:rPr>
          <w:rFonts w:ascii="Times New Roman" w:hAnsi="Times New Roman" w:eastAsia="宋体"/>
          <w:b w:val="0"/>
          <w:i w:val="0"/>
          <w:color w:val="333333"/>
          <w:sz w:val="19"/>
        </w:rPr>
        <w:t>Which of the following is the front view for the stack map in Fig. 4?</w:t>
      </w:r>
    </w:p>
    <w:p>
      <w:pPr>
        <w:spacing w:before="80" w:after="80"/>
        <w:jc w:val="center"/>
      </w:pPr>
      <w:r>
        <w:drawing>
          <wp:inline xmlns:a="http://schemas.openxmlformats.org/drawingml/2006/main" xmlns:pic="http://schemas.openxmlformats.org/drawingml/2006/picture">
            <wp:extent cx="2010190" cy="3240000"/>
            <wp:docPr id="19" name="Picture 19"/>
            <wp:cNvGraphicFramePr>
              <a:graphicFrameLocks noChangeAspect="1"/>
            </wp:cNvGraphicFramePr>
            <a:graphic>
              <a:graphicData uri="http://schemas.openxmlformats.org/drawingml/2006/picture">
                <pic:pic>
                  <pic:nvPicPr>
                    <pic:cNvPr id="0" name="q20-1@282dpi.png"/>
                    <pic:cNvPicPr/>
                  </pic:nvPicPr>
                  <pic:blipFill>
                    <a:blip r:embed="rId15"/>
                    <a:stretch>
                      <a:fillRect/>
                    </a:stretch>
                  </pic:blipFill>
                  <pic:spPr>
                    <a:xfrm>
                      <a:off x="0" y="0"/>
                      <a:ext cx="2010190" cy="3240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468191" cy="620022"/>
            <wp:docPr id="20" name="Picture 20"/>
            <wp:cNvGraphicFramePr>
              <a:graphicFrameLocks noChangeAspect="1"/>
            </wp:cNvGraphicFramePr>
            <a:graphic>
              <a:graphicData uri="http://schemas.openxmlformats.org/drawingml/2006/picture">
                <pic:pic>
                  <pic:nvPicPr>
                    <pic:cNvPr id="0" name="q20-a-1@300dpi.png"/>
                    <pic:cNvPicPr/>
                  </pic:nvPicPr>
                  <pic:blipFill>
                    <a:blip r:embed="rId16"/>
                    <a:stretch>
                      <a:fillRect/>
                    </a:stretch>
                  </pic:blipFill>
                  <pic:spPr>
                    <a:xfrm>
                      <a:off x="0" y="0"/>
                      <a:ext cx="468191" cy="620022"/>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468191" cy="620022"/>
            <wp:docPr id="21" name="Picture 21"/>
            <wp:cNvGraphicFramePr>
              <a:graphicFrameLocks noChangeAspect="1"/>
            </wp:cNvGraphicFramePr>
            <a:graphic>
              <a:graphicData uri="http://schemas.openxmlformats.org/drawingml/2006/picture">
                <pic:pic>
                  <pic:nvPicPr>
                    <pic:cNvPr id="0" name="q20-b-1@300dpi.png"/>
                    <pic:cNvPicPr/>
                  </pic:nvPicPr>
                  <pic:blipFill>
                    <a:blip r:embed="rId17"/>
                    <a:stretch>
                      <a:fillRect/>
                    </a:stretch>
                  </pic:blipFill>
                  <pic:spPr>
                    <a:xfrm>
                      <a:off x="0" y="0"/>
                      <a:ext cx="468191" cy="620022"/>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316361" cy="620022"/>
            <wp:docPr id="22" name="Picture 22"/>
            <wp:cNvGraphicFramePr>
              <a:graphicFrameLocks noChangeAspect="1"/>
            </wp:cNvGraphicFramePr>
            <a:graphic>
              <a:graphicData uri="http://schemas.openxmlformats.org/drawingml/2006/picture">
                <pic:pic>
                  <pic:nvPicPr>
                    <pic:cNvPr id="0" name="q20-c-1@300dpi.png"/>
                    <pic:cNvPicPr/>
                  </pic:nvPicPr>
                  <pic:blipFill>
                    <a:blip r:embed="rId18"/>
                    <a:stretch>
                      <a:fillRect/>
                    </a:stretch>
                  </pic:blipFill>
                  <pic:spPr>
                    <a:xfrm>
                      <a:off x="0" y="0"/>
                      <a:ext cx="316361" cy="620022"/>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468191" cy="620022"/>
            <wp:docPr id="23" name="Picture 23"/>
            <wp:cNvGraphicFramePr>
              <a:graphicFrameLocks noChangeAspect="1"/>
            </wp:cNvGraphicFramePr>
            <a:graphic>
              <a:graphicData uri="http://schemas.openxmlformats.org/drawingml/2006/picture">
                <pic:pic>
                  <pic:nvPicPr>
                    <pic:cNvPr id="0" name="q20-d-1@300dpi.png"/>
                    <pic:cNvPicPr/>
                  </pic:nvPicPr>
                  <pic:blipFill>
                    <a:blip r:embed="rId19"/>
                    <a:stretch>
                      <a:fillRect/>
                    </a:stretch>
                  </pic:blipFill>
                  <pic:spPr>
                    <a:xfrm>
                      <a:off x="0" y="0"/>
                      <a:ext cx="468191" cy="620022"/>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468191" cy="620022"/>
            <wp:docPr id="24" name="Picture 24"/>
            <wp:cNvGraphicFramePr>
              <a:graphicFrameLocks noChangeAspect="1"/>
            </wp:cNvGraphicFramePr>
            <a:graphic>
              <a:graphicData uri="http://schemas.openxmlformats.org/drawingml/2006/picture">
                <pic:pic>
                  <pic:nvPicPr>
                    <pic:cNvPr id="0" name="q20-e-1@300dpi.png"/>
                    <pic:cNvPicPr/>
                  </pic:nvPicPr>
                  <pic:blipFill>
                    <a:blip r:embed="rId20"/>
                    <a:stretch>
                      <a:fillRect/>
                    </a:stretch>
                  </pic:blipFill>
                  <pic:spPr>
                    <a:xfrm>
                      <a:off x="0" y="0"/>
                      <a:ext cx="468191" cy="620022"/>
                    </a:xfrm>
                    <a:prstGeom prst="rect"/>
                  </pic:spPr>
                </pic:pic>
              </a:graphicData>
            </a:graphic>
          </wp:inline>
        </w:drawing>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角 A 的度数是</w:t>
      </w:r>
    </w:p>
    <w:p>
      <w:pPr>
        <w:spacing w:before="80" w:after="80"/>
        <w:jc w:val="center"/>
      </w:pPr>
      <w:r>
        <w:drawing>
          <wp:inline xmlns:a="http://schemas.openxmlformats.org/drawingml/2006/main" xmlns:pic="http://schemas.openxmlformats.org/drawingml/2006/picture">
            <wp:extent cx="2614942" cy="1834667"/>
            <wp:docPr id="25" name="Picture 25"/>
            <wp:cNvGraphicFramePr>
              <a:graphicFrameLocks noChangeAspect="1"/>
            </wp:cNvGraphicFramePr>
            <a:graphic>
              <a:graphicData uri="http://schemas.openxmlformats.org/drawingml/2006/picture">
                <pic:pic>
                  <pic:nvPicPr>
                    <pic:cNvPr id="0" name="q21-1@300dpi.png"/>
                    <pic:cNvPicPr/>
                  </pic:nvPicPr>
                  <pic:blipFill>
                    <a:blip r:embed="rId21"/>
                    <a:stretch>
                      <a:fillRect/>
                    </a:stretch>
                  </pic:blipFill>
                  <pic:spPr>
                    <a:xfrm>
                      <a:off x="0" y="0"/>
                      <a:ext cx="2614942" cy="1834667"/>
                    </a:xfrm>
                    <a:prstGeom prst="rect"/>
                  </pic:spPr>
                </pic:pic>
              </a:graphicData>
            </a:graphic>
          </wp:inline>
        </w:drawing>
      </w:r>
    </w:p>
    <w:p>
      <w:pPr>
        <w:spacing w:before="0" w:after="120" w:line="300" w:lineRule="auto"/>
      </w:pPr>
      <w:r>
        <w:rPr>
          <w:rFonts w:ascii="Times New Roman" w:hAnsi="Times New Roman" w:eastAsia="宋体"/>
          <w:b w:val="0"/>
          <w:i w:val="0"/>
          <w:sz w:val="21"/>
        </w:rPr>
        <w:t>（A）20　　（B）30　　（C）35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degree measure of angle A is</w:t>
      </w:r>
    </w:p>
    <w:p>
      <w:pPr>
        <w:spacing w:before="80" w:after="80"/>
        <w:jc w:val="center"/>
      </w:pPr>
      <w:r>
        <w:drawing>
          <wp:inline xmlns:a="http://schemas.openxmlformats.org/drawingml/2006/main" xmlns:pic="http://schemas.openxmlformats.org/drawingml/2006/picture">
            <wp:extent cx="2614942" cy="1834667"/>
            <wp:docPr id="26" name="Picture 26"/>
            <wp:cNvGraphicFramePr>
              <a:graphicFrameLocks noChangeAspect="1"/>
            </wp:cNvGraphicFramePr>
            <a:graphic>
              <a:graphicData uri="http://schemas.openxmlformats.org/drawingml/2006/picture">
                <pic:pic>
                  <pic:nvPicPr>
                    <pic:cNvPr id="0" name="q21-1@300dpi.png"/>
                    <pic:cNvPicPr/>
                  </pic:nvPicPr>
                  <pic:blipFill>
                    <a:blip r:embed="rId21"/>
                    <a:stretch>
                      <a:fillRect/>
                    </a:stretch>
                  </pic:blipFill>
                  <pic:spPr>
                    <a:xfrm>
                      <a:off x="0" y="0"/>
                      <a:ext cx="2614942" cy="183466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　　(B) 30　　(C) 35　　(D) 40　　(E) 45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在一个遥远的地方，三条鱼可以换两个面包，一个面包可以换四袋米。一条鱼值多少袋米？</w:t>
      </w:r>
    </w:p>
    <w:p>
      <w:pPr>
        <w:spacing w:before="0" w:after="120" w:line="300" w:lineRule="auto"/>
      </w:pPr>
      <w:r>
        <w:rPr>
          <w:rFonts w:ascii="Times New Roman" w:hAnsi="Times New Roman" w:eastAsia="宋体"/>
          <w:b w:val="0"/>
          <w:i w:val="0"/>
          <w:sz w:val="21"/>
        </w:rPr>
        <w:t>（A）3/8　　（B）1/2　　（C）3/4　　（D）22/3　　（E）31/3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far-off land three fish can be traded for two loaves of bread and a loaf of bread can be traded for four bags of rice. How many bags of rice is one fish worth?</w:t>
      </w:r>
    </w:p>
    <w:p>
      <w:pPr>
        <w:spacing w:before="0" w:after="160" w:line="300" w:lineRule="auto"/>
      </w:pPr>
      <w:r>
        <w:rPr>
          <w:rFonts w:ascii="Times New Roman" w:hAnsi="Times New Roman" w:eastAsia="宋体"/>
          <w:b w:val="0"/>
          <w:i w:val="0"/>
          <w:color w:val="333333"/>
          <w:sz w:val="19"/>
        </w:rPr>
        <w:t>(A) 3/8　　(B) 1/2　　(C) 3/4　　(D) 22/3　　(E) 31/3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正方形 ABCD 的边长为 3。线段 CM 和 CN 将正方形面积分成三个相等部分。线段 CM 有多长？</w:t>
      </w:r>
    </w:p>
    <w:p>
      <w:pPr>
        <w:spacing w:before="80" w:after="80"/>
        <w:jc w:val="center"/>
      </w:pPr>
      <w:r>
        <w:drawing>
          <wp:inline xmlns:a="http://schemas.openxmlformats.org/drawingml/2006/main" xmlns:pic="http://schemas.openxmlformats.org/drawingml/2006/picture">
            <wp:extent cx="1775125" cy="1695377"/>
            <wp:docPr id="27" name="Picture 27"/>
            <wp:cNvGraphicFramePr>
              <a:graphicFrameLocks noChangeAspect="1"/>
            </wp:cNvGraphicFramePr>
            <a:graphic>
              <a:graphicData uri="http://schemas.openxmlformats.org/drawingml/2006/picture">
                <pic:pic>
                  <pic:nvPicPr>
                    <pic:cNvPr id="0" name="q23-1@300dpi.png"/>
                    <pic:cNvPicPr/>
                  </pic:nvPicPr>
                  <pic:blipFill>
                    <a:blip r:embed="rId22"/>
                    <a:stretch>
                      <a:fillRect/>
                    </a:stretch>
                  </pic:blipFill>
                  <pic:spPr>
                    <a:xfrm>
                      <a:off x="0" y="0"/>
                      <a:ext cx="1775125" cy="1695377"/>
                    </a:xfrm>
                    <a:prstGeom prst="rect"/>
                  </pic:spPr>
                </pic:pic>
              </a:graphicData>
            </a:graphic>
          </wp:inline>
        </w:drawing>
      </w:r>
    </w:p>
    <w:p>
      <w:pPr>
        <w:spacing w:before="0" w:after="120" w:line="300" w:lineRule="auto"/>
      </w:pPr>
      <w:r>
        <w:rPr>
          <w:rFonts w:ascii="Times New Roman" w:hAnsi="Times New Roman" w:eastAsia="宋体"/>
          <w:b w:val="0"/>
          <w:i w:val="0"/>
          <w:sz w:val="21"/>
        </w:rPr>
        <w:t>（A）√(10)　　（B）√(12)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sides of length 3. Segments CM and CN divide the square’s area into three equal parts. How long is segment CM?</w:t>
      </w:r>
    </w:p>
    <w:p>
      <w:pPr>
        <w:spacing w:before="80" w:after="80"/>
        <w:jc w:val="center"/>
      </w:pPr>
      <w:r>
        <w:drawing>
          <wp:inline xmlns:a="http://schemas.openxmlformats.org/drawingml/2006/main" xmlns:pic="http://schemas.openxmlformats.org/drawingml/2006/picture">
            <wp:extent cx="1775125" cy="1695377"/>
            <wp:docPr id="28" name="Picture 28"/>
            <wp:cNvGraphicFramePr>
              <a:graphicFrameLocks noChangeAspect="1"/>
            </wp:cNvGraphicFramePr>
            <a:graphic>
              <a:graphicData uri="http://schemas.openxmlformats.org/drawingml/2006/picture">
                <pic:pic>
                  <pic:nvPicPr>
                    <pic:cNvPr id="0" name="q23-1@300dpi.png"/>
                    <pic:cNvPicPr/>
                  </pic:nvPicPr>
                  <pic:blipFill>
                    <a:blip r:embed="rId22"/>
                    <a:stretch>
                      <a:fillRect/>
                    </a:stretch>
                  </pic:blipFill>
                  <pic:spPr>
                    <a:xfrm>
                      <a:off x="0" y="0"/>
                      <a:ext cx="1775125" cy="169537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√(12)　　(C) √(13)　　(D) √(14)　　(E) √(15)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1999²⁰⁰⁰ 除以 5 的余数是</w:t>
      </w:r>
    </w:p>
    <w:p>
      <w:pPr>
        <w:spacing w:before="0" w:after="120" w:line="300" w:lineRule="auto"/>
      </w:pPr>
      <w:r>
        <w:rPr>
          <w:rFonts w:ascii="Times New Roman" w:hAnsi="Times New Roman" w:eastAsia="宋体"/>
          <w:b w:val="0"/>
          <w:i w:val="0"/>
          <w:sz w:val="21"/>
        </w:rPr>
        <w:t>（A）4　　（B）3　　（C）2　　（D）1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1999²⁰⁰⁰ is divided by 5, the remainder is</w:t>
      </w:r>
    </w:p>
    <w:p>
      <w:pPr>
        <w:spacing w:before="0" w:after="160" w:line="300" w:lineRule="auto"/>
      </w:pPr>
      <w:r>
        <w:rPr>
          <w:rFonts w:ascii="Times New Roman" w:hAnsi="Times New Roman" w:eastAsia="宋体"/>
          <w:b w:val="0"/>
          <w:i w:val="0"/>
          <w:color w:val="333333"/>
          <w:sz w:val="19"/>
        </w:rPr>
        <w:t>(A) 4　　(B) 3　　(C) 2　　(D) 1　　(E) 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点 B、D 和 J 是直角三角形 ACG 各边的中点。点 K、E 和 I 是三角形 JDG 各边的中点，依此类推。如果这种分割并涂阴影的过程进行 100 次（图中显示了前三次），且 AC = CG = 6，那么阴影三角形的总面积最接近</w:t>
      </w:r>
    </w:p>
    <w:p>
      <w:pPr>
        <w:spacing w:before="80" w:after="80"/>
        <w:jc w:val="center"/>
      </w:pPr>
      <w:r>
        <w:drawing>
          <wp:inline xmlns:a="http://schemas.openxmlformats.org/drawingml/2006/main" xmlns:pic="http://schemas.openxmlformats.org/drawingml/2006/picture">
            <wp:extent cx="2182378" cy="2150869"/>
            <wp:docPr id="29" name="Picture 29"/>
            <wp:cNvGraphicFramePr>
              <a:graphicFrameLocks noChangeAspect="1"/>
            </wp:cNvGraphicFramePr>
            <a:graphic>
              <a:graphicData uri="http://schemas.openxmlformats.org/drawingml/2006/picture">
                <pic:pic>
                  <pic:nvPicPr>
                    <pic:cNvPr id="0" name="q25-1@300dpi.png"/>
                    <pic:cNvPicPr/>
                  </pic:nvPicPr>
                  <pic:blipFill>
                    <a:blip r:embed="rId23"/>
                    <a:stretch>
                      <a:fillRect/>
                    </a:stretch>
                  </pic:blipFill>
                  <pic:spPr>
                    <a:xfrm>
                      <a:off x="0" y="0"/>
                      <a:ext cx="2182378" cy="2150869"/>
                    </a:xfrm>
                    <a:prstGeom prst="rect"/>
                  </pic:spPr>
                </pic:pic>
              </a:graphicData>
            </a:graphic>
          </wp:inline>
        </w:drawing>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B, D, and J are midpoints of the sides of right triangle ACG. Points K, E, I are midpoints of the sides of triangle JDG, etc. If the dividing and shading process is done 100 times (the first three are shown) and AC = CG = 6, then the total area of the shaded triangles is nearest</w:t>
      </w:r>
    </w:p>
    <w:p>
      <w:pPr>
        <w:spacing w:before="80" w:after="80"/>
        <w:jc w:val="center"/>
      </w:pPr>
      <w:r>
        <w:drawing>
          <wp:inline xmlns:a="http://schemas.openxmlformats.org/drawingml/2006/main" xmlns:pic="http://schemas.openxmlformats.org/drawingml/2006/picture">
            <wp:extent cx="2182378" cy="2150869"/>
            <wp:docPr id="30" name="Picture 30"/>
            <wp:cNvGraphicFramePr>
              <a:graphicFrameLocks noChangeAspect="1"/>
            </wp:cNvGraphicFramePr>
            <a:graphic>
              <a:graphicData uri="http://schemas.openxmlformats.org/drawingml/2006/picture">
                <pic:pic>
                  <pic:nvPicPr>
                    <pic:cNvPr id="0" name="q25-1@300dpi.png"/>
                    <pic:cNvPicPr/>
                  </pic:nvPicPr>
                  <pic:blipFill>
                    <a:blip r:embed="rId23"/>
                    <a:stretch>
                      <a:fillRect/>
                    </a:stretch>
                  </pic:blipFill>
                  <pic:spPr>
                    <a:xfrm>
                      <a:off x="0" y="0"/>
                      <a:ext cx="2182378" cy="21508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7　　(C) 8　　(D) 9　　(E) 10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C　D　A　D　E　E　A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B　C　D　D　B　C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B　B　D　C　D　A</w:t>
      </w:r>
    </w:p>
    <w:p>
      <w:pPr>
        <w:spacing w:before="0" w:after="200" w:line="300" w:lineRule="auto"/>
      </w:pPr>
      <w:r>
        <w:rPr>
          <w:rFonts w:ascii="Times New Roman" w:hAnsi="Times New Roman" w:eastAsia="宋体"/>
          <w:b w:val="0"/>
          <w:i w:val="0"/>
          <w:color w:val="666666"/>
          <w:sz w:val="18"/>
        </w:rPr>
        <w:t>答案串：ACDADEEACEDBCDDBCEBBBDCDA</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4 - (2 - 1) = 4 - 1 = 3。</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(6 ? 3) + 3 = 5</w:t>
      </w:r>
    </w:p>
    <w:p>
      <w:pPr>
        <w:spacing w:before="0" w:after="80" w:line="300" w:lineRule="auto"/>
        <w:jc w:val="left"/>
      </w:pPr>
      <w:r>
        <w:rPr>
          <w:rFonts w:ascii="Times New Roman" w:hAnsi="Times New Roman" w:eastAsia="宋体"/>
          <w:b w:val="0"/>
          <w:i w:val="0"/>
          <w:sz w:val="21"/>
        </w:rPr>
        <w:t>6 ? 3 = 2。</w:t>
      </w:r>
    </w:p>
    <w:p>
      <w:pPr>
        <w:spacing w:before="0" w:after="80" w:line="300" w:lineRule="auto"/>
        <w:jc w:val="left"/>
      </w:pPr>
      <w:r>
        <w:rPr>
          <w:rFonts w:ascii="Times New Roman" w:hAnsi="Times New Roman" w:eastAsia="宋体"/>
          <w:b w:val="0"/>
          <w:i w:val="0"/>
          <w:sz w:val="21"/>
        </w:rPr>
        <w:t>唯一可行的选择是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w:t>
      </w:r>
    </w:p>
    <w:p>
      <w:pPr>
        <w:spacing w:before="0" w:after="80" w:line="300" w:lineRule="auto"/>
        <w:jc w:val="left"/>
      </w:pPr>
      <w:r>
        <w:rPr>
          <w:rFonts w:ascii="Times New Roman" w:hAnsi="Times New Roman" w:eastAsia="宋体"/>
          <w:b w:val="0"/>
          <w:i w:val="0"/>
          <w:color w:val="333333"/>
          <w:sz w:val="19"/>
        </w:rPr>
        <w:t>4 - (2 - 1) = 4 - 1 = 3.</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(6 ? 3) + 3 = 5</w:t>
      </w:r>
    </w:p>
    <w:p>
      <w:pPr>
        <w:spacing w:before="0" w:after="80" w:line="300" w:lineRule="auto"/>
        <w:jc w:val="left"/>
      </w:pPr>
      <w:r>
        <w:rPr>
          <w:rFonts w:ascii="Times New Roman" w:hAnsi="Times New Roman" w:eastAsia="宋体"/>
          <w:b w:val="0"/>
          <w:i w:val="0"/>
          <w:color w:val="333333"/>
          <w:sz w:val="19"/>
        </w:rPr>
        <w:t>6 ? 3 = 2.</w:t>
      </w:r>
    </w:p>
    <w:p>
      <w:pPr>
        <w:spacing w:before="0" w:after="80" w:line="300" w:lineRule="auto"/>
        <w:jc w:val="left"/>
      </w:pPr>
      <w:r>
        <w:rPr>
          <w:rFonts w:ascii="Times New Roman" w:hAnsi="Times New Roman" w:eastAsia="宋体"/>
          <w:b w:val="0"/>
          <w:i w:val="0"/>
          <w:color w:val="333333"/>
          <w:sz w:val="19"/>
        </w:rPr>
        <w:t>The only choice that works is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10 点整时，时针指向 10，分针指向 12。</w:t>
      </w:r>
    </w:p>
    <w:p>
      <w:pPr>
        <w:spacing w:before="0" w:after="80" w:line="300" w:lineRule="auto"/>
        <w:jc w:val="left"/>
      </w:pPr>
      <w:r>
        <w:rPr>
          <w:rFonts w:ascii="Times New Roman" w:hAnsi="Times New Roman" w:eastAsia="宋体"/>
          <w:b w:val="0"/>
          <w:i w:val="0"/>
          <w:sz w:val="21"/>
        </w:rPr>
        <w:t>两根指针相隔整个圆的 1/6。所以角度为</w:t>
      </w:r>
    </w:p>
    <w:p>
      <w:pPr>
        <w:spacing w:before="0" w:after="80" w:line="300" w:lineRule="auto"/>
        <w:jc w:val="left"/>
      </w:pPr>
      <w:r>
        <w:rPr>
          <w:rFonts w:ascii="Times New Roman" w:hAnsi="Times New Roman" w:eastAsia="宋体"/>
          <w:b w:val="0"/>
          <w:i w:val="0"/>
          <w:sz w:val="21"/>
        </w:rPr>
        <w:t>360° · 1/6 = 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10 o’clock, we have that the hour hand is at 10 and the minute hand is at 12.</w:t>
      </w:r>
    </w:p>
    <w:p>
      <w:pPr>
        <w:spacing w:before="0" w:after="80" w:line="300" w:lineRule="auto"/>
        <w:jc w:val="left"/>
      </w:pPr>
      <w:r>
        <w:rPr>
          <w:rFonts w:ascii="Times New Roman" w:hAnsi="Times New Roman" w:eastAsia="宋体"/>
          <w:b w:val="0"/>
          <w:i w:val="0"/>
          <w:color w:val="333333"/>
          <w:sz w:val="19"/>
        </w:rPr>
        <w:t>This means that the hands are a 1/6 of the entire circle apart. This is equal to</w:t>
      </w:r>
    </w:p>
    <w:p>
      <w:pPr>
        <w:spacing w:before="0" w:after="80" w:line="300" w:lineRule="auto"/>
        <w:jc w:val="left"/>
      </w:pPr>
      <w:r>
        <w:rPr>
          <w:rFonts w:ascii="Times New Roman" w:hAnsi="Times New Roman" w:eastAsia="宋体"/>
          <w:b w:val="0"/>
          <w:i w:val="0"/>
          <w:color w:val="333333"/>
          <w:sz w:val="19"/>
        </w:rPr>
        <w:t>360° · 1/6 = 60°.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i w:val="0"/>
          <w:sz w:val="21"/>
        </w:rPr>
        <w:t>A</w:t>
      </w:r>
      <w:r>
        <w:rPr>
          <w:rFonts w:ascii="Times New Roman" w:hAnsi="Times New Roman" w:eastAsia="宋体"/>
          <w:b w:val="0"/>
          <w:i w:val="0"/>
          <w:sz w:val="21"/>
        </w:rPr>
        <w:t>等于</w:t>
      </w:r>
    </w:p>
    <w:p>
      <w:pPr>
        <w:spacing w:before="0" w:after="80" w:line="300" w:lineRule="auto"/>
        <w:jc w:val="left"/>
      </w:pPr>
      <w:r>
        <w:rPr>
          <w:rFonts w:ascii="Times New Roman" w:hAnsi="Times New Roman" w:eastAsia="宋体"/>
          <w:b w:val="0"/>
          <w:i w:val="0"/>
          <w:sz w:val="21"/>
        </w:rPr>
        <w:t>3/6 + 2/6 + 1/6 = 1。</w:t>
      </w:r>
    </w:p>
    <w:p>
      <w:pPr>
        <w:spacing w:before="0" w:after="80" w:line="300" w:lineRule="auto"/>
        <w:jc w:val="left"/>
      </w:pPr>
      <w:r>
        <w:rPr>
          <w:rFonts w:ascii="Times New Roman" w:hAnsi="Times New Roman" w:eastAsia="宋体"/>
          <w:b/>
          <w:i w:val="0"/>
          <w:sz w:val="21"/>
        </w:rPr>
        <w:t>B</w:t>
      </w:r>
      <w:r>
        <w:rPr>
          <w:rFonts w:ascii="Times New Roman" w:hAnsi="Times New Roman" w:eastAsia="宋体"/>
          <w:b w:val="0"/>
          <w:i w:val="0"/>
          <w:sz w:val="21"/>
        </w:rPr>
        <w:t>化简为</w:t>
      </w:r>
    </w:p>
    <w:p>
      <w:pPr>
        <w:spacing w:before="0" w:after="80" w:line="300" w:lineRule="auto"/>
        <w:jc w:val="left"/>
      </w:pPr>
      <w:r>
        <w:rPr>
          <w:rFonts w:ascii="Times New Roman" w:hAnsi="Times New Roman" w:eastAsia="宋体"/>
          <w:b w:val="0"/>
          <w:i w:val="0"/>
          <w:sz w:val="21"/>
        </w:rPr>
        <w:t>2 - 2 + 1 = 1。</w:t>
      </w:r>
    </w:p>
    <w:p>
      <w:pPr>
        <w:spacing w:before="0" w:after="80" w:line="300" w:lineRule="auto"/>
        <w:jc w:val="left"/>
      </w:pPr>
      <w:r>
        <w:rPr>
          <w:rFonts w:ascii="Times New Roman" w:hAnsi="Times New Roman" w:eastAsia="宋体"/>
          <w:b/>
          <w:i w:val="0"/>
          <w:sz w:val="21"/>
        </w:rPr>
        <w:t>C</w:t>
      </w:r>
      <w:r>
        <w:rPr>
          <w:rFonts w:ascii="Times New Roman" w:hAnsi="Times New Roman" w:eastAsia="宋体"/>
          <w:b w:val="0"/>
          <w:i w:val="0"/>
          <w:sz w:val="21"/>
        </w:rPr>
        <w:t>的和是</w:t>
      </w:r>
    </w:p>
    <w:p>
      <w:pPr>
        <w:spacing w:before="0" w:after="80" w:line="300" w:lineRule="auto"/>
        <w:jc w:val="left"/>
      </w:pPr>
      <w:r>
        <w:rPr>
          <w:rFonts w:ascii="Times New Roman" w:hAnsi="Times New Roman" w:eastAsia="宋体"/>
          <w:b w:val="0"/>
          <w:i w:val="0"/>
          <w:sz w:val="21"/>
        </w:rPr>
        <w:t>0.1 + 0.3 + 0.6 = 1。</w:t>
      </w:r>
    </w:p>
    <w:p>
      <w:pPr>
        <w:spacing w:before="0" w:after="80" w:line="300" w:lineRule="auto"/>
        <w:jc w:val="left"/>
      </w:pPr>
      <w:r>
        <w:rPr>
          <w:rFonts w:ascii="Times New Roman" w:hAnsi="Times New Roman" w:eastAsia="宋体"/>
          <w:b w:val="0"/>
          <w:i w:val="0"/>
          <w:sz w:val="21"/>
        </w:rPr>
        <w:t>但</w:t>
      </w:r>
      <w:r>
        <w:rPr>
          <w:rFonts w:ascii="Times New Roman" w:hAnsi="Times New Roman" w:eastAsia="宋体"/>
          <w:b/>
          <w:i w:val="0"/>
          <w:sz w:val="21"/>
        </w:rPr>
        <w:t>D</w:t>
      </w:r>
      <w:r>
        <w:rPr>
          <w:rFonts w:ascii="Times New Roman" w:hAnsi="Times New Roman" w:eastAsia="宋体"/>
          <w:b w:val="0"/>
          <w:i w:val="0"/>
          <w:sz w:val="21"/>
        </w:rPr>
        <w:t>的和为</w:t>
      </w:r>
    </w:p>
    <w:p>
      <w:pPr>
        <w:spacing w:before="0" w:after="80" w:line="300" w:lineRule="auto"/>
        <w:jc w:val="left"/>
      </w:pPr>
      <w:r>
        <w:rPr>
          <w:rFonts w:ascii="Times New Roman" w:hAnsi="Times New Roman" w:eastAsia="宋体"/>
          <w:b w:val="0"/>
          <w:i w:val="0"/>
          <w:sz w:val="21"/>
        </w:rPr>
        <w:t>1.1 - 2.1 + 1.0 = 0。</w:t>
      </w:r>
    </w:p>
    <w:p>
      <w:pPr>
        <w:spacing w:before="0" w:after="80" w:line="300" w:lineRule="auto"/>
        <w:jc w:val="left"/>
      </w:pPr>
      <w:r>
        <w:rPr>
          <w:rFonts w:ascii="Times New Roman" w:hAnsi="Times New Roman" w:eastAsia="宋体"/>
          <w:b w:val="0"/>
          <w:i w:val="0"/>
          <w:sz w:val="21"/>
        </w:rPr>
        <w:t>为确认起见，</w:t>
      </w:r>
      <w:r>
        <w:rPr>
          <w:rFonts w:ascii="Times New Roman" w:hAnsi="Times New Roman" w:eastAsia="宋体"/>
          <w:b/>
          <w:i w:val="0"/>
          <w:sz w:val="21"/>
        </w:rPr>
        <w:t>E</w:t>
      </w:r>
      <w:r>
        <w:rPr>
          <w:rFonts w:ascii="Times New Roman" w:hAnsi="Times New Roman" w:eastAsia="宋体"/>
          <w:b w:val="0"/>
          <w:i w:val="0"/>
          <w:sz w:val="21"/>
        </w:rPr>
        <w:t>的和为</w:t>
      </w:r>
    </w:p>
    <w:p>
      <w:pPr>
        <w:spacing w:before="0" w:after="80" w:line="300" w:lineRule="auto"/>
        <w:jc w:val="left"/>
      </w:pPr>
      <w:r>
        <w:rPr>
          <w:rFonts w:ascii="Times New Roman" w:hAnsi="Times New Roman" w:eastAsia="宋体"/>
          <w:b w:val="0"/>
          <w:i w:val="0"/>
          <w:sz w:val="21"/>
        </w:rPr>
        <w:t>-8/2 + 5 = 5 - 4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w:t>
      </w:r>
      <w:r>
        <w:rPr>
          <w:rFonts w:ascii="Times New Roman" w:hAnsi="Times New Roman" w:eastAsia="宋体"/>
          <w:b/>
          <w:i w:val="0"/>
          <w:color w:val="333333"/>
          <w:sz w:val="19"/>
        </w:rPr>
        <w:t>A</w:t>
      </w:r>
      <w:r>
        <w:rPr>
          <w:rFonts w:ascii="Times New Roman" w:hAnsi="Times New Roman" w:eastAsia="宋体"/>
          <w:b w:val="0"/>
          <w:i w:val="0"/>
          <w:color w:val="333333"/>
          <w:sz w:val="19"/>
        </w:rPr>
        <w:t>is the same as</w:t>
      </w:r>
    </w:p>
    <w:p>
      <w:pPr>
        <w:spacing w:before="0" w:after="80" w:line="300" w:lineRule="auto"/>
        <w:jc w:val="left"/>
      </w:pPr>
      <w:r>
        <w:rPr>
          <w:rFonts w:ascii="Times New Roman" w:hAnsi="Times New Roman" w:eastAsia="宋体"/>
          <w:b w:val="0"/>
          <w:i w:val="0"/>
          <w:color w:val="333333"/>
          <w:sz w:val="19"/>
        </w:rPr>
        <w:t>3/6 + 2/6 + 1/6 = 1.</w:t>
      </w:r>
    </w:p>
    <w:p>
      <w:pPr>
        <w:spacing w:before="0" w:after="80" w:line="300" w:lineRule="auto"/>
        <w:jc w:val="left"/>
      </w:pPr>
      <w:r>
        <w:rPr>
          <w:rFonts w:ascii="Times New Roman" w:hAnsi="Times New Roman" w:eastAsia="宋体"/>
          <w:b/>
          <w:i w:val="0"/>
          <w:color w:val="333333"/>
          <w:sz w:val="19"/>
        </w:rPr>
        <w:t>B</w:t>
      </w:r>
      <w:r>
        <w:rPr>
          <w:rFonts w:ascii="Times New Roman" w:hAnsi="Times New Roman" w:eastAsia="宋体"/>
          <w:b w:val="0"/>
          <w:i w:val="0"/>
          <w:color w:val="333333"/>
          <w:sz w:val="19"/>
        </w:rPr>
        <w:t>reduces to</w:t>
      </w:r>
    </w:p>
    <w:p>
      <w:pPr>
        <w:spacing w:before="0" w:after="80" w:line="300" w:lineRule="auto"/>
        <w:jc w:val="left"/>
      </w:pPr>
      <w:r>
        <w:rPr>
          <w:rFonts w:ascii="Times New Roman" w:hAnsi="Times New Roman" w:eastAsia="宋体"/>
          <w:b w:val="0"/>
          <w:i w:val="0"/>
          <w:color w:val="333333"/>
          <w:sz w:val="19"/>
        </w:rPr>
        <w:t>2 - 2 + 1 = 1.</w:t>
      </w:r>
    </w:p>
    <w:p>
      <w:pPr>
        <w:spacing w:before="0" w:after="80" w:line="300" w:lineRule="auto"/>
        <w:jc w:val="left"/>
      </w:pPr>
      <w:r>
        <w:rPr>
          <w:rFonts w:ascii="Times New Roman" w:hAnsi="Times New Roman" w:eastAsia="宋体"/>
          <w:b/>
          <w:i w:val="0"/>
          <w:color w:val="333333"/>
          <w:sz w:val="19"/>
        </w:rPr>
        <w:t>C</w:t>
      </w:r>
      <w:r>
        <w:rPr>
          <w:rFonts w:ascii="Times New Roman" w:hAnsi="Times New Roman" w:eastAsia="宋体"/>
          <w:b w:val="0"/>
          <w:i w:val="0"/>
          <w:color w:val="333333"/>
          <w:sz w:val="19"/>
        </w:rPr>
        <w:t>adds up to</w:t>
      </w:r>
    </w:p>
    <w:p>
      <w:pPr>
        <w:spacing w:before="0" w:after="80" w:line="300" w:lineRule="auto"/>
        <w:jc w:val="left"/>
      </w:pPr>
      <w:r>
        <w:rPr>
          <w:rFonts w:ascii="Times New Roman" w:hAnsi="Times New Roman" w:eastAsia="宋体"/>
          <w:b w:val="0"/>
          <w:i w:val="0"/>
          <w:color w:val="333333"/>
          <w:sz w:val="19"/>
        </w:rPr>
        <w:t>0.1 + 0.3 + 0.6 = 1.</w:t>
      </w:r>
    </w:p>
    <w:p>
      <w:pPr>
        <w:spacing w:before="0" w:after="80" w:line="300" w:lineRule="auto"/>
        <w:jc w:val="left"/>
      </w:pPr>
      <w:r>
        <w:rPr>
          <w:rFonts w:ascii="Times New Roman" w:hAnsi="Times New Roman" w:eastAsia="宋体"/>
          <w:b/>
          <w:i w:val="0"/>
          <w:color w:val="333333"/>
          <w:sz w:val="19"/>
        </w:rPr>
        <w:t>D</w:t>
      </w:r>
      <w:r>
        <w:rPr>
          <w:rFonts w:ascii="Times New Roman" w:hAnsi="Times New Roman" w:eastAsia="宋体"/>
          <w:b w:val="0"/>
          <w:i w:val="0"/>
          <w:color w:val="333333"/>
          <w:sz w:val="19"/>
        </w:rPr>
        <w:t>however adds to</w:t>
      </w:r>
    </w:p>
    <w:p>
      <w:pPr>
        <w:spacing w:before="0" w:after="80" w:line="300" w:lineRule="auto"/>
        <w:jc w:val="left"/>
      </w:pPr>
      <w:r>
        <w:rPr>
          <w:rFonts w:ascii="Times New Roman" w:hAnsi="Times New Roman" w:eastAsia="宋体"/>
          <w:b w:val="0"/>
          <w:i w:val="0"/>
          <w:color w:val="333333"/>
          <w:sz w:val="19"/>
        </w:rPr>
        <w:t>1.1 - 2.1 + 1.0 = 0.</w:t>
      </w:r>
    </w:p>
    <w:p>
      <w:pPr>
        <w:spacing w:before="0" w:after="80" w:line="300" w:lineRule="auto"/>
        <w:jc w:val="left"/>
      </w:pPr>
      <w:r>
        <w:rPr>
          <w:rFonts w:ascii="Times New Roman" w:hAnsi="Times New Roman" w:eastAsia="宋体"/>
          <w:b w:val="0"/>
          <w:i w:val="0"/>
          <w:color w:val="333333"/>
          <w:sz w:val="19"/>
        </w:rPr>
        <w:t>To make sure, we check that</w:t>
      </w:r>
      <w:r>
        <w:rPr>
          <w:rFonts w:ascii="Times New Roman" w:hAnsi="Times New Roman" w:eastAsia="宋体"/>
          <w:b/>
          <w:i w:val="0"/>
          <w:color w:val="333333"/>
          <w:sz w:val="19"/>
        </w:rPr>
        <w:t>E</w:t>
      </w:r>
      <w:r>
        <w:rPr>
          <w:rFonts w:ascii="Times New Roman" w:hAnsi="Times New Roman" w:eastAsia="宋体"/>
          <w:b w:val="0"/>
          <w:i w:val="0"/>
          <w:color w:val="333333"/>
          <w:sz w:val="19"/>
        </w:rPr>
        <w:t>has a sum of</w:t>
      </w:r>
    </w:p>
    <w:p>
      <w:pPr>
        <w:spacing w:before="0" w:after="80" w:line="300" w:lineRule="auto"/>
        <w:jc w:val="left"/>
      </w:pPr>
      <w:r>
        <w:rPr>
          <w:rFonts w:ascii="Times New Roman" w:hAnsi="Times New Roman" w:eastAsia="宋体"/>
          <w:b w:val="0"/>
          <w:i w:val="0"/>
          <w:color w:val="333333"/>
          <w:sz w:val="19"/>
        </w:rPr>
        <w:t>-8/2 + 5 = 5 - 4 =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从图中可见，4 小时后阿尔韦托骑了 60 英里，比约恩骑了 45 英里。</w:t>
      </w:r>
    </w:p>
    <w:p>
      <w:pPr>
        <w:spacing w:before="0" w:after="80" w:line="300" w:lineRule="auto"/>
        <w:jc w:val="left"/>
      </w:pPr>
      <w:r>
        <w:rPr>
          <w:rFonts w:ascii="Times New Roman" w:hAnsi="Times New Roman" w:eastAsia="宋体"/>
          <w:b w:val="0"/>
          <w:i w:val="0"/>
          <w:sz w:val="21"/>
        </w:rPr>
        <w:t>两者的距离差是 60 - 45 = 15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Looking at the graph, we have that Alberto has biked 60 miles and Bjorn 45 miles after 4 hours.</w:t>
      </w:r>
    </w:p>
    <w:p>
      <w:pPr>
        <w:spacing w:before="0" w:after="80" w:line="300" w:lineRule="auto"/>
        <w:jc w:val="left"/>
      </w:pPr>
      <w:r>
        <w:rPr>
          <w:rFonts w:ascii="Times New Roman" w:hAnsi="Times New Roman" w:eastAsia="宋体"/>
          <w:b w:val="0"/>
          <w:i w:val="0"/>
          <w:color w:val="333333"/>
          <w:sz w:val="19"/>
        </w:rPr>
        <w:t>The difference between the two distances is 60 - 45 = 15 miles.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当前栅栏的周长为</w:t>
      </w:r>
    </w:p>
    <w:p>
      <w:pPr>
        <w:spacing w:before="0" w:after="80" w:line="300" w:lineRule="auto"/>
        <w:jc w:val="left"/>
      </w:pPr>
      <w:r>
        <w:rPr>
          <w:rFonts w:ascii="Times New Roman" w:hAnsi="Times New Roman" w:eastAsia="宋体"/>
          <w:b w:val="0"/>
          <w:i w:val="0"/>
          <w:sz w:val="21"/>
        </w:rPr>
        <w:t>2(50 + 10) = 2 · 60 = 120</w:t>
      </w:r>
    </w:p>
    <w:p>
      <w:pPr>
        <w:spacing w:before="0" w:after="80" w:line="300" w:lineRule="auto"/>
        <w:jc w:val="left"/>
      </w:pPr>
      <w:r>
        <w:rPr>
          <w:rFonts w:ascii="Times New Roman" w:hAnsi="Times New Roman" w:eastAsia="宋体"/>
          <w:b w:val="0"/>
          <w:i w:val="0"/>
          <w:sz w:val="21"/>
        </w:rPr>
        <w:t>英尺。如果四条边都相等，那么每条边长为 120 ÷ 4 = 30 英尺。因此正方形面积为 30² = 900 平方英尺。原花园面积为 50 · 10 = 500 平方英尺。</w:t>
      </w:r>
    </w:p>
    <w:p>
      <w:pPr>
        <w:spacing w:before="0" w:after="80" w:line="300" w:lineRule="auto"/>
        <w:jc w:val="left"/>
      </w:pPr>
      <w:r>
        <w:rPr>
          <w:rFonts w:ascii="Times New Roman" w:hAnsi="Times New Roman" w:eastAsia="宋体"/>
          <w:b w:val="0"/>
          <w:i w:val="0"/>
          <w:sz w:val="21"/>
        </w:rPr>
        <w:t>因此面积差是 900 - 500 = 400 平方英尺。</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current length of the fence is</w:t>
      </w:r>
    </w:p>
    <w:p>
      <w:pPr>
        <w:spacing w:before="0" w:after="80" w:line="300" w:lineRule="auto"/>
        <w:jc w:val="left"/>
      </w:pPr>
      <w:r>
        <w:rPr>
          <w:rFonts w:ascii="Times New Roman" w:hAnsi="Times New Roman" w:eastAsia="宋体"/>
          <w:b w:val="0"/>
          <w:i w:val="0"/>
          <w:color w:val="333333"/>
          <w:sz w:val="19"/>
        </w:rPr>
        <w:t>2(50 + 10) = 2 · 60 = 120</w:t>
      </w:r>
    </w:p>
    <w:p>
      <w:pPr>
        <w:spacing w:before="0" w:after="80" w:line="300" w:lineRule="auto"/>
        <w:jc w:val="left"/>
      </w:pPr>
      <w:r>
        <w:rPr>
          <w:rFonts w:ascii="Times New Roman" w:hAnsi="Times New Roman" w:eastAsia="宋体"/>
          <w:b w:val="0"/>
          <w:i w:val="0"/>
          <w:color w:val="333333"/>
          <w:sz w:val="19"/>
        </w:rPr>
        <w:t>feet. If all the sides become the same, then each side length is 120 ÷ 4 = 30 feet. As such, the area of the square is then 30² = 900 square feet. Note that the original area of the garden is 50 · 10 = 500 square feet.</w:t>
      </w:r>
    </w:p>
    <w:p>
      <w:pPr>
        <w:spacing w:before="0" w:after="80" w:line="300" w:lineRule="auto"/>
        <w:jc w:val="left"/>
      </w:pPr>
      <w:r>
        <w:rPr>
          <w:rFonts w:ascii="Times New Roman" w:hAnsi="Times New Roman" w:eastAsia="宋体"/>
          <w:b w:val="0"/>
          <w:i w:val="0"/>
          <w:color w:val="333333"/>
          <w:sz w:val="19"/>
        </w:rPr>
        <w:t>Therefore, the difference is 900 - 500 = 400 square feet.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设 B, C, F, J 和 M 分别表示博、科、弗洛、乔和莫的钱数。</w:t>
      </w:r>
    </w:p>
    <w:p>
      <w:pPr>
        <w:spacing w:before="0" w:after="80" w:line="300" w:lineRule="auto"/>
        <w:jc w:val="left"/>
      </w:pPr>
      <w:r>
        <w:rPr>
          <w:rFonts w:ascii="Times New Roman" w:hAnsi="Times New Roman" w:eastAsia="宋体"/>
          <w:b w:val="0"/>
          <w:i w:val="0"/>
          <w:sz w:val="21"/>
        </w:rPr>
        <w:t>那么</w:t>
      </w:r>
    </w:p>
    <w:p>
      <w:pPr>
        <w:spacing w:before="0" w:after="80" w:line="300" w:lineRule="auto"/>
        <w:jc w:val="left"/>
      </w:pPr>
      <w:r>
        <w:rPr>
          <w:rFonts w:ascii="Times New Roman" w:hAnsi="Times New Roman" w:eastAsia="宋体"/>
          <w:b w:val="0"/>
          <w:i w:val="0"/>
          <w:sz w:val="21"/>
        </w:rPr>
        <w:t>J &lt; F, B &lt; F。</w:t>
      </w:r>
    </w:p>
    <w:p>
      <w:pPr>
        <w:spacing w:before="0" w:after="80" w:line="300" w:lineRule="auto"/>
        <w:jc w:val="left"/>
      </w:pPr>
      <w:r>
        <w:rPr>
          <w:rFonts w:ascii="Times New Roman" w:hAnsi="Times New Roman" w:eastAsia="宋体"/>
          <w:b w:val="0"/>
          <w:i w:val="0"/>
          <w:sz w:val="21"/>
        </w:rPr>
        <w:t>还知道</w:t>
      </w:r>
    </w:p>
    <w:p>
      <w:pPr>
        <w:spacing w:before="0" w:after="80" w:line="300" w:lineRule="auto"/>
        <w:jc w:val="left"/>
      </w:pPr>
      <w:r>
        <w:rPr>
          <w:rFonts w:ascii="Times New Roman" w:hAnsi="Times New Roman" w:eastAsia="宋体"/>
          <w:b w:val="0"/>
          <w:i w:val="0"/>
          <w:sz w:val="21"/>
        </w:rPr>
        <w:t>B &gt; M, C &gt; M。</w:t>
      </w:r>
    </w:p>
    <w:p>
      <w:pPr>
        <w:spacing w:before="0" w:after="80" w:line="300" w:lineRule="auto"/>
        <w:jc w:val="left"/>
      </w:pPr>
      <w:r>
        <w:rPr>
          <w:rFonts w:ascii="Times New Roman" w:hAnsi="Times New Roman" w:eastAsia="宋体"/>
          <w:b w:val="0"/>
          <w:i w:val="0"/>
          <w:sz w:val="21"/>
        </w:rPr>
        <w:t>最后，题目给出</w:t>
      </w:r>
    </w:p>
    <w:p>
      <w:pPr>
        <w:spacing w:before="0" w:after="80" w:line="300" w:lineRule="auto"/>
        <w:jc w:val="left"/>
      </w:pPr>
      <w:r>
        <w:rPr>
          <w:rFonts w:ascii="Times New Roman" w:hAnsi="Times New Roman" w:eastAsia="宋体"/>
          <w:b w:val="0"/>
          <w:i w:val="0"/>
          <w:sz w:val="21"/>
        </w:rPr>
        <w:t>M &lt; J &lt; B。</w:t>
      </w:r>
    </w:p>
    <w:p>
      <w:pPr>
        <w:spacing w:before="0" w:after="80" w:line="300" w:lineRule="auto"/>
        <w:jc w:val="left"/>
      </w:pPr>
      <w:r>
        <w:rPr>
          <w:rFonts w:ascii="Times New Roman" w:hAnsi="Times New Roman" w:eastAsia="宋体"/>
          <w:b w:val="0"/>
          <w:i w:val="0"/>
          <w:sz w:val="21"/>
        </w:rPr>
        <w:t>由第一组和第二组不等式可知 F &gt; M。</w:t>
      </w:r>
    </w:p>
    <w:p>
      <w:pPr>
        <w:spacing w:before="0" w:after="80" w:line="300" w:lineRule="auto"/>
        <w:jc w:val="left"/>
      </w:pPr>
      <w:r>
        <w:rPr>
          <w:rFonts w:ascii="Times New Roman" w:hAnsi="Times New Roman" w:eastAsia="宋体"/>
          <w:b w:val="0"/>
          <w:i w:val="0"/>
          <w:sz w:val="21"/>
        </w:rPr>
        <w:t>因此每个人的钱都比莫多。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C, F, J, and M represent the amount of money that Bo, Coe, Flo, Jo, and Moe have respectively.</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J &lt; F, B &lt; F.</w:t>
      </w:r>
    </w:p>
    <w:p>
      <w:pPr>
        <w:spacing w:before="0" w:after="80" w:line="300" w:lineRule="auto"/>
        <w:jc w:val="left"/>
      </w:pPr>
      <w:r>
        <w:rPr>
          <w:rFonts w:ascii="Times New Roman" w:hAnsi="Times New Roman" w:eastAsia="宋体"/>
          <w:b w:val="0"/>
          <w:i w:val="0"/>
          <w:color w:val="333333"/>
          <w:sz w:val="19"/>
        </w:rPr>
        <w:t>We also have</w:t>
      </w:r>
    </w:p>
    <w:p>
      <w:pPr>
        <w:spacing w:before="0" w:after="80" w:line="300" w:lineRule="auto"/>
        <w:jc w:val="left"/>
      </w:pPr>
      <w:r>
        <w:rPr>
          <w:rFonts w:ascii="Times New Roman" w:hAnsi="Times New Roman" w:eastAsia="宋体"/>
          <w:b w:val="0"/>
          <w:i w:val="0"/>
          <w:color w:val="333333"/>
          <w:sz w:val="19"/>
        </w:rPr>
        <w:t>B &gt; M, C &gt; M.</w:t>
      </w:r>
    </w:p>
    <w:p>
      <w:pPr>
        <w:spacing w:before="0" w:after="80" w:line="300" w:lineRule="auto"/>
        <w:jc w:val="left"/>
      </w:pPr>
      <w:r>
        <w:rPr>
          <w:rFonts w:ascii="Times New Roman" w:hAnsi="Times New Roman" w:eastAsia="宋体"/>
          <w:b w:val="0"/>
          <w:i w:val="0"/>
          <w:color w:val="333333"/>
          <w:sz w:val="19"/>
        </w:rPr>
        <w:t>Finally, we are given</w:t>
      </w:r>
    </w:p>
    <w:p>
      <w:pPr>
        <w:spacing w:before="0" w:after="80" w:line="300" w:lineRule="auto"/>
        <w:jc w:val="left"/>
      </w:pPr>
      <w:r>
        <w:rPr>
          <w:rFonts w:ascii="Times New Roman" w:hAnsi="Times New Roman" w:eastAsia="宋体"/>
          <w:b w:val="0"/>
          <w:i w:val="0"/>
          <w:color w:val="333333"/>
          <w:sz w:val="19"/>
        </w:rPr>
        <w:t>M &lt; J &lt; B.</w:t>
      </w:r>
    </w:p>
    <w:p>
      <w:pPr>
        <w:spacing w:before="0" w:after="80" w:line="300" w:lineRule="auto"/>
        <w:jc w:val="left"/>
      </w:pPr>
      <w:r>
        <w:rPr>
          <w:rFonts w:ascii="Times New Roman" w:hAnsi="Times New Roman" w:eastAsia="宋体"/>
          <w:b w:val="0"/>
          <w:i w:val="0"/>
          <w:color w:val="333333"/>
          <w:sz w:val="19"/>
        </w:rPr>
        <w:t>From the first and second inequalities, we can get that F &gt; M.</w:t>
      </w:r>
    </w:p>
    <w:p>
      <w:pPr>
        <w:spacing w:before="0" w:after="80" w:line="300" w:lineRule="auto"/>
        <w:jc w:val="left"/>
      </w:pPr>
      <w:r>
        <w:rPr>
          <w:rFonts w:ascii="Times New Roman" w:hAnsi="Times New Roman" w:eastAsia="宋体"/>
          <w:b w:val="0"/>
          <w:i w:val="0"/>
          <w:color w:val="333333"/>
          <w:sz w:val="19"/>
        </w:rPr>
        <w:t>This shows that everyone has more money than Moe.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第三个和第十个出口之间相差 160 - 40 = 120 英里。</w:t>
      </w:r>
    </w:p>
    <w:p>
      <w:pPr>
        <w:spacing w:before="0" w:after="80" w:line="300" w:lineRule="auto"/>
        <w:jc w:val="left"/>
      </w:pPr>
      <w:r>
        <w:rPr>
          <w:rFonts w:ascii="Times New Roman" w:hAnsi="Times New Roman" w:eastAsia="宋体"/>
          <w:b w:val="0"/>
          <w:i w:val="0"/>
          <w:sz w:val="21"/>
        </w:rPr>
        <w:t>这意味着全程的 3/4 处位于</w:t>
      </w:r>
    </w:p>
    <w:p>
      <w:pPr>
        <w:spacing w:before="0" w:after="80" w:line="300" w:lineRule="auto"/>
        <w:jc w:val="left"/>
      </w:pPr>
      <w:r>
        <w:rPr>
          <w:rFonts w:ascii="Times New Roman" w:hAnsi="Times New Roman" w:eastAsia="宋体"/>
          <w:b w:val="0"/>
          <w:i w:val="0"/>
          <w:sz w:val="21"/>
        </w:rPr>
        <w:t>40 + 3/4 · 120 = 130</w:t>
      </w:r>
    </w:p>
    <w:p>
      <w:pPr>
        <w:spacing w:before="0" w:after="80" w:line="300" w:lineRule="auto"/>
        <w:jc w:val="left"/>
      </w:pPr>
      <w:r>
        <w:rPr>
          <w:rFonts w:ascii="Times New Roman" w:hAnsi="Times New Roman" w:eastAsia="宋体"/>
          <w:b w:val="0"/>
          <w:i w:val="0"/>
          <w:sz w:val="21"/>
        </w:rPr>
        <w:t>英里标处。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160 - 40 = 120 miles between the third and tenth exits.</w:t>
      </w:r>
    </w:p>
    <w:p>
      <w:pPr>
        <w:spacing w:before="0" w:after="80" w:line="300" w:lineRule="auto"/>
        <w:jc w:val="left"/>
      </w:pPr>
      <w:r>
        <w:rPr>
          <w:rFonts w:ascii="Times New Roman" w:hAnsi="Times New Roman" w:eastAsia="宋体"/>
          <w:b w:val="0"/>
          <w:i w:val="0"/>
          <w:color w:val="333333"/>
          <w:sz w:val="19"/>
        </w:rPr>
        <w:t>This means 3/4 of the way is at the</w:t>
      </w:r>
    </w:p>
    <w:p>
      <w:pPr>
        <w:spacing w:before="0" w:after="80" w:line="300" w:lineRule="auto"/>
        <w:jc w:val="left"/>
      </w:pPr>
      <w:r>
        <w:rPr>
          <w:rFonts w:ascii="Times New Roman" w:hAnsi="Times New Roman" w:eastAsia="宋体"/>
          <w:b w:val="0"/>
          <w:i w:val="0"/>
          <w:color w:val="333333"/>
          <w:sz w:val="19"/>
        </w:rPr>
        <w:t>40 + 3/4 · 120 = 130</w:t>
      </w:r>
    </w:p>
    <w:p>
      <w:pPr>
        <w:spacing w:before="0" w:after="80" w:line="300" w:lineRule="auto"/>
        <w:jc w:val="left"/>
      </w:pPr>
      <w:r>
        <w:rPr>
          <w:rFonts w:ascii="Times New Roman" w:hAnsi="Times New Roman" w:eastAsia="宋体"/>
          <w:b w:val="0"/>
          <w:i w:val="0"/>
          <w:color w:val="333333"/>
          <w:sz w:val="19"/>
        </w:rPr>
        <w:t>milepost.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设立方体的黄色面朝上。</w:t>
      </w:r>
    </w:p>
    <w:p>
      <w:pPr>
        <w:spacing w:before="0" w:after="80" w:line="300" w:lineRule="auto"/>
        <w:jc w:val="left"/>
      </w:pPr>
      <w:r>
        <w:rPr>
          <w:rFonts w:ascii="Times New Roman" w:hAnsi="Times New Roman" w:eastAsia="宋体"/>
          <w:b w:val="0"/>
          <w:i w:val="0"/>
          <w:sz w:val="21"/>
        </w:rPr>
        <w:t>这时白色、绿色和橙色面可以向下折。</w:t>
      </w:r>
    </w:p>
    <w:p>
      <w:pPr>
        <w:spacing w:before="0" w:after="80" w:line="300" w:lineRule="auto"/>
        <w:jc w:val="left"/>
      </w:pPr>
      <w:r>
        <w:rPr>
          <w:rFonts w:ascii="Times New Roman" w:hAnsi="Times New Roman" w:eastAsia="宋体"/>
          <w:b w:val="0"/>
          <w:i w:val="0"/>
          <w:sz w:val="21"/>
        </w:rPr>
        <w:t>因为蓝色面连在绿色面上，所以它会向后折。</w:t>
      </w:r>
    </w:p>
    <w:p>
      <w:pPr>
        <w:spacing w:before="0" w:after="80" w:line="300" w:lineRule="auto"/>
        <w:jc w:val="left"/>
      </w:pPr>
      <w:r>
        <w:rPr>
          <w:rFonts w:ascii="Times New Roman" w:hAnsi="Times New Roman" w:eastAsia="宋体"/>
          <w:b w:val="0"/>
          <w:i w:val="0"/>
          <w:sz w:val="21"/>
        </w:rPr>
        <w:t>因此蓝色面最终会与白色面相对。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cube with the yellow face facing upwards.</w:t>
      </w:r>
    </w:p>
    <w:p>
      <w:pPr>
        <w:spacing w:before="0" w:after="80" w:line="300" w:lineRule="auto"/>
        <w:jc w:val="left"/>
      </w:pPr>
      <w:r>
        <w:rPr>
          <w:rFonts w:ascii="Times New Roman" w:hAnsi="Times New Roman" w:eastAsia="宋体"/>
          <w:b w:val="0"/>
          <w:i w:val="0"/>
          <w:color w:val="333333"/>
          <w:sz w:val="19"/>
        </w:rPr>
        <w:t>Then we can fold the white, green, and orange faces down.</w:t>
      </w:r>
    </w:p>
    <w:p>
      <w:pPr>
        <w:spacing w:before="0" w:after="80" w:line="300" w:lineRule="auto"/>
        <w:jc w:val="left"/>
      </w:pPr>
      <w:r>
        <w:rPr>
          <w:rFonts w:ascii="Times New Roman" w:hAnsi="Times New Roman" w:eastAsia="宋体"/>
          <w:b w:val="0"/>
          <w:i w:val="0"/>
          <w:color w:val="333333"/>
          <w:sz w:val="19"/>
        </w:rPr>
        <w:t>Since the blue face is attached to the green face, it will end up folding backwards.</w:t>
      </w:r>
    </w:p>
    <w:p>
      <w:pPr>
        <w:spacing w:before="0" w:after="80" w:line="300" w:lineRule="auto"/>
        <w:jc w:val="left"/>
      </w:pPr>
      <w:r>
        <w:rPr>
          <w:rFonts w:ascii="Times New Roman" w:hAnsi="Times New Roman" w:eastAsia="宋体"/>
          <w:b w:val="0"/>
          <w:i w:val="0"/>
          <w:color w:val="333333"/>
          <w:sz w:val="19"/>
        </w:rPr>
        <w:t>This means that the blue face will end up facing opposite the white face.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有 50 + 100 = 150 株植物在两个花坛中，且没有植物同时在三个花坛中。</w:t>
      </w:r>
    </w:p>
    <w:p>
      <w:pPr>
        <w:spacing w:before="0" w:after="80" w:line="300" w:lineRule="auto"/>
        <w:jc w:val="left"/>
      </w:pPr>
      <w:r>
        <w:rPr>
          <w:rFonts w:ascii="Times New Roman" w:hAnsi="Times New Roman" w:eastAsia="宋体"/>
          <w:b w:val="0"/>
          <w:i w:val="0"/>
          <w:sz w:val="21"/>
        </w:rPr>
        <w:t>所以植物总数为</w:t>
      </w:r>
    </w:p>
    <w:p>
      <w:pPr>
        <w:spacing w:before="0" w:after="80" w:line="300" w:lineRule="auto"/>
        <w:jc w:val="left"/>
      </w:pPr>
      <w:r>
        <w:rPr>
          <w:rFonts w:ascii="Times New Roman" w:hAnsi="Times New Roman" w:eastAsia="宋体"/>
          <w:b w:val="0"/>
          <w:i w:val="0"/>
          <w:sz w:val="21"/>
        </w:rPr>
        <w:t>500 + 450 + 350 - 150 = 1150。</w:t>
      </w:r>
    </w:p>
    <w:p>
      <w:pPr>
        <w:spacing w:before="0" w:after="80" w:line="300" w:lineRule="auto"/>
        <w:jc w:val="left"/>
      </w:pPr>
      <w:r>
        <w:rPr>
          <w:rFonts w:ascii="Times New Roman" w:hAnsi="Times New Roman" w:eastAsia="宋体"/>
          <w:b w:val="0"/>
          <w:i w:val="0"/>
          <w:sz w:val="21"/>
        </w:rPr>
        <w:t>减去重叠部分是为了去掉被计算两次的植物。</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there are 50 + 100 = 150 plants that are in two beds and there are no plants in all three beds.</w:t>
      </w:r>
    </w:p>
    <w:p>
      <w:pPr>
        <w:spacing w:before="0" w:after="80" w:line="300" w:lineRule="auto"/>
        <w:jc w:val="left"/>
      </w:pPr>
      <w:r>
        <w:rPr>
          <w:rFonts w:ascii="Times New Roman" w:hAnsi="Times New Roman" w:eastAsia="宋体"/>
          <w:b w:val="0"/>
          <w:i w:val="0"/>
          <w:color w:val="333333"/>
          <w:sz w:val="19"/>
        </w:rPr>
        <w:t>The total number of plants is then</w:t>
      </w:r>
    </w:p>
    <w:p>
      <w:pPr>
        <w:spacing w:before="0" w:after="80" w:line="300" w:lineRule="auto"/>
        <w:jc w:val="left"/>
      </w:pPr>
      <w:r>
        <w:rPr>
          <w:rFonts w:ascii="Times New Roman" w:hAnsi="Times New Roman" w:eastAsia="宋体"/>
          <w:b w:val="0"/>
          <w:i w:val="0"/>
          <w:color w:val="333333"/>
          <w:sz w:val="19"/>
        </w:rPr>
        <w:t>500 + 450 + 350 - 150 = 1150.</w:t>
      </w:r>
    </w:p>
    <w:p>
      <w:pPr>
        <w:spacing w:before="0" w:after="80" w:line="300" w:lineRule="auto"/>
        <w:jc w:val="left"/>
      </w:pPr>
      <w:r>
        <w:rPr>
          <w:rFonts w:ascii="Times New Roman" w:hAnsi="Times New Roman" w:eastAsia="宋体"/>
          <w:b w:val="0"/>
          <w:i w:val="0"/>
          <w:color w:val="333333"/>
          <w:sz w:val="19"/>
        </w:rPr>
        <w:t>We subtract to get rid of the plants that we counted twice.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在一个周期中，交通灯不是绿灯的时间为 30 + 5 = 35 秒。</w:t>
      </w:r>
    </w:p>
    <w:p>
      <w:pPr>
        <w:spacing w:before="0" w:after="80" w:line="300" w:lineRule="auto"/>
        <w:jc w:val="left"/>
      </w:pPr>
      <w:r>
        <w:rPr>
          <w:rFonts w:ascii="Times New Roman" w:hAnsi="Times New Roman" w:eastAsia="宋体"/>
          <w:b w:val="0"/>
          <w:i w:val="0"/>
          <w:sz w:val="21"/>
        </w:rPr>
        <w:t>所以不是绿灯的概率为</w:t>
      </w:r>
    </w:p>
    <w:p>
      <w:pPr>
        <w:spacing w:before="0" w:after="80" w:line="300" w:lineRule="auto"/>
        <w:jc w:val="left"/>
      </w:pPr>
      <w:r>
        <w:rPr>
          <w:rFonts w:ascii="Times New Roman" w:hAnsi="Times New Roman" w:eastAsia="宋体"/>
          <w:b w:val="0"/>
          <w:i w:val="0"/>
          <w:sz w:val="21"/>
        </w:rPr>
        <w:t>35/60 = 7/12。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a given cycle, the light is not green for 30 + 5 = 35 seconds.</w:t>
      </w:r>
    </w:p>
    <w:p>
      <w:pPr>
        <w:spacing w:before="0" w:after="80" w:line="300" w:lineRule="auto"/>
        <w:jc w:val="left"/>
      </w:pPr>
      <w:r>
        <w:rPr>
          <w:rFonts w:ascii="Times New Roman" w:hAnsi="Times New Roman" w:eastAsia="宋体"/>
          <w:b w:val="0"/>
          <w:i w:val="0"/>
          <w:color w:val="333333"/>
          <w:sz w:val="19"/>
        </w:rPr>
        <w:t>Then the probability that it is not green is</w:t>
      </w:r>
    </w:p>
    <w:p>
      <w:pPr>
        <w:spacing w:before="0" w:after="80" w:line="300" w:lineRule="auto"/>
        <w:jc w:val="left"/>
      </w:pPr>
      <w:r>
        <w:rPr>
          <w:rFonts w:ascii="Times New Roman" w:hAnsi="Times New Roman" w:eastAsia="宋体"/>
          <w:b w:val="0"/>
          <w:i w:val="0"/>
          <w:color w:val="333333"/>
          <w:sz w:val="19"/>
        </w:rPr>
        <w:t>35/60 = 7/12.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设中心方格中的数为 x。横排之和加上竖列之和时，其他数各计算一次，而中心数计算两次。</w:t>
      </w:r>
    </w:p>
    <w:p>
      <w:pPr>
        <w:spacing w:before="0" w:after="80" w:line="300" w:lineRule="auto"/>
        <w:jc w:val="left"/>
      </w:pPr>
      <w:r>
        <w:rPr>
          <w:rFonts w:ascii="Times New Roman" w:hAnsi="Times New Roman" w:eastAsia="宋体"/>
          <w:b w:val="0"/>
          <w:i w:val="0"/>
          <w:sz w:val="21"/>
        </w:rPr>
        <w:t>所以公共和的两倍是 1+4+7+10+13+x =35+x。当 x=13 时，这个值最大。</w:t>
      </w:r>
    </w:p>
    <w:p>
      <w:pPr>
        <w:spacing w:before="0" w:after="80" w:line="300" w:lineRule="auto"/>
        <w:jc w:val="left"/>
      </w:pPr>
      <w:r>
        <w:rPr>
          <w:rFonts w:ascii="Times New Roman" w:hAnsi="Times New Roman" w:eastAsia="宋体"/>
          <w:b w:val="0"/>
          <w:i w:val="0"/>
          <w:sz w:val="21"/>
        </w:rPr>
        <w:t>因此公共和至多为 35+13/2=24，而且可以达到：把 13 放在中心，把 1 和 10 放在一排的两端，把 4 和 7 放在另一排的两端。两个和都是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in the center. The horizontal sum plus the vertical sum counts every number once, except the center number is counted twice.</w:t>
      </w:r>
    </w:p>
    <w:p>
      <w:pPr>
        <w:spacing w:before="0" w:after="80" w:line="300" w:lineRule="auto"/>
        <w:jc w:val="left"/>
      </w:pPr>
      <w:r>
        <w:rPr>
          <w:rFonts w:ascii="Times New Roman" w:hAnsi="Times New Roman" w:eastAsia="宋体"/>
          <w:b w:val="0"/>
          <w:i w:val="0"/>
          <w:color w:val="333333"/>
          <w:sz w:val="19"/>
        </w:rPr>
        <w:t>So twice the common sum is 1+4+7+10+13+x =35+x. This is largest when x=13.</w:t>
      </w:r>
    </w:p>
    <w:p>
      <w:pPr>
        <w:spacing w:before="0" w:after="80" w:line="300" w:lineRule="auto"/>
        <w:jc w:val="left"/>
      </w:pPr>
      <w:r>
        <w:rPr>
          <w:rFonts w:ascii="Times New Roman" w:hAnsi="Times New Roman" w:eastAsia="宋体"/>
          <w:b w:val="0"/>
          <w:i w:val="0"/>
          <w:color w:val="333333"/>
          <w:sz w:val="19"/>
        </w:rPr>
        <w:t>The largest common sum is therefore at most 35+13/2=24, and it is attainable: put 13 in the center, 1 and 10 at the ends of one row, and 4 and 7 at the ends of the other. Both sums are 24.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可以把这支队看成每 15 场比赛中赢 11 场、输 4 场。</w:t>
      </w:r>
    </w:p>
    <w:p>
      <w:pPr>
        <w:spacing w:before="0" w:after="80" w:line="300" w:lineRule="auto"/>
        <w:jc w:val="left"/>
      </w:pPr>
      <w:r>
        <w:rPr>
          <w:rFonts w:ascii="Times New Roman" w:hAnsi="Times New Roman" w:eastAsia="宋体"/>
          <w:b w:val="0"/>
          <w:i w:val="0"/>
          <w:sz w:val="21"/>
        </w:rPr>
        <w:t>输掉的百分比为 4/15·100%≈ 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team can be viewed as winning 11 games and losing 4 games in each batch of 15 games.</w:t>
      </w:r>
    </w:p>
    <w:p>
      <w:pPr>
        <w:spacing w:before="0" w:after="80" w:line="300" w:lineRule="auto"/>
        <w:jc w:val="left"/>
      </w:pPr>
      <w:r>
        <w:rPr>
          <w:rFonts w:ascii="Times New Roman" w:hAnsi="Times New Roman" w:eastAsia="宋体"/>
          <w:b w:val="0"/>
          <w:i w:val="0"/>
          <w:color w:val="333333"/>
          <w:sz w:val="19"/>
        </w:rPr>
        <w:t>The percent lost is 4/15·100%≈ 27%.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全营所有人的年龄总和为 40 · 17 = 680。</w:t>
      </w:r>
    </w:p>
    <w:p>
      <w:pPr>
        <w:spacing w:before="0" w:after="80" w:line="300" w:lineRule="auto"/>
        <w:jc w:val="left"/>
      </w:pPr>
      <w:r>
        <w:rPr>
          <w:rFonts w:ascii="Times New Roman" w:hAnsi="Times New Roman" w:eastAsia="宋体"/>
          <w:b w:val="0"/>
          <w:i w:val="0"/>
          <w:sz w:val="21"/>
        </w:rPr>
        <w:t>女孩年龄总和为 20 · 15 = 300，男孩年龄总和为 15 · 16 = 240。</w:t>
      </w:r>
    </w:p>
    <w:p>
      <w:pPr>
        <w:spacing w:before="0" w:after="80" w:line="300" w:lineRule="auto"/>
        <w:jc w:val="left"/>
      </w:pPr>
      <w:r>
        <w:rPr>
          <w:rFonts w:ascii="Times New Roman" w:hAnsi="Times New Roman" w:eastAsia="宋体"/>
          <w:b w:val="0"/>
          <w:i w:val="0"/>
          <w:sz w:val="21"/>
        </w:rPr>
        <w:t>因此成年人的年龄总和为 680 - 300 - 240 = 140。</w:t>
      </w:r>
    </w:p>
    <w:p>
      <w:pPr>
        <w:spacing w:before="0" w:after="80" w:line="300" w:lineRule="auto"/>
        <w:jc w:val="left"/>
      </w:pPr>
      <w:r>
        <w:rPr>
          <w:rFonts w:ascii="Times New Roman" w:hAnsi="Times New Roman" w:eastAsia="宋体"/>
          <w:b w:val="0"/>
          <w:i w:val="0"/>
          <w:sz w:val="21"/>
        </w:rPr>
        <w:t>所以成年人的平均年龄为</w:t>
      </w:r>
    </w:p>
    <w:p>
      <w:pPr>
        <w:spacing w:before="0" w:after="80" w:line="300" w:lineRule="auto"/>
        <w:jc w:val="left"/>
      </w:pPr>
      <w:r>
        <w:rPr>
          <w:rFonts w:ascii="Times New Roman" w:hAnsi="Times New Roman" w:eastAsia="宋体"/>
          <w:b w:val="0"/>
          <w:i w:val="0"/>
          <w:sz w:val="21"/>
        </w:rPr>
        <w:t>140 ÷ 5 = 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ages of everybody at the camp is 40 · 17 = 680.</w:t>
      </w:r>
    </w:p>
    <w:p>
      <w:pPr>
        <w:spacing w:before="0" w:after="80" w:line="300" w:lineRule="auto"/>
        <w:jc w:val="left"/>
      </w:pPr>
      <w:r>
        <w:rPr>
          <w:rFonts w:ascii="Times New Roman" w:hAnsi="Times New Roman" w:eastAsia="宋体"/>
          <w:b w:val="0"/>
          <w:i w:val="0"/>
          <w:color w:val="333333"/>
          <w:sz w:val="19"/>
        </w:rPr>
        <w:t>The sum of the ages of the girls is 20 · 15 = 300 and of the boys is 15 · 16 = 240.</w:t>
      </w:r>
    </w:p>
    <w:p>
      <w:pPr>
        <w:spacing w:before="0" w:after="80" w:line="300" w:lineRule="auto"/>
        <w:jc w:val="left"/>
      </w:pPr>
      <w:r>
        <w:rPr>
          <w:rFonts w:ascii="Times New Roman" w:hAnsi="Times New Roman" w:eastAsia="宋体"/>
          <w:b w:val="0"/>
          <w:i w:val="0"/>
          <w:color w:val="333333"/>
          <w:sz w:val="19"/>
        </w:rPr>
        <w:t>As such, we know that the ages of the adults must be 680 - 300 - 240 = 140.</w:t>
      </w:r>
    </w:p>
    <w:p>
      <w:pPr>
        <w:spacing w:before="0" w:after="80" w:line="300" w:lineRule="auto"/>
        <w:jc w:val="left"/>
      </w:pPr>
      <w:r>
        <w:rPr>
          <w:rFonts w:ascii="Times New Roman" w:hAnsi="Times New Roman" w:eastAsia="宋体"/>
          <w:b w:val="0"/>
          <w:i w:val="0"/>
          <w:color w:val="333333"/>
          <w:sz w:val="19"/>
        </w:rPr>
        <w:t>And therefore, the average age of the adults is then</w:t>
      </w:r>
    </w:p>
    <w:p>
      <w:pPr>
        <w:spacing w:before="0" w:after="80" w:line="300" w:lineRule="auto"/>
        <w:jc w:val="left"/>
      </w:pPr>
      <w:r>
        <w:rPr>
          <w:rFonts w:ascii="Times New Roman" w:hAnsi="Times New Roman" w:eastAsia="宋体"/>
          <w:b w:val="0"/>
          <w:i w:val="0"/>
          <w:color w:val="333333"/>
          <w:sz w:val="19"/>
        </w:rPr>
        <w:t>140 ÷ 5 = 28.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设从 B 到 AD 的高交 AD 于 H。</w:t>
      </w:r>
    </w:p>
    <w:p>
      <w:pPr>
        <w:spacing w:before="0" w:after="80" w:line="300" w:lineRule="auto"/>
        <w:jc w:val="left"/>
      </w:pPr>
      <w:r>
        <w:rPr>
          <w:rFonts w:ascii="Times New Roman" w:hAnsi="Times New Roman" w:eastAsia="宋体"/>
          <w:b w:val="0"/>
          <w:i w:val="0"/>
          <w:sz w:val="21"/>
        </w:rPr>
        <w:t>于是我们有</w:t>
      </w:r>
    </w:p>
    <w:p>
      <w:pPr>
        <w:spacing w:before="0" w:after="80" w:line="300" w:lineRule="auto"/>
        <w:jc w:val="left"/>
      </w:pPr>
      <w:r>
        <w:rPr>
          <w:rFonts w:ascii="Times New Roman" w:hAnsi="Times New Roman" w:eastAsia="宋体"/>
          <w:b w:val="0"/>
          <w:i w:val="0"/>
          <w:sz w:val="21"/>
        </w:rPr>
        <w:t>AH = (16 - 8)/2 = 4，</w:t>
      </w:r>
    </w:p>
    <w:p>
      <w:pPr>
        <w:spacing w:before="0" w:after="80" w:line="300" w:lineRule="auto"/>
        <w:jc w:val="left"/>
      </w:pPr>
      <w:r>
        <w:rPr>
          <w:rFonts w:ascii="Times New Roman" w:hAnsi="Times New Roman" w:eastAsia="宋体"/>
          <w:b w:val="0"/>
          <w:i w:val="0"/>
          <w:sz w:val="21"/>
        </w:rPr>
        <w:t>因为 AB = CD。</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AB = √(4² + 3²) = √(25) = 5。</w:t>
      </w:r>
    </w:p>
    <w:p>
      <w:pPr>
        <w:spacing w:before="0" w:after="80" w:line="300" w:lineRule="auto"/>
        <w:jc w:val="left"/>
      </w:pPr>
      <w:r>
        <w:rPr>
          <w:rFonts w:ascii="Times New Roman" w:hAnsi="Times New Roman" w:eastAsia="宋体"/>
          <w:b w:val="0"/>
          <w:i w:val="0"/>
          <w:sz w:val="21"/>
        </w:rPr>
        <w:t>周长为</w:t>
      </w:r>
    </w:p>
    <w:p>
      <w:pPr>
        <w:spacing w:before="0" w:after="80" w:line="300" w:lineRule="auto"/>
        <w:jc w:val="left"/>
      </w:pPr>
      <w:r>
        <w:rPr>
          <w:rFonts w:ascii="Times New Roman" w:hAnsi="Times New Roman" w:eastAsia="宋体"/>
          <w:b w:val="0"/>
          <w:i w:val="0"/>
          <w:sz w:val="21"/>
        </w:rPr>
        <w:t>8 + 16 + 2 · 5 = 34。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where the altitude from B to AD intersects AD.</w:t>
      </w:r>
    </w:p>
    <w:p>
      <w:pPr>
        <w:spacing w:before="0" w:after="80" w:line="300" w:lineRule="auto"/>
        <w:jc w:val="left"/>
      </w:pPr>
      <w:r>
        <w:rPr>
          <w:rFonts w:ascii="Times New Roman" w:hAnsi="Times New Roman" w:eastAsia="宋体"/>
          <w:b w:val="0"/>
          <w:i w:val="0"/>
          <w:color w:val="333333"/>
          <w:sz w:val="19"/>
        </w:rPr>
        <w:t>Then we have that</w:t>
      </w:r>
    </w:p>
    <w:p>
      <w:pPr>
        <w:spacing w:before="0" w:after="80" w:line="300" w:lineRule="auto"/>
        <w:jc w:val="left"/>
      </w:pPr>
      <w:r>
        <w:rPr>
          <w:rFonts w:ascii="Times New Roman" w:hAnsi="Times New Roman" w:eastAsia="宋体"/>
          <w:b w:val="0"/>
          <w:i w:val="0"/>
          <w:color w:val="333333"/>
          <w:sz w:val="19"/>
        </w:rPr>
        <w:t>AH = (16 - 8)/2 = 4,</w:t>
      </w:r>
    </w:p>
    <w:p>
      <w:pPr>
        <w:spacing w:before="0" w:after="80" w:line="300" w:lineRule="auto"/>
        <w:jc w:val="left"/>
      </w:pPr>
      <w:r>
        <w:rPr>
          <w:rFonts w:ascii="Times New Roman" w:hAnsi="Times New Roman" w:eastAsia="宋体"/>
          <w:b w:val="0"/>
          <w:i w:val="0"/>
          <w:color w:val="333333"/>
          <w:sz w:val="19"/>
        </w:rPr>
        <w:t>since AB = CD.</w:t>
      </w:r>
    </w:p>
    <w:p>
      <w:pPr>
        <w:spacing w:before="0" w:after="80" w:line="300" w:lineRule="auto"/>
        <w:jc w:val="left"/>
      </w:pPr>
      <w:r>
        <w:rPr>
          <w:rFonts w:ascii="Times New Roman" w:hAnsi="Times New Roman" w:eastAsia="宋体"/>
          <w:b w:val="0"/>
          <w:i w:val="0"/>
          <w:color w:val="333333"/>
          <w:sz w:val="19"/>
        </w:rPr>
        <w:t>We then have that</w:t>
      </w:r>
    </w:p>
    <w:p>
      <w:pPr>
        <w:spacing w:before="0" w:after="80" w:line="300" w:lineRule="auto"/>
        <w:jc w:val="left"/>
      </w:pPr>
      <w:r>
        <w:rPr>
          <w:rFonts w:ascii="Times New Roman" w:hAnsi="Times New Roman" w:eastAsia="宋体"/>
          <w:b w:val="0"/>
          <w:i w:val="0"/>
          <w:color w:val="333333"/>
          <w:sz w:val="19"/>
        </w:rPr>
        <w:t>AB = √(4² + 3²) = √(25) = 5.</w:t>
      </w:r>
    </w:p>
    <w:p>
      <w:pPr>
        <w:spacing w:before="0" w:after="80" w:line="300" w:lineRule="auto"/>
        <w:jc w:val="left"/>
      </w:pPr>
      <w:r>
        <w:rPr>
          <w:rFonts w:ascii="Times New Roman" w:hAnsi="Times New Roman" w:eastAsia="宋体"/>
          <w:b w:val="0"/>
          <w:i w:val="0"/>
          <w:color w:val="333333"/>
          <w:sz w:val="19"/>
        </w:rPr>
        <w:t>Then the perimeter is</w:t>
      </w:r>
    </w:p>
    <w:p>
      <w:pPr>
        <w:spacing w:before="0" w:after="80" w:line="300" w:lineRule="auto"/>
        <w:jc w:val="left"/>
      </w:pPr>
      <w:r>
        <w:rPr>
          <w:rFonts w:ascii="Times New Roman" w:hAnsi="Times New Roman" w:eastAsia="宋体"/>
          <w:b w:val="0"/>
          <w:i w:val="0"/>
          <w:color w:val="333333"/>
          <w:sz w:val="19"/>
        </w:rPr>
        <w:t>8 + 16 + 2 · 5 = 34.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目前一共可以制作</w:t>
      </w:r>
    </w:p>
    <w:p>
      <w:pPr>
        <w:spacing w:before="0" w:after="80" w:line="300" w:lineRule="auto"/>
        <w:jc w:val="left"/>
      </w:pPr>
      <w:r>
        <w:rPr>
          <w:rFonts w:ascii="Times New Roman" w:hAnsi="Times New Roman" w:eastAsia="宋体"/>
          <w:b w:val="0"/>
          <w:i w:val="0"/>
          <w:sz w:val="21"/>
        </w:rPr>
        <w:t>5 · 3 · 4 = 60</w:t>
      </w:r>
    </w:p>
    <w:p>
      <w:pPr>
        <w:spacing w:before="0" w:after="80" w:line="300" w:lineRule="auto"/>
        <w:jc w:val="left"/>
      </w:pPr>
      <w:r>
        <w:rPr>
          <w:rFonts w:ascii="Times New Roman" w:hAnsi="Times New Roman" w:eastAsia="宋体"/>
          <w:b w:val="0"/>
          <w:i w:val="0"/>
          <w:sz w:val="21"/>
        </w:rPr>
        <w:t>个牌照。</w:t>
      </w:r>
    </w:p>
    <w:p>
      <w:pPr>
        <w:spacing w:before="0" w:after="80" w:line="300" w:lineRule="auto"/>
        <w:jc w:val="left"/>
      </w:pPr>
      <w:r>
        <w:rPr>
          <w:rFonts w:ascii="Times New Roman" w:hAnsi="Times New Roman" w:eastAsia="宋体"/>
          <w:b w:val="0"/>
          <w:i w:val="0"/>
          <w:sz w:val="21"/>
        </w:rPr>
        <w:t>如果两个字母都加入第一个集合，那么可以制作</w:t>
      </w:r>
    </w:p>
    <w:p>
      <w:pPr>
        <w:spacing w:before="0" w:after="80" w:line="300" w:lineRule="auto"/>
        <w:jc w:val="left"/>
      </w:pPr>
      <w:r>
        <w:rPr>
          <w:rFonts w:ascii="Times New Roman" w:hAnsi="Times New Roman" w:eastAsia="宋体"/>
          <w:b w:val="0"/>
          <w:i w:val="0"/>
          <w:sz w:val="21"/>
        </w:rPr>
        <w:t>7 · 3 · 4 = 84</w:t>
      </w:r>
    </w:p>
    <w:p>
      <w:pPr>
        <w:spacing w:before="0" w:after="80" w:line="300" w:lineRule="auto"/>
        <w:jc w:val="left"/>
      </w:pPr>
      <w:r>
        <w:rPr>
          <w:rFonts w:ascii="Times New Roman" w:hAnsi="Times New Roman" w:eastAsia="宋体"/>
          <w:b w:val="0"/>
          <w:i w:val="0"/>
          <w:sz w:val="21"/>
        </w:rPr>
        <w:t>个牌照。</w:t>
      </w:r>
    </w:p>
    <w:p>
      <w:pPr>
        <w:spacing w:before="0" w:after="80" w:line="300" w:lineRule="auto"/>
        <w:jc w:val="left"/>
      </w:pPr>
      <w:r>
        <w:rPr>
          <w:rFonts w:ascii="Times New Roman" w:hAnsi="Times New Roman" w:eastAsia="宋体"/>
          <w:b w:val="0"/>
          <w:i w:val="0"/>
          <w:sz w:val="21"/>
        </w:rPr>
        <w:t>如果两个字母都加入第二个集合，那么有</w:t>
      </w:r>
    </w:p>
    <w:p>
      <w:pPr>
        <w:spacing w:before="0" w:after="80" w:line="300" w:lineRule="auto"/>
        <w:jc w:val="left"/>
      </w:pPr>
      <w:r>
        <w:rPr>
          <w:rFonts w:ascii="Times New Roman" w:hAnsi="Times New Roman" w:eastAsia="宋体"/>
          <w:b w:val="0"/>
          <w:i w:val="0"/>
          <w:sz w:val="21"/>
        </w:rPr>
        <w:t>5 · 5 · 4 = 100</w:t>
      </w:r>
    </w:p>
    <w:p>
      <w:pPr>
        <w:spacing w:before="0" w:after="80" w:line="300" w:lineRule="auto"/>
        <w:jc w:val="left"/>
      </w:pPr>
      <w:r>
        <w:rPr>
          <w:rFonts w:ascii="Times New Roman" w:hAnsi="Times New Roman" w:eastAsia="宋体"/>
          <w:b w:val="0"/>
          <w:i w:val="0"/>
          <w:sz w:val="21"/>
        </w:rPr>
        <w:t>个牌照。</w:t>
      </w:r>
    </w:p>
    <w:p>
      <w:pPr>
        <w:spacing w:before="0" w:after="80" w:line="300" w:lineRule="auto"/>
        <w:jc w:val="left"/>
      </w:pPr>
      <w:r>
        <w:rPr>
          <w:rFonts w:ascii="Times New Roman" w:hAnsi="Times New Roman" w:eastAsia="宋体"/>
          <w:b w:val="0"/>
          <w:i w:val="0"/>
          <w:sz w:val="21"/>
        </w:rPr>
        <w:t>如果两个字母都加入第三个集合，那么有</w:t>
      </w:r>
    </w:p>
    <w:p>
      <w:pPr>
        <w:spacing w:before="0" w:after="80" w:line="300" w:lineRule="auto"/>
        <w:jc w:val="left"/>
      </w:pPr>
      <w:r>
        <w:rPr>
          <w:rFonts w:ascii="Times New Roman" w:hAnsi="Times New Roman" w:eastAsia="宋体"/>
          <w:b w:val="0"/>
          <w:i w:val="0"/>
          <w:sz w:val="21"/>
        </w:rPr>
        <w:t>5 · 3 · 6 = 90</w:t>
      </w:r>
    </w:p>
    <w:p>
      <w:pPr>
        <w:spacing w:before="0" w:after="80" w:line="300" w:lineRule="auto"/>
        <w:jc w:val="left"/>
      </w:pPr>
      <w:r>
        <w:rPr>
          <w:rFonts w:ascii="Times New Roman" w:hAnsi="Times New Roman" w:eastAsia="宋体"/>
          <w:b w:val="0"/>
          <w:i w:val="0"/>
          <w:sz w:val="21"/>
        </w:rPr>
        <w:t>种选择。</w:t>
      </w:r>
    </w:p>
    <w:p>
      <w:pPr>
        <w:spacing w:before="0" w:after="80" w:line="300" w:lineRule="auto"/>
        <w:jc w:val="left"/>
      </w:pPr>
      <w:r>
        <w:rPr>
          <w:rFonts w:ascii="Times New Roman" w:hAnsi="Times New Roman" w:eastAsia="宋体"/>
          <w:b w:val="0"/>
          <w:i w:val="0"/>
          <w:sz w:val="21"/>
        </w:rPr>
        <w:t>如果一个字母加入第一个集合，另一个加入第二个集合，那么有</w:t>
      </w:r>
    </w:p>
    <w:p>
      <w:pPr>
        <w:spacing w:before="0" w:after="80" w:line="300" w:lineRule="auto"/>
        <w:jc w:val="left"/>
      </w:pPr>
      <w:r>
        <w:rPr>
          <w:rFonts w:ascii="Times New Roman" w:hAnsi="Times New Roman" w:eastAsia="宋体"/>
          <w:b w:val="0"/>
          <w:i w:val="0"/>
          <w:sz w:val="21"/>
        </w:rPr>
        <w:t>6 · 4 · 4 = 96</w:t>
      </w:r>
    </w:p>
    <w:p>
      <w:pPr>
        <w:spacing w:before="0" w:after="80" w:line="300" w:lineRule="auto"/>
        <w:jc w:val="left"/>
      </w:pPr>
      <w:r>
        <w:rPr>
          <w:rFonts w:ascii="Times New Roman" w:hAnsi="Times New Roman" w:eastAsia="宋体"/>
          <w:b w:val="0"/>
          <w:i w:val="0"/>
          <w:sz w:val="21"/>
        </w:rPr>
        <w:t>个牌照。</w:t>
      </w:r>
    </w:p>
    <w:p>
      <w:pPr>
        <w:spacing w:before="0" w:after="80" w:line="300" w:lineRule="auto"/>
        <w:jc w:val="left"/>
      </w:pPr>
      <w:r>
        <w:rPr>
          <w:rFonts w:ascii="Times New Roman" w:hAnsi="Times New Roman" w:eastAsia="宋体"/>
          <w:b w:val="0"/>
          <w:i w:val="0"/>
          <w:sz w:val="21"/>
        </w:rPr>
        <w:t>如果另一个字母改为加入第三个集合，那么可以得到</w:t>
      </w:r>
    </w:p>
    <w:p>
      <w:pPr>
        <w:spacing w:before="0" w:after="80" w:line="300" w:lineRule="auto"/>
        <w:jc w:val="left"/>
      </w:pPr>
      <w:r>
        <w:rPr>
          <w:rFonts w:ascii="Times New Roman" w:hAnsi="Times New Roman" w:eastAsia="宋体"/>
          <w:b w:val="0"/>
          <w:i w:val="0"/>
          <w:sz w:val="21"/>
        </w:rPr>
        <w:t>6 · 3 · 5 = 90</w:t>
      </w:r>
    </w:p>
    <w:p>
      <w:pPr>
        <w:spacing w:before="0" w:after="80" w:line="300" w:lineRule="auto"/>
        <w:jc w:val="left"/>
      </w:pPr>
      <w:r>
        <w:rPr>
          <w:rFonts w:ascii="Times New Roman" w:hAnsi="Times New Roman" w:eastAsia="宋体"/>
          <w:b w:val="0"/>
          <w:i w:val="0"/>
          <w:sz w:val="21"/>
        </w:rPr>
        <w:t>个牌照。</w:t>
      </w:r>
    </w:p>
    <w:p>
      <w:pPr>
        <w:spacing w:before="0" w:after="80" w:line="300" w:lineRule="auto"/>
        <w:jc w:val="left"/>
      </w:pPr>
      <w:r>
        <w:rPr>
          <w:rFonts w:ascii="Times New Roman" w:hAnsi="Times New Roman" w:eastAsia="宋体"/>
          <w:b w:val="0"/>
          <w:i w:val="0"/>
          <w:sz w:val="21"/>
        </w:rPr>
        <w:t>最后，如果两个字母分别加入第二个和第三个集合，那么有</w:t>
      </w:r>
    </w:p>
    <w:p>
      <w:pPr>
        <w:spacing w:before="0" w:after="80" w:line="300" w:lineRule="auto"/>
        <w:jc w:val="left"/>
      </w:pPr>
      <w:r>
        <w:rPr>
          <w:rFonts w:ascii="Times New Roman" w:hAnsi="Times New Roman" w:eastAsia="宋体"/>
          <w:b w:val="0"/>
          <w:i w:val="0"/>
          <w:sz w:val="21"/>
        </w:rPr>
        <w:t>5 · 4 · 5 = 100</w:t>
      </w:r>
    </w:p>
    <w:p>
      <w:pPr>
        <w:spacing w:before="0" w:after="80" w:line="300" w:lineRule="auto"/>
        <w:jc w:val="left"/>
      </w:pPr>
      <w:r>
        <w:rPr>
          <w:rFonts w:ascii="Times New Roman" w:hAnsi="Times New Roman" w:eastAsia="宋体"/>
          <w:b w:val="0"/>
          <w:i w:val="0"/>
          <w:sz w:val="21"/>
        </w:rPr>
        <w:t>个牌照。</w:t>
      </w:r>
    </w:p>
    <w:p>
      <w:pPr>
        <w:spacing w:before="0" w:after="80" w:line="300" w:lineRule="auto"/>
        <w:jc w:val="left"/>
      </w:pPr>
      <w:r>
        <w:rPr>
          <w:rFonts w:ascii="Times New Roman" w:hAnsi="Times New Roman" w:eastAsia="宋体"/>
          <w:b w:val="0"/>
          <w:i w:val="0"/>
          <w:sz w:val="21"/>
        </w:rPr>
        <w:t>最大可以达到 100 个牌照，因此额外增加 100 - 60 = 40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currently</w:t>
      </w:r>
    </w:p>
    <w:p>
      <w:pPr>
        <w:spacing w:before="0" w:after="80" w:line="300" w:lineRule="auto"/>
        <w:jc w:val="left"/>
      </w:pPr>
      <w:r>
        <w:rPr>
          <w:rFonts w:ascii="Times New Roman" w:hAnsi="Times New Roman" w:eastAsia="宋体"/>
          <w:b w:val="0"/>
          <w:i w:val="0"/>
          <w:color w:val="333333"/>
          <w:sz w:val="19"/>
        </w:rPr>
        <w:t>5 · 3 · 4 = 60</w:t>
      </w:r>
    </w:p>
    <w:p>
      <w:pPr>
        <w:spacing w:before="0" w:after="80" w:line="300" w:lineRule="auto"/>
        <w:jc w:val="left"/>
      </w:pPr>
      <w:r>
        <w:rPr>
          <w:rFonts w:ascii="Times New Roman" w:hAnsi="Times New Roman" w:eastAsia="宋体"/>
          <w:b w:val="0"/>
          <w:i w:val="0"/>
          <w:color w:val="333333"/>
          <w:sz w:val="19"/>
        </w:rPr>
        <w:t>license plates that can be made.</w:t>
      </w:r>
    </w:p>
    <w:p>
      <w:pPr>
        <w:spacing w:before="0" w:after="80" w:line="300" w:lineRule="auto"/>
        <w:jc w:val="left"/>
      </w:pPr>
      <w:r>
        <w:rPr>
          <w:rFonts w:ascii="Times New Roman" w:hAnsi="Times New Roman" w:eastAsia="宋体"/>
          <w:b w:val="0"/>
          <w:i w:val="0"/>
          <w:color w:val="333333"/>
          <w:sz w:val="19"/>
        </w:rPr>
        <w:t>If both letters are added to the first set, then there are</w:t>
      </w:r>
    </w:p>
    <w:p>
      <w:pPr>
        <w:spacing w:before="0" w:after="80" w:line="300" w:lineRule="auto"/>
        <w:jc w:val="left"/>
      </w:pPr>
      <w:r>
        <w:rPr>
          <w:rFonts w:ascii="Times New Roman" w:hAnsi="Times New Roman" w:eastAsia="宋体"/>
          <w:b w:val="0"/>
          <w:i w:val="0"/>
          <w:color w:val="333333"/>
          <w:sz w:val="19"/>
        </w:rPr>
        <w:t>7 · 3 · 4 = 84</w:t>
      </w:r>
    </w:p>
    <w:p>
      <w:pPr>
        <w:spacing w:before="0" w:after="80" w:line="300" w:lineRule="auto"/>
        <w:jc w:val="left"/>
      </w:pPr>
      <w:r>
        <w:rPr>
          <w:rFonts w:ascii="Times New Roman" w:hAnsi="Times New Roman" w:eastAsia="宋体"/>
          <w:b w:val="0"/>
          <w:i w:val="0"/>
          <w:color w:val="333333"/>
          <w:sz w:val="19"/>
        </w:rPr>
        <w:t>possible plates.</w:t>
      </w:r>
    </w:p>
    <w:p>
      <w:pPr>
        <w:spacing w:before="0" w:after="80" w:line="300" w:lineRule="auto"/>
        <w:jc w:val="left"/>
      </w:pPr>
      <w:r>
        <w:rPr>
          <w:rFonts w:ascii="Times New Roman" w:hAnsi="Times New Roman" w:eastAsia="宋体"/>
          <w:b w:val="0"/>
          <w:i w:val="0"/>
          <w:color w:val="333333"/>
          <w:sz w:val="19"/>
        </w:rPr>
        <w:t>If they are both added to the second, there are</w:t>
      </w:r>
    </w:p>
    <w:p>
      <w:pPr>
        <w:spacing w:before="0" w:after="80" w:line="300" w:lineRule="auto"/>
        <w:jc w:val="left"/>
      </w:pPr>
      <w:r>
        <w:rPr>
          <w:rFonts w:ascii="Times New Roman" w:hAnsi="Times New Roman" w:eastAsia="宋体"/>
          <w:b w:val="0"/>
          <w:i w:val="0"/>
          <w:color w:val="333333"/>
          <w:sz w:val="19"/>
        </w:rPr>
        <w:t>5 · 5 · 4 = 100</w:t>
      </w:r>
    </w:p>
    <w:p>
      <w:pPr>
        <w:spacing w:before="0" w:after="80" w:line="300" w:lineRule="auto"/>
        <w:jc w:val="left"/>
      </w:pPr>
      <w:r>
        <w:rPr>
          <w:rFonts w:ascii="Times New Roman" w:hAnsi="Times New Roman" w:eastAsia="宋体"/>
          <w:b w:val="0"/>
          <w:i w:val="0"/>
          <w:color w:val="333333"/>
          <w:sz w:val="19"/>
        </w:rPr>
        <w:t>plates.</w:t>
      </w:r>
    </w:p>
    <w:p>
      <w:pPr>
        <w:spacing w:before="0" w:after="80" w:line="300" w:lineRule="auto"/>
        <w:jc w:val="left"/>
      </w:pPr>
      <w:r>
        <w:rPr>
          <w:rFonts w:ascii="Times New Roman" w:hAnsi="Times New Roman" w:eastAsia="宋体"/>
          <w:b w:val="0"/>
          <w:i w:val="0"/>
          <w:color w:val="333333"/>
          <w:sz w:val="19"/>
        </w:rPr>
        <w:t>If they are added to the third, there are</w:t>
      </w:r>
    </w:p>
    <w:p>
      <w:pPr>
        <w:spacing w:before="0" w:after="80" w:line="300" w:lineRule="auto"/>
        <w:jc w:val="left"/>
      </w:pPr>
      <w:r>
        <w:rPr>
          <w:rFonts w:ascii="Times New Roman" w:hAnsi="Times New Roman" w:eastAsia="宋体"/>
          <w:b w:val="0"/>
          <w:i w:val="0"/>
          <w:color w:val="333333"/>
          <w:sz w:val="19"/>
        </w:rPr>
        <w:t>5 · 3 · 6 = 90</w:t>
      </w:r>
    </w:p>
    <w:p>
      <w:pPr>
        <w:spacing w:before="0" w:after="80" w:line="300" w:lineRule="auto"/>
        <w:jc w:val="left"/>
      </w:pPr>
      <w:r>
        <w:rPr>
          <w:rFonts w:ascii="Times New Roman" w:hAnsi="Times New Roman" w:eastAsia="宋体"/>
          <w:b w:val="0"/>
          <w:i w:val="0"/>
          <w:color w:val="333333"/>
          <w:sz w:val="19"/>
        </w:rPr>
        <w:t>choices.</w:t>
      </w:r>
    </w:p>
    <w:p>
      <w:pPr>
        <w:spacing w:before="0" w:after="80" w:line="300" w:lineRule="auto"/>
        <w:jc w:val="left"/>
      </w:pPr>
      <w:r>
        <w:rPr>
          <w:rFonts w:ascii="Times New Roman" w:hAnsi="Times New Roman" w:eastAsia="宋体"/>
          <w:b w:val="0"/>
          <w:i w:val="0"/>
          <w:color w:val="333333"/>
          <w:sz w:val="19"/>
        </w:rPr>
        <w:t>If one is added to the first set and the other to the second set, there are</w:t>
      </w:r>
    </w:p>
    <w:p>
      <w:pPr>
        <w:spacing w:before="0" w:after="80" w:line="300" w:lineRule="auto"/>
        <w:jc w:val="left"/>
      </w:pPr>
      <w:r>
        <w:rPr>
          <w:rFonts w:ascii="Times New Roman" w:hAnsi="Times New Roman" w:eastAsia="宋体"/>
          <w:b w:val="0"/>
          <w:i w:val="0"/>
          <w:color w:val="333333"/>
          <w:sz w:val="19"/>
        </w:rPr>
        <w:t>6 · 4 · 4 = 96</w:t>
      </w:r>
    </w:p>
    <w:p>
      <w:pPr>
        <w:spacing w:before="0" w:after="80" w:line="300" w:lineRule="auto"/>
        <w:jc w:val="left"/>
      </w:pPr>
      <w:r>
        <w:rPr>
          <w:rFonts w:ascii="Times New Roman" w:hAnsi="Times New Roman" w:eastAsia="宋体"/>
          <w:b w:val="0"/>
          <w:i w:val="0"/>
          <w:color w:val="333333"/>
          <w:sz w:val="19"/>
        </w:rPr>
        <w:t>plates.</w:t>
      </w:r>
    </w:p>
    <w:p>
      <w:pPr>
        <w:spacing w:before="0" w:after="80" w:line="300" w:lineRule="auto"/>
        <w:jc w:val="left"/>
      </w:pPr>
      <w:r>
        <w:rPr>
          <w:rFonts w:ascii="Times New Roman" w:hAnsi="Times New Roman" w:eastAsia="宋体"/>
          <w:b w:val="0"/>
          <w:i w:val="0"/>
          <w:color w:val="333333"/>
          <w:sz w:val="19"/>
        </w:rPr>
        <w:t>If the other is added to the third set, we get</w:t>
      </w:r>
    </w:p>
    <w:p>
      <w:pPr>
        <w:spacing w:before="0" w:after="80" w:line="300" w:lineRule="auto"/>
        <w:jc w:val="left"/>
      </w:pPr>
      <w:r>
        <w:rPr>
          <w:rFonts w:ascii="Times New Roman" w:hAnsi="Times New Roman" w:eastAsia="宋体"/>
          <w:b w:val="0"/>
          <w:i w:val="0"/>
          <w:color w:val="333333"/>
          <w:sz w:val="19"/>
        </w:rPr>
        <w:t>6 · 3 · 5 = 90</w:t>
      </w:r>
    </w:p>
    <w:p>
      <w:pPr>
        <w:spacing w:before="0" w:after="80" w:line="300" w:lineRule="auto"/>
        <w:jc w:val="left"/>
      </w:pPr>
      <w:r>
        <w:rPr>
          <w:rFonts w:ascii="Times New Roman" w:hAnsi="Times New Roman" w:eastAsia="宋体"/>
          <w:b w:val="0"/>
          <w:i w:val="0"/>
          <w:color w:val="333333"/>
          <w:sz w:val="19"/>
        </w:rPr>
        <w:t>possible plates.</w:t>
      </w:r>
    </w:p>
    <w:p>
      <w:pPr>
        <w:spacing w:before="0" w:after="80" w:line="300" w:lineRule="auto"/>
        <w:jc w:val="left"/>
      </w:pPr>
      <w:r>
        <w:rPr>
          <w:rFonts w:ascii="Times New Roman" w:hAnsi="Times New Roman" w:eastAsia="宋体"/>
          <w:b w:val="0"/>
          <w:i w:val="0"/>
          <w:color w:val="333333"/>
          <w:sz w:val="19"/>
        </w:rPr>
        <w:t>Finally, if the letters are added to the second and third sets, there are</w:t>
      </w:r>
    </w:p>
    <w:p>
      <w:pPr>
        <w:spacing w:before="0" w:after="80" w:line="300" w:lineRule="auto"/>
        <w:jc w:val="left"/>
      </w:pPr>
      <w:r>
        <w:rPr>
          <w:rFonts w:ascii="Times New Roman" w:hAnsi="Times New Roman" w:eastAsia="宋体"/>
          <w:b w:val="0"/>
          <w:i w:val="0"/>
          <w:color w:val="333333"/>
          <w:sz w:val="19"/>
        </w:rPr>
        <w:t>5 · 4 · 5 = 100</w:t>
      </w:r>
    </w:p>
    <w:p>
      <w:pPr>
        <w:spacing w:before="0" w:after="80" w:line="300" w:lineRule="auto"/>
        <w:jc w:val="left"/>
      </w:pPr>
      <w:r>
        <w:rPr>
          <w:rFonts w:ascii="Times New Roman" w:hAnsi="Times New Roman" w:eastAsia="宋体"/>
          <w:b w:val="0"/>
          <w:i w:val="0"/>
          <w:color w:val="333333"/>
          <w:sz w:val="19"/>
        </w:rPr>
        <w:t>plates.</w:t>
      </w:r>
    </w:p>
    <w:p>
      <w:pPr>
        <w:spacing w:before="0" w:after="80" w:line="300" w:lineRule="auto"/>
        <w:jc w:val="left"/>
      </w:pPr>
      <w:r>
        <w:rPr>
          <w:rFonts w:ascii="Times New Roman" w:hAnsi="Times New Roman" w:eastAsia="宋体"/>
          <w:b w:val="0"/>
          <w:i w:val="0"/>
          <w:color w:val="333333"/>
          <w:sz w:val="19"/>
        </w:rPr>
        <w:t>We see that 100 is the greatest number of plates that we can achieve. This is an additional 100 - 60 = 40 plates.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她答对了 10 · 0.7 = 7 道算术题，答对了 30 · 0.4 = 12 道代数题，还答对了 35 · 0.6 = 21 道几何题。</w:t>
      </w:r>
    </w:p>
    <w:p>
      <w:pPr>
        <w:spacing w:before="0" w:after="80" w:line="300" w:lineRule="auto"/>
        <w:jc w:val="left"/>
      </w:pPr>
      <w:r>
        <w:rPr>
          <w:rFonts w:ascii="Times New Roman" w:hAnsi="Times New Roman" w:eastAsia="宋体"/>
          <w:b w:val="0"/>
          <w:i w:val="0"/>
          <w:sz w:val="21"/>
        </w:rPr>
        <w:t>因此她总共答对 7 + 12 + 21 = 40 道题。</w:t>
      </w:r>
    </w:p>
    <w:p>
      <w:pPr>
        <w:spacing w:before="0" w:after="80" w:line="300" w:lineRule="auto"/>
        <w:jc w:val="left"/>
      </w:pPr>
      <w:r>
        <w:rPr>
          <w:rFonts w:ascii="Times New Roman" w:hAnsi="Times New Roman" w:eastAsia="宋体"/>
          <w:b w:val="0"/>
          <w:i w:val="0"/>
          <w:sz w:val="21"/>
        </w:rPr>
        <w:t>要达到 60%，托里必须答对</w:t>
      </w:r>
    </w:p>
    <w:p>
      <w:pPr>
        <w:spacing w:before="0" w:after="80" w:line="300" w:lineRule="auto"/>
        <w:jc w:val="left"/>
      </w:pPr>
      <w:r>
        <w:rPr>
          <w:rFonts w:ascii="Times New Roman" w:hAnsi="Times New Roman" w:eastAsia="宋体"/>
          <w:b w:val="0"/>
          <w:i w:val="0"/>
          <w:sz w:val="21"/>
        </w:rPr>
        <w:t>75 · 0.6 = 45</w:t>
      </w:r>
    </w:p>
    <w:p>
      <w:pPr>
        <w:spacing w:before="0" w:after="80" w:line="300" w:lineRule="auto"/>
        <w:jc w:val="left"/>
      </w:pPr>
      <w:r>
        <w:rPr>
          <w:rFonts w:ascii="Times New Roman" w:hAnsi="Times New Roman" w:eastAsia="宋体"/>
          <w:b w:val="0"/>
          <w:i w:val="0"/>
          <w:sz w:val="21"/>
        </w:rPr>
        <w:t>道题。所以她还需要多答对 45 - 40 = 5 道题。</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She answered 10 · 0.7 = 7 arithmetic questions correctly. She answered 30 · 0.4 = 12 algebra ones correctly. She also got 35 · 0.6 = 21 geometry questions correctly.</w:t>
      </w:r>
    </w:p>
    <w:p>
      <w:pPr>
        <w:spacing w:before="0" w:after="80" w:line="300" w:lineRule="auto"/>
        <w:jc w:val="left"/>
      </w:pPr>
      <w:r>
        <w:rPr>
          <w:rFonts w:ascii="Times New Roman" w:hAnsi="Times New Roman" w:eastAsia="宋体"/>
          <w:b w:val="0"/>
          <w:i w:val="0"/>
          <w:color w:val="333333"/>
          <w:sz w:val="19"/>
        </w:rPr>
        <w:t>This means she got a total of 7 + 12 + 21 = 40 questions correct.</w:t>
      </w:r>
    </w:p>
    <w:p>
      <w:pPr>
        <w:spacing w:before="0" w:after="80" w:line="300" w:lineRule="auto"/>
        <w:jc w:val="left"/>
      </w:pPr>
      <w:r>
        <w:rPr>
          <w:rFonts w:ascii="Times New Roman" w:hAnsi="Times New Roman" w:eastAsia="宋体"/>
          <w:b w:val="0"/>
          <w:i w:val="0"/>
          <w:color w:val="333333"/>
          <w:sz w:val="19"/>
        </w:rPr>
        <w:t>As such, in order to get a 60%, Tori must have answered</w:t>
      </w:r>
    </w:p>
    <w:p>
      <w:pPr>
        <w:spacing w:before="0" w:after="80" w:line="300" w:lineRule="auto"/>
        <w:jc w:val="left"/>
      </w:pPr>
      <w:r>
        <w:rPr>
          <w:rFonts w:ascii="Times New Roman" w:hAnsi="Times New Roman" w:eastAsia="宋体"/>
          <w:b w:val="0"/>
          <w:i w:val="0"/>
          <w:color w:val="333333"/>
          <w:sz w:val="19"/>
        </w:rPr>
        <w:t>75 · 0.6 = 45</w:t>
      </w:r>
    </w:p>
    <w:p>
      <w:pPr>
        <w:spacing w:before="0" w:after="80" w:line="300" w:lineRule="auto"/>
        <w:jc w:val="left"/>
      </w:pPr>
      <w:r>
        <w:rPr>
          <w:rFonts w:ascii="Times New Roman" w:hAnsi="Times New Roman" w:eastAsia="宋体"/>
          <w:b w:val="0"/>
          <w:i w:val="0"/>
          <w:color w:val="333333"/>
          <w:sz w:val="19"/>
        </w:rPr>
        <w:t>questions correctly. This means that she would have needed to answer an additional 45 - 40 = 5 questions correctly.</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因为学生平均每人吃 2 个饼干，他们总共会吃 108 · 2 = 216 个饼干。</w:t>
      </w:r>
    </w:p>
    <w:p>
      <w:pPr>
        <w:spacing w:before="0" w:after="80" w:line="300" w:lineRule="auto"/>
        <w:jc w:val="left"/>
      </w:pPr>
      <w:r>
        <w:rPr>
          <w:rFonts w:ascii="Times New Roman" w:hAnsi="Times New Roman" w:eastAsia="宋体"/>
          <w:b w:val="0"/>
          <w:i w:val="0"/>
          <w:sz w:val="21"/>
        </w:rPr>
        <w:t>每份食谱做 15 个饼干，所以需要</w:t>
      </w:r>
    </w:p>
    <w:p>
      <w:pPr>
        <w:spacing w:before="0" w:after="80" w:line="300" w:lineRule="auto"/>
        <w:jc w:val="left"/>
      </w:pPr>
      <w:r>
        <w:rPr>
          <w:rFonts w:ascii="Times New Roman" w:hAnsi="Times New Roman" w:eastAsia="宋体"/>
          <w:b w:val="0"/>
          <w:i w:val="0"/>
          <w:sz w:val="21"/>
        </w:rPr>
        <w:t>⌈216/15⌉ = 15</w:t>
      </w:r>
    </w:p>
    <w:p>
      <w:pPr>
        <w:spacing w:before="0" w:after="80" w:line="300" w:lineRule="auto"/>
        <w:jc w:val="left"/>
      </w:pPr>
      <w:r>
        <w:rPr>
          <w:rFonts w:ascii="Times New Roman" w:hAnsi="Times New Roman" w:eastAsia="宋体"/>
          <w:b w:val="0"/>
          <w:i w:val="0"/>
          <w:sz w:val="21"/>
        </w:rPr>
        <w:t>份完整食谱，才能做够。</w:t>
      </w:r>
    </w:p>
    <w:p>
      <w:pPr>
        <w:spacing w:before="0" w:after="80" w:line="300" w:lineRule="auto"/>
        <w:jc w:val="left"/>
      </w:pPr>
      <w:r>
        <w:rPr>
          <w:rFonts w:ascii="Times New Roman" w:hAnsi="Times New Roman" w:eastAsia="宋体"/>
          <w:b w:val="0"/>
          <w:i w:val="0"/>
          <w:sz w:val="21"/>
        </w:rPr>
        <w:t>每盘需要 2 个鸡蛋，所以需要 15 · 2 = 30 个鸡蛋。半打是 6 个鸡蛋，因此需要 30 ÷ 6 = 5 个半打。</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students eat an average of 2 cookies each, they will eat a total of 108 · 2 = 216 cookies.</w:t>
      </w:r>
    </w:p>
    <w:p>
      <w:pPr>
        <w:spacing w:before="0" w:after="80" w:line="300" w:lineRule="auto"/>
        <w:jc w:val="left"/>
      </w:pPr>
      <w:r>
        <w:rPr>
          <w:rFonts w:ascii="Times New Roman" w:hAnsi="Times New Roman" w:eastAsia="宋体"/>
          <w:b w:val="0"/>
          <w:i w:val="0"/>
          <w:color w:val="333333"/>
          <w:sz w:val="19"/>
        </w:rPr>
        <w:t>Each recipe makes 15 cookies, which means we need</w:t>
      </w:r>
    </w:p>
    <w:p>
      <w:pPr>
        <w:spacing w:before="0" w:after="80" w:line="300" w:lineRule="auto"/>
        <w:jc w:val="left"/>
      </w:pPr>
      <w:r>
        <w:rPr>
          <w:rFonts w:ascii="Times New Roman" w:hAnsi="Times New Roman" w:eastAsia="宋体"/>
          <w:b w:val="0"/>
          <w:i w:val="0"/>
          <w:color w:val="333333"/>
          <w:sz w:val="19"/>
        </w:rPr>
        <w:t>⌈216/15⌉ = 15</w:t>
      </w:r>
    </w:p>
    <w:p>
      <w:pPr>
        <w:spacing w:before="0" w:after="80" w:line="300" w:lineRule="auto"/>
        <w:jc w:val="left"/>
      </w:pPr>
      <w:r>
        <w:rPr>
          <w:rFonts w:ascii="Times New Roman" w:hAnsi="Times New Roman" w:eastAsia="宋体"/>
          <w:b w:val="0"/>
          <w:i w:val="0"/>
          <w:color w:val="333333"/>
          <w:sz w:val="19"/>
        </w:rPr>
        <w:t>full recipes to make enough cookies.</w:t>
      </w:r>
    </w:p>
    <w:p>
      <w:pPr>
        <w:spacing w:before="0" w:after="80" w:line="300" w:lineRule="auto"/>
        <w:jc w:val="left"/>
      </w:pPr>
      <w:r>
        <w:rPr>
          <w:rFonts w:ascii="Times New Roman" w:hAnsi="Times New Roman" w:eastAsia="宋体"/>
          <w:b w:val="0"/>
          <w:i w:val="0"/>
          <w:color w:val="333333"/>
          <w:sz w:val="19"/>
        </w:rPr>
        <w:t>Each pan requires 2 eggs, which means we need 15 · 2 = 30 eggs. There are 6 eggs in a half-dozen, so we need 30 ÷ 6 = 5 half-dozens.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现在聚会上只有</w:t>
      </w:r>
    </w:p>
    <w:p>
      <w:pPr>
        <w:spacing w:before="0" w:after="80" w:line="300" w:lineRule="auto"/>
        <w:jc w:val="left"/>
      </w:pPr>
      <w:r>
        <w:rPr>
          <w:rFonts w:ascii="Times New Roman" w:hAnsi="Times New Roman" w:eastAsia="宋体"/>
          <w:b w:val="0"/>
          <w:i w:val="0"/>
          <w:sz w:val="21"/>
        </w:rPr>
        <w:t>108 · (1 - 1/4) = 108 · 3/4 = 81</w:t>
      </w:r>
    </w:p>
    <w:p>
      <w:pPr>
        <w:spacing w:before="0" w:after="80" w:line="300" w:lineRule="auto"/>
        <w:jc w:val="left"/>
      </w:pPr>
      <w:r>
        <w:rPr>
          <w:rFonts w:ascii="Times New Roman" w:hAnsi="Times New Roman" w:eastAsia="宋体"/>
          <w:b w:val="0"/>
          <w:i w:val="0"/>
          <w:sz w:val="21"/>
        </w:rPr>
        <w:t>人。这意味着需要</w:t>
      </w:r>
    </w:p>
    <w:p>
      <w:pPr>
        <w:spacing w:before="0" w:after="80" w:line="300" w:lineRule="auto"/>
        <w:jc w:val="left"/>
      </w:pPr>
      <w:r>
        <w:rPr>
          <w:rFonts w:ascii="Times New Roman" w:hAnsi="Times New Roman" w:eastAsia="宋体"/>
          <w:b w:val="0"/>
          <w:i w:val="0"/>
          <w:sz w:val="21"/>
        </w:rPr>
        <w:t>⌈ (81 · 2)/15 ⌉ = ⌈ 162/15 ⌉ = 11</w:t>
      </w:r>
    </w:p>
    <w:p>
      <w:pPr>
        <w:spacing w:before="0" w:after="80" w:line="300" w:lineRule="auto"/>
        <w:jc w:val="left"/>
      </w:pPr>
      <w:r>
        <w:rPr>
          <w:rFonts w:ascii="Times New Roman" w:hAnsi="Times New Roman" w:eastAsia="宋体"/>
          <w:b w:val="0"/>
          <w:i w:val="0"/>
          <w:sz w:val="21"/>
        </w:rPr>
        <w:t>份食谱。</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will now only be</w:t>
      </w:r>
    </w:p>
    <w:p>
      <w:pPr>
        <w:spacing w:before="0" w:after="80" w:line="300" w:lineRule="auto"/>
        <w:jc w:val="left"/>
      </w:pPr>
      <w:r>
        <w:rPr>
          <w:rFonts w:ascii="Times New Roman" w:hAnsi="Times New Roman" w:eastAsia="宋体"/>
          <w:b w:val="0"/>
          <w:i w:val="0"/>
          <w:color w:val="333333"/>
          <w:sz w:val="19"/>
        </w:rPr>
        <w:t>108 · (1 - 1/4) = 108 · 3/4 = 81</w:t>
      </w:r>
    </w:p>
    <w:p>
      <w:pPr>
        <w:spacing w:before="0" w:after="80" w:line="300" w:lineRule="auto"/>
        <w:jc w:val="left"/>
      </w:pPr>
      <w:r>
        <w:rPr>
          <w:rFonts w:ascii="Times New Roman" w:hAnsi="Times New Roman" w:eastAsia="宋体"/>
          <w:b w:val="0"/>
          <w:i w:val="0"/>
          <w:color w:val="333333"/>
          <w:sz w:val="19"/>
        </w:rPr>
        <w:t>people at the party. This means we need</w:t>
      </w:r>
    </w:p>
    <w:p>
      <w:pPr>
        <w:spacing w:before="0" w:after="80" w:line="300" w:lineRule="auto"/>
        <w:jc w:val="left"/>
      </w:pPr>
      <w:r>
        <w:rPr>
          <w:rFonts w:ascii="Times New Roman" w:hAnsi="Times New Roman" w:eastAsia="宋体"/>
          <w:b w:val="0"/>
          <w:i w:val="0"/>
          <w:color w:val="333333"/>
          <w:sz w:val="19"/>
        </w:rPr>
        <w:t>⌈ (81 · 2)/15 ⌉ = ⌈ 162/15 ⌉ = 11</w:t>
      </w:r>
    </w:p>
    <w:p>
      <w:pPr>
        <w:spacing w:before="0" w:after="80" w:line="300" w:lineRule="auto"/>
        <w:jc w:val="left"/>
      </w:pPr>
      <w:r>
        <w:rPr>
          <w:rFonts w:ascii="Times New Roman" w:hAnsi="Times New Roman" w:eastAsia="宋体"/>
          <w:b w:val="0"/>
          <w:i w:val="0"/>
          <w:color w:val="333333"/>
          <w:sz w:val="19"/>
        </w:rPr>
        <w:t>recipes.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要做 216 个饼干，他们必须做</w:t>
      </w:r>
    </w:p>
    <w:p>
      <w:pPr>
        <w:spacing w:before="0" w:after="80" w:line="300" w:lineRule="auto"/>
        <w:jc w:val="left"/>
      </w:pPr>
      <w:r>
        <w:rPr>
          <w:rFonts w:ascii="Times New Roman" w:hAnsi="Times New Roman" w:eastAsia="宋体"/>
          <w:b w:val="0"/>
          <w:i w:val="0"/>
          <w:sz w:val="21"/>
        </w:rPr>
        <w:t>⌈ 216/15 ⌉ = 15</w:t>
      </w:r>
    </w:p>
    <w:p>
      <w:pPr>
        <w:spacing w:before="0" w:after="80" w:line="300" w:lineRule="auto"/>
        <w:jc w:val="left"/>
      </w:pPr>
      <w:r>
        <w:rPr>
          <w:rFonts w:ascii="Times New Roman" w:hAnsi="Times New Roman" w:eastAsia="宋体"/>
          <w:b w:val="0"/>
          <w:i w:val="0"/>
          <w:sz w:val="21"/>
        </w:rPr>
        <w:t>盘。每盘需要 3 汤匙黄油，所以所有饼干共需要 15 · 3 = 45 汤匙。</w:t>
      </w:r>
    </w:p>
    <w:p>
      <w:pPr>
        <w:spacing w:before="0" w:after="80" w:line="300" w:lineRule="auto"/>
        <w:jc w:val="left"/>
      </w:pPr>
      <w:r>
        <w:rPr>
          <w:rFonts w:ascii="Times New Roman" w:hAnsi="Times New Roman" w:eastAsia="宋体"/>
          <w:b w:val="0"/>
          <w:i w:val="0"/>
          <w:sz w:val="21"/>
        </w:rPr>
        <w:t>因此他们需要</w:t>
      </w:r>
    </w:p>
    <w:p>
      <w:pPr>
        <w:spacing w:before="0" w:after="80" w:line="300" w:lineRule="auto"/>
        <w:jc w:val="left"/>
      </w:pPr>
      <w:r>
        <w:rPr>
          <w:rFonts w:ascii="Times New Roman" w:hAnsi="Times New Roman" w:eastAsia="宋体"/>
          <w:b w:val="0"/>
          <w:i w:val="0"/>
          <w:sz w:val="21"/>
        </w:rPr>
        <w:t>⌈ 45/8 ⌉ = 6</w:t>
      </w:r>
    </w:p>
    <w:p>
      <w:pPr>
        <w:spacing w:before="0" w:after="80" w:line="300" w:lineRule="auto"/>
        <w:jc w:val="left"/>
      </w:pPr>
      <w:r>
        <w:rPr>
          <w:rFonts w:ascii="Times New Roman" w:hAnsi="Times New Roman" w:eastAsia="宋体"/>
          <w:b w:val="0"/>
          <w:i w:val="0"/>
          <w:sz w:val="21"/>
        </w:rPr>
        <w:t>条黄油。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make 216 cookies, they have to make</w:t>
      </w:r>
    </w:p>
    <w:p>
      <w:pPr>
        <w:spacing w:before="0" w:after="80" w:line="300" w:lineRule="auto"/>
        <w:jc w:val="left"/>
      </w:pPr>
      <w:r>
        <w:rPr>
          <w:rFonts w:ascii="Times New Roman" w:hAnsi="Times New Roman" w:eastAsia="宋体"/>
          <w:b w:val="0"/>
          <w:i w:val="0"/>
          <w:color w:val="333333"/>
          <w:sz w:val="19"/>
        </w:rPr>
        <w:t>⌈ 216/15 ⌉ = 15</w:t>
      </w:r>
    </w:p>
    <w:p>
      <w:pPr>
        <w:spacing w:before="0" w:after="80" w:line="300" w:lineRule="auto"/>
        <w:jc w:val="left"/>
      </w:pPr>
      <w:r>
        <w:rPr>
          <w:rFonts w:ascii="Times New Roman" w:hAnsi="Times New Roman" w:eastAsia="宋体"/>
          <w:b w:val="0"/>
          <w:i w:val="0"/>
          <w:color w:val="333333"/>
          <w:sz w:val="19"/>
        </w:rPr>
        <w:t>pans. Since each pan requires 3 tablespoons of butter, all the pans will need 15 · 3 = 45 tablespoons.</w:t>
      </w:r>
    </w:p>
    <w:p>
      <w:pPr>
        <w:spacing w:before="0" w:after="80" w:line="300" w:lineRule="auto"/>
        <w:jc w:val="left"/>
      </w:pPr>
      <w:r>
        <w:rPr>
          <w:rFonts w:ascii="Times New Roman" w:hAnsi="Times New Roman" w:eastAsia="宋体"/>
          <w:b w:val="0"/>
          <w:i w:val="0"/>
          <w:color w:val="333333"/>
          <w:sz w:val="19"/>
        </w:rPr>
        <w:t>They will then need</w:t>
      </w:r>
    </w:p>
    <w:p>
      <w:pPr>
        <w:spacing w:before="0" w:after="80" w:line="300" w:lineRule="auto"/>
        <w:jc w:val="left"/>
      </w:pPr>
      <w:r>
        <w:rPr>
          <w:rFonts w:ascii="Times New Roman" w:hAnsi="Times New Roman" w:eastAsia="宋体"/>
          <w:b w:val="0"/>
          <w:i w:val="0"/>
          <w:color w:val="333333"/>
          <w:sz w:val="19"/>
        </w:rPr>
        <w:t>⌈ 45/8 ⌉ = 6</w:t>
      </w:r>
    </w:p>
    <w:p>
      <w:pPr>
        <w:spacing w:before="0" w:after="80" w:line="300" w:lineRule="auto"/>
        <w:jc w:val="left"/>
      </w:pPr>
      <w:r>
        <w:rPr>
          <w:rFonts w:ascii="Times New Roman" w:hAnsi="Times New Roman" w:eastAsia="宋体"/>
          <w:b w:val="0"/>
          <w:i w:val="0"/>
          <w:color w:val="333333"/>
          <w:sz w:val="19"/>
        </w:rPr>
        <w:t>sticks of butter.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注意某一列在正面视图中的高度，是前后两个位置高度的最大值。</w:t>
      </w:r>
    </w:p>
    <w:p>
      <w:pPr>
        <w:spacing w:before="0" w:after="80" w:line="300" w:lineRule="auto"/>
        <w:jc w:val="left"/>
      </w:pPr>
      <w:r>
        <w:rPr>
          <w:rFonts w:ascii="Times New Roman" w:hAnsi="Times New Roman" w:eastAsia="宋体"/>
          <w:b w:val="0"/>
          <w:i w:val="0"/>
          <w:sz w:val="21"/>
        </w:rPr>
        <w:t>左列中，后面的立方体堆较高，高度为 2。</w:t>
      </w:r>
    </w:p>
    <w:p>
      <w:pPr>
        <w:spacing w:before="0" w:after="80" w:line="300" w:lineRule="auto"/>
        <w:jc w:val="left"/>
      </w:pPr>
      <w:r>
        <w:rPr>
          <w:rFonts w:ascii="Times New Roman" w:hAnsi="Times New Roman" w:eastAsia="宋体"/>
          <w:b w:val="0"/>
          <w:i w:val="0"/>
          <w:sz w:val="21"/>
        </w:rPr>
        <w:t>中列中，前面的立方体堆较高，高度为 3。</w:t>
      </w:r>
    </w:p>
    <w:p>
      <w:pPr>
        <w:spacing w:before="0" w:after="80" w:line="300" w:lineRule="auto"/>
        <w:jc w:val="left"/>
      </w:pPr>
      <w:r>
        <w:rPr>
          <w:rFonts w:ascii="Times New Roman" w:hAnsi="Times New Roman" w:eastAsia="宋体"/>
          <w:b w:val="0"/>
          <w:i w:val="0"/>
          <w:sz w:val="21"/>
        </w:rPr>
        <w:t>右列的高度为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height of the column is the maximum height of the front and back columns.</w:t>
      </w:r>
    </w:p>
    <w:p>
      <w:pPr>
        <w:spacing w:before="0" w:after="80" w:line="300" w:lineRule="auto"/>
        <w:jc w:val="left"/>
      </w:pPr>
      <w:r>
        <w:rPr>
          <w:rFonts w:ascii="Times New Roman" w:hAnsi="Times New Roman" w:eastAsia="宋体"/>
          <w:b w:val="0"/>
          <w:i w:val="0"/>
          <w:color w:val="333333"/>
          <w:sz w:val="19"/>
        </w:rPr>
        <w:t>In the left column, we have that the back column is taller with height 2.</w:t>
      </w:r>
    </w:p>
    <w:p>
      <w:pPr>
        <w:spacing w:before="0" w:after="80" w:line="300" w:lineRule="auto"/>
        <w:jc w:val="left"/>
      </w:pPr>
      <w:r>
        <w:rPr>
          <w:rFonts w:ascii="Times New Roman" w:hAnsi="Times New Roman" w:eastAsia="宋体"/>
          <w:b w:val="0"/>
          <w:i w:val="0"/>
          <w:color w:val="333333"/>
          <w:sz w:val="19"/>
        </w:rPr>
        <w:t>In the middle column, we have that the front column is taller with height 3.</w:t>
      </w:r>
    </w:p>
    <w:p>
      <w:pPr>
        <w:spacing w:before="0" w:after="80" w:line="300" w:lineRule="auto"/>
        <w:jc w:val="left"/>
      </w:pPr>
      <w:r>
        <w:rPr>
          <w:rFonts w:ascii="Times New Roman" w:hAnsi="Times New Roman" w:eastAsia="宋体"/>
          <w:b w:val="0"/>
          <w:i w:val="0"/>
          <w:color w:val="333333"/>
          <w:sz w:val="19"/>
        </w:rPr>
        <w:t>Finally, the right column has height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如下标记顶点。</w:t>
      </w:r>
    </w:p>
    <w:p>
      <w:pPr>
        <w:spacing w:before="80" w:after="80"/>
        <w:jc w:val="center"/>
      </w:pPr>
      <w:r>
        <w:drawing>
          <wp:inline xmlns:a="http://schemas.openxmlformats.org/drawingml/2006/main" xmlns:pic="http://schemas.openxmlformats.org/drawingml/2006/picture">
            <wp:extent cx="2614942" cy="1985612"/>
            <wp:docPr id="31" name="Picture 31"/>
            <wp:cNvGraphicFramePr>
              <a:graphicFrameLocks noChangeAspect="1"/>
            </wp:cNvGraphicFramePr>
            <a:graphic>
              <a:graphicData uri="http://schemas.openxmlformats.org/drawingml/2006/picture">
                <pic:pic>
                  <pic:nvPicPr>
                    <pic:cNvPr id="0" name="q21-sol-1@300dpi.png"/>
                    <pic:cNvPicPr/>
                  </pic:nvPicPr>
                  <pic:blipFill>
                    <a:blip r:embed="rId24"/>
                    <a:stretch>
                      <a:fillRect/>
                    </a:stretch>
                  </pic:blipFill>
                  <pic:spPr>
                    <a:xfrm>
                      <a:off x="0" y="0"/>
                      <a:ext cx="2614942" cy="1985612"/>
                    </a:xfrm>
                    <a:prstGeom prst="rect"/>
                  </pic:spPr>
                </pic:pic>
              </a:graphicData>
            </a:graphic>
          </wp:inline>
        </w:drawing>
      </w:r>
    </w:p>
    <w:p>
      <w:pPr>
        <w:spacing w:before="0" w:after="80" w:line="300" w:lineRule="auto"/>
        <w:jc w:val="left"/>
      </w:pPr>
      <w:r>
        <w:rPr>
          <w:rFonts w:ascii="Times New Roman" w:hAnsi="Times New Roman" w:eastAsia="宋体"/>
          <w:b w:val="0"/>
          <w:i w:val="0"/>
          <w:sz w:val="21"/>
        </w:rPr>
        <w:t>由补角关系，</w:t>
      </w:r>
    </w:p>
    <w:p>
      <w:pPr>
        <w:spacing w:before="0" w:after="80" w:line="300" w:lineRule="auto"/>
        <w:jc w:val="left"/>
      </w:pPr>
      <w:r>
        <w:rPr>
          <w:rFonts w:ascii="Times New Roman" w:hAnsi="Times New Roman" w:eastAsia="宋体"/>
          <w:b w:val="0"/>
          <w:i w:val="0"/>
          <w:sz w:val="21"/>
        </w:rPr>
        <w:t>∠ ABC = 180° - 100° = 80°。</w:t>
      </w:r>
    </w:p>
    <w:p>
      <w:pPr>
        <w:spacing w:before="0" w:after="80" w:line="300" w:lineRule="auto"/>
        <w:jc w:val="left"/>
      </w:pPr>
      <w:r>
        <w:rPr>
          <w:rFonts w:ascii="Times New Roman" w:hAnsi="Times New Roman" w:eastAsia="宋体"/>
          <w:b w:val="0"/>
          <w:i w:val="0"/>
          <w:sz w:val="21"/>
        </w:rPr>
        <w:t>同样由补角关系，</w:t>
      </w:r>
    </w:p>
    <w:p>
      <w:pPr>
        <w:spacing w:before="0" w:after="80" w:line="300" w:lineRule="auto"/>
        <w:jc w:val="left"/>
      </w:pPr>
      <w:r>
        <w:rPr>
          <w:rFonts w:ascii="Times New Roman" w:hAnsi="Times New Roman" w:eastAsia="宋体"/>
          <w:b w:val="0"/>
          <w:i w:val="0"/>
          <w:sz w:val="21"/>
        </w:rPr>
        <w:t>∠ CED = 180° - 110° = 70°。</w:t>
      </w:r>
    </w:p>
    <w:p>
      <w:pPr>
        <w:spacing w:before="0" w:after="80" w:line="300" w:lineRule="auto"/>
        <w:jc w:val="left"/>
      </w:pPr>
      <w:r>
        <w:rPr>
          <w:rFonts w:ascii="Times New Roman" w:hAnsi="Times New Roman" w:eastAsia="宋体"/>
          <w:b w:val="0"/>
          <w:i w:val="0"/>
          <w:sz w:val="21"/>
        </w:rPr>
        <w:t>利用三角形内角和为 180°，得到</w:t>
      </w:r>
    </w:p>
    <w:p>
      <w:pPr>
        <w:spacing w:before="0" w:after="80" w:line="300" w:lineRule="auto"/>
        <w:jc w:val="left"/>
      </w:pPr>
      <w:r>
        <w:rPr>
          <w:rFonts w:ascii="Times New Roman" w:hAnsi="Times New Roman" w:eastAsia="宋体"/>
          <w:b w:val="0"/>
          <w:i w:val="0"/>
          <w:sz w:val="21"/>
        </w:rPr>
        <w:t>∠ ECD = 180° - 70° - 40°</w:t>
      </w:r>
    </w:p>
    <w:p>
      <w:pPr>
        <w:spacing w:before="0" w:after="80" w:line="300" w:lineRule="auto"/>
        <w:jc w:val="left"/>
      </w:pPr>
      <w:r>
        <w:rPr>
          <w:rFonts w:ascii="Times New Roman" w:hAnsi="Times New Roman" w:eastAsia="宋体"/>
          <w:b w:val="0"/>
          <w:i w:val="0"/>
          <w:sz w:val="21"/>
        </w:rPr>
        <w:t>= 70°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再由对顶角相等，</w:t>
      </w:r>
    </w:p>
    <w:p>
      <w:pPr>
        <w:spacing w:before="0" w:after="80" w:line="300" w:lineRule="auto"/>
        <w:jc w:val="left"/>
      </w:pPr>
      <w:r>
        <w:rPr>
          <w:rFonts w:ascii="Times New Roman" w:hAnsi="Times New Roman" w:eastAsia="宋体"/>
          <w:b w:val="0"/>
          <w:i w:val="0"/>
          <w:sz w:val="21"/>
        </w:rPr>
        <w:t>∠ ACB = ∠ ECD = 70°。</w:t>
      </w:r>
    </w:p>
    <w:p>
      <w:pPr>
        <w:spacing w:before="0" w:after="80" w:line="300" w:lineRule="auto"/>
        <w:jc w:val="left"/>
      </w:pPr>
      <w:r>
        <w:rPr>
          <w:rFonts w:ascii="Times New Roman" w:hAnsi="Times New Roman" w:eastAsia="宋体"/>
          <w:b w:val="0"/>
          <w:i w:val="0"/>
          <w:sz w:val="21"/>
        </w:rPr>
        <w:t>最后在三角形中使用内角和，得到</w:t>
      </w:r>
    </w:p>
    <w:p>
      <w:pPr>
        <w:spacing w:before="0" w:after="80" w:line="300" w:lineRule="auto"/>
        <w:jc w:val="left"/>
      </w:pPr>
      <w:r>
        <w:rPr>
          <w:rFonts w:ascii="Times New Roman" w:hAnsi="Times New Roman" w:eastAsia="宋体"/>
          <w:b w:val="0"/>
          <w:i w:val="0"/>
          <w:sz w:val="21"/>
        </w:rPr>
        <w:t>∠ A = 180° - 80° - 70°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vertices as below.</w:t>
      </w:r>
    </w:p>
    <w:p>
      <w:pPr>
        <w:spacing w:before="80" w:after="80"/>
        <w:jc w:val="center"/>
      </w:pPr>
      <w:r>
        <w:drawing>
          <wp:inline xmlns:a="http://schemas.openxmlformats.org/drawingml/2006/main" xmlns:pic="http://schemas.openxmlformats.org/drawingml/2006/picture">
            <wp:extent cx="2614942" cy="1985612"/>
            <wp:docPr id="32" name="Picture 32"/>
            <wp:cNvGraphicFramePr>
              <a:graphicFrameLocks noChangeAspect="1"/>
            </wp:cNvGraphicFramePr>
            <a:graphic>
              <a:graphicData uri="http://schemas.openxmlformats.org/drawingml/2006/picture">
                <pic:pic>
                  <pic:nvPicPr>
                    <pic:cNvPr id="0" name="q21-sol-1@300dpi.png"/>
                    <pic:cNvPicPr/>
                  </pic:nvPicPr>
                  <pic:blipFill>
                    <a:blip r:embed="rId24"/>
                    <a:stretch>
                      <a:fillRect/>
                    </a:stretch>
                  </pic:blipFill>
                  <pic:spPr>
                    <a:xfrm>
                      <a:off x="0" y="0"/>
                      <a:ext cx="2614942" cy="198561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then have that</w:t>
      </w:r>
    </w:p>
    <w:p>
      <w:pPr>
        <w:spacing w:before="0" w:after="80" w:line="300" w:lineRule="auto"/>
        <w:jc w:val="left"/>
      </w:pPr>
      <w:r>
        <w:rPr>
          <w:rFonts w:ascii="Times New Roman" w:hAnsi="Times New Roman" w:eastAsia="宋体"/>
          <w:b w:val="0"/>
          <w:i w:val="0"/>
          <w:color w:val="333333"/>
          <w:sz w:val="19"/>
        </w:rPr>
        <w:t>∠ ABC = 180° - 100° = 80°</w:t>
      </w:r>
    </w:p>
    <w:p>
      <w:pPr>
        <w:spacing w:before="0" w:after="80" w:line="300" w:lineRule="auto"/>
        <w:jc w:val="left"/>
      </w:pPr>
      <w:r>
        <w:rPr>
          <w:rFonts w:ascii="Times New Roman" w:hAnsi="Times New Roman" w:eastAsia="宋体"/>
          <w:b w:val="0"/>
          <w:i w:val="0"/>
          <w:color w:val="333333"/>
          <w:sz w:val="19"/>
        </w:rPr>
        <w:t>by supplementary angles. Then we have</w:t>
      </w:r>
    </w:p>
    <w:p>
      <w:pPr>
        <w:spacing w:before="0" w:after="80" w:line="300" w:lineRule="auto"/>
        <w:jc w:val="left"/>
      </w:pPr>
      <w:r>
        <w:rPr>
          <w:rFonts w:ascii="Times New Roman" w:hAnsi="Times New Roman" w:eastAsia="宋体"/>
          <w:b w:val="0"/>
          <w:i w:val="0"/>
          <w:color w:val="333333"/>
          <w:sz w:val="19"/>
        </w:rPr>
        <w:t>∠ CED = 180° - 110° = 70°</w:t>
      </w:r>
    </w:p>
    <w:p>
      <w:pPr>
        <w:spacing w:before="0" w:after="80" w:line="300" w:lineRule="auto"/>
        <w:jc w:val="left"/>
      </w:pPr>
      <w:r>
        <w:rPr>
          <w:rFonts w:ascii="Times New Roman" w:hAnsi="Times New Roman" w:eastAsia="宋体"/>
          <w:b w:val="0"/>
          <w:i w:val="0"/>
          <w:color w:val="333333"/>
          <w:sz w:val="19"/>
        </w:rPr>
        <w:t>again by supplementary angles. Using the sum of the interior angles of a triangle is 180°, we get</w:t>
      </w:r>
    </w:p>
    <w:p>
      <w:pPr>
        <w:spacing w:before="0" w:after="80" w:line="300" w:lineRule="auto"/>
        <w:jc w:val="left"/>
      </w:pPr>
      <w:r>
        <w:rPr>
          <w:rFonts w:ascii="Times New Roman" w:hAnsi="Times New Roman" w:eastAsia="宋体"/>
          <w:b w:val="0"/>
          <w:i w:val="0"/>
          <w:color w:val="333333"/>
          <w:sz w:val="19"/>
        </w:rPr>
        <w:t>∠ ECD = 180° - 70° - 40°</w:t>
      </w:r>
    </w:p>
    <w:p>
      <w:pPr>
        <w:spacing w:before="0" w:after="80" w:line="300" w:lineRule="auto"/>
        <w:jc w:val="left"/>
      </w:pPr>
      <w:r>
        <w:rPr>
          <w:rFonts w:ascii="Times New Roman" w:hAnsi="Times New Roman" w:eastAsia="宋体"/>
          <w:b w:val="0"/>
          <w:i w:val="0"/>
          <w:color w:val="333333"/>
          <w:sz w:val="19"/>
        </w:rPr>
        <w:t>= 70°.</w:t>
      </w:r>
    </w:p>
    <w:p>
      <w:pPr>
        <w:spacing w:before="0" w:after="80" w:line="300" w:lineRule="auto"/>
        <w:jc w:val="left"/>
      </w:pPr>
      <w:r>
        <w:rPr>
          <w:rFonts w:ascii="Times New Roman" w:hAnsi="Times New Roman" w:eastAsia="宋体"/>
          <w:b w:val="0"/>
          <w:i w:val="0"/>
          <w:color w:val="333333"/>
          <w:sz w:val="19"/>
        </w:rPr>
        <w:t>Then, using vertical angles, we have</w:t>
      </w:r>
    </w:p>
    <w:p>
      <w:pPr>
        <w:spacing w:before="0" w:after="80" w:line="300" w:lineRule="auto"/>
        <w:jc w:val="left"/>
      </w:pPr>
      <w:r>
        <w:rPr>
          <w:rFonts w:ascii="Times New Roman" w:hAnsi="Times New Roman" w:eastAsia="宋体"/>
          <w:b w:val="0"/>
          <w:i w:val="0"/>
          <w:color w:val="333333"/>
          <w:sz w:val="19"/>
        </w:rPr>
        <w:t>∠ ACB = ∠ ECD = 70°.</w:t>
      </w:r>
    </w:p>
    <w:p>
      <w:pPr>
        <w:spacing w:before="0" w:after="80" w:line="300" w:lineRule="auto"/>
        <w:jc w:val="left"/>
      </w:pPr>
      <w:r>
        <w:rPr>
          <w:rFonts w:ascii="Times New Roman" w:hAnsi="Times New Roman" w:eastAsia="宋体"/>
          <w:b w:val="0"/>
          <w:i w:val="0"/>
          <w:color w:val="333333"/>
          <w:sz w:val="19"/>
        </w:rPr>
        <w:t>Finally, using the sum of the interior angles of a triangle, we get</w:t>
      </w:r>
    </w:p>
    <w:p>
      <w:pPr>
        <w:spacing w:before="0" w:after="80" w:line="300" w:lineRule="auto"/>
        <w:jc w:val="left"/>
      </w:pPr>
      <w:r>
        <w:rPr>
          <w:rFonts w:ascii="Times New Roman" w:hAnsi="Times New Roman" w:eastAsia="宋体"/>
          <w:b w:val="0"/>
          <w:i w:val="0"/>
          <w:color w:val="333333"/>
          <w:sz w:val="19"/>
        </w:rPr>
        <w:t>∠ A = 180° - 80° - 70° = 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三条鱼值两个面包，所以一条鱼值 2/3 个面包。</w:t>
      </w:r>
    </w:p>
    <w:p>
      <w:pPr>
        <w:spacing w:before="0" w:after="80" w:line="300" w:lineRule="auto"/>
        <w:jc w:val="left"/>
      </w:pPr>
      <w:r>
        <w:rPr>
          <w:rFonts w:ascii="Times New Roman" w:hAnsi="Times New Roman" w:eastAsia="宋体"/>
          <w:b w:val="0"/>
          <w:i w:val="0"/>
          <w:sz w:val="21"/>
        </w:rPr>
        <w:t>一条面包值 4 袋米，所以一条鱼值 2/3·4=8/3=22/3 袋米。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fish are worth two loaves of bread, so one fish is worth 2/3 of a loaf.</w:t>
      </w:r>
    </w:p>
    <w:p>
      <w:pPr>
        <w:spacing w:before="0" w:after="80" w:line="300" w:lineRule="auto"/>
        <w:jc w:val="left"/>
      </w:pPr>
      <w:r>
        <w:rPr>
          <w:rFonts w:ascii="Times New Roman" w:hAnsi="Times New Roman" w:eastAsia="宋体"/>
          <w:b w:val="0"/>
          <w:i w:val="0"/>
          <w:color w:val="333333"/>
          <w:sz w:val="19"/>
        </w:rPr>
        <w:t>One loaf is worth 4 bags of rice, so one fish is worth 2/3·4=8/3=22/3 bags of rice.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正方形面积为 3² = 9，所以每个区域的面积是 9 ÷ 3 = 3。</w:t>
      </w:r>
    </w:p>
    <w:p>
      <w:pPr>
        <w:spacing w:before="0" w:after="80" w:line="300" w:lineRule="auto"/>
        <w:jc w:val="left"/>
      </w:pPr>
      <w:r>
        <w:rPr>
          <w:rFonts w:ascii="Times New Roman" w:hAnsi="Times New Roman" w:eastAsia="宋体"/>
          <w:b w:val="0"/>
          <w:i w:val="0"/>
          <w:sz w:val="21"/>
        </w:rPr>
        <w:t>因此 △ BMC 的面积为 3，所以</w:t>
      </w:r>
    </w:p>
    <w:p>
      <w:pPr>
        <w:spacing w:before="0" w:after="80" w:line="300" w:lineRule="auto"/>
        <w:jc w:val="left"/>
      </w:pPr>
      <w:r>
        <w:rPr>
          <w:rFonts w:ascii="Times New Roman" w:hAnsi="Times New Roman" w:eastAsia="宋体"/>
          <w:b w:val="0"/>
          <w:i w:val="0"/>
          <w:sz w:val="21"/>
        </w:rPr>
        <w:t>1/2 · 3 · BM = 3</w:t>
      </w:r>
    </w:p>
    <w:p>
      <w:pPr>
        <w:spacing w:before="0" w:after="80" w:line="300" w:lineRule="auto"/>
        <w:jc w:val="left"/>
      </w:pPr>
      <w:r>
        <w:rPr>
          <w:rFonts w:ascii="Times New Roman" w:hAnsi="Times New Roman" w:eastAsia="宋体"/>
          <w:b w:val="0"/>
          <w:i w:val="0"/>
          <w:sz w:val="21"/>
        </w:rPr>
        <w:t>BM = 2。</w:t>
      </w:r>
    </w:p>
    <w:p>
      <w:pPr>
        <w:spacing w:before="0" w:after="80" w:line="300" w:lineRule="auto"/>
        <w:jc w:val="left"/>
      </w:pPr>
      <w:r>
        <w:rPr>
          <w:rFonts w:ascii="Times New Roman" w:hAnsi="Times New Roman" w:eastAsia="宋体"/>
          <w:b w:val="0"/>
          <w:i w:val="0"/>
          <w:sz w:val="21"/>
        </w:rPr>
        <w:t>因为 △ BMC 是直角三角形，</w:t>
      </w:r>
    </w:p>
    <w:p>
      <w:pPr>
        <w:spacing w:before="0" w:after="80" w:line="300" w:lineRule="auto"/>
        <w:jc w:val="left"/>
      </w:pPr>
      <w:r>
        <w:rPr>
          <w:rFonts w:ascii="Times New Roman" w:hAnsi="Times New Roman" w:eastAsia="宋体"/>
          <w:b w:val="0"/>
          <w:i w:val="0"/>
          <w:sz w:val="21"/>
        </w:rPr>
        <w:t>CM = √(2² + 3²)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the square is 3² = 9, which means that the area of one region is 9 ÷ 3 = 3.</w:t>
      </w:r>
    </w:p>
    <w:p>
      <w:pPr>
        <w:spacing w:before="0" w:after="80" w:line="300" w:lineRule="auto"/>
        <w:jc w:val="left"/>
      </w:pPr>
      <w:r>
        <w:rPr>
          <w:rFonts w:ascii="Times New Roman" w:hAnsi="Times New Roman" w:eastAsia="宋体"/>
          <w:b w:val="0"/>
          <w:i w:val="0"/>
          <w:color w:val="333333"/>
          <w:sz w:val="19"/>
        </w:rPr>
        <w:t>This means the area of △ BMC is 3, which means that</w:t>
      </w:r>
    </w:p>
    <w:p>
      <w:pPr>
        <w:spacing w:before="0" w:after="80" w:line="300" w:lineRule="auto"/>
        <w:jc w:val="left"/>
      </w:pPr>
      <w:r>
        <w:rPr>
          <w:rFonts w:ascii="Times New Roman" w:hAnsi="Times New Roman" w:eastAsia="宋体"/>
          <w:b w:val="0"/>
          <w:i w:val="0"/>
          <w:color w:val="333333"/>
          <w:sz w:val="19"/>
        </w:rPr>
        <w:t>1/2 · 3 · BM = 3</w:t>
      </w:r>
    </w:p>
    <w:p>
      <w:pPr>
        <w:spacing w:before="0" w:after="80" w:line="300" w:lineRule="auto"/>
        <w:jc w:val="left"/>
      </w:pPr>
      <w:r>
        <w:rPr>
          <w:rFonts w:ascii="Times New Roman" w:hAnsi="Times New Roman" w:eastAsia="宋体"/>
          <w:b w:val="0"/>
          <w:i w:val="0"/>
          <w:color w:val="333333"/>
          <w:sz w:val="19"/>
        </w:rPr>
        <w:t>BM = 2.</w:t>
      </w:r>
    </w:p>
    <w:p>
      <w:pPr>
        <w:spacing w:before="0" w:after="80" w:line="300" w:lineRule="auto"/>
        <w:jc w:val="left"/>
      </w:pPr>
      <w:r>
        <w:rPr>
          <w:rFonts w:ascii="Times New Roman" w:hAnsi="Times New Roman" w:eastAsia="宋体"/>
          <w:b w:val="0"/>
          <w:i w:val="0"/>
          <w:color w:val="333333"/>
          <w:sz w:val="19"/>
        </w:rPr>
        <w:t>Since △ BMC is right, we have</w:t>
      </w:r>
    </w:p>
    <w:p>
      <w:pPr>
        <w:spacing w:before="0" w:after="80" w:line="300" w:lineRule="auto"/>
        <w:jc w:val="left"/>
      </w:pPr>
      <w:r>
        <w:rPr>
          <w:rFonts w:ascii="Times New Roman" w:hAnsi="Times New Roman" w:eastAsia="宋体"/>
          <w:b w:val="0"/>
          <w:i w:val="0"/>
          <w:color w:val="333333"/>
          <w:sz w:val="19"/>
        </w:rPr>
        <w:t>CM = √(2² + 3²)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要求除以 5 的余数，只需要关注个位数。</w:t>
      </w:r>
    </w:p>
    <w:p>
      <w:pPr>
        <w:spacing w:before="0" w:after="80" w:line="300" w:lineRule="auto"/>
        <w:jc w:val="left"/>
      </w:pPr>
      <w:r>
        <w:rPr>
          <w:rFonts w:ascii="Times New Roman" w:hAnsi="Times New Roman" w:eastAsia="宋体"/>
          <w:b w:val="0"/>
          <w:i w:val="0"/>
          <w:sz w:val="21"/>
        </w:rPr>
        <w:t>因此只需观察个位数 9 的幂的规律。</w:t>
      </w:r>
    </w:p>
    <w:p>
      <w:pPr>
        <w:spacing w:before="0" w:after="80" w:line="300" w:lineRule="auto"/>
        <w:jc w:val="left"/>
      </w:pPr>
      <w:r>
        <w:rPr>
          <w:rFonts w:ascii="Times New Roman" w:hAnsi="Times New Roman" w:eastAsia="宋体"/>
          <w:b w:val="0"/>
          <w:i w:val="0"/>
          <w:sz w:val="21"/>
        </w:rPr>
        <w:t>9 的幂的个位数在 9 和 1 之间交替：</w:t>
      </w:r>
    </w:p>
    <w:p>
      <w:pPr>
        <w:spacing w:before="0" w:after="80" w:line="300" w:lineRule="auto"/>
        <w:jc w:val="left"/>
      </w:pPr>
      <w:r>
        <w:rPr>
          <w:rFonts w:ascii="Times New Roman" w:hAnsi="Times New Roman" w:eastAsia="宋体"/>
          <w:b w:val="0"/>
          <w:i w:val="0"/>
          <w:sz w:val="21"/>
        </w:rPr>
        <w:t>9, 81, 729, ⋯。</w:t>
      </w:r>
    </w:p>
    <w:p>
      <w:pPr>
        <w:spacing w:before="0" w:after="80" w:line="300" w:lineRule="auto"/>
        <w:jc w:val="left"/>
      </w:pPr>
      <w:r>
        <w:rPr>
          <w:rFonts w:ascii="Times New Roman" w:hAnsi="Times New Roman" w:eastAsia="宋体"/>
          <w:b w:val="0"/>
          <w:i w:val="0"/>
          <w:sz w:val="21"/>
        </w:rPr>
        <w:t>因为指数是偶数，所以 1999²⁰⁰⁰ 的个位数为 1。</w:t>
      </w:r>
    </w:p>
    <w:p>
      <w:pPr>
        <w:spacing w:before="0" w:after="80" w:line="300" w:lineRule="auto"/>
        <w:jc w:val="left"/>
      </w:pPr>
      <w:r>
        <w:rPr>
          <w:rFonts w:ascii="Times New Roman" w:hAnsi="Times New Roman" w:eastAsia="宋体"/>
          <w:b w:val="0"/>
          <w:i w:val="0"/>
          <w:sz w:val="21"/>
        </w:rPr>
        <w:t>除以 5 的余数就是 1，因为它比 10 的倍数多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to find the remainder when divided by 5, we only care about the units digit.</w:t>
      </w:r>
    </w:p>
    <w:p>
      <w:pPr>
        <w:spacing w:before="0" w:after="80" w:line="300" w:lineRule="auto"/>
        <w:jc w:val="left"/>
      </w:pPr>
      <w:r>
        <w:rPr>
          <w:rFonts w:ascii="Times New Roman" w:hAnsi="Times New Roman" w:eastAsia="宋体"/>
          <w:b w:val="0"/>
          <w:i w:val="0"/>
          <w:color w:val="333333"/>
          <w:sz w:val="19"/>
        </w:rPr>
        <w:t>This means we only have to observe how the powers of the units digit work, namely the powers of 9.</w:t>
      </w:r>
    </w:p>
    <w:p>
      <w:pPr>
        <w:spacing w:before="0" w:after="80" w:line="300" w:lineRule="auto"/>
        <w:jc w:val="left"/>
      </w:pPr>
      <w:r>
        <w:rPr>
          <w:rFonts w:ascii="Times New Roman" w:hAnsi="Times New Roman" w:eastAsia="宋体"/>
          <w:b w:val="0"/>
          <w:i w:val="0"/>
          <w:color w:val="333333"/>
          <w:sz w:val="19"/>
        </w:rPr>
        <w:t>Then, looking at powers of 9, we see that the units digit alternates between 9 and 1:</w:t>
      </w:r>
    </w:p>
    <w:p>
      <w:pPr>
        <w:spacing w:before="0" w:after="80" w:line="300" w:lineRule="auto"/>
        <w:jc w:val="left"/>
      </w:pPr>
      <w:r>
        <w:rPr>
          <w:rFonts w:ascii="Times New Roman" w:hAnsi="Times New Roman" w:eastAsia="宋体"/>
          <w:b w:val="0"/>
          <w:i w:val="0"/>
          <w:color w:val="333333"/>
          <w:sz w:val="19"/>
        </w:rPr>
        <w:t>9, 81, 729, ⋯.</w:t>
      </w:r>
    </w:p>
    <w:p>
      <w:pPr>
        <w:spacing w:before="0" w:after="80" w:line="300" w:lineRule="auto"/>
        <w:jc w:val="left"/>
      </w:pPr>
      <w:r>
        <w:rPr>
          <w:rFonts w:ascii="Times New Roman" w:hAnsi="Times New Roman" w:eastAsia="宋体"/>
          <w:b w:val="0"/>
          <w:i w:val="0"/>
          <w:color w:val="333333"/>
          <w:sz w:val="19"/>
        </w:rPr>
        <w:t>This means that 1999²⁰⁰⁰ ends in a 1 since the power is even.</w:t>
      </w:r>
    </w:p>
    <w:p>
      <w:pPr>
        <w:spacing w:before="0" w:after="80" w:line="300" w:lineRule="auto"/>
        <w:jc w:val="left"/>
      </w:pPr>
      <w:r>
        <w:rPr>
          <w:rFonts w:ascii="Times New Roman" w:hAnsi="Times New Roman" w:eastAsia="宋体"/>
          <w:b w:val="0"/>
          <w:i w:val="0"/>
          <w:color w:val="333333"/>
          <w:sz w:val="19"/>
        </w:rPr>
        <w:t>The remainder when divided by 5 is then 1, since it is 1 more than a multiple of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第一个阴影三角形的两条直角边为 3 和 3，所以面积为 1/2·3·3=9/2。</w:t>
      </w:r>
    </w:p>
    <w:p>
      <w:pPr>
        <w:spacing w:before="0" w:after="80" w:line="300" w:lineRule="auto"/>
        <w:jc w:val="left"/>
      </w:pPr>
      <w:r>
        <w:rPr>
          <w:rFonts w:ascii="Times New Roman" w:hAnsi="Times New Roman" w:eastAsia="宋体"/>
          <w:b w:val="0"/>
          <w:i w:val="0"/>
          <w:sz w:val="21"/>
        </w:rPr>
        <w:t>之后每一步，相关三角形的边长变为原来的一半，因此阴影面积乘以 (1/2)²=1/4。</w:t>
      </w:r>
    </w:p>
    <w:p>
      <w:pPr>
        <w:spacing w:before="0" w:after="80" w:line="300" w:lineRule="auto"/>
        <w:jc w:val="left"/>
      </w:pPr>
      <w:r>
        <w:rPr>
          <w:rFonts w:ascii="Times New Roman" w:hAnsi="Times New Roman" w:eastAsia="宋体"/>
          <w:b w:val="0"/>
          <w:i w:val="0"/>
          <w:sz w:val="21"/>
        </w:rPr>
        <w:t>许多步后的阴影总面积非常接近等比和</w:t>
      </w:r>
    </w:p>
    <w:p>
      <w:pPr>
        <w:spacing w:before="0" w:after="80" w:line="300" w:lineRule="auto"/>
        <w:jc w:val="left"/>
      </w:pPr>
      <w:r>
        <w:rPr>
          <w:rFonts w:ascii="Times New Roman" w:hAnsi="Times New Roman" w:eastAsia="宋体"/>
          <w:b w:val="0"/>
          <w:i w:val="0"/>
          <w:sz w:val="21"/>
        </w:rPr>
        <w:t>9/2(1+1/4+1/16+⋯)</w:t>
      </w:r>
    </w:p>
    <w:p>
      <w:pPr>
        <w:spacing w:before="0" w:after="80" w:line="300" w:lineRule="auto"/>
        <w:jc w:val="left"/>
      </w:pPr>
      <w:r>
        <w:rPr>
          <w:rFonts w:ascii="Times New Roman" w:hAnsi="Times New Roman" w:eastAsia="宋体"/>
          <w:b w:val="0"/>
          <w:i w:val="0"/>
          <w:sz w:val="21"/>
        </w:rPr>
        <w:t>= 9/2·1/(1-1/4)</w:t>
      </w:r>
    </w:p>
    <w:p>
      <w:pPr>
        <w:spacing w:before="0" w:after="80" w:line="300" w:lineRule="auto"/>
        <w:jc w:val="left"/>
      </w:pPr>
      <w:r>
        <w:rPr>
          <w:rFonts w:ascii="Times New Roman" w:hAnsi="Times New Roman" w:eastAsia="宋体"/>
          <w:b w:val="0"/>
          <w:i w:val="0"/>
          <w:sz w:val="21"/>
        </w:rPr>
        <w:t>= 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100 步后被省略的尾项极小，所以总面积最接近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shaded triangle has legs 3 and 3, so its area is 1/2·3·3=9/2.</w:t>
      </w:r>
    </w:p>
    <w:p>
      <w:pPr>
        <w:spacing w:before="0" w:after="80" w:line="300" w:lineRule="auto"/>
        <w:jc w:val="left"/>
      </w:pPr>
      <w:r>
        <w:rPr>
          <w:rFonts w:ascii="Times New Roman" w:hAnsi="Times New Roman" w:eastAsia="宋体"/>
          <w:b w:val="0"/>
          <w:i w:val="0"/>
          <w:color w:val="333333"/>
          <w:sz w:val="19"/>
        </w:rPr>
        <w:t>At each later step, the relevant triangle has half the leg length, so the shaded area is multiplied by (1/2)²=1/4.</w:t>
      </w:r>
    </w:p>
    <w:p>
      <w:pPr>
        <w:spacing w:before="0" w:after="80" w:line="300" w:lineRule="auto"/>
        <w:jc w:val="left"/>
      </w:pPr>
      <w:r>
        <w:rPr>
          <w:rFonts w:ascii="Times New Roman" w:hAnsi="Times New Roman" w:eastAsia="宋体"/>
          <w:b w:val="0"/>
          <w:i w:val="0"/>
          <w:color w:val="333333"/>
          <w:sz w:val="19"/>
        </w:rPr>
        <w:t>The total shaded area after many steps is therefore very close to the geometric sum</w:t>
      </w:r>
    </w:p>
    <w:p>
      <w:pPr>
        <w:spacing w:before="0" w:after="80" w:line="300" w:lineRule="auto"/>
        <w:jc w:val="left"/>
      </w:pPr>
      <w:r>
        <w:rPr>
          <w:rFonts w:ascii="Times New Roman" w:hAnsi="Times New Roman" w:eastAsia="宋体"/>
          <w:b w:val="0"/>
          <w:i w:val="0"/>
          <w:color w:val="333333"/>
          <w:sz w:val="19"/>
        </w:rPr>
        <w:t>9/2(1+1/4+1/16+⋯)</w:t>
      </w:r>
    </w:p>
    <w:p>
      <w:pPr>
        <w:spacing w:before="0" w:after="80" w:line="300" w:lineRule="auto"/>
        <w:jc w:val="left"/>
      </w:pPr>
      <w:r>
        <w:rPr>
          <w:rFonts w:ascii="Times New Roman" w:hAnsi="Times New Roman" w:eastAsia="宋体"/>
          <w:b w:val="0"/>
          <w:i w:val="0"/>
          <w:color w:val="333333"/>
          <w:sz w:val="19"/>
        </w:rPr>
        <w:t>= 9/2·1/(1-1/4)</w:t>
      </w:r>
    </w:p>
    <w:p>
      <w:pPr>
        <w:spacing w:before="0" w:after="80" w:line="300" w:lineRule="auto"/>
        <w:jc w:val="left"/>
      </w:pPr>
      <w:r>
        <w:rPr>
          <w:rFonts w:ascii="Times New Roman" w:hAnsi="Times New Roman" w:eastAsia="宋体"/>
          <w:b w:val="0"/>
          <w:i w:val="0"/>
          <w:color w:val="333333"/>
          <w:sz w:val="19"/>
        </w:rPr>
        <w:t>= 6.</w:t>
      </w:r>
    </w:p>
    <w:p>
      <w:pPr>
        <w:spacing w:before="0" w:after="80" w:line="300" w:lineRule="auto"/>
        <w:jc w:val="left"/>
      </w:pPr>
      <w:r>
        <w:rPr>
          <w:rFonts w:ascii="Times New Roman" w:hAnsi="Times New Roman" w:eastAsia="宋体"/>
          <w:b w:val="0"/>
          <w:i w:val="0"/>
          <w:color w:val="333333"/>
          <w:sz w:val="19"/>
        </w:rPr>
        <w:t>After 100 steps the omitted tail is tiny, so the total area is nearest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