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1997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1/10 + 9/100 + 9/1000 + 7/10000 =</w:t>
      </w:r>
    </w:p>
    <w:p>
      <w:pPr>
        <w:spacing w:before="0" w:after="120" w:line="300" w:lineRule="auto"/>
      </w:pPr>
      <w:r>
        <w:rPr>
          <w:rFonts w:ascii="Times New Roman" w:hAnsi="Times New Roman" w:eastAsia="宋体"/>
          <w:b w:val="0"/>
          <w:i w:val="0"/>
          <w:sz w:val="21"/>
        </w:rPr>
        <w:t>（A）0.0026　　（B）0.0197　　（C）0.1997　　（D）0.26　　（E）1.997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1/10 + 9/100 + 9/1000 + 7/10000 =</w:t>
      </w:r>
    </w:p>
    <w:p>
      <w:pPr>
        <w:spacing w:before="0" w:after="160" w:line="300" w:lineRule="auto"/>
      </w:pPr>
      <w:r>
        <w:rPr>
          <w:rFonts w:ascii="Times New Roman" w:hAnsi="Times New Roman" w:eastAsia="宋体"/>
          <w:b w:val="0"/>
          <w:i w:val="0"/>
          <w:color w:val="333333"/>
          <w:sz w:val="19"/>
        </w:rPr>
        <w:t>(A) 0.0026　　(B) 0.0197　　(C) 0.1997　　(D) 0.26　　(E) 1.997</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安选择一个两位整数，从 200 中减去它，再把结果加倍。安能得到的最大数是多少？</w:t>
      </w:r>
    </w:p>
    <w:p>
      <w:pPr>
        <w:spacing w:before="0" w:after="120" w:line="300" w:lineRule="auto"/>
      </w:pPr>
      <w:r>
        <w:rPr>
          <w:rFonts w:ascii="Times New Roman" w:hAnsi="Times New Roman" w:eastAsia="宋体"/>
          <w:b w:val="0"/>
          <w:i w:val="0"/>
          <w:sz w:val="21"/>
        </w:rPr>
        <w:t>（A）200　　（B）202　　（C）220　　（D）380　　（E）398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Ahn chooses a two-digit integer, subtracts it from 200, and doubles the result. What is the largest number Ahn can get?</w:t>
      </w:r>
    </w:p>
    <w:p>
      <w:pPr>
        <w:spacing w:before="0" w:after="160" w:line="300" w:lineRule="auto"/>
      </w:pPr>
      <w:r>
        <w:rPr>
          <w:rFonts w:ascii="Times New Roman" w:hAnsi="Times New Roman" w:eastAsia="宋体"/>
          <w:b w:val="0"/>
          <w:i w:val="0"/>
          <w:color w:val="333333"/>
          <w:sz w:val="19"/>
        </w:rPr>
        <w:t>(A) 200　　(B) 202　　(C) 220　　(D) 380　　(E) 398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下列哪个数最大？</w:t>
      </w:r>
    </w:p>
    <w:p>
      <w:pPr>
        <w:spacing w:before="0" w:after="120" w:line="300" w:lineRule="auto"/>
      </w:pPr>
      <w:r>
        <w:rPr>
          <w:rFonts w:ascii="Times New Roman" w:hAnsi="Times New Roman" w:eastAsia="宋体"/>
          <w:b w:val="0"/>
          <w:i w:val="0"/>
          <w:sz w:val="21"/>
        </w:rPr>
        <w:t>（A）0.97　　（B）0.979　　（C）0.9709　　（D）0.907　　（E）0.9089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the largest?</w:t>
      </w:r>
    </w:p>
    <w:p>
      <w:pPr>
        <w:spacing w:before="0" w:after="160" w:line="300" w:lineRule="auto"/>
      </w:pPr>
      <w:r>
        <w:rPr>
          <w:rFonts w:ascii="Times New Roman" w:hAnsi="Times New Roman" w:eastAsia="宋体"/>
          <w:b w:val="0"/>
          <w:i w:val="0"/>
          <w:color w:val="333333"/>
          <w:sz w:val="19"/>
        </w:rPr>
        <w:t>(A) 0.97　　(B) 0.979　　(C) 0.9709　　(D) 0.907　　(E) 0.9089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朱莉正在为班级准备演讲。她的演讲必须持续半小时到四分之三小时之间。理想语速是每分钟 150 个词。如果朱莉按理想语速演讲，下列哪个词数适合作为她演讲的长度？</w:t>
      </w:r>
    </w:p>
    <w:p>
      <w:pPr>
        <w:spacing w:before="0" w:after="120" w:line="300" w:lineRule="auto"/>
      </w:pPr>
      <w:r>
        <w:rPr>
          <w:rFonts w:ascii="Times New Roman" w:hAnsi="Times New Roman" w:eastAsia="宋体"/>
          <w:b w:val="0"/>
          <w:i w:val="0"/>
          <w:sz w:val="21"/>
        </w:rPr>
        <w:t>（A）2250　　（B）3000　　（C）4200　　（D）4350　　（E）5650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Julie is preparing a speech for her class. Her speech must last between one-half hour and three-quarters of an hour. The ideal rate of speech is 150 words per minute. If Julie speaks at the ideal rate, which of the following number of words would be an appropriate length for her speech?</w:t>
      </w:r>
    </w:p>
    <w:p>
      <w:pPr>
        <w:spacing w:before="0" w:after="160" w:line="300" w:lineRule="auto"/>
      </w:pPr>
      <w:r>
        <w:rPr>
          <w:rFonts w:ascii="Times New Roman" w:hAnsi="Times New Roman" w:eastAsia="宋体"/>
          <w:b w:val="0"/>
          <w:i w:val="0"/>
          <w:color w:val="333333"/>
          <w:sz w:val="19"/>
        </w:rPr>
        <w:t>(A) 2250　　(B) 3000　　(C) 4200　　(D) 4350　　(E) 5650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有许多两位数是 7 的倍数，但其中只有两个倍数的数位和为 10。这两个 7 的倍数之和是</w:t>
      </w:r>
    </w:p>
    <w:p>
      <w:pPr>
        <w:spacing w:before="0" w:after="120" w:line="300" w:lineRule="auto"/>
      </w:pPr>
      <w:r>
        <w:rPr>
          <w:rFonts w:ascii="Times New Roman" w:hAnsi="Times New Roman" w:eastAsia="宋体"/>
          <w:b w:val="0"/>
          <w:i w:val="0"/>
          <w:sz w:val="21"/>
        </w:rPr>
        <w:t>（A）119　　（B）126　　（C）140　　（D）175　　（E）189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many two-digit multiples of 7, but only two of the multiples have a digit sum of 10. The sum of these two multiples of 7 is</w:t>
      </w:r>
    </w:p>
    <w:p>
      <w:pPr>
        <w:spacing w:before="0" w:after="160" w:line="300" w:lineRule="auto"/>
      </w:pPr>
      <w:r>
        <w:rPr>
          <w:rFonts w:ascii="Times New Roman" w:hAnsi="Times New Roman" w:eastAsia="宋体"/>
          <w:b w:val="0"/>
          <w:i w:val="0"/>
          <w:color w:val="333333"/>
          <w:sz w:val="19"/>
        </w:rPr>
        <w:t>(A) 119　　(B) 126　　(C) 140　　(D) 175　　(E) 189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在数 74982.1035 中，数字 9 所在位的位值是数字 3 所在位的位值的多少倍？</w:t>
      </w:r>
    </w:p>
    <w:p>
      <w:pPr>
        <w:spacing w:before="0" w:after="120" w:line="300" w:lineRule="auto"/>
      </w:pPr>
      <w:r>
        <w:rPr>
          <w:rFonts w:ascii="Times New Roman" w:hAnsi="Times New Roman" w:eastAsia="宋体"/>
          <w:b w:val="0"/>
          <w:i w:val="0"/>
          <w:sz w:val="21"/>
        </w:rPr>
        <w:t>（A）1,000　　（B）10,000　　（C）100,000　　（D）1,000,000　　（E）10,000,000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number 74982.1035 the value of the</w:t>
      </w:r>
      <w:r>
        <w:rPr>
          <w:rFonts w:ascii="Times New Roman" w:hAnsi="Times New Roman" w:eastAsia="宋体"/>
          <w:b w:val="0"/>
          <w:i/>
          <w:color w:val="333333"/>
          <w:sz w:val="19"/>
        </w:rPr>
        <w:t>place</w:t>
      </w:r>
      <w:r>
        <w:rPr>
          <w:rFonts w:ascii="Times New Roman" w:hAnsi="Times New Roman" w:eastAsia="宋体"/>
          <w:b w:val="0"/>
          <w:i w:val="0"/>
          <w:color w:val="333333"/>
          <w:sz w:val="19"/>
        </w:rPr>
        <w:t>occupied by the digit 9 is how many times as great as the value of the</w:t>
      </w:r>
      <w:r>
        <w:rPr>
          <w:rFonts w:ascii="Times New Roman" w:hAnsi="Times New Roman" w:eastAsia="宋体"/>
          <w:b w:val="0"/>
          <w:i/>
          <w:color w:val="333333"/>
          <w:sz w:val="19"/>
        </w:rPr>
        <w:t>place</w:t>
      </w:r>
      <w:r>
        <w:rPr>
          <w:rFonts w:ascii="Times New Roman" w:hAnsi="Times New Roman" w:eastAsia="宋体"/>
          <w:b w:val="0"/>
          <w:i w:val="0"/>
          <w:color w:val="333333"/>
          <w:sz w:val="19"/>
        </w:rPr>
        <w:t>occupied by the digit 3?</w:t>
      </w:r>
    </w:p>
    <w:p>
      <w:pPr>
        <w:spacing w:before="0" w:after="160" w:line="300" w:lineRule="auto"/>
      </w:pPr>
      <w:r>
        <w:rPr>
          <w:rFonts w:ascii="Times New Roman" w:hAnsi="Times New Roman" w:eastAsia="宋体"/>
          <w:b w:val="0"/>
          <w:i w:val="0"/>
          <w:color w:val="333333"/>
          <w:sz w:val="19"/>
        </w:rPr>
        <w:t>(A) 1,000　　(B) 10,000　　(C) 100,000　　(D) 1,000,000　　(E) 10,000,000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能容纳一个半径为 4 的圆的最小正方形的面积是</w:t>
      </w:r>
    </w:p>
    <w:p>
      <w:pPr>
        <w:spacing w:before="0" w:after="120" w:line="300" w:lineRule="auto"/>
      </w:pPr>
      <w:r>
        <w:rPr>
          <w:rFonts w:ascii="Times New Roman" w:hAnsi="Times New Roman" w:eastAsia="宋体"/>
          <w:b w:val="0"/>
          <w:i w:val="0"/>
          <w:sz w:val="21"/>
        </w:rPr>
        <w:t>（A）8　　（B）16　　（C）32　　（D）64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smallest square that will contain a circle of radius 4 is</w:t>
      </w:r>
    </w:p>
    <w:p>
      <w:pPr>
        <w:spacing w:before="0" w:after="160" w:line="300" w:lineRule="auto"/>
      </w:pPr>
      <w:r>
        <w:rPr>
          <w:rFonts w:ascii="Times New Roman" w:hAnsi="Times New Roman" w:eastAsia="宋体"/>
          <w:b w:val="0"/>
          <w:i w:val="0"/>
          <w:color w:val="333333"/>
          <w:sz w:val="19"/>
        </w:rPr>
        <w:t>(A) 8　　(B) 16　　(C) 32　　(D) 64　　(E) 128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沃尔特早上 6:30 起床，7:30 赶上校车，有 6 节课，每节 50 分钟，有 30 分钟午餐时间，并且在学校还有额外 2 小时时间。他乘校车回家，下午 4:00 到家。他在校车上花了多少分钟？</w:t>
      </w:r>
    </w:p>
    <w:p>
      <w:pPr>
        <w:spacing w:before="0" w:after="120" w:line="300" w:lineRule="auto"/>
      </w:pPr>
      <w:r>
        <w:rPr>
          <w:rFonts w:ascii="Times New Roman" w:hAnsi="Times New Roman" w:eastAsia="宋体"/>
          <w:b w:val="0"/>
          <w:i w:val="0"/>
          <w:sz w:val="21"/>
        </w:rPr>
        <w:t>（A）30　　（B）60　　（C）75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Walter gets up at 6:30 a.m., catches the school bus at 7:30 a.m., has 6 classes that last 50 minutes each, has 30 minutes for lunch, and has 2 hours additional time at school. He takes the bus home and arrives at 4:00 p.m. How many minutes has he spent on the bus?</w:t>
      </w:r>
    </w:p>
    <w:p>
      <w:pPr>
        <w:spacing w:before="0" w:after="160" w:line="300" w:lineRule="auto"/>
      </w:pPr>
      <w:r>
        <w:rPr>
          <w:rFonts w:ascii="Times New Roman" w:hAnsi="Times New Roman" w:eastAsia="宋体"/>
          <w:b w:val="0"/>
          <w:i w:val="0"/>
          <w:color w:val="333333"/>
          <w:sz w:val="19"/>
        </w:rPr>
        <w:t>(A) 30　　(B) 60　　(C) 75　　(D) 90　　(E) 120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三个姓名不同的学生排成一列。从前到后按字母顺序排列的概率是多少？</w:t>
      </w:r>
    </w:p>
    <w:p>
      <w:pPr>
        <w:spacing w:before="0" w:after="120" w:line="300" w:lineRule="auto"/>
      </w:pPr>
      <w:r>
        <w:rPr>
          <w:rFonts w:ascii="Times New Roman" w:hAnsi="Times New Roman" w:eastAsia="宋体"/>
          <w:b w:val="0"/>
          <w:i w:val="0"/>
          <w:sz w:val="21"/>
        </w:rPr>
        <w:t>（A）1/12　　（B）1/9　　（C）1/6　　（D）1/3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students, with different names, line up single file. What is the probability that they are in alphabetical order from front-to-back?</w:t>
      </w:r>
    </w:p>
    <w:p>
      <w:pPr>
        <w:spacing w:before="0" w:after="160" w:line="300" w:lineRule="auto"/>
      </w:pPr>
      <w:r>
        <w:rPr>
          <w:rFonts w:ascii="Times New Roman" w:hAnsi="Times New Roman" w:eastAsia="宋体"/>
          <w:b w:val="0"/>
          <w:i w:val="0"/>
          <w:color w:val="333333"/>
          <w:sz w:val="19"/>
        </w:rPr>
        <w:t>(A) 1/12　　(B) 1/9　　(C) 1/6　　(D) 1/3　　(E) 2/3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这个正方形区域有多少比例被涂色？条纹宽度相等，图按比例绘制。</w:t>
      </w:r>
    </w:p>
    <w:p>
      <w:pPr>
        <w:spacing w:before="80" w:after="80"/>
        <w:jc w:val="center"/>
      </w:pPr>
      <w:r>
        <w:drawing>
          <wp:inline xmlns:a="http://schemas.openxmlformats.org/drawingml/2006/main" xmlns:pic="http://schemas.openxmlformats.org/drawingml/2006/picture">
            <wp:extent cx="923683" cy="923683"/>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923683" cy="923683"/>
                    </a:xfrm>
                    <a:prstGeom prst="rect"/>
                  </pic:spPr>
                </pic:pic>
              </a:graphicData>
            </a:graphic>
          </wp:inline>
        </w:drawing>
      </w:r>
    </w:p>
    <w:p>
      <w:pPr>
        <w:spacing w:before="0" w:after="120" w:line="300" w:lineRule="auto"/>
      </w:pPr>
      <w:r>
        <w:rPr>
          <w:rFonts w:ascii="Times New Roman" w:hAnsi="Times New Roman" w:eastAsia="宋体"/>
          <w:b w:val="0"/>
          <w:i w:val="0"/>
          <w:sz w:val="21"/>
        </w:rPr>
        <w:t>（A）5/12　　（B）1/2　　（C）7/12　　（D）2/3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fraction of this square region is shaded? Stripes are equal in width, and the figure is drawn to scale.</w:t>
      </w:r>
    </w:p>
    <w:p>
      <w:pPr>
        <w:spacing w:before="80" w:after="80"/>
        <w:jc w:val="center"/>
      </w:pPr>
      <w:r>
        <w:drawing>
          <wp:inline xmlns:a="http://schemas.openxmlformats.org/drawingml/2006/main" xmlns:pic="http://schemas.openxmlformats.org/drawingml/2006/picture">
            <wp:extent cx="923683" cy="923683"/>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923683" cy="9236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5/12　　(B) 1/2　　(C) 7/12　　(D) 2/3　　(E) 5/6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令 boxedN 表示 N 的正整数因数个数。例如，boxed3=2，因为 3 有两个因数 1 和 3。求下式的值：</w:t>
      </w:r>
    </w:p>
    <w:p>
      <w:pPr>
        <w:spacing w:before="0" w:after="80" w:line="300" w:lineRule="auto"/>
        <w:jc w:val="left"/>
      </w:pPr>
      <w:r>
        <w:rPr>
          <w:rFonts w:ascii="Times New Roman" w:hAnsi="Times New Roman" w:eastAsia="宋体"/>
          <w:b w:val="0"/>
          <w:i w:val="0"/>
          <w:sz w:val="21"/>
        </w:rPr>
        <w:t>boxedboxed11×boxed20。</w:t>
      </w:r>
    </w:p>
    <w:p>
      <w:pPr>
        <w:spacing w:before="0" w:after="120" w:line="300" w:lineRule="auto"/>
      </w:pPr>
      <w:r>
        <w:rPr>
          <w:rFonts w:ascii="Times New Roman" w:hAnsi="Times New Roman" w:eastAsia="宋体"/>
          <w:b w:val="0"/>
          <w:i w:val="0"/>
          <w:sz w:val="21"/>
        </w:rPr>
        <w:t>（A）6　　（B）8　　（C）12　　（D）16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boxedN mean the number of whole number divisors of N. For example, boxed3=2 because 3 has two divisors, 1 and 3. Find the value of</w:t>
      </w:r>
    </w:p>
    <w:p>
      <w:pPr>
        <w:spacing w:before="0" w:after="80" w:line="300" w:lineRule="auto"/>
        <w:jc w:val="left"/>
      </w:pPr>
      <w:r>
        <w:rPr>
          <w:rFonts w:ascii="Times New Roman" w:hAnsi="Times New Roman" w:eastAsia="宋体"/>
          <w:b w:val="0"/>
          <w:i w:val="0"/>
          <w:color w:val="333333"/>
          <w:sz w:val="19"/>
        </w:rPr>
        <w:t>boxedboxed11×boxed20.</w:t>
      </w:r>
    </w:p>
    <w:p>
      <w:pPr>
        <w:spacing w:before="0" w:after="160" w:line="300" w:lineRule="auto"/>
      </w:pPr>
      <w:r>
        <w:rPr>
          <w:rFonts w:ascii="Times New Roman" w:hAnsi="Times New Roman" w:eastAsia="宋体"/>
          <w:b w:val="0"/>
          <w:i w:val="0"/>
          <w:color w:val="333333"/>
          <w:sz w:val="19"/>
        </w:rPr>
        <w:t>(A) 6　　(B) 8　　(C) 12　　(D) 16　　(E) 24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 1 + ∠ 2 = 180°</w:t>
      </w:r>
    </w:p>
    <w:p>
      <w:pPr>
        <w:spacing w:before="0" w:after="80" w:line="300" w:lineRule="auto"/>
        <w:jc w:val="left"/>
      </w:pPr>
      <w:r>
        <w:rPr>
          <w:rFonts w:ascii="Times New Roman" w:hAnsi="Times New Roman" w:eastAsia="宋体"/>
          <w:b w:val="0"/>
          <w:i w:val="0"/>
          <w:sz w:val="21"/>
        </w:rPr>
        <w:t>∠ 3 = ∠ 4</w:t>
      </w:r>
    </w:p>
    <w:p>
      <w:pPr>
        <w:spacing w:before="0" w:after="80" w:line="300" w:lineRule="auto"/>
        <w:jc w:val="left"/>
      </w:pPr>
      <w:r>
        <w:rPr>
          <w:rFonts w:ascii="Times New Roman" w:hAnsi="Times New Roman" w:eastAsia="宋体"/>
          <w:b w:val="0"/>
          <w:i w:val="0"/>
          <w:sz w:val="21"/>
        </w:rPr>
        <w:t>求 ∠ 4。</w:t>
      </w:r>
    </w:p>
    <w:p>
      <w:pPr>
        <w:spacing w:before="80" w:after="80"/>
        <w:jc w:val="center"/>
      </w:pPr>
      <w:r>
        <w:drawing>
          <wp:inline xmlns:a="http://schemas.openxmlformats.org/drawingml/2006/main" xmlns:pic="http://schemas.openxmlformats.org/drawingml/2006/picture">
            <wp:extent cx="1810435" cy="1439441"/>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810435" cy="1439441"/>
                    </a:xfrm>
                    <a:prstGeom prst="rect"/>
                  </pic:spPr>
                </pic:pic>
              </a:graphicData>
            </a:graphic>
          </wp:inline>
        </w:drawing>
      </w:r>
    </w:p>
    <w:p>
      <w:pPr>
        <w:spacing w:before="0" w:after="120" w:line="300" w:lineRule="auto"/>
      </w:pPr>
      <w:r>
        <w:rPr>
          <w:rFonts w:ascii="Times New Roman" w:hAnsi="Times New Roman" w:eastAsia="宋体"/>
          <w:b w:val="0"/>
          <w:i w:val="0"/>
          <w:sz w:val="21"/>
        </w:rPr>
        <w:t>（A）20°　　（B）25°　　（C）30°　　（D）35°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 1 + ∠ 2 = 180°</w:t>
      </w:r>
    </w:p>
    <w:p>
      <w:pPr>
        <w:spacing w:before="0" w:after="80" w:line="300" w:lineRule="auto"/>
        <w:jc w:val="left"/>
      </w:pPr>
      <w:r>
        <w:rPr>
          <w:rFonts w:ascii="Times New Roman" w:hAnsi="Times New Roman" w:eastAsia="宋体"/>
          <w:b w:val="0"/>
          <w:i w:val="0"/>
          <w:color w:val="333333"/>
          <w:sz w:val="19"/>
        </w:rPr>
        <w:t>∠ 3 = ∠ 4</w:t>
      </w:r>
    </w:p>
    <w:p>
      <w:pPr>
        <w:spacing w:before="0" w:after="80" w:line="300" w:lineRule="auto"/>
        <w:jc w:val="left"/>
      </w:pPr>
      <w:r>
        <w:rPr>
          <w:rFonts w:ascii="Times New Roman" w:hAnsi="Times New Roman" w:eastAsia="宋体"/>
          <w:b w:val="0"/>
          <w:i w:val="0"/>
          <w:color w:val="333333"/>
          <w:sz w:val="19"/>
        </w:rPr>
        <w:t>Find ∠ 4</w:t>
      </w:r>
    </w:p>
    <w:p>
      <w:pPr>
        <w:spacing w:before="80" w:after="80"/>
        <w:jc w:val="center"/>
      </w:pPr>
      <w:r>
        <w:drawing>
          <wp:inline xmlns:a="http://schemas.openxmlformats.org/drawingml/2006/main" xmlns:pic="http://schemas.openxmlformats.org/drawingml/2006/picture">
            <wp:extent cx="1810435" cy="1439441"/>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810435" cy="14394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25°　　(C) 30°　　(D) 35°　　(E) 40°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三袋软糖分别有 26，28 和 30 颗。这三袋中黄色软糖所占比例分别为 50%、25% 和 20%。把三袋糖全部倒入一个碗中，黄色软糖占碗中所有软糖的比例最接近下列哪一个？</w:t>
      </w:r>
    </w:p>
    <w:p>
      <w:pPr>
        <w:spacing w:before="0" w:after="120" w:line="300" w:lineRule="auto"/>
      </w:pPr>
      <w:r>
        <w:rPr>
          <w:rFonts w:ascii="Times New Roman" w:hAnsi="Times New Roman" w:eastAsia="宋体"/>
          <w:b w:val="0"/>
          <w:i w:val="0"/>
          <w:sz w:val="21"/>
        </w:rPr>
        <w:t>（A）31%　　（B）32%　　（C）33%　　（D）35%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bags of jelly beans contain 26, 28, and 30 beans. The ratios of yellow beans to all beans in each of these bags are 50%, 25%, and 20%, respectively. All three bags of candy are dumped into one bowl. Which of the following is closest to the ratio of yellow jelly beans to all beans in the bowl?</w:t>
      </w:r>
    </w:p>
    <w:p>
      <w:pPr>
        <w:spacing w:before="0" w:after="160" w:line="300" w:lineRule="auto"/>
      </w:pPr>
      <w:r>
        <w:rPr>
          <w:rFonts w:ascii="Times New Roman" w:hAnsi="Times New Roman" w:eastAsia="宋体"/>
          <w:b w:val="0"/>
          <w:i w:val="0"/>
          <w:color w:val="333333"/>
          <w:sz w:val="19"/>
        </w:rPr>
        <w:t>(A) 31%　　(B) 32%　　(C) 33%　　(D) 35%　　(E) 95%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有一组五个正整数，它们的平均数是 5，中位数是 5，且唯一的众数是 8。这组数中最大整数与最小整数的差是多少？</w:t>
      </w:r>
    </w:p>
    <w:p>
      <w:pPr>
        <w:spacing w:before="0" w:after="120" w:line="300" w:lineRule="auto"/>
      </w:pPr>
      <w:r>
        <w:rPr>
          <w:rFonts w:ascii="Times New Roman" w:hAnsi="Times New Roman" w:eastAsia="宋体"/>
          <w:b w:val="0"/>
          <w:i w:val="0"/>
          <w:sz w:val="21"/>
        </w:rPr>
        <w:t>（A）3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a set of five positive integers whose average (mean) is 5, whose median is 5, and whose only mode is 8. What is the difference between the largest and smallest integers in the set?</w:t>
      </w:r>
    </w:p>
    <w:p>
      <w:pPr>
        <w:spacing w:before="0" w:after="160" w:line="300" w:lineRule="auto"/>
      </w:pPr>
      <w:r>
        <w:rPr>
          <w:rFonts w:ascii="Times New Roman" w:hAnsi="Times New Roman" w:eastAsia="宋体"/>
          <w:b w:val="0"/>
          <w:i w:val="0"/>
          <w:color w:val="333333"/>
          <w:sz w:val="19"/>
        </w:rPr>
        <w:t>(A) 3　　(B) 5　　(C) 6　　(D) 7　　(E)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图中大正方形的每条边都被三等分。内接正方形的顶点在这些三等分点上，如图所示。内接正方形面积与大正方形面积的比是</w:t>
      </w:r>
    </w:p>
    <w:p>
      <w:pPr>
        <w:spacing w:before="80" w:after="80"/>
        <w:jc w:val="center"/>
      </w:pPr>
      <w:r>
        <w:drawing>
          <wp:inline xmlns:a="http://schemas.openxmlformats.org/drawingml/2006/main" xmlns:pic="http://schemas.openxmlformats.org/drawingml/2006/picture">
            <wp:extent cx="923683" cy="923683"/>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23683" cy="923683"/>
                    </a:xfrm>
                    <a:prstGeom prst="rect"/>
                  </pic:spPr>
                </pic:pic>
              </a:graphicData>
            </a:graphic>
          </wp:inline>
        </w:drawing>
      </w:r>
    </w:p>
    <w:p>
      <w:pPr>
        <w:spacing w:before="0" w:after="120" w:line="300" w:lineRule="auto"/>
      </w:pPr>
      <w:r>
        <w:rPr>
          <w:rFonts w:ascii="Times New Roman" w:hAnsi="Times New Roman" w:eastAsia="宋体"/>
          <w:b w:val="0"/>
          <w:i w:val="0"/>
          <w:sz w:val="21"/>
        </w:rPr>
        <w:t>（A）(√(3))/3　　（B）5/9　　（C）2/3　　（D）(√(5))/3　　（E）7/9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of the large square in the figure is trisected (divided into three equal parts). The corners of an inscribed square are at these trisection points, as shown. The ratio of the area of the inscribed square to the area of the large square is</w:t>
      </w:r>
    </w:p>
    <w:p>
      <w:pPr>
        <w:spacing w:before="80" w:after="80"/>
        <w:jc w:val="center"/>
      </w:pPr>
      <w:r>
        <w:drawing>
          <wp:inline xmlns:a="http://schemas.openxmlformats.org/drawingml/2006/main" xmlns:pic="http://schemas.openxmlformats.org/drawingml/2006/picture">
            <wp:extent cx="923683" cy="923683"/>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23683" cy="92368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　　(B) 5/9　　(C) 2/3　　(D) (√(5))/3　　(E) 7/9</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佩妮·普里赛斯利在三家公司各买了价值 $ 100 的股票：阿拉巴马杏仁公司、波士顿豆业公司和加利福尼亚花椰菜公司。一年后，AA 上涨 20 %，BB 下跌 25 %，CC 不变。第二年，AA 比前一年下跌 20 %，BB 比前一年上涨 25 %，CC 仍不变。如果 A、B 和 C 是这些股票的最终价值，那么</w:t>
      </w:r>
    </w:p>
    <w:p>
      <w:pPr>
        <w:spacing w:before="0" w:after="120" w:line="300" w:lineRule="auto"/>
      </w:pPr>
      <w:r>
        <w:rPr>
          <w:rFonts w:ascii="Times New Roman" w:hAnsi="Times New Roman" w:eastAsia="宋体"/>
          <w:b w:val="0"/>
          <w:i w:val="0"/>
          <w:sz w:val="21"/>
        </w:rPr>
        <w:t>（A）A = B = C　　（B）A = B &lt; C　　（C）C &lt; B = A　　（D）A &lt; B &lt; C　　（E）B &lt; A &lt; 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Penni Precisely buys $ 100 worth of stock in each of three companies: Alabama Almonds, Boston Beans, and California Cauliflower. After one year, AA was up 20 %, BB was down 25 %, and CC was unchanged. For the second year, AA was down 20 % from the previous year, BB was up 25 % from the previous year, and CC was unchanged. If A, B, and C are the final values of the stock, then</w:t>
      </w:r>
    </w:p>
    <w:p>
      <w:pPr>
        <w:spacing w:before="0" w:after="160" w:line="300" w:lineRule="auto"/>
      </w:pPr>
      <w:r>
        <w:rPr>
          <w:rFonts w:ascii="Times New Roman" w:hAnsi="Times New Roman" w:eastAsia="宋体"/>
          <w:b w:val="0"/>
          <w:i w:val="0"/>
          <w:color w:val="333333"/>
          <w:sz w:val="19"/>
        </w:rPr>
        <w:t>(A) A = B = C　　(B) A = B &lt; C　　(C) C &lt; B = A　　(D) A &lt; B &lt; C　　(E) B &lt; A &lt; C</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一个立方体有八个顶点和十二条棱。连接两个不由一条棱相连的顶点的线段，如 x，称为对角线。线段 y 也是对角线。一个立方体有多少条对角线？</w:t>
      </w:r>
    </w:p>
    <w:p>
      <w:pPr>
        <w:spacing w:before="80" w:after="80"/>
        <w:jc w:val="center"/>
      </w:pPr>
      <w:r>
        <w:drawing>
          <wp:inline xmlns:a="http://schemas.openxmlformats.org/drawingml/2006/main" xmlns:pic="http://schemas.openxmlformats.org/drawingml/2006/picture">
            <wp:extent cx="1682836" cy="1227345"/>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682836" cy="1227345"/>
                    </a:xfrm>
                    <a:prstGeom prst="rect"/>
                  </pic:spPr>
                </pic:pic>
              </a:graphicData>
            </a:graphic>
          </wp:inline>
        </w:drawing>
      </w:r>
    </w:p>
    <w:p>
      <w:pPr>
        <w:spacing w:before="0" w:after="120" w:line="300" w:lineRule="auto"/>
      </w:pPr>
      <w:r>
        <w:rPr>
          <w:rFonts w:ascii="Times New Roman" w:hAnsi="Times New Roman" w:eastAsia="宋体"/>
          <w:b w:val="0"/>
          <w:i w:val="0"/>
          <w:sz w:val="21"/>
        </w:rPr>
        <w:t>（A）6　　（B）8　　（C）12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has eight vertices (corners) and twelve edges. A segment, such as x, which joins two vertices not joined by an edge is called a diagonal. Segment y is also a diagonal. How many diagonals does a cube have?</w:t>
      </w:r>
    </w:p>
    <w:p>
      <w:pPr>
        <w:spacing w:before="80" w:after="80"/>
        <w:jc w:val="center"/>
      </w:pPr>
      <w:r>
        <w:drawing>
          <wp:inline xmlns:a="http://schemas.openxmlformats.org/drawingml/2006/main" xmlns:pic="http://schemas.openxmlformats.org/drawingml/2006/picture">
            <wp:extent cx="1682836" cy="1227345"/>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682836" cy="122734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8　　(C) 12　　(D) 14　　(E) 16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上周杂货店小盒面巾纸的价格是 4 盒 $5。本周促销价是 5 盒 $4。促销期间每盒价格下降的百分比最接近</w:t>
      </w:r>
    </w:p>
    <w:p>
      <w:pPr>
        <w:spacing w:before="0" w:after="120" w:line="300" w:lineRule="auto"/>
      </w:pPr>
      <w:r>
        <w:rPr>
          <w:rFonts w:ascii="Times New Roman" w:hAnsi="Times New Roman" w:eastAsia="宋体"/>
          <w:b w:val="0"/>
          <w:i w:val="0"/>
          <w:sz w:val="21"/>
        </w:rPr>
        <w:t>（A）30%　　（B）35%　　（C）40%　　（D）45%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grocery store last week, small boxes of facial tissue were priced at 4 boxes for $5. This week they are on sale at 5 boxes for $4. The percent decrease in the price per box during the sale was closest to</w:t>
      </w:r>
    </w:p>
    <w:p>
      <w:pPr>
        <w:spacing w:before="0" w:after="160" w:line="300" w:lineRule="auto"/>
      </w:pPr>
      <w:r>
        <w:rPr>
          <w:rFonts w:ascii="Times New Roman" w:hAnsi="Times New Roman" w:eastAsia="宋体"/>
          <w:b w:val="0"/>
          <w:i w:val="0"/>
          <w:color w:val="333333"/>
          <w:sz w:val="19"/>
        </w:rPr>
        <w:t>(A) 30%　　(B) 35%　　(C) 40%　　(D) 45%　　(E) 65%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如果乘积</w:t>
      </w:r>
    </w:p>
    <w:p>
      <w:pPr>
        <w:spacing w:before="0" w:after="80" w:line="300" w:lineRule="auto"/>
        <w:jc w:val="left"/>
      </w:pPr>
      <w:r>
        <w:rPr>
          <w:rFonts w:ascii="Times New Roman" w:hAnsi="Times New Roman" w:eastAsia="宋体"/>
          <w:b w:val="0"/>
          <w:i w:val="0"/>
          <w:sz w:val="21"/>
        </w:rPr>
        <w:t>3/2· 4/3· 5/4· 6/5· …· a/b = 9，</w:t>
      </w:r>
    </w:p>
    <w:p>
      <w:pPr>
        <w:spacing w:before="0" w:after="80" w:line="300" w:lineRule="auto"/>
        <w:jc w:val="left"/>
      </w:pPr>
      <w:r>
        <w:rPr>
          <w:rFonts w:ascii="Times New Roman" w:hAnsi="Times New Roman" w:eastAsia="宋体"/>
          <w:b w:val="0"/>
          <w:i w:val="0"/>
          <w:sz w:val="21"/>
        </w:rPr>
        <w:t>那么 a 与 b 的和是多少？</w:t>
      </w:r>
    </w:p>
    <w:p>
      <w:pPr>
        <w:spacing w:before="0" w:after="120" w:line="300" w:lineRule="auto"/>
      </w:pPr>
      <w:r>
        <w:rPr>
          <w:rFonts w:ascii="Times New Roman" w:hAnsi="Times New Roman" w:eastAsia="宋体"/>
          <w:b w:val="0"/>
          <w:i w:val="0"/>
          <w:sz w:val="21"/>
        </w:rPr>
        <w:t>（A）11　　（B）13　　（C）17　　（D）35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product</w:t>
      </w:r>
    </w:p>
    <w:p>
      <w:pPr>
        <w:spacing w:before="0" w:after="80" w:line="300" w:lineRule="auto"/>
        <w:jc w:val="left"/>
      </w:pPr>
      <w:r>
        <w:rPr>
          <w:rFonts w:ascii="Times New Roman" w:hAnsi="Times New Roman" w:eastAsia="宋体"/>
          <w:b w:val="0"/>
          <w:i w:val="0"/>
          <w:color w:val="333333"/>
          <w:sz w:val="19"/>
        </w:rPr>
        <w:t>3/2· 4/3· 5/4· 6/5· …· a/b = 9,</w:t>
      </w:r>
    </w:p>
    <w:p>
      <w:pPr>
        <w:spacing w:before="0" w:after="80" w:line="300" w:lineRule="auto"/>
        <w:jc w:val="left"/>
      </w:pPr>
      <w:r>
        <w:rPr>
          <w:rFonts w:ascii="Times New Roman" w:hAnsi="Times New Roman" w:eastAsia="宋体"/>
          <w:b w:val="0"/>
          <w:i w:val="0"/>
          <w:color w:val="333333"/>
          <w:sz w:val="19"/>
        </w:rPr>
        <w:t>what is the sum of a and b?</w:t>
      </w:r>
    </w:p>
    <w:p>
      <w:pPr>
        <w:spacing w:before="0" w:after="160" w:line="300" w:lineRule="auto"/>
      </w:pPr>
      <w:r>
        <w:rPr>
          <w:rFonts w:ascii="Times New Roman" w:hAnsi="Times New Roman" w:eastAsia="宋体"/>
          <w:b w:val="0"/>
          <w:i w:val="0"/>
          <w:color w:val="333333"/>
          <w:sz w:val="19"/>
        </w:rPr>
        <w:t>(A) 11　　(B) 13　　(C) 17　　(D) 35　　(E) 37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一对 8 面骰子的面分别标有 1 到 8。每一面朝上的概率相同。两个朝上数字的乘积大于 36 的概率是</w:t>
      </w:r>
    </w:p>
    <w:p>
      <w:pPr>
        <w:spacing w:before="0" w:after="120" w:line="300" w:lineRule="auto"/>
      </w:pPr>
      <w:r>
        <w:rPr>
          <w:rFonts w:ascii="Times New Roman" w:hAnsi="Times New Roman" w:eastAsia="宋体"/>
          <w:b w:val="0"/>
          <w:i w:val="0"/>
          <w:sz w:val="21"/>
        </w:rPr>
        <w:t>（A）5/32　　（B）11/64　　（C）3/16　　（D）1/4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pair of 8-sided dice has sides numbered 1 through 8. Each side has the same probability (chance) of landing face up. The probability that the product of the two numbers that land face-up exceeds 36 is</w:t>
      </w:r>
    </w:p>
    <w:p>
      <w:pPr>
        <w:spacing w:before="0" w:after="160" w:line="300" w:lineRule="auto"/>
      </w:pPr>
      <w:r>
        <w:rPr>
          <w:rFonts w:ascii="Times New Roman" w:hAnsi="Times New Roman" w:eastAsia="宋体"/>
          <w:b w:val="0"/>
          <w:i w:val="0"/>
          <w:color w:val="333333"/>
          <w:sz w:val="19"/>
        </w:rPr>
        <w:t>(A) 5/32　　(B) 11/64　　(C) 3/16　　(D) 1/4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从这个 3cm× 3cm× 3cm 的立方体中去掉每个角上的小立方体。剩余图形的表面积是</w:t>
      </w:r>
    </w:p>
    <w:p>
      <w:pPr>
        <w:spacing w:before="80" w:after="80"/>
        <w:jc w:val="center"/>
      </w:pPr>
      <w:r>
        <w:drawing>
          <wp:inline xmlns:a="http://schemas.openxmlformats.org/drawingml/2006/main" xmlns:pic="http://schemas.openxmlformats.org/drawingml/2006/picture">
            <wp:extent cx="878134" cy="618504"/>
            <wp:docPr id="9" name="Picture 9"/>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878134" cy="618504"/>
                    </a:xfrm>
                    <a:prstGeom prst="rect"/>
                  </pic:spPr>
                </pic:pic>
              </a:graphicData>
            </a:graphic>
          </wp:inline>
        </w:drawing>
      </w:r>
    </w:p>
    <w:p>
      <w:pPr>
        <w:spacing w:before="0" w:after="120" w:line="300" w:lineRule="auto"/>
      </w:pPr>
      <w:r>
        <w:rPr>
          <w:rFonts w:ascii="Times New Roman" w:hAnsi="Times New Roman" w:eastAsia="宋体"/>
          <w:b w:val="0"/>
          <w:i w:val="0"/>
          <w:sz w:val="21"/>
        </w:rPr>
        <w:t>（A）19平方厘米　　（B）24平方厘米　　（C）30平方厘米　　（D）54平方厘米　　（E）72平方厘米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corner cube is removed from this 3cm× 3cm× 3cm cube. The surface area of the remaining figure is</w:t>
      </w:r>
    </w:p>
    <w:p>
      <w:pPr>
        <w:spacing w:before="80" w:after="80"/>
        <w:jc w:val="center"/>
      </w:pPr>
      <w:r>
        <w:drawing>
          <wp:inline xmlns:a="http://schemas.openxmlformats.org/drawingml/2006/main" xmlns:pic="http://schemas.openxmlformats.org/drawingml/2006/picture">
            <wp:extent cx="878134" cy="618504"/>
            <wp:docPr id="10" name="Picture 10"/>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878134" cy="6185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19sq.cm　　(B) 24sq.cm　　(C) 30sq.cm　　(D) 54sq.cm　　(E) 72sq.cm</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一个两英寸的银立方体 (2× 2× 2) 重 3 磅，价值 $ 200。一个三英寸的银立方体价值多少？</w:t>
      </w:r>
    </w:p>
    <w:p>
      <w:pPr>
        <w:spacing w:before="0" w:after="120" w:line="300" w:lineRule="auto"/>
      </w:pPr>
      <w:r>
        <w:rPr>
          <w:rFonts w:ascii="Times New Roman" w:hAnsi="Times New Roman" w:eastAsia="宋体"/>
          <w:b w:val="0"/>
          <w:i w:val="0"/>
          <w:sz w:val="21"/>
        </w:rPr>
        <w:t>（A）$300　　（B）$375　　（C）$450　　（D）$560　　（E）$675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two-inch cube (2× 2× 2) of silver weighs 3 pounds and is worth $ 200. How much is a three-inch cube of silver worth?</w:t>
      </w:r>
    </w:p>
    <w:p>
      <w:pPr>
        <w:spacing w:before="0" w:after="160" w:line="300" w:lineRule="auto"/>
      </w:pPr>
      <w:r>
        <w:rPr>
          <w:rFonts w:ascii="Times New Roman" w:hAnsi="Times New Roman" w:eastAsia="宋体"/>
          <w:b w:val="0"/>
          <w:i w:val="0"/>
          <w:color w:val="333333"/>
          <w:sz w:val="19"/>
        </w:rPr>
        <w:t>(A) $300　　(B) $375　　(C) $450　　(D) $560　　(E) $675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有一些正整数满足：</w:t>
      </w:r>
    </w:p>
    <w:p>
      <w:pPr>
        <w:spacing w:before="0" w:after="80" w:line="300" w:lineRule="auto"/>
        <w:jc w:val="left"/>
      </w:pPr>
      <w:r>
        <w:rPr>
          <w:rFonts w:ascii="Times New Roman" w:hAnsi="Times New Roman" w:eastAsia="宋体"/>
          <w:b w:val="0"/>
          <w:i w:val="0"/>
          <w:sz w:val="21"/>
        </w:rPr>
        <w:t>I. 它们各位数字的平方和为 50，并且</w:t>
      </w:r>
    </w:p>
    <w:p>
      <w:pPr>
        <w:spacing w:before="0" w:after="80" w:line="300" w:lineRule="auto"/>
        <w:jc w:val="left"/>
      </w:pPr>
      <w:r>
        <w:rPr>
          <w:rFonts w:ascii="Times New Roman" w:hAnsi="Times New Roman" w:eastAsia="宋体"/>
          <w:b w:val="0"/>
          <w:i w:val="0"/>
          <w:sz w:val="21"/>
        </w:rPr>
        <w:t>II. 每个数字都大于它左边的数字。</w:t>
      </w:r>
    </w:p>
    <w:p>
      <w:pPr>
        <w:spacing w:before="0" w:after="80" w:line="300" w:lineRule="auto"/>
        <w:jc w:val="left"/>
      </w:pPr>
      <w:r>
        <w:rPr>
          <w:rFonts w:ascii="Times New Roman" w:hAnsi="Times New Roman" w:eastAsia="宋体"/>
          <w:b w:val="0"/>
          <w:i w:val="0"/>
          <w:sz w:val="21"/>
        </w:rPr>
        <w:t>满足这两个条件的最大整数，其各位数字的乘积是</w:t>
      </w:r>
    </w:p>
    <w:p>
      <w:pPr>
        <w:spacing w:before="0" w:after="120" w:line="300" w:lineRule="auto"/>
      </w:pPr>
      <w:r>
        <w:rPr>
          <w:rFonts w:ascii="Times New Roman" w:hAnsi="Times New Roman" w:eastAsia="宋体"/>
          <w:b w:val="0"/>
          <w:i w:val="0"/>
          <w:sz w:val="21"/>
        </w:rPr>
        <w:t>（A）7　　（B）25　　（C）36　　（D）48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positive integers that have these properties:</w:t>
      </w:r>
    </w:p>
    <w:p>
      <w:pPr>
        <w:spacing w:before="0" w:after="80" w:line="300" w:lineRule="auto"/>
        <w:jc w:val="left"/>
      </w:pPr>
      <w:r>
        <w:rPr>
          <w:rFonts w:ascii="Times New Roman" w:hAnsi="Times New Roman" w:eastAsia="宋体"/>
          <w:b w:val="0"/>
          <w:i w:val="0"/>
          <w:color w:val="333333"/>
          <w:sz w:val="19"/>
        </w:rPr>
        <w:t>I. the sum of the squares of their digits is 50, and</w:t>
      </w:r>
    </w:p>
    <w:p>
      <w:pPr>
        <w:spacing w:before="0" w:after="80" w:line="300" w:lineRule="auto"/>
        <w:jc w:val="left"/>
      </w:pPr>
      <w:r>
        <w:rPr>
          <w:rFonts w:ascii="Times New Roman" w:hAnsi="Times New Roman" w:eastAsia="宋体"/>
          <w:b w:val="0"/>
          <w:i w:val="0"/>
          <w:color w:val="333333"/>
          <w:sz w:val="19"/>
        </w:rPr>
        <w:t>II. each digit is larger than the one to its left.</w:t>
      </w:r>
    </w:p>
    <w:p>
      <w:pPr>
        <w:spacing w:before="0" w:after="80" w:line="300" w:lineRule="auto"/>
        <w:jc w:val="left"/>
      </w:pPr>
      <w:r>
        <w:rPr>
          <w:rFonts w:ascii="Times New Roman" w:hAnsi="Times New Roman" w:eastAsia="宋体"/>
          <w:b w:val="0"/>
          <w:i w:val="0"/>
          <w:color w:val="333333"/>
          <w:sz w:val="19"/>
        </w:rPr>
        <w:t>The product of the digits of the largest integer with both properties is</w:t>
      </w:r>
    </w:p>
    <w:p>
      <w:pPr>
        <w:spacing w:before="0" w:after="160" w:line="300" w:lineRule="auto"/>
      </w:pPr>
      <w:r>
        <w:rPr>
          <w:rFonts w:ascii="Times New Roman" w:hAnsi="Times New Roman" w:eastAsia="宋体"/>
          <w:b w:val="0"/>
          <w:i w:val="0"/>
          <w:color w:val="333333"/>
          <w:sz w:val="19"/>
        </w:rPr>
        <w:t>(A) 7　　(B) 25　　(C) 36　　(D) 48　　(E) 60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点 C 将直径 ACE 按 2:3 分成两段。两个半圆 ABC 和 CDE 把圆形区域分成上方阴影区域和下方区域。上方区域面积与下方区域面积的比是</w:t>
      </w:r>
    </w:p>
    <w:p>
      <w:pPr>
        <w:spacing w:before="80" w:after="80"/>
        <w:jc w:val="center"/>
      </w:pPr>
      <w:r>
        <w:drawing>
          <wp:inline xmlns:a="http://schemas.openxmlformats.org/drawingml/2006/main" xmlns:pic="http://schemas.openxmlformats.org/drawingml/2006/picture">
            <wp:extent cx="1735708" cy="1531006"/>
            <wp:docPr id="11" name="Picture 11"/>
            <wp:cNvGraphicFramePr>
              <a:graphicFrameLocks noChangeAspect="1"/>
            </wp:cNvGraphicFramePr>
            <a:graphic>
              <a:graphicData uri="http://schemas.openxmlformats.org/drawingml/2006/picture">
                <pic:pic>
                  <pic:nvPicPr>
                    <pic:cNvPr id="0" name="q24-1@300dpi.png"/>
                    <pic:cNvPicPr/>
                  </pic:nvPicPr>
                  <pic:blipFill>
                    <a:blip r:embed="rId14"/>
                    <a:stretch>
                      <a:fillRect/>
                    </a:stretch>
                  </pic:blipFill>
                  <pic:spPr>
                    <a:xfrm>
                      <a:off x="0" y="0"/>
                      <a:ext cx="1735708" cy="1531006"/>
                    </a:xfrm>
                    <a:prstGeom prst="rect"/>
                  </pic:spPr>
                </pic:pic>
              </a:graphicData>
            </a:graphic>
          </wp:inline>
        </w:drawing>
      </w:r>
    </w:p>
    <w:p>
      <w:pPr>
        <w:spacing w:before="0" w:after="120" w:line="300" w:lineRule="auto"/>
      </w:pPr>
      <w:r>
        <w:rPr>
          <w:rFonts w:ascii="Times New Roman" w:hAnsi="Times New Roman" w:eastAsia="宋体"/>
          <w:b w:val="0"/>
          <w:i w:val="0"/>
          <w:sz w:val="21"/>
        </w:rPr>
        <w:t>（A）2:3　　（B）1:1　　（C）3:2　　（D）9:4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Diameter ACE is divided at C in the ratio 2:3. The two semicircles, ABC and CDE, divide the circular region into an upper (shaded) region and a lower region. The ratio of the area of the upper region to that of the lower region is</w:t>
      </w:r>
    </w:p>
    <w:p>
      <w:pPr>
        <w:spacing w:before="80" w:after="80"/>
        <w:jc w:val="center"/>
      </w:pPr>
      <w:r>
        <w:drawing>
          <wp:inline xmlns:a="http://schemas.openxmlformats.org/drawingml/2006/main" xmlns:pic="http://schemas.openxmlformats.org/drawingml/2006/picture">
            <wp:extent cx="1735708" cy="1531006"/>
            <wp:docPr id="12" name="Picture 12"/>
            <wp:cNvGraphicFramePr>
              <a:graphicFrameLocks noChangeAspect="1"/>
            </wp:cNvGraphicFramePr>
            <a:graphic>
              <a:graphicData uri="http://schemas.openxmlformats.org/drawingml/2006/picture">
                <pic:pic>
                  <pic:nvPicPr>
                    <pic:cNvPr id="0" name="q24-1@300dpi.png"/>
                    <pic:cNvPicPr/>
                  </pic:nvPicPr>
                  <pic:blipFill>
                    <a:blip r:embed="rId14"/>
                    <a:stretch>
                      <a:fillRect/>
                    </a:stretch>
                  </pic:blipFill>
                  <pic:spPr>
                    <a:xfrm>
                      <a:off x="0" y="0"/>
                      <a:ext cx="1735708" cy="15310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1:1　　(C) 3:2　　(D) 9:4　　(E) 5:2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把从 2 到 98（含端点）的所有偶数中，不以 0 结尾的数全部相乘。这个乘积最右边的数字（个位数字）是什么？</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the even numbers from 2 to 98 inclusive, excluding those ending in 0, are multiplied together. What is the rightmost digit (the units digit) of the product?</w:t>
      </w:r>
    </w:p>
    <w:p>
      <w:pPr>
        <w:spacing w:before="0" w:after="160" w:line="300" w:lineRule="auto"/>
      </w:pPr>
      <w:r>
        <w:rPr>
          <w:rFonts w:ascii="Times New Roman" w:hAnsi="Times New Roman" w:eastAsia="宋体"/>
          <w:b w:val="0"/>
          <w:i w:val="0"/>
          <w:color w:val="333333"/>
          <w:sz w:val="19"/>
        </w:rPr>
        <w:t>(A) 0　　(B) 2　　(C) 4　　(D) 6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E　A　C　D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D　A　D　B　E　E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D　E　C　C　D</w:t>
      </w:r>
    </w:p>
    <w:p>
      <w:pPr>
        <w:spacing w:before="0" w:after="200" w:line="300" w:lineRule="auto"/>
      </w:pPr>
      <w:r>
        <w:rPr>
          <w:rFonts w:ascii="Times New Roman" w:hAnsi="Times New Roman" w:eastAsia="宋体"/>
          <w:b w:val="0"/>
          <w:i w:val="0"/>
          <w:color w:val="666666"/>
          <w:sz w:val="18"/>
        </w:rPr>
        <w:t>答案串：CDBEACDBCCADADBEEBDADECCD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把所有分数化成小数，得到</w:t>
      </w:r>
    </w:p>
    <w:p>
      <w:pPr>
        <w:spacing w:before="0" w:after="80" w:line="300" w:lineRule="auto"/>
        <w:jc w:val="left"/>
      </w:pPr>
      <w:r>
        <w:rPr>
          <w:rFonts w:ascii="Times New Roman" w:hAnsi="Times New Roman" w:eastAsia="宋体"/>
          <w:b w:val="0"/>
          <w:i w:val="0"/>
          <w:sz w:val="21"/>
        </w:rPr>
        <w:t>0.1 + 0.09 + 0.009 + 0.0007</w:t>
      </w:r>
    </w:p>
    <w:p>
      <w:pPr>
        <w:spacing w:before="0" w:after="80" w:line="300" w:lineRule="auto"/>
        <w:jc w:val="left"/>
      </w:pPr>
      <w:r>
        <w:rPr>
          <w:rFonts w:ascii="Times New Roman" w:hAnsi="Times New Roman" w:eastAsia="宋体"/>
          <w:b w:val="0"/>
          <w:i w:val="0"/>
          <w:sz w:val="21"/>
        </w:rPr>
        <w:t>= 0.1997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Converting all the fractions to decimals, we get</w:t>
      </w:r>
    </w:p>
    <w:p>
      <w:pPr>
        <w:spacing w:before="0" w:after="80" w:line="300" w:lineRule="auto"/>
        <w:jc w:val="left"/>
      </w:pPr>
      <w:r>
        <w:rPr>
          <w:rFonts w:ascii="Times New Roman" w:hAnsi="Times New Roman" w:eastAsia="宋体"/>
          <w:b w:val="0"/>
          <w:i w:val="0"/>
          <w:color w:val="333333"/>
          <w:sz w:val="19"/>
        </w:rPr>
        <w:t>0.1 + 0.09 + 0.009 + 0.0007</w:t>
      </w:r>
    </w:p>
    <w:p>
      <w:pPr>
        <w:spacing w:before="0" w:after="80" w:line="300" w:lineRule="auto"/>
        <w:jc w:val="left"/>
      </w:pPr>
      <w:r>
        <w:rPr>
          <w:rFonts w:ascii="Times New Roman" w:hAnsi="Times New Roman" w:eastAsia="宋体"/>
          <w:b w:val="0"/>
          <w:i w:val="0"/>
          <w:color w:val="333333"/>
          <w:sz w:val="19"/>
        </w:rPr>
        <w:t>= 0.1997.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要得到最大结果，应从 200 中减去尽可能小的数。</w:t>
      </w:r>
    </w:p>
    <w:p>
      <w:pPr>
        <w:spacing w:before="0" w:after="80" w:line="300" w:lineRule="auto"/>
        <w:jc w:val="left"/>
      </w:pPr>
      <w:r>
        <w:rPr>
          <w:rFonts w:ascii="Times New Roman" w:hAnsi="Times New Roman" w:eastAsia="宋体"/>
          <w:b w:val="0"/>
          <w:i w:val="0"/>
          <w:sz w:val="21"/>
        </w:rPr>
        <w:t>最小的两位数是 10。让安选择这个数，就会得到</w:t>
      </w:r>
    </w:p>
    <w:p>
      <w:pPr>
        <w:spacing w:before="0" w:after="80" w:line="300" w:lineRule="auto"/>
        <w:jc w:val="left"/>
      </w:pPr>
      <w:r>
        <w:rPr>
          <w:rFonts w:ascii="Times New Roman" w:hAnsi="Times New Roman" w:eastAsia="宋体"/>
          <w:b w:val="0"/>
          <w:i w:val="0"/>
          <w:sz w:val="21"/>
        </w:rPr>
        <w:t>2 (200 - 10) = 2 · 190 = 380</w:t>
      </w:r>
    </w:p>
    <w:p>
      <w:pPr>
        <w:spacing w:before="0" w:after="80" w:line="300" w:lineRule="auto"/>
        <w:jc w:val="left"/>
      </w:pPr>
      <w:r>
        <w:rPr>
          <w:rFonts w:ascii="Times New Roman" w:hAnsi="Times New Roman" w:eastAsia="宋体"/>
          <w:b w:val="0"/>
          <w:i w:val="0"/>
          <w:sz w:val="21"/>
        </w:rPr>
        <w:t>作为最终结果。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get the largest number, we would want to subtract the smallest number possible from 200.</w:t>
      </w:r>
    </w:p>
    <w:p>
      <w:pPr>
        <w:spacing w:before="0" w:after="80" w:line="300" w:lineRule="auto"/>
        <w:jc w:val="left"/>
      </w:pPr>
      <w:r>
        <w:rPr>
          <w:rFonts w:ascii="Times New Roman" w:hAnsi="Times New Roman" w:eastAsia="宋体"/>
          <w:b w:val="0"/>
          <w:i w:val="0"/>
          <w:color w:val="333333"/>
          <w:sz w:val="19"/>
        </w:rPr>
        <w:t>The smallest two-digit number is 10. Having Ahn choose this number will give us</w:t>
      </w:r>
    </w:p>
    <w:p>
      <w:pPr>
        <w:spacing w:before="0" w:after="80" w:line="300" w:lineRule="auto"/>
        <w:jc w:val="left"/>
      </w:pPr>
      <w:r>
        <w:rPr>
          <w:rFonts w:ascii="Times New Roman" w:hAnsi="Times New Roman" w:eastAsia="宋体"/>
          <w:b w:val="0"/>
          <w:i w:val="0"/>
          <w:color w:val="333333"/>
          <w:sz w:val="19"/>
        </w:rPr>
        <w:t>2 (200 - 10) = 2 · 190 = 380</w:t>
      </w:r>
    </w:p>
    <w:p>
      <w:pPr>
        <w:spacing w:before="0" w:after="80" w:line="300" w:lineRule="auto"/>
        <w:jc w:val="left"/>
      </w:pPr>
      <w:r>
        <w:rPr>
          <w:rFonts w:ascii="Times New Roman" w:hAnsi="Times New Roman" w:eastAsia="宋体"/>
          <w:b w:val="0"/>
          <w:i w:val="0"/>
          <w:color w:val="333333"/>
          <w:sz w:val="19"/>
        </w:rPr>
        <w:t>as the final result.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所有数的十分位数字相同，所以比较百分位数字。</w:t>
      </w:r>
    </w:p>
    <w:p>
      <w:pPr>
        <w:spacing w:before="0" w:after="80" w:line="300" w:lineRule="auto"/>
        <w:jc w:val="left"/>
      </w:pPr>
      <w:r>
        <w:rPr>
          <w:rFonts w:ascii="Times New Roman" w:hAnsi="Times New Roman" w:eastAsia="宋体"/>
          <w:b w:val="0"/>
          <w:i w:val="0"/>
          <w:sz w:val="21"/>
        </w:rPr>
        <w:t>最大的百分位数字是 7，因此只需看百分位为七的选项。</w:t>
      </w:r>
    </w:p>
    <w:p>
      <w:pPr>
        <w:spacing w:before="0" w:after="80" w:line="300" w:lineRule="auto"/>
        <w:jc w:val="left"/>
      </w:pPr>
      <w:r>
        <w:rPr>
          <w:rFonts w:ascii="Times New Roman" w:hAnsi="Times New Roman" w:eastAsia="宋体"/>
          <w:b w:val="0"/>
          <w:i w:val="0"/>
          <w:sz w:val="21"/>
        </w:rPr>
        <w:t>其中最大的千分位数字是 9，对应 0.979。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 all the tenths place digits are the same, so we then look at the hundredths digit.</w:t>
      </w:r>
    </w:p>
    <w:p>
      <w:pPr>
        <w:spacing w:before="0" w:after="80" w:line="300" w:lineRule="auto"/>
        <w:jc w:val="left"/>
      </w:pPr>
      <w:r>
        <w:rPr>
          <w:rFonts w:ascii="Times New Roman" w:hAnsi="Times New Roman" w:eastAsia="宋体"/>
          <w:b w:val="0"/>
          <w:i w:val="0"/>
          <w:color w:val="333333"/>
          <w:sz w:val="19"/>
        </w:rPr>
        <w:t>The largest hundredths digit is 7, so we can limit the answer choices to the ones with this value.</w:t>
      </w:r>
    </w:p>
    <w:p>
      <w:pPr>
        <w:spacing w:before="0" w:after="80" w:line="300" w:lineRule="auto"/>
        <w:jc w:val="left"/>
      </w:pPr>
      <w:r>
        <w:rPr>
          <w:rFonts w:ascii="Times New Roman" w:hAnsi="Times New Roman" w:eastAsia="宋体"/>
          <w:b w:val="0"/>
          <w:i w:val="0"/>
          <w:color w:val="333333"/>
          <w:sz w:val="19"/>
        </w:rPr>
        <w:t>The largest thousandths digit is 9, which is achieved by 0.979.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半小时是 30 分钟，朱莉可以说</w:t>
      </w:r>
    </w:p>
    <w:p>
      <w:pPr>
        <w:spacing w:before="0" w:after="80" w:line="300" w:lineRule="auto"/>
        <w:jc w:val="left"/>
      </w:pPr>
      <w:r>
        <w:rPr>
          <w:rFonts w:ascii="Times New Roman" w:hAnsi="Times New Roman" w:eastAsia="宋体"/>
          <w:b w:val="0"/>
          <w:i w:val="0"/>
          <w:sz w:val="21"/>
        </w:rPr>
        <w:t>150 · 30 = 4500</w:t>
      </w:r>
    </w:p>
    <w:p>
      <w:pPr>
        <w:spacing w:before="0" w:after="80" w:line="300" w:lineRule="auto"/>
        <w:jc w:val="left"/>
      </w:pPr>
      <w:r>
        <w:rPr>
          <w:rFonts w:ascii="Times New Roman" w:hAnsi="Times New Roman" w:eastAsia="宋体"/>
          <w:b w:val="0"/>
          <w:i w:val="0"/>
          <w:sz w:val="21"/>
        </w:rPr>
        <w:t>个词。四分之三小时是 45 分钟，她可以说</w:t>
      </w:r>
    </w:p>
    <w:p>
      <w:pPr>
        <w:spacing w:before="0" w:after="80" w:line="300" w:lineRule="auto"/>
        <w:jc w:val="left"/>
      </w:pPr>
      <w:r>
        <w:rPr>
          <w:rFonts w:ascii="Times New Roman" w:hAnsi="Times New Roman" w:eastAsia="宋体"/>
          <w:b w:val="0"/>
          <w:i w:val="0"/>
          <w:sz w:val="21"/>
        </w:rPr>
        <w:t>150 · 45 = 6750</w:t>
      </w:r>
    </w:p>
    <w:p>
      <w:pPr>
        <w:spacing w:before="0" w:after="80" w:line="300" w:lineRule="auto"/>
        <w:jc w:val="left"/>
      </w:pPr>
      <w:r>
        <w:rPr>
          <w:rFonts w:ascii="Times New Roman" w:hAnsi="Times New Roman" w:eastAsia="宋体"/>
          <w:b w:val="0"/>
          <w:i w:val="0"/>
          <w:sz w:val="21"/>
        </w:rPr>
        <w:t>个词。选项中唯一介于这两个数之间的是 5650。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One-half hour is 30 minutes, in which Julie can speak</w:t>
      </w:r>
    </w:p>
    <w:p>
      <w:pPr>
        <w:spacing w:before="0" w:after="80" w:line="300" w:lineRule="auto"/>
        <w:jc w:val="left"/>
      </w:pPr>
      <w:r>
        <w:rPr>
          <w:rFonts w:ascii="Times New Roman" w:hAnsi="Times New Roman" w:eastAsia="宋体"/>
          <w:b w:val="0"/>
          <w:i w:val="0"/>
          <w:color w:val="333333"/>
          <w:sz w:val="19"/>
        </w:rPr>
        <w:t>150 · 30 = 4500</w:t>
      </w:r>
    </w:p>
    <w:p>
      <w:pPr>
        <w:spacing w:before="0" w:after="80" w:line="300" w:lineRule="auto"/>
        <w:jc w:val="left"/>
      </w:pPr>
      <w:r>
        <w:rPr>
          <w:rFonts w:ascii="Times New Roman" w:hAnsi="Times New Roman" w:eastAsia="宋体"/>
          <w:b w:val="0"/>
          <w:i w:val="0"/>
          <w:color w:val="333333"/>
          <w:sz w:val="19"/>
        </w:rPr>
        <w:t>words. Three-quarters of an hour is 45 minutes, in which Julie can speak</w:t>
      </w:r>
    </w:p>
    <w:p>
      <w:pPr>
        <w:spacing w:before="0" w:after="80" w:line="300" w:lineRule="auto"/>
        <w:jc w:val="left"/>
      </w:pPr>
      <w:r>
        <w:rPr>
          <w:rFonts w:ascii="Times New Roman" w:hAnsi="Times New Roman" w:eastAsia="宋体"/>
          <w:b w:val="0"/>
          <w:i w:val="0"/>
          <w:color w:val="333333"/>
          <w:sz w:val="19"/>
        </w:rPr>
        <w:t>150 · 45 = 6750</w:t>
      </w:r>
    </w:p>
    <w:p>
      <w:pPr>
        <w:spacing w:before="0" w:after="80" w:line="300" w:lineRule="auto"/>
        <w:jc w:val="left"/>
      </w:pPr>
      <w:r>
        <w:rPr>
          <w:rFonts w:ascii="Times New Roman" w:hAnsi="Times New Roman" w:eastAsia="宋体"/>
          <w:b w:val="0"/>
          <w:i w:val="0"/>
          <w:color w:val="333333"/>
          <w:sz w:val="19"/>
        </w:rPr>
        <w:t>words. The only answer choice in between these two values is 5650.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7 的两位数倍数为</w:t>
      </w:r>
    </w:p>
    <w:p>
      <w:pPr>
        <w:spacing w:before="0" w:after="80" w:line="300" w:lineRule="auto"/>
        <w:jc w:val="left"/>
      </w:pPr>
      <w:r>
        <w:rPr>
          <w:rFonts w:ascii="Times New Roman" w:hAnsi="Times New Roman" w:eastAsia="宋体"/>
          <w:b w:val="0"/>
          <w:i w:val="0"/>
          <w:sz w:val="21"/>
        </w:rPr>
        <w:t>14, 21, 28, 35, 42, 49, 56, 63, 70、</w:t>
      </w:r>
    </w:p>
    <w:p>
      <w:pPr>
        <w:spacing w:before="0" w:after="80" w:line="300" w:lineRule="auto"/>
        <w:jc w:val="left"/>
      </w:pPr>
      <w:r>
        <w:rPr>
          <w:rFonts w:ascii="Times New Roman" w:hAnsi="Times New Roman" w:eastAsia="宋体"/>
          <w:b w:val="0"/>
          <w:i w:val="0"/>
          <w:sz w:val="21"/>
        </w:rPr>
        <w:t>77, 84, 91, 98。</w:t>
      </w:r>
    </w:p>
    <w:p>
      <w:pPr>
        <w:spacing w:before="0" w:after="80" w:line="300" w:lineRule="auto"/>
        <w:jc w:val="left"/>
      </w:pPr>
      <w:r>
        <w:rPr>
          <w:rFonts w:ascii="Times New Roman" w:hAnsi="Times New Roman" w:eastAsia="宋体"/>
          <w:b w:val="0"/>
          <w:i w:val="0"/>
          <w:sz w:val="21"/>
        </w:rPr>
        <w:t>其中数位和为 10 的是 28 和 91。</w:t>
      </w:r>
    </w:p>
    <w:p>
      <w:pPr>
        <w:spacing w:before="0" w:after="80" w:line="300" w:lineRule="auto"/>
        <w:jc w:val="left"/>
      </w:pPr>
      <w:r>
        <w:rPr>
          <w:rFonts w:ascii="Times New Roman" w:hAnsi="Times New Roman" w:eastAsia="宋体"/>
          <w:b w:val="0"/>
          <w:i w:val="0"/>
          <w:sz w:val="21"/>
        </w:rPr>
        <w:t>它们的和是 28 + 91 = 119。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Listing out all the two-digit multiples of 7, we get</w:t>
      </w:r>
    </w:p>
    <w:p>
      <w:pPr>
        <w:spacing w:before="0" w:after="80" w:line="300" w:lineRule="auto"/>
        <w:jc w:val="left"/>
      </w:pPr>
      <w:r>
        <w:rPr>
          <w:rFonts w:ascii="Times New Roman" w:hAnsi="Times New Roman" w:eastAsia="宋体"/>
          <w:b w:val="0"/>
          <w:i w:val="0"/>
          <w:color w:val="333333"/>
          <w:sz w:val="19"/>
        </w:rPr>
        <w:t>14, 21, 28, 35, 42, 49, 56, 63, 70,</w:t>
      </w:r>
    </w:p>
    <w:p>
      <w:pPr>
        <w:spacing w:before="0" w:after="80" w:line="300" w:lineRule="auto"/>
        <w:jc w:val="left"/>
      </w:pPr>
      <w:r>
        <w:rPr>
          <w:rFonts w:ascii="Times New Roman" w:hAnsi="Times New Roman" w:eastAsia="宋体"/>
          <w:b w:val="0"/>
          <w:i w:val="0"/>
          <w:color w:val="333333"/>
          <w:sz w:val="19"/>
        </w:rPr>
        <w:t>77, 84, 91, 98.</w:t>
      </w:r>
    </w:p>
    <w:p>
      <w:pPr>
        <w:spacing w:before="0" w:after="80" w:line="300" w:lineRule="auto"/>
        <w:jc w:val="left"/>
      </w:pPr>
      <w:r>
        <w:rPr>
          <w:rFonts w:ascii="Times New Roman" w:hAnsi="Times New Roman" w:eastAsia="宋体"/>
          <w:b w:val="0"/>
          <w:i w:val="0"/>
          <w:color w:val="333333"/>
          <w:sz w:val="19"/>
        </w:rPr>
        <w:t>We have that 28 and 91 are the two multiples whose digits add to 10.</w:t>
      </w:r>
    </w:p>
    <w:p>
      <w:pPr>
        <w:spacing w:before="0" w:after="80" w:line="300" w:lineRule="auto"/>
        <w:jc w:val="left"/>
      </w:pPr>
      <w:r>
        <w:rPr>
          <w:rFonts w:ascii="Times New Roman" w:hAnsi="Times New Roman" w:eastAsia="宋体"/>
          <w:b w:val="0"/>
          <w:i w:val="0"/>
          <w:color w:val="333333"/>
          <w:sz w:val="19"/>
        </w:rPr>
        <w:t>The sum of these numbers is 28 + 91 = 119.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每个数字所在位的位值都是它右边一位的十倍。</w:t>
      </w:r>
    </w:p>
    <w:p>
      <w:pPr>
        <w:spacing w:before="0" w:after="80" w:line="300" w:lineRule="auto"/>
        <w:jc w:val="left"/>
      </w:pPr>
      <w:r>
        <w:rPr>
          <w:rFonts w:ascii="Times New Roman" w:hAnsi="Times New Roman" w:eastAsia="宋体"/>
          <w:b w:val="0"/>
          <w:i w:val="0"/>
          <w:sz w:val="21"/>
        </w:rPr>
        <w:t>数字 9 所在位比数字 3 所在位向左 5 位。</w:t>
      </w:r>
    </w:p>
    <w:p>
      <w:pPr>
        <w:spacing w:before="0" w:after="80" w:line="300" w:lineRule="auto"/>
        <w:jc w:val="left"/>
      </w:pPr>
      <w:r>
        <w:rPr>
          <w:rFonts w:ascii="Times New Roman" w:hAnsi="Times New Roman" w:eastAsia="宋体"/>
          <w:b w:val="0"/>
          <w:i w:val="0"/>
          <w:sz w:val="21"/>
        </w:rPr>
        <w:t>因此它的位值是</w:t>
      </w:r>
    </w:p>
    <w:p>
      <w:pPr>
        <w:spacing w:before="0" w:after="80" w:line="300" w:lineRule="auto"/>
        <w:jc w:val="left"/>
      </w:pPr>
      <w:r>
        <w:rPr>
          <w:rFonts w:ascii="Times New Roman" w:hAnsi="Times New Roman" w:eastAsia="宋体"/>
          <w:b w:val="0"/>
          <w:i w:val="0"/>
          <w:sz w:val="21"/>
        </w:rPr>
        <w:t>10⁵ = 100,000</w:t>
      </w:r>
    </w:p>
    <w:p>
      <w:pPr>
        <w:spacing w:before="0" w:after="80" w:line="300" w:lineRule="auto"/>
        <w:jc w:val="left"/>
      </w:pPr>
      <w:r>
        <w:rPr>
          <w:rFonts w:ascii="Times New Roman" w:hAnsi="Times New Roman" w:eastAsia="宋体"/>
          <w:b w:val="0"/>
          <w:i w:val="0"/>
          <w:sz w:val="21"/>
        </w:rPr>
        <w:t>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each digit has ten times the value of the digit to its right.</w:t>
      </w:r>
    </w:p>
    <w:p>
      <w:pPr>
        <w:spacing w:before="0" w:after="80" w:line="300" w:lineRule="auto"/>
        <w:jc w:val="left"/>
      </w:pPr>
      <w:r>
        <w:rPr>
          <w:rFonts w:ascii="Times New Roman" w:hAnsi="Times New Roman" w:eastAsia="宋体"/>
          <w:b w:val="0"/>
          <w:i w:val="0"/>
          <w:color w:val="333333"/>
          <w:sz w:val="19"/>
        </w:rPr>
        <w:t>The</w:t>
      </w:r>
      <w:r>
        <w:rPr>
          <w:rFonts w:ascii="Times New Roman" w:hAnsi="Times New Roman" w:eastAsia="宋体"/>
          <w:b w:val="0"/>
          <w:i/>
          <w:color w:val="333333"/>
          <w:sz w:val="19"/>
        </w:rPr>
        <w:t>place</w:t>
      </w:r>
      <w:r>
        <w:rPr>
          <w:rFonts w:ascii="Times New Roman" w:hAnsi="Times New Roman" w:eastAsia="宋体"/>
          <w:b w:val="0"/>
          <w:i w:val="0"/>
          <w:color w:val="333333"/>
          <w:sz w:val="19"/>
        </w:rPr>
        <w:t>occupied by 9 is 5 spaces to the left of the</w:t>
      </w:r>
      <w:r>
        <w:rPr>
          <w:rFonts w:ascii="Times New Roman" w:hAnsi="Times New Roman" w:eastAsia="宋体"/>
          <w:b w:val="0"/>
          <w:i/>
          <w:color w:val="333333"/>
          <w:sz w:val="19"/>
        </w:rPr>
        <w:t>place</w:t>
      </w:r>
      <w:r>
        <w:rPr>
          <w:rFonts w:ascii="Times New Roman" w:hAnsi="Times New Roman" w:eastAsia="宋体"/>
          <w:b w:val="0"/>
          <w:i w:val="0"/>
          <w:color w:val="333333"/>
          <w:sz w:val="19"/>
        </w:rPr>
        <w:t>occupied by 3.</w:t>
      </w:r>
    </w:p>
    <w:p>
      <w:pPr>
        <w:spacing w:before="0" w:after="80" w:line="300" w:lineRule="auto"/>
        <w:jc w:val="left"/>
      </w:pPr>
      <w:r>
        <w:rPr>
          <w:rFonts w:ascii="Times New Roman" w:hAnsi="Times New Roman" w:eastAsia="宋体"/>
          <w:b w:val="0"/>
          <w:i w:val="0"/>
          <w:color w:val="333333"/>
          <w:sz w:val="19"/>
        </w:rPr>
        <w:t>This means that it is</w:t>
      </w:r>
    </w:p>
    <w:p>
      <w:pPr>
        <w:spacing w:before="0" w:after="80" w:line="300" w:lineRule="auto"/>
        <w:jc w:val="left"/>
      </w:pPr>
      <w:r>
        <w:rPr>
          <w:rFonts w:ascii="Times New Roman" w:hAnsi="Times New Roman" w:eastAsia="宋体"/>
          <w:b w:val="0"/>
          <w:i w:val="0"/>
          <w:color w:val="333333"/>
          <w:sz w:val="19"/>
        </w:rPr>
        <w:t>10⁵ = 100,000</w:t>
      </w:r>
    </w:p>
    <w:p>
      <w:pPr>
        <w:spacing w:before="0" w:after="80" w:line="300" w:lineRule="auto"/>
        <w:jc w:val="left"/>
      </w:pPr>
      <w:r>
        <w:rPr>
          <w:rFonts w:ascii="Times New Roman" w:hAnsi="Times New Roman" w:eastAsia="宋体"/>
          <w:b w:val="0"/>
          <w:i w:val="0"/>
          <w:color w:val="333333"/>
          <w:sz w:val="19"/>
        </w:rPr>
        <w:t>times as great.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可以把圆内切在正方形中，使它与正方形四边的中点相切。</w:t>
      </w:r>
    </w:p>
    <w:p>
      <w:pPr>
        <w:spacing w:before="0" w:after="80" w:line="300" w:lineRule="auto"/>
        <w:jc w:val="left"/>
      </w:pPr>
      <w:r>
        <w:rPr>
          <w:rFonts w:ascii="Times New Roman" w:hAnsi="Times New Roman" w:eastAsia="宋体"/>
          <w:b w:val="0"/>
          <w:i w:val="0"/>
          <w:sz w:val="21"/>
        </w:rPr>
        <w:t>因此正方形边长是圆半径的两倍，即 2 · 4 = 8。</w:t>
      </w:r>
    </w:p>
    <w:p>
      <w:pPr>
        <w:spacing w:before="0" w:after="80" w:line="300" w:lineRule="auto"/>
        <w:jc w:val="left"/>
      </w:pPr>
      <w:r>
        <w:rPr>
          <w:rFonts w:ascii="Times New Roman" w:hAnsi="Times New Roman" w:eastAsia="宋体"/>
          <w:b w:val="0"/>
          <w:i w:val="0"/>
          <w:sz w:val="21"/>
        </w:rPr>
        <w:t>正方形面积为</w:t>
      </w:r>
    </w:p>
    <w:p>
      <w:pPr>
        <w:spacing w:before="0" w:after="80" w:line="300" w:lineRule="auto"/>
        <w:jc w:val="left"/>
      </w:pPr>
      <w:r>
        <w:rPr>
          <w:rFonts w:ascii="Times New Roman" w:hAnsi="Times New Roman" w:eastAsia="宋体"/>
          <w:b w:val="0"/>
          <w:i w:val="0"/>
          <w:sz w:val="21"/>
        </w:rPr>
        <w:t>8² =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inscribe the circle inside the square so that it is tangent to the midpoints of each side of the square.</w:t>
      </w:r>
    </w:p>
    <w:p>
      <w:pPr>
        <w:spacing w:before="0" w:after="80" w:line="300" w:lineRule="auto"/>
        <w:jc w:val="left"/>
      </w:pPr>
      <w:r>
        <w:rPr>
          <w:rFonts w:ascii="Times New Roman" w:hAnsi="Times New Roman" w:eastAsia="宋体"/>
          <w:b w:val="0"/>
          <w:i w:val="0"/>
          <w:color w:val="333333"/>
          <w:sz w:val="19"/>
        </w:rPr>
        <w:t>This means that the side length of the square is two times the radius of the circle, making it 2 · 4 = 8.</w:t>
      </w:r>
    </w:p>
    <w:p>
      <w:pPr>
        <w:spacing w:before="0" w:after="80" w:line="300" w:lineRule="auto"/>
        <w:jc w:val="left"/>
      </w:pPr>
      <w:r>
        <w:rPr>
          <w:rFonts w:ascii="Times New Roman" w:hAnsi="Times New Roman" w:eastAsia="宋体"/>
          <w:b w:val="0"/>
          <w:i w:val="0"/>
          <w:color w:val="333333"/>
          <w:sz w:val="19"/>
        </w:rPr>
        <w:t>Then the area of the square is</w:t>
      </w:r>
    </w:p>
    <w:p>
      <w:pPr>
        <w:spacing w:before="0" w:after="80" w:line="300" w:lineRule="auto"/>
        <w:jc w:val="left"/>
      </w:pPr>
      <w:r>
        <w:rPr>
          <w:rFonts w:ascii="Times New Roman" w:hAnsi="Times New Roman" w:eastAsia="宋体"/>
          <w:b w:val="0"/>
          <w:i w:val="0"/>
          <w:color w:val="333333"/>
          <w:sz w:val="19"/>
        </w:rPr>
        <w:t>8² = 64.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从沃尔特上校车到回到家之间经过 8.5 小时。</w:t>
      </w:r>
    </w:p>
    <w:p>
      <w:pPr>
        <w:spacing w:before="0" w:after="80" w:line="300" w:lineRule="auto"/>
        <w:jc w:val="left"/>
      </w:pPr>
      <w:r>
        <w:rPr>
          <w:rFonts w:ascii="Times New Roman" w:hAnsi="Times New Roman" w:eastAsia="宋体"/>
          <w:b w:val="0"/>
          <w:i w:val="0"/>
          <w:sz w:val="21"/>
        </w:rPr>
        <w:t>换算成分钟，共有</w:t>
      </w:r>
    </w:p>
    <w:p>
      <w:pPr>
        <w:spacing w:before="0" w:after="80" w:line="300" w:lineRule="auto"/>
        <w:jc w:val="left"/>
      </w:pPr>
      <w:r>
        <w:rPr>
          <w:rFonts w:ascii="Times New Roman" w:hAnsi="Times New Roman" w:eastAsia="宋体"/>
          <w:b w:val="0"/>
          <w:i w:val="0"/>
          <w:sz w:val="21"/>
        </w:rPr>
        <w:t>60 · 8.5 = 510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他在学校的总时间是</w:t>
      </w:r>
    </w:p>
    <w:p>
      <w:pPr>
        <w:spacing w:before="0" w:after="80" w:line="300" w:lineRule="auto"/>
        <w:jc w:val="left"/>
      </w:pPr>
      <w:r>
        <w:rPr>
          <w:rFonts w:ascii="Times New Roman" w:hAnsi="Times New Roman" w:eastAsia="宋体"/>
          <w:b w:val="0"/>
          <w:i w:val="0"/>
          <w:sz w:val="21"/>
        </w:rPr>
        <w:t>6 · 50 + 30 + 2 · 60 =</w:t>
      </w:r>
    </w:p>
    <w:p>
      <w:pPr>
        <w:spacing w:before="0" w:after="80" w:line="300" w:lineRule="auto"/>
        <w:jc w:val="left"/>
      </w:pPr>
      <w:r>
        <w:rPr>
          <w:rFonts w:ascii="Times New Roman" w:hAnsi="Times New Roman" w:eastAsia="宋体"/>
          <w:b w:val="0"/>
          <w:i w:val="0"/>
          <w:sz w:val="21"/>
        </w:rPr>
        <w:t>300 + 30 + 120 = 450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因此他在校车上的时间是</w:t>
      </w:r>
    </w:p>
    <w:p>
      <w:pPr>
        <w:spacing w:before="0" w:after="80" w:line="300" w:lineRule="auto"/>
        <w:jc w:val="left"/>
      </w:pPr>
      <w:r>
        <w:rPr>
          <w:rFonts w:ascii="Times New Roman" w:hAnsi="Times New Roman" w:eastAsia="宋体"/>
          <w:b w:val="0"/>
          <w:i w:val="0"/>
          <w:sz w:val="21"/>
        </w:rPr>
        <w:t>510 - 450 = 60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8.5 hours between the time Walter catches the school bus and arrives at home.</w:t>
      </w:r>
    </w:p>
    <w:p>
      <w:pPr>
        <w:spacing w:before="0" w:after="80" w:line="300" w:lineRule="auto"/>
        <w:jc w:val="left"/>
      </w:pPr>
      <w:r>
        <w:rPr>
          <w:rFonts w:ascii="Times New Roman" w:hAnsi="Times New Roman" w:eastAsia="宋体"/>
          <w:b w:val="0"/>
          <w:i w:val="0"/>
          <w:color w:val="333333"/>
          <w:sz w:val="19"/>
        </w:rPr>
        <w:t>This is a total of</w:t>
      </w:r>
    </w:p>
    <w:p>
      <w:pPr>
        <w:spacing w:before="0" w:after="80" w:line="300" w:lineRule="auto"/>
        <w:jc w:val="left"/>
      </w:pPr>
      <w:r>
        <w:rPr>
          <w:rFonts w:ascii="Times New Roman" w:hAnsi="Times New Roman" w:eastAsia="宋体"/>
          <w:b w:val="0"/>
          <w:i w:val="0"/>
          <w:color w:val="333333"/>
          <w:sz w:val="19"/>
        </w:rPr>
        <w:t>60 · 8.5 = 510</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The total time Walter spends at school is</w:t>
      </w:r>
    </w:p>
    <w:p>
      <w:pPr>
        <w:spacing w:before="0" w:after="80" w:line="300" w:lineRule="auto"/>
        <w:jc w:val="left"/>
      </w:pPr>
      <w:r>
        <w:rPr>
          <w:rFonts w:ascii="Times New Roman" w:hAnsi="Times New Roman" w:eastAsia="宋体"/>
          <w:b w:val="0"/>
          <w:i w:val="0"/>
          <w:color w:val="333333"/>
          <w:sz w:val="19"/>
        </w:rPr>
        <w:t>6 · 50 + 30 + 2 · 60 =</w:t>
      </w:r>
    </w:p>
    <w:p>
      <w:pPr>
        <w:spacing w:before="0" w:after="80" w:line="300" w:lineRule="auto"/>
        <w:jc w:val="left"/>
      </w:pPr>
      <w:r>
        <w:rPr>
          <w:rFonts w:ascii="Times New Roman" w:hAnsi="Times New Roman" w:eastAsia="宋体"/>
          <w:b w:val="0"/>
          <w:i w:val="0"/>
          <w:color w:val="333333"/>
          <w:sz w:val="19"/>
        </w:rPr>
        <w:t>300 + 30 + 120 = 450</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This means that Walter spends</w:t>
      </w:r>
    </w:p>
    <w:p>
      <w:pPr>
        <w:spacing w:before="0" w:after="80" w:line="300" w:lineRule="auto"/>
        <w:jc w:val="left"/>
      </w:pPr>
      <w:r>
        <w:rPr>
          <w:rFonts w:ascii="Times New Roman" w:hAnsi="Times New Roman" w:eastAsia="宋体"/>
          <w:b w:val="0"/>
          <w:i w:val="0"/>
          <w:color w:val="333333"/>
          <w:sz w:val="19"/>
        </w:rPr>
        <w:t>510 - 450 = 60</w:t>
      </w:r>
    </w:p>
    <w:p>
      <w:pPr>
        <w:spacing w:before="0" w:after="80" w:line="300" w:lineRule="auto"/>
        <w:jc w:val="left"/>
      </w:pPr>
      <w:r>
        <w:rPr>
          <w:rFonts w:ascii="Times New Roman" w:hAnsi="Times New Roman" w:eastAsia="宋体"/>
          <w:b w:val="0"/>
          <w:i w:val="0"/>
          <w:color w:val="333333"/>
          <w:sz w:val="19"/>
        </w:rPr>
        <w:t>minutes on the bus.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队首有 3 种选择，中间有 2 种选择。</w:t>
      </w:r>
    </w:p>
    <w:p>
      <w:pPr>
        <w:spacing w:before="0" w:after="80" w:line="300" w:lineRule="auto"/>
        <w:jc w:val="left"/>
      </w:pPr>
      <w:r>
        <w:rPr>
          <w:rFonts w:ascii="Times New Roman" w:hAnsi="Times New Roman" w:eastAsia="宋体"/>
          <w:b w:val="0"/>
          <w:i w:val="0"/>
          <w:sz w:val="21"/>
        </w:rPr>
        <w:t>最后剩 1 种选择，所以共有 3 · 2 · 1 = 6 种排列。</w:t>
      </w:r>
    </w:p>
    <w:p>
      <w:pPr>
        <w:spacing w:before="0" w:after="80" w:line="300" w:lineRule="auto"/>
        <w:jc w:val="left"/>
      </w:pPr>
      <w:r>
        <w:rPr>
          <w:rFonts w:ascii="Times New Roman" w:hAnsi="Times New Roman" w:eastAsia="宋体"/>
          <w:b w:val="0"/>
          <w:i w:val="0"/>
          <w:sz w:val="21"/>
        </w:rPr>
        <w:t>其中只有一种按字母顺序排列，所以概率为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 options for the person in front. Then, there are 2 options for the person in the middle.</w:t>
      </w:r>
    </w:p>
    <w:p>
      <w:pPr>
        <w:spacing w:before="0" w:after="80" w:line="300" w:lineRule="auto"/>
        <w:jc w:val="left"/>
      </w:pPr>
      <w:r>
        <w:rPr>
          <w:rFonts w:ascii="Times New Roman" w:hAnsi="Times New Roman" w:eastAsia="宋体"/>
          <w:b w:val="0"/>
          <w:i w:val="0"/>
          <w:color w:val="333333"/>
          <w:sz w:val="19"/>
        </w:rPr>
        <w:t>This leaves 1 choice for the person at the end. There are 3 · 2 · 1 = 6 ways for the people to line up.</w:t>
      </w:r>
    </w:p>
    <w:p>
      <w:pPr>
        <w:spacing w:before="0" w:after="80" w:line="300" w:lineRule="auto"/>
        <w:jc w:val="left"/>
      </w:pPr>
      <w:r>
        <w:rPr>
          <w:rFonts w:ascii="Times New Roman" w:hAnsi="Times New Roman" w:eastAsia="宋体"/>
          <w:b w:val="0"/>
          <w:i w:val="0"/>
          <w:color w:val="333333"/>
          <w:sz w:val="19"/>
        </w:rPr>
        <w:t>Only one of these lines is correct, and the probability it occurs is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可以把大正方形分成 6² = 36 个小正方形。涂色小正方形数为</w:t>
      </w:r>
    </w:p>
    <w:p>
      <w:pPr>
        <w:spacing w:before="0" w:after="80" w:line="300" w:lineRule="auto"/>
        <w:jc w:val="left"/>
      </w:pPr>
      <w:r>
        <w:rPr>
          <w:rFonts w:ascii="Times New Roman" w:hAnsi="Times New Roman" w:eastAsia="宋体"/>
          <w:b w:val="0"/>
          <w:i w:val="0"/>
          <w:sz w:val="21"/>
        </w:rPr>
        <w:t>3 + 7 + 11 = 21。</w:t>
      </w:r>
    </w:p>
    <w:p>
      <w:pPr>
        <w:spacing w:before="0" w:after="80" w:line="300" w:lineRule="auto"/>
        <w:jc w:val="left"/>
      </w:pPr>
      <w:r>
        <w:rPr>
          <w:rFonts w:ascii="Times New Roman" w:hAnsi="Times New Roman" w:eastAsia="宋体"/>
          <w:b w:val="0"/>
          <w:i w:val="0"/>
          <w:sz w:val="21"/>
        </w:rPr>
        <w:t>涂色比例为</w:t>
      </w:r>
    </w:p>
    <w:p>
      <w:pPr>
        <w:spacing w:before="0" w:after="80" w:line="300" w:lineRule="auto"/>
        <w:jc w:val="left"/>
      </w:pPr>
      <w:r>
        <w:rPr>
          <w:rFonts w:ascii="Times New Roman" w:hAnsi="Times New Roman" w:eastAsia="宋体"/>
          <w:b w:val="0"/>
          <w:i w:val="0"/>
          <w:sz w:val="21"/>
        </w:rPr>
        <w:t>21/36 = 7/12。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split the square into 6² = 36 unit squares. The number of shaded small squares is</w:t>
      </w:r>
    </w:p>
    <w:p>
      <w:pPr>
        <w:spacing w:before="0" w:after="80" w:line="300" w:lineRule="auto"/>
        <w:jc w:val="left"/>
      </w:pPr>
      <w:r>
        <w:rPr>
          <w:rFonts w:ascii="Times New Roman" w:hAnsi="Times New Roman" w:eastAsia="宋体"/>
          <w:b w:val="0"/>
          <w:i w:val="0"/>
          <w:color w:val="333333"/>
          <w:sz w:val="19"/>
        </w:rPr>
        <w:t>3 + 7 + 11 = 21.</w:t>
      </w:r>
    </w:p>
    <w:p>
      <w:pPr>
        <w:spacing w:before="0" w:after="80" w:line="300" w:lineRule="auto"/>
        <w:jc w:val="left"/>
      </w:pPr>
      <w:r>
        <w:rPr>
          <w:rFonts w:ascii="Times New Roman" w:hAnsi="Times New Roman" w:eastAsia="宋体"/>
          <w:b w:val="0"/>
          <w:i w:val="0"/>
          <w:color w:val="333333"/>
          <w:sz w:val="19"/>
        </w:rPr>
        <w:t>The fraction of the square that is shaded is</w:t>
      </w:r>
    </w:p>
    <w:p>
      <w:pPr>
        <w:spacing w:before="0" w:after="80" w:line="300" w:lineRule="auto"/>
        <w:jc w:val="left"/>
      </w:pPr>
      <w:r>
        <w:rPr>
          <w:rFonts w:ascii="Times New Roman" w:hAnsi="Times New Roman" w:eastAsia="宋体"/>
          <w:b w:val="0"/>
          <w:i w:val="0"/>
          <w:color w:val="333333"/>
          <w:sz w:val="19"/>
        </w:rPr>
        <w:t>21/36 = 7/12.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11 是质数，所以它只有 2 个正因数。</w:t>
      </w:r>
    </w:p>
    <w:p>
      <w:pPr>
        <w:spacing w:before="0" w:after="80" w:line="300" w:lineRule="auto"/>
        <w:jc w:val="left"/>
      </w:pPr>
      <w:r>
        <w:rPr>
          <w:rFonts w:ascii="Times New Roman" w:hAnsi="Times New Roman" w:eastAsia="宋体"/>
          <w:b w:val="0"/>
          <w:i w:val="0"/>
          <w:sz w:val="21"/>
        </w:rPr>
        <w:t>20 的质因数分解是</w:t>
      </w:r>
    </w:p>
    <w:p>
      <w:pPr>
        <w:spacing w:before="0" w:after="80" w:line="300" w:lineRule="auto"/>
        <w:jc w:val="left"/>
      </w:pPr>
      <w:r>
        <w:rPr>
          <w:rFonts w:ascii="Times New Roman" w:hAnsi="Times New Roman" w:eastAsia="宋体"/>
          <w:b w:val="0"/>
          <w:i w:val="0"/>
          <w:sz w:val="21"/>
        </w:rPr>
        <w:t>2² · 5。</w:t>
      </w:r>
    </w:p>
    <w:p>
      <w:pPr>
        <w:spacing w:before="0" w:after="80" w:line="300" w:lineRule="auto"/>
        <w:jc w:val="left"/>
      </w:pPr>
      <w:r>
        <w:rPr>
          <w:rFonts w:ascii="Times New Roman" w:hAnsi="Times New Roman" w:eastAsia="宋体"/>
          <w:b w:val="0"/>
          <w:i w:val="0"/>
          <w:sz w:val="21"/>
        </w:rPr>
        <w:t>一个数的因数个数等于其质因数分解中各指数加一后的乘积。</w:t>
      </w:r>
    </w:p>
    <w:p>
      <w:pPr>
        <w:spacing w:before="0" w:after="80" w:line="300" w:lineRule="auto"/>
        <w:jc w:val="left"/>
      </w:pPr>
      <w:r>
        <w:rPr>
          <w:rFonts w:ascii="Times New Roman" w:hAnsi="Times New Roman" w:eastAsia="宋体"/>
          <w:b w:val="0"/>
          <w:i w:val="0"/>
          <w:sz w:val="21"/>
        </w:rPr>
        <w:t>这里得到</w:t>
      </w:r>
    </w:p>
    <w:p>
      <w:pPr>
        <w:spacing w:before="0" w:after="80" w:line="300" w:lineRule="auto"/>
        <w:jc w:val="left"/>
      </w:pPr>
      <w:r>
        <w:rPr>
          <w:rFonts w:ascii="Times New Roman" w:hAnsi="Times New Roman" w:eastAsia="宋体"/>
          <w:b w:val="0"/>
          <w:i w:val="0"/>
          <w:sz w:val="21"/>
        </w:rPr>
        <w:t>(2 + 1) (1 + 1) = 3 · 2 = 6。</w:t>
      </w:r>
    </w:p>
    <w:p>
      <w:pPr>
        <w:spacing w:before="0" w:after="80" w:line="300" w:lineRule="auto"/>
        <w:jc w:val="left"/>
      </w:pPr>
      <w:r>
        <w:rPr>
          <w:rFonts w:ascii="Times New Roman" w:hAnsi="Times New Roman" w:eastAsia="宋体"/>
          <w:b w:val="0"/>
          <w:i w:val="0"/>
          <w:sz w:val="21"/>
        </w:rPr>
        <w:t>因此里面的乘积是 2 · 6 = 12。而 12 的质因数分解是</w:t>
      </w:r>
    </w:p>
    <w:p>
      <w:pPr>
        <w:spacing w:before="0" w:after="80" w:line="300" w:lineRule="auto"/>
        <w:jc w:val="left"/>
      </w:pPr>
      <w:r>
        <w:rPr>
          <w:rFonts w:ascii="Times New Roman" w:hAnsi="Times New Roman" w:eastAsia="宋体"/>
          <w:b w:val="0"/>
          <w:i w:val="0"/>
          <w:sz w:val="21"/>
        </w:rPr>
        <w:t>2² · 3，</w:t>
      </w:r>
    </w:p>
    <w:p>
      <w:pPr>
        <w:spacing w:before="0" w:after="80" w:line="300" w:lineRule="auto"/>
        <w:jc w:val="left"/>
      </w:pPr>
      <w:r>
        <w:rPr>
          <w:rFonts w:ascii="Times New Roman" w:hAnsi="Times New Roman" w:eastAsia="宋体"/>
          <w:b w:val="0"/>
          <w:i w:val="0"/>
          <w:sz w:val="21"/>
        </w:rPr>
        <w:t>所以它也有</w:t>
      </w:r>
    </w:p>
    <w:p>
      <w:pPr>
        <w:spacing w:before="0" w:after="80" w:line="300" w:lineRule="auto"/>
        <w:jc w:val="left"/>
      </w:pPr>
      <w:r>
        <w:rPr>
          <w:rFonts w:ascii="Times New Roman" w:hAnsi="Times New Roman" w:eastAsia="宋体"/>
          <w:b w:val="0"/>
          <w:i w:val="0"/>
          <w:sz w:val="21"/>
        </w:rPr>
        <w:t>(2 + 1) (1 + 1) = 3 · 2 = 6</w:t>
      </w:r>
    </w:p>
    <w:p>
      <w:pPr>
        <w:spacing w:before="0" w:after="80" w:line="300" w:lineRule="auto"/>
        <w:jc w:val="left"/>
      </w:pPr>
      <w:r>
        <w:rPr>
          <w:rFonts w:ascii="Times New Roman" w:hAnsi="Times New Roman" w:eastAsia="宋体"/>
          <w:b w:val="0"/>
          <w:i w:val="0"/>
          <w:sz w:val="21"/>
        </w:rPr>
        <w:t>个因数。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11 is prime, which means that it only has 2 divisors.</w:t>
      </w:r>
    </w:p>
    <w:p>
      <w:pPr>
        <w:spacing w:before="0" w:after="80" w:line="300" w:lineRule="auto"/>
        <w:jc w:val="left"/>
      </w:pPr>
      <w:r>
        <w:rPr>
          <w:rFonts w:ascii="Times New Roman" w:hAnsi="Times New Roman" w:eastAsia="宋体"/>
          <w:b w:val="0"/>
          <w:i w:val="0"/>
          <w:color w:val="333333"/>
          <w:sz w:val="19"/>
        </w:rPr>
        <w:t>The prime factorization of 20 is</w:t>
      </w:r>
    </w:p>
    <w:p>
      <w:pPr>
        <w:spacing w:before="0" w:after="80" w:line="300" w:lineRule="auto"/>
        <w:jc w:val="left"/>
      </w:pPr>
      <w:r>
        <w:rPr>
          <w:rFonts w:ascii="Times New Roman" w:hAnsi="Times New Roman" w:eastAsia="宋体"/>
          <w:b w:val="0"/>
          <w:i w:val="0"/>
          <w:color w:val="333333"/>
          <w:sz w:val="19"/>
        </w:rPr>
        <w:t>2² · 5.</w:t>
      </w:r>
    </w:p>
    <w:p>
      <w:pPr>
        <w:spacing w:before="0" w:after="80" w:line="300" w:lineRule="auto"/>
        <w:jc w:val="left"/>
      </w:pPr>
      <w:r>
        <w:rPr>
          <w:rFonts w:ascii="Times New Roman" w:hAnsi="Times New Roman" w:eastAsia="宋体"/>
          <w:b w:val="0"/>
          <w:i w:val="0"/>
          <w:color w:val="333333"/>
          <w:sz w:val="19"/>
        </w:rPr>
        <w:t>Recall that the number of divisors a number has is the product of all the exponents plus one in the prime factorization.</w:t>
      </w:r>
    </w:p>
    <w:p>
      <w:pPr>
        <w:spacing w:before="0" w:after="80" w:line="300" w:lineRule="auto"/>
        <w:jc w:val="left"/>
      </w:pPr>
      <w:r>
        <w:rPr>
          <w:rFonts w:ascii="Times New Roman" w:hAnsi="Times New Roman" w:eastAsia="宋体"/>
          <w:b w:val="0"/>
          <w:i w:val="0"/>
          <w:color w:val="333333"/>
          <w:sz w:val="19"/>
        </w:rPr>
        <w:t>Here, that product would be</w:t>
      </w:r>
    </w:p>
    <w:p>
      <w:pPr>
        <w:spacing w:before="0" w:after="80" w:line="300" w:lineRule="auto"/>
        <w:jc w:val="left"/>
      </w:pPr>
      <w:r>
        <w:rPr>
          <w:rFonts w:ascii="Times New Roman" w:hAnsi="Times New Roman" w:eastAsia="宋体"/>
          <w:b w:val="0"/>
          <w:i w:val="0"/>
          <w:color w:val="333333"/>
          <w:sz w:val="19"/>
        </w:rPr>
        <w:t>(2 + 1) (1 + 1) = 3 · 2 = 6.</w:t>
      </w:r>
    </w:p>
    <w:p>
      <w:pPr>
        <w:spacing w:before="0" w:after="80" w:line="300" w:lineRule="auto"/>
        <w:jc w:val="left"/>
      </w:pPr>
      <w:r>
        <w:rPr>
          <w:rFonts w:ascii="Times New Roman" w:hAnsi="Times New Roman" w:eastAsia="宋体"/>
          <w:b w:val="0"/>
          <w:i w:val="0"/>
          <w:color w:val="333333"/>
          <w:sz w:val="19"/>
        </w:rPr>
        <w:t>Then 2 · 6 = 12. We have the prime factorization of 12 is</w:t>
      </w:r>
    </w:p>
    <w:p>
      <w:pPr>
        <w:spacing w:before="0" w:after="80" w:line="300" w:lineRule="auto"/>
        <w:jc w:val="left"/>
      </w:pPr>
      <w:r>
        <w:rPr>
          <w:rFonts w:ascii="Times New Roman" w:hAnsi="Times New Roman" w:eastAsia="宋体"/>
          <w:b w:val="0"/>
          <w:i w:val="0"/>
          <w:color w:val="333333"/>
          <w:sz w:val="19"/>
        </w:rPr>
        <w:t>2² · 3.</w:t>
      </w:r>
    </w:p>
    <w:p>
      <w:pPr>
        <w:spacing w:before="0" w:after="80" w:line="300" w:lineRule="auto"/>
        <w:jc w:val="left"/>
      </w:pPr>
      <w:r>
        <w:rPr>
          <w:rFonts w:ascii="Times New Roman" w:hAnsi="Times New Roman" w:eastAsia="宋体"/>
          <w:b w:val="0"/>
          <w:i w:val="0"/>
          <w:color w:val="333333"/>
          <w:sz w:val="19"/>
        </w:rPr>
        <w:t>This also has</w:t>
      </w:r>
    </w:p>
    <w:p>
      <w:pPr>
        <w:spacing w:before="0" w:after="80" w:line="300" w:lineRule="auto"/>
        <w:jc w:val="left"/>
      </w:pPr>
      <w:r>
        <w:rPr>
          <w:rFonts w:ascii="Times New Roman" w:hAnsi="Times New Roman" w:eastAsia="宋体"/>
          <w:b w:val="0"/>
          <w:i w:val="0"/>
          <w:color w:val="333333"/>
          <w:sz w:val="19"/>
        </w:rPr>
        <w:t>(2 + 1) (1 + 1) = 3 · 2 = 6</w:t>
      </w:r>
    </w:p>
    <w:p>
      <w:pPr>
        <w:spacing w:before="0" w:after="80" w:line="300" w:lineRule="auto"/>
        <w:jc w:val="left"/>
      </w:pPr>
      <w:r>
        <w:rPr>
          <w:rFonts w:ascii="Times New Roman" w:hAnsi="Times New Roman" w:eastAsia="宋体"/>
          <w:b w:val="0"/>
          <w:i w:val="0"/>
          <w:color w:val="333333"/>
          <w:sz w:val="19"/>
        </w:rPr>
        <w:t>divisors.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 1 = 180° - 70° - 40° = 70°，</w:t>
      </w:r>
    </w:p>
    <w:p>
      <w:pPr>
        <w:spacing w:before="0" w:after="80" w:line="300" w:lineRule="auto"/>
        <w:jc w:val="left"/>
      </w:pPr>
      <w:r>
        <w:rPr>
          <w:rFonts w:ascii="Times New Roman" w:hAnsi="Times New Roman" w:eastAsia="宋体"/>
          <w:b w:val="0"/>
          <w:i w:val="0"/>
          <w:sz w:val="21"/>
        </w:rPr>
        <w:t>这里用到了三角形内角和为 180° 这一事实。</w:t>
      </w:r>
    </w:p>
    <w:p>
      <w:pPr>
        <w:spacing w:before="0" w:after="80" w:line="300" w:lineRule="auto"/>
        <w:jc w:val="left"/>
      </w:pPr>
      <w:r>
        <w:rPr>
          <w:rFonts w:ascii="Times New Roman" w:hAnsi="Times New Roman" w:eastAsia="宋体"/>
          <w:b w:val="0"/>
          <w:i w:val="0"/>
          <w:sz w:val="21"/>
        </w:rPr>
        <w:t>由此可得</w:t>
      </w:r>
    </w:p>
    <w:p>
      <w:pPr>
        <w:spacing w:before="0" w:after="80" w:line="300" w:lineRule="auto"/>
        <w:jc w:val="left"/>
      </w:pPr>
      <w:r>
        <w:rPr>
          <w:rFonts w:ascii="Times New Roman" w:hAnsi="Times New Roman" w:eastAsia="宋体"/>
          <w:b w:val="0"/>
          <w:i w:val="0"/>
          <w:sz w:val="21"/>
        </w:rPr>
        <w:t>∠ 2 = 180° - ∠ 1 = 110°，</w:t>
      </w:r>
    </w:p>
    <w:p>
      <w:pPr>
        <w:spacing w:before="0" w:after="80" w:line="300" w:lineRule="auto"/>
        <w:jc w:val="left"/>
      </w:pPr>
      <w:r>
        <w:rPr>
          <w:rFonts w:ascii="Times New Roman" w:hAnsi="Times New Roman" w:eastAsia="宋体"/>
          <w:b w:val="0"/>
          <w:i w:val="0"/>
          <w:sz w:val="21"/>
        </w:rPr>
        <w:t>因为 ∠ 1 和 ∠ 2 互补。</w:t>
      </w:r>
    </w:p>
    <w:p>
      <w:pPr>
        <w:spacing w:before="0" w:after="80" w:line="300" w:lineRule="auto"/>
        <w:jc w:val="left"/>
      </w:pPr>
      <w:r>
        <w:rPr>
          <w:rFonts w:ascii="Times New Roman" w:hAnsi="Times New Roman" w:eastAsia="宋体"/>
          <w:b w:val="0"/>
          <w:i w:val="0"/>
          <w:sz w:val="21"/>
        </w:rPr>
        <w:t>最后，</w:t>
      </w:r>
    </w:p>
    <w:p>
      <w:pPr>
        <w:spacing w:before="0" w:after="80" w:line="300" w:lineRule="auto"/>
        <w:jc w:val="left"/>
      </w:pPr>
      <w:r>
        <w:rPr>
          <w:rFonts w:ascii="Times New Roman" w:hAnsi="Times New Roman" w:eastAsia="宋体"/>
          <w:b w:val="0"/>
          <w:i w:val="0"/>
          <w:sz w:val="21"/>
        </w:rPr>
        <w:t>∠ 3 + ∠ 4 + 110° = 180° ⇒</w:t>
      </w:r>
    </w:p>
    <w:p>
      <w:pPr>
        <w:spacing w:before="0" w:after="80" w:line="300" w:lineRule="auto"/>
        <w:jc w:val="left"/>
      </w:pPr>
      <w:r>
        <w:rPr>
          <w:rFonts w:ascii="Times New Roman" w:hAnsi="Times New Roman" w:eastAsia="宋体"/>
          <w:b w:val="0"/>
          <w:i w:val="0"/>
          <w:sz w:val="21"/>
        </w:rPr>
        <w:t>2 ∠ 4 = 70° ⇒ ∠ 4 =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 1 = 180° - 70° - 40° = 70°</w:t>
      </w:r>
    </w:p>
    <w:p>
      <w:pPr>
        <w:spacing w:before="0" w:after="80" w:line="300" w:lineRule="auto"/>
        <w:jc w:val="left"/>
      </w:pPr>
      <w:r>
        <w:rPr>
          <w:rFonts w:ascii="Times New Roman" w:hAnsi="Times New Roman" w:eastAsia="宋体"/>
          <w:b w:val="0"/>
          <w:i w:val="0"/>
          <w:color w:val="333333"/>
          <w:sz w:val="19"/>
        </w:rPr>
        <w:t>using the fact that the interior angles of a triangle add to 180°.</w:t>
      </w:r>
    </w:p>
    <w:p>
      <w:pPr>
        <w:spacing w:before="0" w:after="80" w:line="300" w:lineRule="auto"/>
        <w:jc w:val="left"/>
      </w:pPr>
      <w:r>
        <w:rPr>
          <w:rFonts w:ascii="Times New Roman" w:hAnsi="Times New Roman" w:eastAsia="宋体"/>
          <w:b w:val="0"/>
          <w:i w:val="0"/>
          <w:color w:val="333333"/>
          <w:sz w:val="19"/>
        </w:rPr>
        <w:t>This tells us that</w:t>
      </w:r>
    </w:p>
    <w:p>
      <w:pPr>
        <w:spacing w:before="0" w:after="80" w:line="300" w:lineRule="auto"/>
        <w:jc w:val="left"/>
      </w:pPr>
      <w:r>
        <w:rPr>
          <w:rFonts w:ascii="Times New Roman" w:hAnsi="Times New Roman" w:eastAsia="宋体"/>
          <w:b w:val="0"/>
          <w:i w:val="0"/>
          <w:color w:val="333333"/>
          <w:sz w:val="19"/>
        </w:rPr>
        <w:t>∠ 2 = 180° - ∠ 1 = 110°</w:t>
      </w:r>
    </w:p>
    <w:p>
      <w:pPr>
        <w:spacing w:before="0" w:after="80" w:line="300" w:lineRule="auto"/>
        <w:jc w:val="left"/>
      </w:pPr>
      <w:r>
        <w:rPr>
          <w:rFonts w:ascii="Times New Roman" w:hAnsi="Times New Roman" w:eastAsia="宋体"/>
          <w:b w:val="0"/>
          <w:i w:val="0"/>
          <w:color w:val="333333"/>
          <w:sz w:val="19"/>
        </w:rPr>
        <w:t>since ∠ 1 and ∠ 2 are supplementary.</w:t>
      </w:r>
    </w:p>
    <w:p>
      <w:pPr>
        <w:spacing w:before="0" w:after="80" w:line="300" w:lineRule="auto"/>
        <w:jc w:val="left"/>
      </w:pPr>
      <w:r>
        <w:rPr>
          <w:rFonts w:ascii="Times New Roman" w:hAnsi="Times New Roman" w:eastAsia="宋体"/>
          <w:b w:val="0"/>
          <w:i w:val="0"/>
          <w:color w:val="333333"/>
          <w:sz w:val="19"/>
        </w:rPr>
        <w:t>Finally,</w:t>
      </w:r>
    </w:p>
    <w:p>
      <w:pPr>
        <w:spacing w:before="0" w:after="80" w:line="300" w:lineRule="auto"/>
        <w:jc w:val="left"/>
      </w:pPr>
      <w:r>
        <w:rPr>
          <w:rFonts w:ascii="Times New Roman" w:hAnsi="Times New Roman" w:eastAsia="宋体"/>
          <w:b w:val="0"/>
          <w:i w:val="0"/>
          <w:color w:val="333333"/>
          <w:sz w:val="19"/>
        </w:rPr>
        <w:t>∠ 3 + ∠ 4 + 110° = 180° ⇒</w:t>
      </w:r>
    </w:p>
    <w:p>
      <w:pPr>
        <w:spacing w:before="0" w:after="80" w:line="300" w:lineRule="auto"/>
        <w:jc w:val="left"/>
      </w:pPr>
      <w:r>
        <w:rPr>
          <w:rFonts w:ascii="Times New Roman" w:hAnsi="Times New Roman" w:eastAsia="宋体"/>
          <w:b w:val="0"/>
          <w:i w:val="0"/>
          <w:color w:val="333333"/>
          <w:sz w:val="19"/>
        </w:rPr>
        <w:t>2 ∠ 4 = 70° ⇒ ∠ 4 = 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第一袋中有</w:t>
      </w:r>
    </w:p>
    <w:p>
      <w:pPr>
        <w:spacing w:before="0" w:after="80" w:line="300" w:lineRule="auto"/>
        <w:jc w:val="left"/>
      </w:pPr>
      <w:r>
        <w:rPr>
          <w:rFonts w:ascii="Times New Roman" w:hAnsi="Times New Roman" w:eastAsia="宋体"/>
          <w:b w:val="0"/>
          <w:i w:val="0"/>
          <w:sz w:val="21"/>
        </w:rPr>
        <w:t>26 · 0.5 = 26 ÷ 2 = 13</w:t>
      </w:r>
    </w:p>
    <w:p>
      <w:pPr>
        <w:spacing w:before="0" w:after="80" w:line="300" w:lineRule="auto"/>
        <w:jc w:val="left"/>
      </w:pPr>
      <w:r>
        <w:rPr>
          <w:rFonts w:ascii="Times New Roman" w:hAnsi="Times New Roman" w:eastAsia="宋体"/>
          <w:b w:val="0"/>
          <w:i w:val="0"/>
          <w:sz w:val="21"/>
        </w:rPr>
        <w:t>颗黄色软糖，第二袋中有</w:t>
      </w:r>
    </w:p>
    <w:p>
      <w:pPr>
        <w:spacing w:before="0" w:after="80" w:line="300" w:lineRule="auto"/>
        <w:jc w:val="left"/>
      </w:pPr>
      <w:r>
        <w:rPr>
          <w:rFonts w:ascii="Times New Roman" w:hAnsi="Times New Roman" w:eastAsia="宋体"/>
          <w:b w:val="0"/>
          <w:i w:val="0"/>
          <w:sz w:val="21"/>
        </w:rPr>
        <w:t>28 · 0.25 = 28 ÷ 4 = 7</w:t>
      </w:r>
    </w:p>
    <w:p>
      <w:pPr>
        <w:spacing w:before="0" w:after="80" w:line="300" w:lineRule="auto"/>
        <w:jc w:val="left"/>
      </w:pPr>
      <w:r>
        <w:rPr>
          <w:rFonts w:ascii="Times New Roman" w:hAnsi="Times New Roman" w:eastAsia="宋体"/>
          <w:b w:val="0"/>
          <w:i w:val="0"/>
          <w:sz w:val="21"/>
        </w:rPr>
        <w:t>颗黄色软糖，第三袋中有</w:t>
      </w:r>
    </w:p>
    <w:p>
      <w:pPr>
        <w:spacing w:before="0" w:after="80" w:line="300" w:lineRule="auto"/>
        <w:jc w:val="left"/>
      </w:pPr>
      <w:r>
        <w:rPr>
          <w:rFonts w:ascii="Times New Roman" w:hAnsi="Times New Roman" w:eastAsia="宋体"/>
          <w:b w:val="0"/>
          <w:i w:val="0"/>
          <w:sz w:val="21"/>
        </w:rPr>
        <w:t>30 · 0.2 = 30 ÷ 5 = 6</w:t>
      </w:r>
    </w:p>
    <w:p>
      <w:pPr>
        <w:spacing w:before="0" w:after="80" w:line="300" w:lineRule="auto"/>
        <w:jc w:val="left"/>
      </w:pPr>
      <w:r>
        <w:rPr>
          <w:rFonts w:ascii="Times New Roman" w:hAnsi="Times New Roman" w:eastAsia="宋体"/>
          <w:b w:val="0"/>
          <w:i w:val="0"/>
          <w:sz w:val="21"/>
        </w:rPr>
        <w:t>颗黄色软糖。</w:t>
      </w:r>
    </w:p>
    <w:p>
      <w:pPr>
        <w:spacing w:before="0" w:after="80" w:line="300" w:lineRule="auto"/>
        <w:jc w:val="left"/>
      </w:pPr>
      <w:r>
        <w:rPr>
          <w:rFonts w:ascii="Times New Roman" w:hAnsi="Times New Roman" w:eastAsia="宋体"/>
          <w:b w:val="0"/>
          <w:i w:val="0"/>
          <w:sz w:val="21"/>
        </w:rPr>
        <w:t>黄色软糖总数为</w:t>
      </w:r>
    </w:p>
    <w:p>
      <w:pPr>
        <w:spacing w:before="0" w:after="80" w:line="300" w:lineRule="auto"/>
        <w:jc w:val="left"/>
      </w:pPr>
      <w:r>
        <w:rPr>
          <w:rFonts w:ascii="Times New Roman" w:hAnsi="Times New Roman" w:eastAsia="宋体"/>
          <w:b w:val="0"/>
          <w:i w:val="0"/>
          <w:sz w:val="21"/>
        </w:rPr>
        <w:t>13 + 7 + 6 = 26，</w:t>
      </w:r>
    </w:p>
    <w:p>
      <w:pPr>
        <w:spacing w:before="0" w:after="80" w:line="300" w:lineRule="auto"/>
        <w:jc w:val="left"/>
      </w:pPr>
      <w:r>
        <w:rPr>
          <w:rFonts w:ascii="Times New Roman" w:hAnsi="Times New Roman" w:eastAsia="宋体"/>
          <w:b w:val="0"/>
          <w:i w:val="0"/>
          <w:sz w:val="21"/>
        </w:rPr>
        <w:t>软糖总数为</w:t>
      </w:r>
    </w:p>
    <w:p>
      <w:pPr>
        <w:spacing w:before="0" w:after="80" w:line="300" w:lineRule="auto"/>
        <w:jc w:val="left"/>
      </w:pPr>
      <w:r>
        <w:rPr>
          <w:rFonts w:ascii="Times New Roman" w:hAnsi="Times New Roman" w:eastAsia="宋体"/>
          <w:b w:val="0"/>
          <w:i w:val="0"/>
          <w:sz w:val="21"/>
        </w:rPr>
        <w:t>26 + 28 + 30 = 84。</w:t>
      </w:r>
    </w:p>
    <w:p>
      <w:pPr>
        <w:spacing w:before="0" w:after="80" w:line="300" w:lineRule="auto"/>
        <w:jc w:val="left"/>
      </w:pPr>
      <w:r>
        <w:rPr>
          <w:rFonts w:ascii="Times New Roman" w:hAnsi="Times New Roman" w:eastAsia="宋体"/>
          <w:b w:val="0"/>
          <w:i w:val="0"/>
          <w:sz w:val="21"/>
        </w:rPr>
        <w:t>黄色软糖所占的百分比为</w:t>
      </w:r>
    </w:p>
    <w:p>
      <w:pPr>
        <w:spacing w:before="0" w:after="80" w:line="300" w:lineRule="auto"/>
        <w:jc w:val="left"/>
      </w:pPr>
      <w:r>
        <w:rPr>
          <w:rFonts w:ascii="Times New Roman" w:hAnsi="Times New Roman" w:eastAsia="宋体"/>
          <w:b w:val="0"/>
          <w:i w:val="0"/>
          <w:sz w:val="21"/>
        </w:rPr>
        <w:t>26/84 · 100 % = 13/42 · 100 %</w:t>
      </w:r>
    </w:p>
    <w:p>
      <w:pPr>
        <w:spacing w:before="0" w:after="80" w:line="300" w:lineRule="auto"/>
        <w:jc w:val="left"/>
      </w:pPr>
      <w:r>
        <w:rPr>
          <w:rFonts w:ascii="Times New Roman" w:hAnsi="Times New Roman" w:eastAsia="宋体"/>
          <w:b w:val="0"/>
          <w:i w:val="0"/>
          <w:sz w:val="21"/>
        </w:rPr>
        <w:t>≈ 30.9 %。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w:t>
      </w:r>
    </w:p>
    <w:p>
      <w:pPr>
        <w:spacing w:before="0" w:after="80" w:line="300" w:lineRule="auto"/>
        <w:jc w:val="left"/>
      </w:pPr>
      <w:r>
        <w:rPr>
          <w:rFonts w:ascii="Times New Roman" w:hAnsi="Times New Roman" w:eastAsia="宋体"/>
          <w:b w:val="0"/>
          <w:i w:val="0"/>
          <w:color w:val="333333"/>
          <w:sz w:val="19"/>
        </w:rPr>
        <w:t>26 · 0.5 = 26 ÷ 2 = 13</w:t>
      </w:r>
    </w:p>
    <w:p>
      <w:pPr>
        <w:spacing w:before="0" w:after="80" w:line="300" w:lineRule="auto"/>
        <w:jc w:val="left"/>
      </w:pPr>
      <w:r>
        <w:rPr>
          <w:rFonts w:ascii="Times New Roman" w:hAnsi="Times New Roman" w:eastAsia="宋体"/>
          <w:b w:val="0"/>
          <w:i w:val="0"/>
          <w:color w:val="333333"/>
          <w:sz w:val="19"/>
        </w:rPr>
        <w:t>yellow jelly beans in the first bag,</w:t>
      </w:r>
    </w:p>
    <w:p>
      <w:pPr>
        <w:spacing w:before="0" w:after="80" w:line="300" w:lineRule="auto"/>
        <w:jc w:val="left"/>
      </w:pPr>
      <w:r>
        <w:rPr>
          <w:rFonts w:ascii="Times New Roman" w:hAnsi="Times New Roman" w:eastAsia="宋体"/>
          <w:b w:val="0"/>
          <w:i w:val="0"/>
          <w:color w:val="333333"/>
          <w:sz w:val="19"/>
        </w:rPr>
        <w:t>28 · 0.25 = 28 ÷ 4 = 7</w:t>
      </w:r>
    </w:p>
    <w:p>
      <w:pPr>
        <w:spacing w:before="0" w:after="80" w:line="300" w:lineRule="auto"/>
        <w:jc w:val="left"/>
      </w:pPr>
      <w:r>
        <w:rPr>
          <w:rFonts w:ascii="Times New Roman" w:hAnsi="Times New Roman" w:eastAsia="宋体"/>
          <w:b w:val="0"/>
          <w:i w:val="0"/>
          <w:color w:val="333333"/>
          <w:sz w:val="19"/>
        </w:rPr>
        <w:t>yellow jelly beans in the second bag, and</w:t>
      </w:r>
    </w:p>
    <w:p>
      <w:pPr>
        <w:spacing w:before="0" w:after="80" w:line="300" w:lineRule="auto"/>
        <w:jc w:val="left"/>
      </w:pPr>
      <w:r>
        <w:rPr>
          <w:rFonts w:ascii="Times New Roman" w:hAnsi="Times New Roman" w:eastAsia="宋体"/>
          <w:b w:val="0"/>
          <w:i w:val="0"/>
          <w:color w:val="333333"/>
          <w:sz w:val="19"/>
        </w:rPr>
        <w:t>30 · 0.2 = 30 ÷ 5 = 6</w:t>
      </w:r>
    </w:p>
    <w:p>
      <w:pPr>
        <w:spacing w:before="0" w:after="80" w:line="300" w:lineRule="auto"/>
        <w:jc w:val="left"/>
      </w:pPr>
      <w:r>
        <w:rPr>
          <w:rFonts w:ascii="Times New Roman" w:hAnsi="Times New Roman" w:eastAsia="宋体"/>
          <w:b w:val="0"/>
          <w:i w:val="0"/>
          <w:color w:val="333333"/>
          <w:sz w:val="19"/>
        </w:rPr>
        <w:t>yellow jelly beans in the third bag.</w:t>
      </w:r>
    </w:p>
    <w:p>
      <w:pPr>
        <w:spacing w:before="0" w:after="80" w:line="300" w:lineRule="auto"/>
        <w:jc w:val="left"/>
      </w:pPr>
      <w:r>
        <w:rPr>
          <w:rFonts w:ascii="Times New Roman" w:hAnsi="Times New Roman" w:eastAsia="宋体"/>
          <w:b w:val="0"/>
          <w:i w:val="0"/>
          <w:color w:val="333333"/>
          <w:sz w:val="19"/>
        </w:rPr>
        <w:t>The total number of yellow jelly beans is</w:t>
      </w:r>
    </w:p>
    <w:p>
      <w:pPr>
        <w:spacing w:before="0" w:after="80" w:line="300" w:lineRule="auto"/>
        <w:jc w:val="left"/>
      </w:pPr>
      <w:r>
        <w:rPr>
          <w:rFonts w:ascii="Times New Roman" w:hAnsi="Times New Roman" w:eastAsia="宋体"/>
          <w:b w:val="0"/>
          <w:i w:val="0"/>
          <w:color w:val="333333"/>
          <w:sz w:val="19"/>
        </w:rPr>
        <w:t>13 + 7 + 6 = 26</w:t>
      </w:r>
    </w:p>
    <w:p>
      <w:pPr>
        <w:spacing w:before="0" w:after="80" w:line="300" w:lineRule="auto"/>
        <w:jc w:val="left"/>
      </w:pPr>
      <w:r>
        <w:rPr>
          <w:rFonts w:ascii="Times New Roman" w:hAnsi="Times New Roman" w:eastAsia="宋体"/>
          <w:b w:val="0"/>
          <w:i w:val="0"/>
          <w:color w:val="333333"/>
          <w:sz w:val="19"/>
        </w:rPr>
        <w:t>and the total number of jelly beans is</w:t>
      </w:r>
    </w:p>
    <w:p>
      <w:pPr>
        <w:spacing w:before="0" w:after="80" w:line="300" w:lineRule="auto"/>
        <w:jc w:val="left"/>
      </w:pPr>
      <w:r>
        <w:rPr>
          <w:rFonts w:ascii="Times New Roman" w:hAnsi="Times New Roman" w:eastAsia="宋体"/>
          <w:b w:val="0"/>
          <w:i w:val="0"/>
          <w:color w:val="333333"/>
          <w:sz w:val="19"/>
        </w:rPr>
        <w:t>26 + 28 + 30 = 84.</w:t>
      </w:r>
    </w:p>
    <w:p>
      <w:pPr>
        <w:spacing w:before="0" w:after="80" w:line="300" w:lineRule="auto"/>
        <w:jc w:val="left"/>
      </w:pPr>
      <w:r>
        <w:rPr>
          <w:rFonts w:ascii="Times New Roman" w:hAnsi="Times New Roman" w:eastAsia="宋体"/>
          <w:b w:val="0"/>
          <w:i w:val="0"/>
          <w:color w:val="333333"/>
          <w:sz w:val="19"/>
        </w:rPr>
        <w:t>The ratio of yellow jelly beans to all the beans is</w:t>
      </w:r>
    </w:p>
    <w:p>
      <w:pPr>
        <w:spacing w:before="0" w:after="80" w:line="300" w:lineRule="auto"/>
        <w:jc w:val="left"/>
      </w:pPr>
      <w:r>
        <w:rPr>
          <w:rFonts w:ascii="Times New Roman" w:hAnsi="Times New Roman" w:eastAsia="宋体"/>
          <w:b w:val="0"/>
          <w:i w:val="0"/>
          <w:color w:val="333333"/>
          <w:sz w:val="19"/>
        </w:rPr>
        <w:t>26/84 · 100 % = 13/42 · 100 %</w:t>
      </w:r>
    </w:p>
    <w:p>
      <w:pPr>
        <w:spacing w:before="0" w:after="80" w:line="300" w:lineRule="auto"/>
        <w:jc w:val="left"/>
      </w:pPr>
      <w:r>
        <w:rPr>
          <w:rFonts w:ascii="Times New Roman" w:hAnsi="Times New Roman" w:eastAsia="宋体"/>
          <w:b w:val="0"/>
          <w:i w:val="0"/>
          <w:color w:val="333333"/>
          <w:sz w:val="19"/>
        </w:rPr>
        <w:t>≈ 30.9 %.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五个数的和是 5 · 5 = 25。</w:t>
      </w:r>
    </w:p>
    <w:p>
      <w:pPr>
        <w:spacing w:before="0" w:after="80" w:line="300" w:lineRule="auto"/>
        <w:jc w:val="left"/>
      </w:pPr>
      <w:r>
        <w:rPr>
          <w:rFonts w:ascii="Times New Roman" w:hAnsi="Times New Roman" w:eastAsia="宋体"/>
          <w:b w:val="0"/>
          <w:i w:val="0"/>
          <w:sz w:val="21"/>
        </w:rPr>
        <w:t>按从小到大排列，中间的数是 5。因为 8 是唯一的众数，最后两个数都必须是 8；但不能有三个 8，否则中位数也会是 8。</w:t>
      </w:r>
    </w:p>
    <w:p>
      <w:pPr>
        <w:spacing w:before="0" w:after="80" w:line="300" w:lineRule="auto"/>
        <w:jc w:val="left"/>
      </w:pPr>
      <w:r>
        <w:rPr>
          <w:rFonts w:ascii="Times New Roman" w:hAnsi="Times New Roman" w:eastAsia="宋体"/>
          <w:b w:val="0"/>
          <w:i w:val="0"/>
          <w:sz w:val="21"/>
        </w:rPr>
        <w:t>这三个已知数的和是 5 + 8 + 8 = 21，所以两个较小的数之和必须是 25 - 21 = 4。它们必须是不同的正整数，否则另一个数也会与 8 并列为众数。因此它们是 1 和 3。</w:t>
      </w:r>
    </w:p>
    <w:p>
      <w:pPr>
        <w:spacing w:before="0" w:after="80" w:line="300" w:lineRule="auto"/>
        <w:jc w:val="left"/>
      </w:pPr>
      <w:r>
        <w:rPr>
          <w:rFonts w:ascii="Times New Roman" w:hAnsi="Times New Roman" w:eastAsia="宋体"/>
          <w:b w:val="0"/>
          <w:i w:val="0"/>
          <w:sz w:val="21"/>
        </w:rPr>
        <w:t>因此所求的差为</w:t>
      </w:r>
    </w:p>
    <w:p>
      <w:pPr>
        <w:spacing w:before="0" w:after="80" w:line="300" w:lineRule="auto"/>
        <w:jc w:val="left"/>
      </w:pPr>
      <w:r>
        <w:rPr>
          <w:rFonts w:ascii="Times New Roman" w:hAnsi="Times New Roman" w:eastAsia="宋体"/>
          <w:b w:val="0"/>
          <w:i w:val="0"/>
          <w:sz w:val="21"/>
        </w:rPr>
        <w:t>8 - 1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the numbers in the list is 5 · 5 = 25.</w:t>
      </w:r>
    </w:p>
    <w:p>
      <w:pPr>
        <w:spacing w:before="0" w:after="80" w:line="300" w:lineRule="auto"/>
        <w:jc w:val="left"/>
      </w:pPr>
      <w:r>
        <w:rPr>
          <w:rFonts w:ascii="Times New Roman" w:hAnsi="Times New Roman" w:eastAsia="宋体"/>
          <w:b w:val="0"/>
          <w:i w:val="0"/>
          <w:color w:val="333333"/>
          <w:sz w:val="19"/>
        </w:rPr>
        <w:t>In increasing order, the middle number is 5. Because 8 is the only mode, the last two numbers must both be 8; there cannot be three 8s, since then the median would be 8.</w:t>
      </w:r>
    </w:p>
    <w:p>
      <w:pPr>
        <w:spacing w:before="0" w:after="80" w:line="300" w:lineRule="auto"/>
        <w:jc w:val="left"/>
      </w:pPr>
      <w:r>
        <w:rPr>
          <w:rFonts w:ascii="Times New Roman" w:hAnsi="Times New Roman" w:eastAsia="宋体"/>
          <w:b w:val="0"/>
          <w:i w:val="0"/>
          <w:color w:val="333333"/>
          <w:sz w:val="19"/>
        </w:rPr>
        <w:t>These three known numbers sum to 5 + 8 + 8 = 21, so the two smaller numbers must add to 25 - 21 = 4. They must be distinct positive integers; otherwise a second value would tie 8 as a mode. Thus they are 1 and 3.</w:t>
      </w:r>
    </w:p>
    <w:p>
      <w:pPr>
        <w:spacing w:before="0" w:after="80" w:line="300" w:lineRule="auto"/>
        <w:jc w:val="left"/>
      </w:pPr>
      <w:r>
        <w:rPr>
          <w:rFonts w:ascii="Times New Roman" w:hAnsi="Times New Roman" w:eastAsia="宋体"/>
          <w:b w:val="0"/>
          <w:i w:val="0"/>
          <w:color w:val="333333"/>
          <w:sz w:val="19"/>
        </w:rPr>
        <w:t>The desired difference is then</w:t>
      </w:r>
    </w:p>
    <w:p>
      <w:pPr>
        <w:spacing w:before="0" w:after="80" w:line="300" w:lineRule="auto"/>
        <w:jc w:val="left"/>
      </w:pPr>
      <w:r>
        <w:rPr>
          <w:rFonts w:ascii="Times New Roman" w:hAnsi="Times New Roman" w:eastAsia="宋体"/>
          <w:b w:val="0"/>
          <w:i w:val="0"/>
          <w:color w:val="333333"/>
          <w:sz w:val="19"/>
        </w:rPr>
        <w:t>8 - 1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设大正方形边长为 3x。于是内接正方形的边长可以由</w:t>
      </w:r>
    </w:p>
    <w:p>
      <w:pPr>
        <w:spacing w:before="0" w:after="80" w:line="300" w:lineRule="auto"/>
        <w:jc w:val="left"/>
      </w:pPr>
      <w:r>
        <w:rPr>
          <w:rFonts w:ascii="Times New Roman" w:hAnsi="Times New Roman" w:eastAsia="宋体"/>
          <w:b w:val="0"/>
          <w:i w:val="0"/>
          <w:sz w:val="21"/>
        </w:rPr>
        <w:t>√((2x)² + x²) = √(5x²) = x√(5)</w:t>
      </w:r>
    </w:p>
    <w:p>
      <w:pPr>
        <w:spacing w:before="0" w:after="80" w:line="300" w:lineRule="auto"/>
        <w:jc w:val="left"/>
      </w:pPr>
      <w:r>
        <w:rPr>
          <w:rFonts w:ascii="Times New Roman" w:hAnsi="Times New Roman" w:eastAsia="宋体"/>
          <w:b w:val="0"/>
          <w:i w:val="0"/>
          <w:sz w:val="21"/>
        </w:rPr>
        <w:t>根据勾股定理求出。</w:t>
      </w:r>
    </w:p>
    <w:p>
      <w:pPr>
        <w:spacing w:before="0" w:after="80" w:line="300" w:lineRule="auto"/>
        <w:jc w:val="left"/>
      </w:pPr>
      <w:r>
        <w:rPr>
          <w:rFonts w:ascii="Times New Roman" w:hAnsi="Times New Roman" w:eastAsia="宋体"/>
          <w:b w:val="0"/>
          <w:i w:val="0"/>
          <w:sz w:val="21"/>
        </w:rPr>
        <w:t>大正方形面积为</w:t>
      </w:r>
    </w:p>
    <w:p>
      <w:pPr>
        <w:spacing w:before="0" w:after="80" w:line="300" w:lineRule="auto"/>
        <w:jc w:val="left"/>
      </w:pPr>
      <w:r>
        <w:rPr>
          <w:rFonts w:ascii="Times New Roman" w:hAnsi="Times New Roman" w:eastAsia="宋体"/>
          <w:b w:val="0"/>
          <w:i w:val="0"/>
          <w:sz w:val="21"/>
        </w:rPr>
        <w:t>(3x)² = 9x²，</w:t>
      </w:r>
    </w:p>
    <w:p>
      <w:pPr>
        <w:spacing w:before="0" w:after="80" w:line="300" w:lineRule="auto"/>
        <w:jc w:val="left"/>
      </w:pPr>
      <w:r>
        <w:rPr>
          <w:rFonts w:ascii="Times New Roman" w:hAnsi="Times New Roman" w:eastAsia="宋体"/>
          <w:b w:val="0"/>
          <w:i w:val="0"/>
          <w:sz w:val="21"/>
        </w:rPr>
        <w:t>内接正方形面积为</w:t>
      </w:r>
    </w:p>
    <w:p>
      <w:pPr>
        <w:spacing w:before="0" w:after="80" w:line="300" w:lineRule="auto"/>
        <w:jc w:val="left"/>
      </w:pPr>
      <w:r>
        <w:rPr>
          <w:rFonts w:ascii="Times New Roman" w:hAnsi="Times New Roman" w:eastAsia="宋体"/>
          <w:b w:val="0"/>
          <w:i w:val="0"/>
          <w:sz w:val="21"/>
        </w:rPr>
        <w:t>(x√(5))² = 5x²。</w:t>
      </w:r>
    </w:p>
    <w:p>
      <w:pPr>
        <w:spacing w:before="0" w:after="80" w:line="300" w:lineRule="auto"/>
        <w:jc w:val="left"/>
      </w:pPr>
      <w:r>
        <w:rPr>
          <w:rFonts w:ascii="Times New Roman" w:hAnsi="Times New Roman" w:eastAsia="宋体"/>
          <w:b w:val="0"/>
          <w:i w:val="0"/>
          <w:sz w:val="21"/>
        </w:rPr>
        <w:t>因此面积比为 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3x be the side length of the large square. Then we can find the side length of the inner square via</w:t>
      </w:r>
    </w:p>
    <w:p>
      <w:pPr>
        <w:spacing w:before="0" w:after="80" w:line="300" w:lineRule="auto"/>
        <w:jc w:val="left"/>
      </w:pPr>
      <w:r>
        <w:rPr>
          <w:rFonts w:ascii="Times New Roman" w:hAnsi="Times New Roman" w:eastAsia="宋体"/>
          <w:b w:val="0"/>
          <w:i w:val="0"/>
          <w:color w:val="333333"/>
          <w:sz w:val="19"/>
        </w:rPr>
        <w:t>√((2x)² + x²) = √(5x²) = x√(5)</w:t>
      </w:r>
    </w:p>
    <w:p>
      <w:pPr>
        <w:spacing w:before="0" w:after="80" w:line="300" w:lineRule="auto"/>
        <w:jc w:val="left"/>
      </w:pPr>
      <w:r>
        <w:rPr>
          <w:rFonts w:ascii="Times New Roman" w:hAnsi="Times New Roman" w:eastAsia="宋体"/>
          <w:b w:val="0"/>
          <w:i w:val="0"/>
          <w:color w:val="333333"/>
          <w:sz w:val="19"/>
        </w:rPr>
        <w:t>from the Pythagorean Theorem.</w:t>
      </w:r>
    </w:p>
    <w:p>
      <w:pPr>
        <w:spacing w:before="0" w:after="80" w:line="300" w:lineRule="auto"/>
        <w:jc w:val="left"/>
      </w:pPr>
      <w:r>
        <w:rPr>
          <w:rFonts w:ascii="Times New Roman" w:hAnsi="Times New Roman" w:eastAsia="宋体"/>
          <w:b w:val="0"/>
          <w:i w:val="0"/>
          <w:color w:val="333333"/>
          <w:sz w:val="19"/>
        </w:rPr>
        <w:t>The area of the larger square is</w:t>
      </w:r>
    </w:p>
    <w:p>
      <w:pPr>
        <w:spacing w:before="0" w:after="80" w:line="300" w:lineRule="auto"/>
        <w:jc w:val="left"/>
      </w:pPr>
      <w:r>
        <w:rPr>
          <w:rFonts w:ascii="Times New Roman" w:hAnsi="Times New Roman" w:eastAsia="宋体"/>
          <w:b w:val="0"/>
          <w:i w:val="0"/>
          <w:color w:val="333333"/>
          <w:sz w:val="19"/>
        </w:rPr>
        <w:t>(3x)² = 9x²</w:t>
      </w:r>
    </w:p>
    <w:p>
      <w:pPr>
        <w:spacing w:before="0" w:after="80" w:line="300" w:lineRule="auto"/>
        <w:jc w:val="left"/>
      </w:pPr>
      <w:r>
        <w:rPr>
          <w:rFonts w:ascii="Times New Roman" w:hAnsi="Times New Roman" w:eastAsia="宋体"/>
          <w:b w:val="0"/>
          <w:i w:val="0"/>
          <w:color w:val="333333"/>
          <w:sz w:val="19"/>
        </w:rPr>
        <w:t>and that of the inner square is</w:t>
      </w:r>
    </w:p>
    <w:p>
      <w:pPr>
        <w:spacing w:before="0" w:after="80" w:line="300" w:lineRule="auto"/>
        <w:jc w:val="left"/>
      </w:pPr>
      <w:r>
        <w:rPr>
          <w:rFonts w:ascii="Times New Roman" w:hAnsi="Times New Roman" w:eastAsia="宋体"/>
          <w:b w:val="0"/>
          <w:i w:val="0"/>
          <w:color w:val="333333"/>
          <w:sz w:val="19"/>
        </w:rPr>
        <w:t>(x√(5))² = 5x².</w:t>
      </w:r>
    </w:p>
    <w:p>
      <w:pPr>
        <w:spacing w:before="0" w:after="80" w:line="300" w:lineRule="auto"/>
        <w:jc w:val="left"/>
      </w:pPr>
      <w:r>
        <w:rPr>
          <w:rFonts w:ascii="Times New Roman" w:hAnsi="Times New Roman" w:eastAsia="宋体"/>
          <w:b w:val="0"/>
          <w:i w:val="0"/>
          <w:color w:val="333333"/>
          <w:sz w:val="19"/>
        </w:rPr>
        <w:t>The ratio of the areas is then 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第一年后，AA 的价值变为</w:t>
      </w:r>
    </w:p>
    <w:p>
      <w:pPr>
        <w:spacing w:before="0" w:after="80" w:line="300" w:lineRule="auto"/>
        <w:jc w:val="left"/>
      </w:pPr>
      <w:r>
        <w:rPr>
          <w:rFonts w:ascii="Times New Roman" w:hAnsi="Times New Roman" w:eastAsia="宋体"/>
          <w:b w:val="0"/>
          <w:i w:val="0"/>
          <w:sz w:val="21"/>
        </w:rPr>
        <w:t>$ 100 · 1.2 = $ 120，</w:t>
      </w:r>
    </w:p>
    <w:p>
      <w:pPr>
        <w:spacing w:before="0" w:after="80" w:line="300" w:lineRule="auto"/>
        <w:jc w:val="left"/>
      </w:pPr>
      <w:r>
        <w:rPr>
          <w:rFonts w:ascii="Times New Roman" w:hAnsi="Times New Roman" w:eastAsia="宋体"/>
          <w:b w:val="0"/>
          <w:i w:val="0"/>
          <w:sz w:val="21"/>
        </w:rPr>
        <w:t>BB 的价值变为</w:t>
      </w:r>
    </w:p>
    <w:p>
      <w:pPr>
        <w:spacing w:before="0" w:after="80" w:line="300" w:lineRule="auto"/>
        <w:jc w:val="left"/>
      </w:pPr>
      <w:r>
        <w:rPr>
          <w:rFonts w:ascii="Times New Roman" w:hAnsi="Times New Roman" w:eastAsia="宋体"/>
          <w:b w:val="0"/>
          <w:i w:val="0"/>
          <w:sz w:val="21"/>
        </w:rPr>
        <w:t>$ 100 · 0.75 = $ 75。</w:t>
      </w:r>
    </w:p>
    <w:p>
      <w:pPr>
        <w:spacing w:before="0" w:after="80" w:line="300" w:lineRule="auto"/>
        <w:jc w:val="left"/>
      </w:pPr>
      <w:r>
        <w:rPr>
          <w:rFonts w:ascii="Times New Roman" w:hAnsi="Times New Roman" w:eastAsia="宋体"/>
          <w:b w:val="0"/>
          <w:i w:val="0"/>
          <w:sz w:val="21"/>
        </w:rPr>
        <w:t>第二年后，AA 的价值为</w:t>
      </w:r>
    </w:p>
    <w:p>
      <w:pPr>
        <w:spacing w:before="0" w:after="80" w:line="300" w:lineRule="auto"/>
        <w:jc w:val="left"/>
      </w:pPr>
      <w:r>
        <w:rPr>
          <w:rFonts w:ascii="Times New Roman" w:hAnsi="Times New Roman" w:eastAsia="宋体"/>
          <w:b w:val="0"/>
          <w:i w:val="0"/>
          <w:sz w:val="21"/>
        </w:rPr>
        <w:t>$ 120 · 0.8 = $ 96，</w:t>
      </w:r>
    </w:p>
    <w:p>
      <w:pPr>
        <w:spacing w:before="0" w:after="80" w:line="300" w:lineRule="auto"/>
        <w:jc w:val="left"/>
      </w:pPr>
      <w:r>
        <w:rPr>
          <w:rFonts w:ascii="Times New Roman" w:hAnsi="Times New Roman" w:eastAsia="宋体"/>
          <w:b w:val="0"/>
          <w:i w:val="0"/>
          <w:sz w:val="21"/>
        </w:rPr>
        <w:t>BB 的价值为</w:t>
      </w:r>
    </w:p>
    <w:p>
      <w:pPr>
        <w:spacing w:before="0" w:after="80" w:line="300" w:lineRule="auto"/>
        <w:jc w:val="left"/>
      </w:pPr>
      <w:r>
        <w:rPr>
          <w:rFonts w:ascii="Times New Roman" w:hAnsi="Times New Roman" w:eastAsia="宋体"/>
          <w:b w:val="0"/>
          <w:i w:val="0"/>
          <w:sz w:val="21"/>
        </w:rPr>
        <w:t>$ 75 · 1.25 = $ 93.75。</w:t>
      </w:r>
    </w:p>
    <w:p>
      <w:pPr>
        <w:spacing w:before="0" w:after="80" w:line="300" w:lineRule="auto"/>
        <w:jc w:val="left"/>
      </w:pPr>
      <w:r>
        <w:rPr>
          <w:rFonts w:ascii="Times New Roman" w:hAnsi="Times New Roman" w:eastAsia="宋体"/>
          <w:b w:val="0"/>
          <w:i w:val="0"/>
          <w:sz w:val="21"/>
        </w:rPr>
        <w:t>CC 价值仍不变，所以最终顺序是</w:t>
      </w:r>
    </w:p>
    <w:p>
      <w:pPr>
        <w:spacing w:before="0" w:after="80" w:line="300" w:lineRule="auto"/>
        <w:jc w:val="left"/>
      </w:pPr>
      <w:r>
        <w:rPr>
          <w:rFonts w:ascii="Times New Roman" w:hAnsi="Times New Roman" w:eastAsia="宋体"/>
          <w:b w:val="0"/>
          <w:i w:val="0"/>
          <w:sz w:val="21"/>
        </w:rPr>
        <w:t>B &lt; A &lt; 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first year, AA’s stock’s worth goes up to</w:t>
      </w:r>
    </w:p>
    <w:p>
      <w:pPr>
        <w:spacing w:before="0" w:after="80" w:line="300" w:lineRule="auto"/>
        <w:jc w:val="left"/>
      </w:pPr>
      <w:r>
        <w:rPr>
          <w:rFonts w:ascii="Times New Roman" w:hAnsi="Times New Roman" w:eastAsia="宋体"/>
          <w:b w:val="0"/>
          <w:i w:val="0"/>
          <w:color w:val="333333"/>
          <w:sz w:val="19"/>
        </w:rPr>
        <w:t>$ 100 · 1.2 = $ 120</w:t>
      </w:r>
    </w:p>
    <w:p>
      <w:pPr>
        <w:spacing w:before="0" w:after="80" w:line="300" w:lineRule="auto"/>
        <w:jc w:val="left"/>
      </w:pPr>
      <w:r>
        <w:rPr>
          <w:rFonts w:ascii="Times New Roman" w:hAnsi="Times New Roman" w:eastAsia="宋体"/>
          <w:b w:val="0"/>
          <w:i w:val="0"/>
          <w:color w:val="333333"/>
          <w:sz w:val="19"/>
        </w:rPr>
        <w:t>and BB’s goes down to</w:t>
      </w:r>
    </w:p>
    <w:p>
      <w:pPr>
        <w:spacing w:before="0" w:after="80" w:line="300" w:lineRule="auto"/>
        <w:jc w:val="left"/>
      </w:pPr>
      <w:r>
        <w:rPr>
          <w:rFonts w:ascii="Times New Roman" w:hAnsi="Times New Roman" w:eastAsia="宋体"/>
          <w:b w:val="0"/>
          <w:i w:val="0"/>
          <w:color w:val="333333"/>
          <w:sz w:val="19"/>
        </w:rPr>
        <w:t>$ 100 · 0.75 = $ 75.</w:t>
      </w:r>
    </w:p>
    <w:p>
      <w:pPr>
        <w:spacing w:before="0" w:after="80" w:line="300" w:lineRule="auto"/>
        <w:jc w:val="left"/>
      </w:pPr>
      <w:r>
        <w:rPr>
          <w:rFonts w:ascii="Times New Roman" w:hAnsi="Times New Roman" w:eastAsia="宋体"/>
          <w:b w:val="0"/>
          <w:i w:val="0"/>
          <w:color w:val="333333"/>
          <w:sz w:val="19"/>
        </w:rPr>
        <w:t>After the second year, AA’s stock is worth</w:t>
      </w:r>
    </w:p>
    <w:p>
      <w:pPr>
        <w:spacing w:before="0" w:after="80" w:line="300" w:lineRule="auto"/>
        <w:jc w:val="left"/>
      </w:pPr>
      <w:r>
        <w:rPr>
          <w:rFonts w:ascii="Times New Roman" w:hAnsi="Times New Roman" w:eastAsia="宋体"/>
          <w:b w:val="0"/>
          <w:i w:val="0"/>
          <w:color w:val="333333"/>
          <w:sz w:val="19"/>
        </w:rPr>
        <w:t>$ 120 · 0.8 = $ 96</w:t>
      </w:r>
    </w:p>
    <w:p>
      <w:pPr>
        <w:spacing w:before="0" w:after="80" w:line="300" w:lineRule="auto"/>
        <w:jc w:val="left"/>
      </w:pPr>
      <w:r>
        <w:rPr>
          <w:rFonts w:ascii="Times New Roman" w:hAnsi="Times New Roman" w:eastAsia="宋体"/>
          <w:b w:val="0"/>
          <w:i w:val="0"/>
          <w:color w:val="333333"/>
          <w:sz w:val="19"/>
        </w:rPr>
        <w:t>and BB’s is worth</w:t>
      </w:r>
    </w:p>
    <w:p>
      <w:pPr>
        <w:spacing w:before="0" w:after="80" w:line="300" w:lineRule="auto"/>
        <w:jc w:val="left"/>
      </w:pPr>
      <w:r>
        <w:rPr>
          <w:rFonts w:ascii="Times New Roman" w:hAnsi="Times New Roman" w:eastAsia="宋体"/>
          <w:b w:val="0"/>
          <w:i w:val="0"/>
          <w:color w:val="333333"/>
          <w:sz w:val="19"/>
        </w:rPr>
        <w:t>$ 75 · 1.25 = $ 93.75.</w:t>
      </w:r>
    </w:p>
    <w:p>
      <w:pPr>
        <w:spacing w:before="0" w:after="80" w:line="300" w:lineRule="auto"/>
        <w:jc w:val="left"/>
      </w:pPr>
      <w:r>
        <w:rPr>
          <w:rFonts w:ascii="Times New Roman" w:hAnsi="Times New Roman" w:eastAsia="宋体"/>
          <w:b w:val="0"/>
          <w:i w:val="0"/>
          <w:color w:val="333333"/>
          <w:sz w:val="19"/>
        </w:rPr>
        <w:t>CC’s stock worth remains the same, so the ordering of the stock worths is now</w:t>
      </w:r>
    </w:p>
    <w:p>
      <w:pPr>
        <w:spacing w:before="0" w:after="80" w:line="300" w:lineRule="auto"/>
        <w:jc w:val="left"/>
      </w:pPr>
      <w:r>
        <w:rPr>
          <w:rFonts w:ascii="Times New Roman" w:hAnsi="Times New Roman" w:eastAsia="宋体"/>
          <w:b w:val="0"/>
          <w:i w:val="0"/>
          <w:color w:val="333333"/>
          <w:sz w:val="19"/>
        </w:rPr>
        <w:t>B &lt; A &lt; C.</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每个面有两条对角线，连接这个面上两对相对顶点。</w:t>
      </w:r>
    </w:p>
    <w:p>
      <w:pPr>
        <w:spacing w:before="0" w:after="80" w:line="300" w:lineRule="auto"/>
        <w:jc w:val="left"/>
      </w:pPr>
      <w:r>
        <w:rPr>
          <w:rFonts w:ascii="Times New Roman" w:hAnsi="Times New Roman" w:eastAsia="宋体"/>
          <w:b w:val="0"/>
          <w:i w:val="0"/>
          <w:sz w:val="21"/>
        </w:rPr>
        <w:t>另外，对于每个顶点，都有一个与它在立方体内部相对的顶点。</w:t>
      </w:r>
    </w:p>
    <w:p>
      <w:pPr>
        <w:spacing w:before="0" w:after="80" w:line="300" w:lineRule="auto"/>
        <w:jc w:val="left"/>
      </w:pPr>
      <w:r>
        <w:rPr>
          <w:rFonts w:ascii="Times New Roman" w:hAnsi="Times New Roman" w:eastAsia="宋体"/>
          <w:b w:val="0"/>
          <w:i w:val="0"/>
          <w:sz w:val="21"/>
        </w:rPr>
        <w:t>这样空间对角线共有 8 ÷ 2 = 4 条。</w:t>
      </w:r>
    </w:p>
    <w:p>
      <w:pPr>
        <w:spacing w:before="0" w:after="80" w:line="300" w:lineRule="auto"/>
        <w:jc w:val="left"/>
      </w:pPr>
      <w:r>
        <w:rPr>
          <w:rFonts w:ascii="Times New Roman" w:hAnsi="Times New Roman" w:eastAsia="宋体"/>
          <w:b w:val="0"/>
          <w:i w:val="0"/>
          <w:sz w:val="21"/>
        </w:rPr>
        <w:t>总对角线数为</w:t>
      </w:r>
    </w:p>
    <w:p>
      <w:pPr>
        <w:spacing w:before="0" w:after="80" w:line="300" w:lineRule="auto"/>
        <w:jc w:val="left"/>
      </w:pPr>
      <w:r>
        <w:rPr>
          <w:rFonts w:ascii="Times New Roman" w:hAnsi="Times New Roman" w:eastAsia="宋体"/>
          <w:b w:val="0"/>
          <w:i w:val="0"/>
          <w:sz w:val="21"/>
        </w:rPr>
        <w:t>6 · 2 + 4 = 12 + 4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has two diagonals connecting each of the two pairs of opposite vertices.</w:t>
      </w:r>
    </w:p>
    <w:p>
      <w:pPr>
        <w:spacing w:before="0" w:after="80" w:line="300" w:lineRule="auto"/>
        <w:jc w:val="left"/>
      </w:pPr>
      <w:r>
        <w:rPr>
          <w:rFonts w:ascii="Times New Roman" w:hAnsi="Times New Roman" w:eastAsia="宋体"/>
          <w:b w:val="0"/>
          <w:i w:val="0"/>
          <w:color w:val="333333"/>
          <w:sz w:val="19"/>
        </w:rPr>
        <w:t>Also, for each vertex, there is one corresponding vertex that lies opposite it on the cube.</w:t>
      </w:r>
    </w:p>
    <w:p>
      <w:pPr>
        <w:spacing w:before="0" w:after="80" w:line="300" w:lineRule="auto"/>
        <w:jc w:val="left"/>
      </w:pPr>
      <w:r>
        <w:rPr>
          <w:rFonts w:ascii="Times New Roman" w:hAnsi="Times New Roman" w:eastAsia="宋体"/>
          <w:b w:val="0"/>
          <w:i w:val="0"/>
          <w:color w:val="333333"/>
          <w:sz w:val="19"/>
        </w:rPr>
        <w:t>There are then 8 ÷ 2 = 4 interior space diagonals in the cube.</w:t>
      </w:r>
    </w:p>
    <w:p>
      <w:pPr>
        <w:spacing w:before="0" w:after="80" w:line="300" w:lineRule="auto"/>
        <w:jc w:val="left"/>
      </w:pPr>
      <w:r>
        <w:rPr>
          <w:rFonts w:ascii="Times New Roman" w:hAnsi="Times New Roman" w:eastAsia="宋体"/>
          <w:b w:val="0"/>
          <w:i w:val="0"/>
          <w:color w:val="333333"/>
          <w:sz w:val="19"/>
        </w:rPr>
        <w:t>The total number of diagonals is then</w:t>
      </w:r>
    </w:p>
    <w:p>
      <w:pPr>
        <w:spacing w:before="0" w:after="80" w:line="300" w:lineRule="auto"/>
        <w:jc w:val="left"/>
      </w:pPr>
      <w:r>
        <w:rPr>
          <w:rFonts w:ascii="Times New Roman" w:hAnsi="Times New Roman" w:eastAsia="宋体"/>
          <w:b w:val="0"/>
          <w:i w:val="0"/>
          <w:color w:val="333333"/>
          <w:sz w:val="19"/>
        </w:rPr>
        <w:t>6 · 2 + 4 = 12 + 4 =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原来每盒价格为</w:t>
      </w:r>
    </w:p>
    <w:p>
      <w:pPr>
        <w:spacing w:before="0" w:after="80" w:line="300" w:lineRule="auto"/>
        <w:jc w:val="left"/>
      </w:pPr>
      <w:r>
        <w:rPr>
          <w:rFonts w:ascii="Times New Roman" w:hAnsi="Times New Roman" w:eastAsia="宋体"/>
          <w:b w:val="0"/>
          <w:i w:val="0"/>
          <w:sz w:val="21"/>
        </w:rPr>
        <w:t>$ 5 ÷ 4 = $ 1.25。</w:t>
      </w:r>
    </w:p>
    <w:p>
      <w:pPr>
        <w:spacing w:before="0" w:after="80" w:line="300" w:lineRule="auto"/>
        <w:jc w:val="left"/>
      </w:pPr>
      <w:r>
        <w:rPr>
          <w:rFonts w:ascii="Times New Roman" w:hAnsi="Times New Roman" w:eastAsia="宋体"/>
          <w:b w:val="0"/>
          <w:i w:val="0"/>
          <w:sz w:val="21"/>
        </w:rPr>
        <w:t>现在每盒价格为</w:t>
      </w:r>
    </w:p>
    <w:p>
      <w:pPr>
        <w:spacing w:before="0" w:after="80" w:line="300" w:lineRule="auto"/>
        <w:jc w:val="left"/>
      </w:pPr>
      <w:r>
        <w:rPr>
          <w:rFonts w:ascii="Times New Roman" w:hAnsi="Times New Roman" w:eastAsia="宋体"/>
          <w:b w:val="0"/>
          <w:i w:val="0"/>
          <w:sz w:val="21"/>
        </w:rPr>
        <w:t>$ 4 ÷ 5 = $ 0.8。</w:t>
      </w:r>
    </w:p>
    <w:p>
      <w:pPr>
        <w:spacing w:before="0" w:after="80" w:line="300" w:lineRule="auto"/>
        <w:jc w:val="left"/>
      </w:pPr>
      <w:r>
        <w:rPr>
          <w:rFonts w:ascii="Times New Roman" w:hAnsi="Times New Roman" w:eastAsia="宋体"/>
          <w:b w:val="0"/>
          <w:i w:val="0"/>
          <w:sz w:val="21"/>
        </w:rPr>
        <w:t>下降百分比为</w:t>
      </w:r>
    </w:p>
    <w:p>
      <w:pPr>
        <w:spacing w:before="0" w:after="80" w:line="300" w:lineRule="auto"/>
        <w:jc w:val="left"/>
      </w:pPr>
      <w:r>
        <w:rPr>
          <w:rFonts w:ascii="Times New Roman" w:hAnsi="Times New Roman" w:eastAsia="宋体"/>
          <w:b w:val="0"/>
          <w:i w:val="0"/>
          <w:sz w:val="21"/>
        </w:rPr>
        <w:t>(1.25 - 0.8)/1.25 · 100 %</w:t>
      </w:r>
    </w:p>
    <w:p>
      <w:pPr>
        <w:spacing w:before="0" w:after="80" w:line="300" w:lineRule="auto"/>
        <w:jc w:val="left"/>
      </w:pPr>
      <w:r>
        <w:rPr>
          <w:rFonts w:ascii="Times New Roman" w:hAnsi="Times New Roman" w:eastAsia="宋体"/>
          <w:b w:val="0"/>
          <w:i w:val="0"/>
          <w:sz w:val="21"/>
        </w:rPr>
        <w:t>= 45/125 · 100 %</w:t>
      </w:r>
    </w:p>
    <w:p>
      <w:pPr>
        <w:spacing w:before="0" w:after="80" w:line="300" w:lineRule="auto"/>
        <w:jc w:val="left"/>
      </w:pPr>
      <w:r>
        <w:rPr>
          <w:rFonts w:ascii="Times New Roman" w:hAnsi="Times New Roman" w:eastAsia="宋体"/>
          <w:b w:val="0"/>
          <w:i w:val="0"/>
          <w:sz w:val="21"/>
        </w:rPr>
        <w:t>= 9/25 · 100 %</w:t>
      </w:r>
    </w:p>
    <w:p>
      <w:pPr>
        <w:spacing w:before="0" w:after="80" w:line="300" w:lineRule="auto"/>
        <w:jc w:val="left"/>
      </w:pPr>
      <w:r>
        <w:rPr>
          <w:rFonts w:ascii="Times New Roman" w:hAnsi="Times New Roman" w:eastAsia="宋体"/>
          <w:b w:val="0"/>
          <w:i w:val="0"/>
          <w:sz w:val="21"/>
        </w:rPr>
        <w:t>= 36 %</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Originally, each box is worth</w:t>
      </w:r>
    </w:p>
    <w:p>
      <w:pPr>
        <w:spacing w:before="0" w:after="80" w:line="300" w:lineRule="auto"/>
        <w:jc w:val="left"/>
      </w:pPr>
      <w:r>
        <w:rPr>
          <w:rFonts w:ascii="Times New Roman" w:hAnsi="Times New Roman" w:eastAsia="宋体"/>
          <w:b w:val="0"/>
          <w:i w:val="0"/>
          <w:color w:val="333333"/>
          <w:sz w:val="19"/>
        </w:rPr>
        <w:t>$ 5 ÷ 4 = $ 1.25.</w:t>
      </w:r>
    </w:p>
    <w:p>
      <w:pPr>
        <w:spacing w:before="0" w:after="80" w:line="300" w:lineRule="auto"/>
        <w:jc w:val="left"/>
      </w:pPr>
      <w:r>
        <w:rPr>
          <w:rFonts w:ascii="Times New Roman" w:hAnsi="Times New Roman" w:eastAsia="宋体"/>
          <w:b w:val="0"/>
          <w:i w:val="0"/>
          <w:color w:val="333333"/>
          <w:sz w:val="19"/>
        </w:rPr>
        <w:t>Now, each box is worth</w:t>
      </w:r>
    </w:p>
    <w:p>
      <w:pPr>
        <w:spacing w:before="0" w:after="80" w:line="300" w:lineRule="auto"/>
        <w:jc w:val="left"/>
      </w:pPr>
      <w:r>
        <w:rPr>
          <w:rFonts w:ascii="Times New Roman" w:hAnsi="Times New Roman" w:eastAsia="宋体"/>
          <w:b w:val="0"/>
          <w:i w:val="0"/>
          <w:color w:val="333333"/>
          <w:sz w:val="19"/>
        </w:rPr>
        <w:t>$ 4 ÷ 5 = $ 0.8.</w:t>
      </w:r>
    </w:p>
    <w:p>
      <w:pPr>
        <w:spacing w:before="0" w:after="80" w:line="300" w:lineRule="auto"/>
        <w:jc w:val="left"/>
      </w:pPr>
      <w:r>
        <w:rPr>
          <w:rFonts w:ascii="Times New Roman" w:hAnsi="Times New Roman" w:eastAsia="宋体"/>
          <w:b w:val="0"/>
          <w:i w:val="0"/>
          <w:color w:val="333333"/>
          <w:sz w:val="19"/>
        </w:rPr>
        <w:t>The percent decrease is then</w:t>
      </w:r>
    </w:p>
    <w:p>
      <w:pPr>
        <w:spacing w:before="0" w:after="80" w:line="300" w:lineRule="auto"/>
        <w:jc w:val="left"/>
      </w:pPr>
      <w:r>
        <w:rPr>
          <w:rFonts w:ascii="Times New Roman" w:hAnsi="Times New Roman" w:eastAsia="宋体"/>
          <w:b w:val="0"/>
          <w:i w:val="0"/>
          <w:color w:val="333333"/>
          <w:sz w:val="19"/>
        </w:rPr>
        <w:t>(1.25 - 0.8)/1.25 · 100 %</w:t>
      </w:r>
    </w:p>
    <w:p>
      <w:pPr>
        <w:spacing w:before="0" w:after="80" w:line="300" w:lineRule="auto"/>
        <w:jc w:val="left"/>
      </w:pPr>
      <w:r>
        <w:rPr>
          <w:rFonts w:ascii="Times New Roman" w:hAnsi="Times New Roman" w:eastAsia="宋体"/>
          <w:b w:val="0"/>
          <w:i w:val="0"/>
          <w:color w:val="333333"/>
          <w:sz w:val="19"/>
        </w:rPr>
        <w:t>= 45/125 · 100 %</w:t>
      </w:r>
    </w:p>
    <w:p>
      <w:pPr>
        <w:spacing w:before="0" w:after="80" w:line="300" w:lineRule="auto"/>
        <w:jc w:val="left"/>
      </w:pPr>
      <w:r>
        <w:rPr>
          <w:rFonts w:ascii="Times New Roman" w:hAnsi="Times New Roman" w:eastAsia="宋体"/>
          <w:b w:val="0"/>
          <w:i w:val="0"/>
          <w:color w:val="333333"/>
          <w:sz w:val="19"/>
        </w:rPr>
        <w:t>= 9/25 · 100 %</w:t>
      </w:r>
    </w:p>
    <w:p>
      <w:pPr>
        <w:spacing w:before="0" w:after="80" w:line="300" w:lineRule="auto"/>
        <w:jc w:val="left"/>
      </w:pPr>
      <w:r>
        <w:rPr>
          <w:rFonts w:ascii="Times New Roman" w:hAnsi="Times New Roman" w:eastAsia="宋体"/>
          <w:b w:val="0"/>
          <w:i w:val="0"/>
          <w:color w:val="333333"/>
          <w:sz w:val="19"/>
        </w:rPr>
        <w:t>= 36 %.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每个分数的分子都会与右边分数的分母约掉。</w:t>
      </w:r>
    </w:p>
    <w:p>
      <w:pPr>
        <w:spacing w:before="0" w:after="80" w:line="300" w:lineRule="auto"/>
        <w:jc w:val="left"/>
      </w:pPr>
      <w:r>
        <w:rPr>
          <w:rFonts w:ascii="Times New Roman" w:hAnsi="Times New Roman" w:eastAsia="宋体"/>
          <w:b w:val="0"/>
          <w:i w:val="0"/>
          <w:sz w:val="21"/>
        </w:rPr>
        <w:t>全部约分后得到</w:t>
      </w:r>
    </w:p>
    <w:p>
      <w:pPr>
        <w:spacing w:before="0" w:after="80" w:line="300" w:lineRule="auto"/>
        <w:jc w:val="left"/>
      </w:pPr>
      <w:r>
        <w:rPr>
          <w:rFonts w:ascii="Times New Roman" w:hAnsi="Times New Roman" w:eastAsia="宋体"/>
          <w:b w:val="0"/>
          <w:i w:val="0"/>
          <w:sz w:val="21"/>
        </w:rPr>
        <w:t>a/2 = 9 ⇒ a = 18 ⇒ b = 17。</w:t>
      </w:r>
    </w:p>
    <w:p>
      <w:pPr>
        <w:spacing w:before="0" w:after="80" w:line="300" w:lineRule="auto"/>
        <w:jc w:val="left"/>
      </w:pPr>
      <w:r>
        <w:rPr>
          <w:rFonts w:ascii="Times New Roman" w:hAnsi="Times New Roman" w:eastAsia="宋体"/>
          <w:b w:val="0"/>
          <w:i w:val="0"/>
          <w:sz w:val="21"/>
        </w:rPr>
        <w:t>所求和为</w:t>
      </w:r>
    </w:p>
    <w:p>
      <w:pPr>
        <w:spacing w:before="0" w:after="80" w:line="300" w:lineRule="auto"/>
        <w:jc w:val="left"/>
      </w:pPr>
      <w:r>
        <w:rPr>
          <w:rFonts w:ascii="Times New Roman" w:hAnsi="Times New Roman" w:eastAsia="宋体"/>
          <w:b w:val="0"/>
          <w:i w:val="0"/>
          <w:sz w:val="21"/>
        </w:rPr>
        <w:t>18 + 17 =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numerator of each fraction cancels with the denominator of the fraction to its right.</w:t>
      </w:r>
    </w:p>
    <w:p>
      <w:pPr>
        <w:spacing w:before="0" w:after="80" w:line="300" w:lineRule="auto"/>
        <w:jc w:val="left"/>
      </w:pPr>
      <w:r>
        <w:rPr>
          <w:rFonts w:ascii="Times New Roman" w:hAnsi="Times New Roman" w:eastAsia="宋体"/>
          <w:b w:val="0"/>
          <w:i w:val="0"/>
          <w:color w:val="333333"/>
          <w:sz w:val="19"/>
        </w:rPr>
        <w:t>We can then cancel out all these terms to get a final equation of</w:t>
      </w:r>
    </w:p>
    <w:p>
      <w:pPr>
        <w:spacing w:before="0" w:after="80" w:line="300" w:lineRule="auto"/>
        <w:jc w:val="left"/>
      </w:pPr>
      <w:r>
        <w:rPr>
          <w:rFonts w:ascii="Times New Roman" w:hAnsi="Times New Roman" w:eastAsia="宋体"/>
          <w:b w:val="0"/>
          <w:i w:val="0"/>
          <w:color w:val="333333"/>
          <w:sz w:val="19"/>
        </w:rPr>
        <w:t>a/2 = 9 ⇒ a = 18 ⇒ b = 17.</w:t>
      </w:r>
    </w:p>
    <w:p>
      <w:pPr>
        <w:spacing w:before="0" w:after="80" w:line="300" w:lineRule="auto"/>
        <w:jc w:val="left"/>
      </w:pPr>
      <w:r>
        <w:rPr>
          <w:rFonts w:ascii="Times New Roman" w:hAnsi="Times New Roman" w:eastAsia="宋体"/>
          <w:b w:val="0"/>
          <w:i w:val="0"/>
          <w:color w:val="333333"/>
          <w:sz w:val="19"/>
        </w:rPr>
        <w:t>The desired sum is then</w:t>
      </w:r>
    </w:p>
    <w:p>
      <w:pPr>
        <w:spacing w:before="0" w:after="80" w:line="300" w:lineRule="auto"/>
        <w:jc w:val="left"/>
      </w:pPr>
      <w:r>
        <w:rPr>
          <w:rFonts w:ascii="Times New Roman" w:hAnsi="Times New Roman" w:eastAsia="宋体"/>
          <w:b w:val="0"/>
          <w:i w:val="0"/>
          <w:color w:val="333333"/>
          <w:sz w:val="19"/>
        </w:rPr>
        <w:t>18 + 17 = 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按第一颗骰子的点数分类。如果点数为 1、2、3 或 4，乘积不可能大于 36。</w:t>
      </w:r>
    </w:p>
    <w:p>
      <w:pPr>
        <w:spacing w:before="0" w:after="80" w:line="300" w:lineRule="auto"/>
        <w:jc w:val="left"/>
      </w:pPr>
      <w:r>
        <w:rPr>
          <w:rFonts w:ascii="Times New Roman" w:hAnsi="Times New Roman" w:eastAsia="宋体"/>
          <w:b w:val="0"/>
          <w:i w:val="0"/>
          <w:sz w:val="21"/>
        </w:rPr>
        <w:t>如果点数是 5，另一颗必须掷出 8，否则乘积小于 36。</w:t>
      </w:r>
    </w:p>
    <w:p>
      <w:pPr>
        <w:spacing w:before="0" w:after="80" w:line="300" w:lineRule="auto"/>
        <w:jc w:val="left"/>
      </w:pPr>
      <w:r>
        <w:rPr>
          <w:rFonts w:ascii="Times New Roman" w:hAnsi="Times New Roman" w:eastAsia="宋体"/>
          <w:b w:val="0"/>
          <w:i w:val="0"/>
          <w:sz w:val="21"/>
        </w:rPr>
        <w:t>如果第一颗是 6，另一颗必须是 7 或 8，有 2 种可能。如果第一颗是 7，另一颗必须是 6、7 或 8，有 3 种可能。</w:t>
      </w:r>
    </w:p>
    <w:p>
      <w:pPr>
        <w:spacing w:before="0" w:after="80" w:line="300" w:lineRule="auto"/>
        <w:jc w:val="left"/>
      </w:pPr>
      <w:r>
        <w:rPr>
          <w:rFonts w:ascii="Times New Roman" w:hAnsi="Times New Roman" w:eastAsia="宋体"/>
          <w:b w:val="0"/>
          <w:i w:val="0"/>
          <w:sz w:val="21"/>
        </w:rPr>
        <w:t>最后，如果第一颗掷出 8，另一颗可以是 5、6、7 或 8，又有 4 种可能。</w:t>
      </w:r>
    </w:p>
    <w:p>
      <w:pPr>
        <w:spacing w:before="0" w:after="80" w:line="300" w:lineRule="auto"/>
        <w:jc w:val="left"/>
      </w:pPr>
      <w:r>
        <w:rPr>
          <w:rFonts w:ascii="Times New Roman" w:hAnsi="Times New Roman" w:eastAsia="宋体"/>
          <w:b w:val="0"/>
          <w:i w:val="0"/>
          <w:sz w:val="21"/>
        </w:rPr>
        <w:t>有利结果共有</w:t>
      </w:r>
    </w:p>
    <w:p>
      <w:pPr>
        <w:spacing w:before="0" w:after="80" w:line="300" w:lineRule="auto"/>
        <w:jc w:val="left"/>
      </w:pPr>
      <w:r>
        <w:rPr>
          <w:rFonts w:ascii="Times New Roman" w:hAnsi="Times New Roman" w:eastAsia="宋体"/>
          <w:b w:val="0"/>
          <w:i w:val="0"/>
          <w:sz w:val="21"/>
        </w:rPr>
        <w:t>1 + 2 + 3 + 4 = 10</w:t>
      </w:r>
    </w:p>
    <w:p>
      <w:pPr>
        <w:spacing w:before="0" w:after="80" w:line="300" w:lineRule="auto"/>
        <w:jc w:val="left"/>
      </w:pPr>
      <w:r>
        <w:rPr>
          <w:rFonts w:ascii="Times New Roman" w:hAnsi="Times New Roman" w:eastAsia="宋体"/>
          <w:b w:val="0"/>
          <w:i w:val="0"/>
          <w:sz w:val="21"/>
        </w:rPr>
        <w:t>种，总结果数是 8² = 64，所以概率为</w:t>
      </w:r>
    </w:p>
    <w:p>
      <w:pPr>
        <w:spacing w:before="0" w:after="80" w:line="300" w:lineRule="auto"/>
        <w:jc w:val="left"/>
      </w:pPr>
      <w:r>
        <w:rPr>
          <w:rFonts w:ascii="Times New Roman" w:hAnsi="Times New Roman" w:eastAsia="宋体"/>
          <w:b w:val="0"/>
          <w:i w:val="0"/>
          <w:sz w:val="21"/>
        </w:rPr>
        <w:t>10/64 = 5/32。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case on the value of the first die. If its value is 1, 2, 3, or 4, then it is impossible for the product to be greater than 36.</w:t>
      </w:r>
    </w:p>
    <w:p>
      <w:pPr>
        <w:spacing w:before="0" w:after="80" w:line="300" w:lineRule="auto"/>
        <w:jc w:val="left"/>
      </w:pPr>
      <w:r>
        <w:rPr>
          <w:rFonts w:ascii="Times New Roman" w:hAnsi="Times New Roman" w:eastAsia="宋体"/>
          <w:b w:val="0"/>
          <w:i w:val="0"/>
          <w:color w:val="333333"/>
          <w:sz w:val="19"/>
        </w:rPr>
        <w:t>If it is a 5, then the other die has to roll an 8, otherwise the product is less than 36.</w:t>
      </w:r>
    </w:p>
    <w:p>
      <w:pPr>
        <w:spacing w:before="0" w:after="80" w:line="300" w:lineRule="auto"/>
        <w:jc w:val="left"/>
      </w:pPr>
      <w:r>
        <w:rPr>
          <w:rFonts w:ascii="Times New Roman" w:hAnsi="Times New Roman" w:eastAsia="宋体"/>
          <w:b w:val="0"/>
          <w:i w:val="0"/>
          <w:color w:val="333333"/>
          <w:sz w:val="19"/>
        </w:rPr>
        <w:t>If the first die is a 6, then the other die must be 7 or 8, giving 2 possibilities. If the first die is a 7, then the other die must be 6, 7, or 8, giving 3 possibilities.</w:t>
      </w:r>
    </w:p>
    <w:p>
      <w:pPr>
        <w:spacing w:before="0" w:after="80" w:line="300" w:lineRule="auto"/>
        <w:jc w:val="left"/>
      </w:pPr>
      <w:r>
        <w:rPr>
          <w:rFonts w:ascii="Times New Roman" w:hAnsi="Times New Roman" w:eastAsia="宋体"/>
          <w:b w:val="0"/>
          <w:i w:val="0"/>
          <w:color w:val="333333"/>
          <w:sz w:val="19"/>
        </w:rPr>
        <w:t>Finally, if the first roll is an 8, the other die can be 5, 6, 7, or 8, giving 4 more possibilities.</w:t>
      </w:r>
    </w:p>
    <w:p>
      <w:pPr>
        <w:spacing w:before="0" w:after="80" w:line="300" w:lineRule="auto"/>
        <w:jc w:val="left"/>
      </w:pPr>
      <w:r>
        <w:rPr>
          <w:rFonts w:ascii="Times New Roman" w:hAnsi="Times New Roman" w:eastAsia="宋体"/>
          <w:b w:val="0"/>
          <w:i w:val="0"/>
          <w:color w:val="333333"/>
          <w:sz w:val="19"/>
        </w:rPr>
        <w:t>The total number of working pairs is</w:t>
      </w:r>
    </w:p>
    <w:p>
      <w:pPr>
        <w:spacing w:before="0" w:after="80" w:line="300" w:lineRule="auto"/>
        <w:jc w:val="left"/>
      </w:pPr>
      <w:r>
        <w:rPr>
          <w:rFonts w:ascii="Times New Roman" w:hAnsi="Times New Roman" w:eastAsia="宋体"/>
          <w:b w:val="0"/>
          <w:i w:val="0"/>
          <w:color w:val="333333"/>
          <w:sz w:val="19"/>
        </w:rPr>
        <w:t>1 + 2 + 3 + 4 = 10,</w:t>
      </w:r>
    </w:p>
    <w:p>
      <w:pPr>
        <w:spacing w:before="0" w:after="80" w:line="300" w:lineRule="auto"/>
        <w:jc w:val="left"/>
      </w:pPr>
      <w:r>
        <w:rPr>
          <w:rFonts w:ascii="Times New Roman" w:hAnsi="Times New Roman" w:eastAsia="宋体"/>
          <w:b w:val="0"/>
          <w:i w:val="0"/>
          <w:color w:val="333333"/>
          <w:sz w:val="19"/>
        </w:rPr>
        <w:t>and the total number of pairs is 8² = 64. The desired probability is then</w:t>
      </w:r>
    </w:p>
    <w:p>
      <w:pPr>
        <w:spacing w:before="0" w:after="80" w:line="300" w:lineRule="auto"/>
        <w:jc w:val="left"/>
      </w:pPr>
      <w:r>
        <w:rPr>
          <w:rFonts w:ascii="Times New Roman" w:hAnsi="Times New Roman" w:eastAsia="宋体"/>
          <w:b w:val="0"/>
          <w:i w:val="0"/>
          <w:color w:val="333333"/>
          <w:sz w:val="19"/>
        </w:rPr>
        <w:t>10/64 = 5/32.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任意两个角立方体之间都有一个单位立方体隔开，所以去掉一个角不会影响其他角。</w:t>
      </w:r>
    </w:p>
    <w:p>
      <w:pPr>
        <w:spacing w:before="0" w:after="80" w:line="300" w:lineRule="auto"/>
        <w:jc w:val="left"/>
      </w:pPr>
      <w:r>
        <w:rPr>
          <w:rFonts w:ascii="Times New Roman" w:hAnsi="Times New Roman" w:eastAsia="宋体"/>
          <w:b w:val="0"/>
          <w:i w:val="0"/>
          <w:sz w:val="21"/>
        </w:rPr>
        <w:t>去掉一个角时，失去三个单位正方形表面，但也露出三个新的单位正方形表面。</w:t>
      </w:r>
    </w:p>
    <w:p>
      <w:pPr>
        <w:spacing w:before="0" w:after="80" w:line="300" w:lineRule="auto"/>
        <w:jc w:val="left"/>
      </w:pPr>
      <w:r>
        <w:rPr>
          <w:rFonts w:ascii="Times New Roman" w:hAnsi="Times New Roman" w:eastAsia="宋体"/>
          <w:b w:val="0"/>
          <w:i w:val="0"/>
          <w:sz w:val="21"/>
        </w:rPr>
        <w:t>因此去掉角立方体不改变表面积。原立方体表面积为</w:t>
      </w:r>
    </w:p>
    <w:p>
      <w:pPr>
        <w:spacing w:before="0" w:after="80" w:line="300" w:lineRule="auto"/>
        <w:jc w:val="left"/>
      </w:pPr>
      <w:r>
        <w:rPr>
          <w:rFonts w:ascii="Times New Roman" w:hAnsi="Times New Roman" w:eastAsia="宋体"/>
          <w:b w:val="0"/>
          <w:i w:val="0"/>
          <w:sz w:val="21"/>
        </w:rPr>
        <w:t>6 · 3² = 6 · 9 = 54</w:t>
      </w:r>
    </w:p>
    <w:p>
      <w:pPr>
        <w:spacing w:before="0" w:after="80" w:line="300" w:lineRule="auto"/>
        <w:jc w:val="left"/>
      </w:pPr>
      <w:r>
        <w:rPr>
          <w:rFonts w:ascii="Times New Roman" w:hAnsi="Times New Roman" w:eastAsia="宋体"/>
          <w:b w:val="0"/>
          <w:i w:val="0"/>
          <w:sz w:val="21"/>
        </w:rPr>
        <w:t>平方厘米。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there is one unit cube between any pair of corner cubes, so the removal of each does not affect the others.</w:t>
      </w:r>
    </w:p>
    <w:p>
      <w:pPr>
        <w:spacing w:before="0" w:after="80" w:line="300" w:lineRule="auto"/>
        <w:jc w:val="left"/>
      </w:pPr>
      <w:r>
        <w:rPr>
          <w:rFonts w:ascii="Times New Roman" w:hAnsi="Times New Roman" w:eastAsia="宋体"/>
          <w:b w:val="0"/>
          <w:i w:val="0"/>
          <w:color w:val="333333"/>
          <w:sz w:val="19"/>
        </w:rPr>
        <w:t>When we remove a corner, we are losing three unit squares. We, however, gain these back from the three faces that get uncovered.</w:t>
      </w:r>
    </w:p>
    <w:p>
      <w:pPr>
        <w:spacing w:before="0" w:after="80" w:line="300" w:lineRule="auto"/>
        <w:jc w:val="left"/>
      </w:pPr>
      <w:r>
        <w:rPr>
          <w:rFonts w:ascii="Times New Roman" w:hAnsi="Times New Roman" w:eastAsia="宋体"/>
          <w:b w:val="0"/>
          <w:i w:val="0"/>
          <w:color w:val="333333"/>
          <w:sz w:val="19"/>
        </w:rPr>
        <w:t>This means that removing a corner cube does not change the surface area. The surface area of the original cube is</w:t>
      </w:r>
    </w:p>
    <w:p>
      <w:pPr>
        <w:spacing w:before="0" w:after="80" w:line="300" w:lineRule="auto"/>
        <w:jc w:val="left"/>
      </w:pPr>
      <w:r>
        <w:rPr>
          <w:rFonts w:ascii="Times New Roman" w:hAnsi="Times New Roman" w:eastAsia="宋体"/>
          <w:b w:val="0"/>
          <w:i w:val="0"/>
          <w:color w:val="333333"/>
          <w:sz w:val="19"/>
        </w:rPr>
        <w:t>6 · 3² = 6 · 9 = 54</w:t>
      </w:r>
    </w:p>
    <w:p>
      <w:pPr>
        <w:spacing w:before="0" w:after="80" w:line="300" w:lineRule="auto"/>
        <w:jc w:val="left"/>
      </w:pPr>
      <w:r>
        <w:rPr>
          <w:rFonts w:ascii="Times New Roman" w:hAnsi="Times New Roman" w:eastAsia="宋体"/>
          <w:b w:val="0"/>
          <w:i w:val="0"/>
          <w:color w:val="333333"/>
          <w:sz w:val="19"/>
        </w:rPr>
        <w:t>square centimeters.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两英寸立方体由 2³ = 8 个单位立方体组成。每个单位立方体价值</w:t>
      </w:r>
    </w:p>
    <w:p>
      <w:pPr>
        <w:spacing w:before="0" w:after="80" w:line="300" w:lineRule="auto"/>
        <w:jc w:val="left"/>
      </w:pPr>
      <w:r>
        <w:rPr>
          <w:rFonts w:ascii="Times New Roman" w:hAnsi="Times New Roman" w:eastAsia="宋体"/>
          <w:b w:val="0"/>
          <w:i w:val="0"/>
          <w:sz w:val="21"/>
        </w:rPr>
        <w:t>200 ÷ 8 = 25</w:t>
      </w:r>
    </w:p>
    <w:p>
      <w:pPr>
        <w:spacing w:before="0" w:after="80" w:line="300" w:lineRule="auto"/>
        <w:jc w:val="left"/>
      </w:pPr>
      <w:r>
        <w:rPr>
          <w:rFonts w:ascii="Times New Roman" w:hAnsi="Times New Roman" w:eastAsia="宋体"/>
          <w:b w:val="0"/>
          <w:i w:val="0"/>
          <w:sz w:val="21"/>
        </w:rPr>
        <w:t>美元。三英寸立方体需要 3³ = 27 个单位立方体，所以价值</w:t>
      </w:r>
    </w:p>
    <w:p>
      <w:pPr>
        <w:spacing w:before="0" w:after="80" w:line="300" w:lineRule="auto"/>
        <w:jc w:val="left"/>
      </w:pPr>
      <w:r>
        <w:rPr>
          <w:rFonts w:ascii="Times New Roman" w:hAnsi="Times New Roman" w:eastAsia="宋体"/>
          <w:b w:val="0"/>
          <w:i w:val="0"/>
          <w:sz w:val="21"/>
        </w:rPr>
        <w:t>25 · 27 = 675</w:t>
      </w:r>
    </w:p>
    <w:p>
      <w:pPr>
        <w:spacing w:before="0" w:after="80" w:line="300" w:lineRule="auto"/>
        <w:jc w:val="left"/>
      </w:pPr>
      <w:r>
        <w:rPr>
          <w:rFonts w:ascii="Times New Roman" w:hAnsi="Times New Roman" w:eastAsia="宋体"/>
          <w:b w:val="0"/>
          <w:i w:val="0"/>
          <w:sz w:val="21"/>
        </w:rPr>
        <w:t>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two-inch cube consists of 2³ = 8 unit cubes. Each of these unit cubes is worth</w:t>
      </w:r>
    </w:p>
    <w:p>
      <w:pPr>
        <w:spacing w:before="0" w:after="80" w:line="300" w:lineRule="auto"/>
        <w:jc w:val="left"/>
      </w:pPr>
      <w:r>
        <w:rPr>
          <w:rFonts w:ascii="Times New Roman" w:hAnsi="Times New Roman" w:eastAsia="宋体"/>
          <w:b w:val="0"/>
          <w:i w:val="0"/>
          <w:color w:val="333333"/>
          <w:sz w:val="19"/>
        </w:rPr>
        <w:t>200 ÷ 8 = 25</w:t>
      </w:r>
    </w:p>
    <w:p>
      <w:pPr>
        <w:spacing w:before="0" w:after="80" w:line="300" w:lineRule="auto"/>
        <w:jc w:val="left"/>
      </w:pPr>
      <w:r>
        <w:rPr>
          <w:rFonts w:ascii="Times New Roman" w:hAnsi="Times New Roman" w:eastAsia="宋体"/>
          <w:b w:val="0"/>
          <w:i w:val="0"/>
          <w:color w:val="333333"/>
          <w:sz w:val="19"/>
        </w:rPr>
        <w:t>dollars. To form a three-inch cube, you need 3³ = 27 unit cubes. This means that it is worth</w:t>
      </w:r>
    </w:p>
    <w:p>
      <w:pPr>
        <w:spacing w:before="0" w:after="80" w:line="300" w:lineRule="auto"/>
        <w:jc w:val="left"/>
      </w:pPr>
      <w:r>
        <w:rPr>
          <w:rFonts w:ascii="Times New Roman" w:hAnsi="Times New Roman" w:eastAsia="宋体"/>
          <w:b w:val="0"/>
          <w:i w:val="0"/>
          <w:color w:val="333333"/>
          <w:sz w:val="19"/>
        </w:rPr>
        <w:t>25 · 27 = 675</w:t>
      </w:r>
    </w:p>
    <w:p>
      <w:pPr>
        <w:spacing w:before="0" w:after="80" w:line="300" w:lineRule="auto"/>
        <w:jc w:val="left"/>
      </w:pPr>
      <w:r>
        <w:rPr>
          <w:rFonts w:ascii="Times New Roman" w:hAnsi="Times New Roman" w:eastAsia="宋体"/>
          <w:b w:val="0"/>
          <w:i w:val="0"/>
          <w:color w:val="333333"/>
          <w:sz w:val="19"/>
        </w:rPr>
        <w:t>dollars.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如果这个数有五位，最小的递增正数字会使平方和为 1²+2²+3²+4²+5²=55，已经太大。因此最大的有效数最多有四位。</w:t>
      </w:r>
    </w:p>
    <w:p>
      <w:pPr>
        <w:spacing w:before="0" w:after="80" w:line="300" w:lineRule="auto"/>
        <w:jc w:val="left"/>
      </w:pPr>
      <w:r>
        <w:rPr>
          <w:rFonts w:ascii="Times New Roman" w:hAnsi="Times New Roman" w:eastAsia="宋体"/>
          <w:b w:val="0"/>
          <w:i w:val="0"/>
          <w:sz w:val="21"/>
        </w:rPr>
        <w:t>对于四位数 abcd，其中 050。</w:t>
      </w:r>
    </w:p>
    <w:p>
      <w:pPr>
        <w:spacing w:before="0" w:after="80" w:line="300" w:lineRule="auto"/>
        <w:jc w:val="left"/>
      </w:pPr>
      <w:r>
        <w:rPr>
          <w:rFonts w:ascii="Times New Roman" w:hAnsi="Times New Roman" w:eastAsia="宋体"/>
          <w:b w:val="0"/>
          <w:i w:val="0"/>
          <w:sz w:val="21"/>
        </w:rPr>
        <w:t>尝试 d=6，其余数字的平方和必须是 50-36=14，而 1²+2²+3²=14。这给出有效数 1236。</w:t>
      </w:r>
    </w:p>
    <w:p>
      <w:pPr>
        <w:spacing w:before="0" w:after="80" w:line="300" w:lineRule="auto"/>
        <w:jc w:val="left"/>
      </w:pPr>
      <w:r>
        <w:rPr>
          <w:rFonts w:ascii="Times New Roman" w:hAnsi="Times New Roman" w:eastAsia="宋体"/>
          <w:b w:val="0"/>
          <w:i w:val="0"/>
          <w:sz w:val="21"/>
        </w:rPr>
        <w:t>任何以 5 或更小数字结尾的数都小于 1236，所以最大的有效整数是 1236。</w:t>
      </w:r>
    </w:p>
    <w:p>
      <w:pPr>
        <w:spacing w:before="0" w:after="80" w:line="300" w:lineRule="auto"/>
        <w:jc w:val="left"/>
      </w:pPr>
      <w:r>
        <w:rPr>
          <w:rFonts w:ascii="Times New Roman" w:hAnsi="Times New Roman" w:eastAsia="宋体"/>
          <w:b w:val="0"/>
          <w:i w:val="0"/>
          <w:sz w:val="21"/>
        </w:rPr>
        <w:t>它的各位数字乘积为 1·2·3·6=36。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 had five digits, the smallest possible increasing positive digits would give square-sum 1²+2²+3²+4²+5²=55, already too large. So the largest valid number has at most four digits.</w:t>
      </w:r>
    </w:p>
    <w:p>
      <w:pPr>
        <w:spacing w:before="0" w:after="80" w:line="300" w:lineRule="auto"/>
        <w:jc w:val="left"/>
      </w:pPr>
      <w:r>
        <w:rPr>
          <w:rFonts w:ascii="Times New Roman" w:hAnsi="Times New Roman" w:eastAsia="宋体"/>
          <w:b w:val="0"/>
          <w:i w:val="0"/>
          <w:color w:val="333333"/>
          <w:sz w:val="19"/>
        </w:rPr>
        <w:t>For a four-digit number abcd with 050.</w:t>
      </w:r>
    </w:p>
    <w:p>
      <w:pPr>
        <w:spacing w:before="0" w:after="80" w:line="300" w:lineRule="auto"/>
        <w:jc w:val="left"/>
      </w:pPr>
      <w:r>
        <w:rPr>
          <w:rFonts w:ascii="Times New Roman" w:hAnsi="Times New Roman" w:eastAsia="宋体"/>
          <w:b w:val="0"/>
          <w:i w:val="0"/>
          <w:color w:val="333333"/>
          <w:sz w:val="19"/>
        </w:rPr>
        <w:t>Trying d=6, the remaining squares must sum to 50-36=14, and 1²+2²+3²=14. This gives the valid number 1236.</w:t>
      </w:r>
    </w:p>
    <w:p>
      <w:pPr>
        <w:spacing w:before="0" w:after="80" w:line="300" w:lineRule="auto"/>
        <w:jc w:val="left"/>
      </w:pPr>
      <w:r>
        <w:rPr>
          <w:rFonts w:ascii="Times New Roman" w:hAnsi="Times New Roman" w:eastAsia="宋体"/>
          <w:b w:val="0"/>
          <w:i w:val="0"/>
          <w:color w:val="333333"/>
          <w:sz w:val="19"/>
        </w:rPr>
        <w:t>Any number ending with 5 or less is smaller than 1236, so the largest valid integer is 1236.</w:t>
      </w:r>
    </w:p>
    <w:p>
      <w:pPr>
        <w:spacing w:before="0" w:after="80" w:line="300" w:lineRule="auto"/>
        <w:jc w:val="left"/>
      </w:pPr>
      <w:r>
        <w:rPr>
          <w:rFonts w:ascii="Times New Roman" w:hAnsi="Times New Roman" w:eastAsia="宋体"/>
          <w:b w:val="0"/>
          <w:i w:val="0"/>
          <w:color w:val="333333"/>
          <w:sz w:val="19"/>
        </w:rPr>
        <w:t>The product of its digits is 1·2·3·6=36.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取 AE=10，使 AC=4、CE=6。大半圆半径为 5，面积为 25π/2。</w:t>
      </w:r>
    </w:p>
    <w:p>
      <w:pPr>
        <w:spacing w:before="0" w:after="80" w:line="300" w:lineRule="auto"/>
        <w:jc w:val="left"/>
      </w:pPr>
      <w:r>
        <w:rPr>
          <w:rFonts w:ascii="Times New Roman" w:hAnsi="Times New Roman" w:eastAsia="宋体"/>
          <w:b w:val="0"/>
          <w:i w:val="0"/>
          <w:sz w:val="21"/>
        </w:rPr>
        <w:t>以 AC 为直径的半圆半径为 2，面积为 2π；以 CE 为直径的半圆半径为 3，面积为 9π/2。</w:t>
      </w:r>
    </w:p>
    <w:p>
      <w:pPr>
        <w:spacing w:before="0" w:after="80" w:line="300" w:lineRule="auto"/>
        <w:jc w:val="left"/>
      </w:pPr>
      <w:r>
        <w:rPr>
          <w:rFonts w:ascii="Times New Roman" w:hAnsi="Times New Roman" w:eastAsia="宋体"/>
          <w:b w:val="0"/>
          <w:i w:val="0"/>
          <w:sz w:val="21"/>
        </w:rPr>
        <w:t>上方阴影区域面积为</w:t>
      </w:r>
    </w:p>
    <w:p>
      <w:pPr>
        <w:spacing w:before="0" w:after="80" w:line="300" w:lineRule="auto"/>
        <w:jc w:val="left"/>
      </w:pPr>
      <w:r>
        <w:rPr>
          <w:rFonts w:ascii="Times New Roman" w:hAnsi="Times New Roman" w:eastAsia="宋体"/>
          <w:b w:val="0"/>
          <w:i w:val="0"/>
          <w:sz w:val="21"/>
        </w:rPr>
        <w:t>25π/2-2π+9π/2=15π。</w:t>
      </w:r>
    </w:p>
    <w:p>
      <w:pPr>
        <w:spacing w:before="0" w:after="80" w:line="300" w:lineRule="auto"/>
        <w:jc w:val="left"/>
      </w:pPr>
      <w:r>
        <w:rPr>
          <w:rFonts w:ascii="Times New Roman" w:hAnsi="Times New Roman" w:eastAsia="宋体"/>
          <w:b w:val="0"/>
          <w:i w:val="0"/>
          <w:sz w:val="21"/>
        </w:rPr>
        <w:t>整个圆面积为 25π，所以下方区域面积为 25π-15π=10π。</w:t>
      </w:r>
    </w:p>
    <w:p>
      <w:pPr>
        <w:spacing w:before="0" w:after="80" w:line="300" w:lineRule="auto"/>
        <w:jc w:val="left"/>
      </w:pPr>
      <w:r>
        <w:rPr>
          <w:rFonts w:ascii="Times New Roman" w:hAnsi="Times New Roman" w:eastAsia="宋体"/>
          <w:b w:val="0"/>
          <w:i w:val="0"/>
          <w:sz w:val="21"/>
        </w:rPr>
        <w:t>所求比为 15π:10π=3:2。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AE=10 so that AC=4 and CE=6. The large semicircle has radius 5, so its area is 25π/2.</w:t>
      </w:r>
    </w:p>
    <w:p>
      <w:pPr>
        <w:spacing w:before="0" w:after="80" w:line="300" w:lineRule="auto"/>
        <w:jc w:val="left"/>
      </w:pPr>
      <w:r>
        <w:rPr>
          <w:rFonts w:ascii="Times New Roman" w:hAnsi="Times New Roman" w:eastAsia="宋体"/>
          <w:b w:val="0"/>
          <w:i w:val="0"/>
          <w:color w:val="333333"/>
          <w:sz w:val="19"/>
        </w:rPr>
        <w:t>The semicircle on AC has radius 2 and area 2π, while the semicircle on CE has radius 3 and area 9π/2.</w:t>
      </w:r>
    </w:p>
    <w:p>
      <w:pPr>
        <w:spacing w:before="0" w:after="80" w:line="300" w:lineRule="auto"/>
        <w:jc w:val="left"/>
      </w:pPr>
      <w:r>
        <w:rPr>
          <w:rFonts w:ascii="Times New Roman" w:hAnsi="Times New Roman" w:eastAsia="宋体"/>
          <w:b w:val="0"/>
          <w:i w:val="0"/>
          <w:color w:val="333333"/>
          <w:sz w:val="19"/>
        </w:rPr>
        <w:t>The upper shaded region has area</w:t>
      </w:r>
    </w:p>
    <w:p>
      <w:pPr>
        <w:spacing w:before="0" w:after="80" w:line="300" w:lineRule="auto"/>
        <w:jc w:val="left"/>
      </w:pPr>
      <w:r>
        <w:rPr>
          <w:rFonts w:ascii="Times New Roman" w:hAnsi="Times New Roman" w:eastAsia="宋体"/>
          <w:b w:val="0"/>
          <w:i w:val="0"/>
          <w:color w:val="333333"/>
          <w:sz w:val="19"/>
        </w:rPr>
        <w:t>25π/2-2π+9π/2=15π.</w:t>
      </w:r>
    </w:p>
    <w:p>
      <w:pPr>
        <w:spacing w:before="0" w:after="80" w:line="300" w:lineRule="auto"/>
        <w:jc w:val="left"/>
      </w:pPr>
      <w:r>
        <w:rPr>
          <w:rFonts w:ascii="Times New Roman" w:hAnsi="Times New Roman" w:eastAsia="宋体"/>
          <w:b w:val="0"/>
          <w:i w:val="0"/>
          <w:color w:val="333333"/>
          <w:sz w:val="19"/>
        </w:rPr>
        <w:t>The whole circle has area 25π, so the lower region has area 25π-15π=10π.</w:t>
      </w:r>
    </w:p>
    <w:p>
      <w:pPr>
        <w:spacing w:before="0" w:after="80" w:line="300" w:lineRule="auto"/>
        <w:jc w:val="left"/>
      </w:pPr>
      <w:r>
        <w:rPr>
          <w:rFonts w:ascii="Times New Roman" w:hAnsi="Times New Roman" w:eastAsia="宋体"/>
          <w:b w:val="0"/>
          <w:i w:val="0"/>
          <w:color w:val="333333"/>
          <w:sz w:val="19"/>
        </w:rPr>
        <w:t>The desired ratio is 15π:10π=3:2.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我们只关心个位数字，所以十位数字不重要。</w:t>
      </w:r>
    </w:p>
    <w:p>
      <w:pPr>
        <w:spacing w:before="0" w:after="80" w:line="300" w:lineRule="auto"/>
        <w:jc w:val="left"/>
      </w:pPr>
      <w:r>
        <w:rPr>
          <w:rFonts w:ascii="Times New Roman" w:hAnsi="Times New Roman" w:eastAsia="宋体"/>
          <w:b w:val="0"/>
          <w:i w:val="0"/>
          <w:sz w:val="21"/>
        </w:rPr>
        <w:t>因数的个位可以分成 10 组，每组个位乘积为</w:t>
      </w:r>
    </w:p>
    <w:p>
      <w:pPr>
        <w:spacing w:before="0" w:after="80" w:line="300" w:lineRule="auto"/>
        <w:jc w:val="left"/>
      </w:pPr>
      <w:r>
        <w:rPr>
          <w:rFonts w:ascii="Times New Roman" w:hAnsi="Times New Roman" w:eastAsia="宋体"/>
          <w:b w:val="0"/>
          <w:i w:val="0"/>
          <w:sz w:val="21"/>
        </w:rPr>
        <w:t>2 · 4 · 6 · 8 = 384。</w:t>
      </w:r>
    </w:p>
    <w:p>
      <w:pPr>
        <w:spacing w:before="0" w:after="80" w:line="300" w:lineRule="auto"/>
        <w:jc w:val="left"/>
      </w:pPr>
      <w:r>
        <w:rPr>
          <w:rFonts w:ascii="Times New Roman" w:hAnsi="Times New Roman" w:eastAsia="宋体"/>
          <w:b w:val="0"/>
          <w:i w:val="0"/>
          <w:sz w:val="21"/>
        </w:rPr>
        <w:t>每组的个位数字是 4。因此需要求 4¹⁰ 的个位数字。</w:t>
      </w:r>
    </w:p>
    <w:p>
      <w:pPr>
        <w:spacing w:before="0" w:after="80" w:line="300" w:lineRule="auto"/>
        <w:jc w:val="left"/>
      </w:pPr>
      <w:r>
        <w:rPr>
          <w:rFonts w:ascii="Times New Roman" w:hAnsi="Times New Roman" w:eastAsia="宋体"/>
          <w:b w:val="0"/>
          <w:i w:val="0"/>
          <w:sz w:val="21"/>
        </w:rPr>
        <w:t>4² = 16 的个位是 6，所以只需求 6⁵ 的个位。</w:t>
      </w:r>
    </w:p>
    <w:p>
      <w:pPr>
        <w:spacing w:before="0" w:after="80" w:line="300" w:lineRule="auto"/>
        <w:jc w:val="left"/>
      </w:pPr>
      <w:r>
        <w:rPr>
          <w:rFonts w:ascii="Times New Roman" w:hAnsi="Times New Roman" w:eastAsia="宋体"/>
          <w:b w:val="0"/>
          <w:i w:val="0"/>
          <w:sz w:val="21"/>
        </w:rPr>
        <w:t>6 的任何正整数次幂都以 6 结尾，例如 6、36、216、…。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only care about the units digit, which means that the tens digits don’t matter.</w:t>
      </w:r>
    </w:p>
    <w:p>
      <w:pPr>
        <w:spacing w:before="0" w:after="80" w:line="300" w:lineRule="auto"/>
        <w:jc w:val="left"/>
      </w:pPr>
      <w:r>
        <w:rPr>
          <w:rFonts w:ascii="Times New Roman" w:hAnsi="Times New Roman" w:eastAsia="宋体"/>
          <w:b w:val="0"/>
          <w:i w:val="0"/>
          <w:color w:val="333333"/>
          <w:sz w:val="19"/>
        </w:rPr>
        <w:t>Then we have 10 groups of</w:t>
      </w:r>
    </w:p>
    <w:p>
      <w:pPr>
        <w:spacing w:before="0" w:after="80" w:line="300" w:lineRule="auto"/>
        <w:jc w:val="left"/>
      </w:pPr>
      <w:r>
        <w:rPr>
          <w:rFonts w:ascii="Times New Roman" w:hAnsi="Times New Roman" w:eastAsia="宋体"/>
          <w:b w:val="0"/>
          <w:i w:val="0"/>
          <w:color w:val="333333"/>
          <w:sz w:val="19"/>
        </w:rPr>
        <w:t>2 · 4 · 6 · 8 = 384.</w:t>
      </w:r>
    </w:p>
    <w:p>
      <w:pPr>
        <w:spacing w:before="0" w:after="80" w:line="300" w:lineRule="auto"/>
        <w:jc w:val="left"/>
      </w:pPr>
      <w:r>
        <w:rPr>
          <w:rFonts w:ascii="Times New Roman" w:hAnsi="Times New Roman" w:eastAsia="宋体"/>
          <w:b w:val="0"/>
          <w:i w:val="0"/>
          <w:color w:val="333333"/>
          <w:sz w:val="19"/>
        </w:rPr>
        <w:t>The units digit of each group is 4. We now need to find the units digit of 4¹⁰.</w:t>
      </w:r>
    </w:p>
    <w:p>
      <w:pPr>
        <w:spacing w:before="0" w:after="80" w:line="300" w:lineRule="auto"/>
        <w:jc w:val="left"/>
      </w:pPr>
      <w:r>
        <w:rPr>
          <w:rFonts w:ascii="Times New Roman" w:hAnsi="Times New Roman" w:eastAsia="宋体"/>
          <w:b w:val="0"/>
          <w:i w:val="0"/>
          <w:color w:val="333333"/>
          <w:sz w:val="19"/>
        </w:rPr>
        <w:t>The units digit of 4² = 16 is 6. This means we only need to find the units digit of 6⁵.</w:t>
      </w:r>
    </w:p>
    <w:p>
      <w:pPr>
        <w:spacing w:before="0" w:after="80" w:line="300" w:lineRule="auto"/>
        <w:jc w:val="left"/>
      </w:pPr>
      <w:r>
        <w:rPr>
          <w:rFonts w:ascii="Times New Roman" w:hAnsi="Times New Roman" w:eastAsia="宋体"/>
          <w:b w:val="0"/>
          <w:i w:val="0"/>
          <w:color w:val="333333"/>
          <w:sz w:val="19"/>
        </w:rPr>
        <w:t>Note that every power of 6 always ends in a 6 (e.g. 6, 36, 216,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