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1987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0.4 + 0.02 + 0.006 等于多少？</w:t>
      </w:r>
    </w:p>
    <w:p>
      <w:pPr>
        <w:spacing w:before="0" w:after="120" w:line="300" w:lineRule="auto"/>
      </w:pPr>
      <w:r>
        <w:rPr>
          <w:rFonts w:ascii="Times New Roman" w:hAnsi="Times New Roman" w:eastAsia="宋体"/>
          <w:b w:val="0"/>
          <w:i w:val="0"/>
          <w:sz w:val="21"/>
        </w:rPr>
        <w:t>（A）0.012　　（B）0.066　　（C）0.12　　（D）0.24　　（E）0.426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0.4 + 0.02 + 0.006?</w:t>
      </w:r>
    </w:p>
    <w:p>
      <w:pPr>
        <w:spacing w:before="0" w:after="160" w:line="300" w:lineRule="auto"/>
      </w:pPr>
      <w:r>
        <w:rPr>
          <w:rFonts w:ascii="Times New Roman" w:hAnsi="Times New Roman" w:eastAsia="宋体"/>
          <w:b w:val="0"/>
          <w:i w:val="0"/>
          <w:color w:val="333333"/>
          <w:sz w:val="19"/>
        </w:rPr>
        <w:t>(A) 0.012　　(B) 0.066　　(C) 0.12　　(D) 0.24　　(E) 0.426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2/25 写成小数是多少？</w:t>
      </w:r>
    </w:p>
    <w:p>
      <w:pPr>
        <w:spacing w:before="0" w:after="120" w:line="300" w:lineRule="auto"/>
      </w:pPr>
      <w:r>
        <w:rPr>
          <w:rFonts w:ascii="Times New Roman" w:hAnsi="Times New Roman" w:eastAsia="宋体"/>
          <w:b w:val="0"/>
          <w:i w:val="0"/>
          <w:sz w:val="21"/>
        </w:rPr>
        <w:t>（A）0.008　　（B）0.08　　（C）0.8　　（D）1.25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2/25 written as a decimal?</w:t>
      </w:r>
    </w:p>
    <w:p>
      <w:pPr>
        <w:spacing w:before="0" w:after="160" w:line="300" w:lineRule="auto"/>
      </w:pPr>
      <w:r>
        <w:rPr>
          <w:rFonts w:ascii="Times New Roman" w:hAnsi="Times New Roman" w:eastAsia="宋体"/>
          <w:b w:val="0"/>
          <w:i w:val="0"/>
          <w:color w:val="333333"/>
          <w:sz w:val="19"/>
        </w:rPr>
        <w:t>(A) 0.008　　(B) 0.08　　(C) 0.8　　(D) 1.25　　(E) 12.5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下式的值是多少？</w:t>
      </w:r>
    </w:p>
    <w:p>
      <w:pPr>
        <w:spacing w:before="0" w:after="80" w:line="300" w:lineRule="auto"/>
        <w:jc w:val="left"/>
      </w:pPr>
      <w:r>
        <w:rPr>
          <w:rFonts w:ascii="Times New Roman" w:hAnsi="Times New Roman" w:eastAsia="宋体"/>
          <w:b w:val="0"/>
          <w:i w:val="0"/>
          <w:sz w:val="21"/>
        </w:rPr>
        <w:t>2(81 + 83 + 85 + 87 + 89</w:t>
      </w:r>
    </w:p>
    <w:p>
      <w:pPr>
        <w:spacing w:before="0" w:after="80" w:line="300" w:lineRule="auto"/>
        <w:jc w:val="left"/>
      </w:pPr>
      <w:r>
        <w:rPr>
          <w:rFonts w:ascii="Times New Roman" w:hAnsi="Times New Roman" w:eastAsia="宋体"/>
          <w:b w:val="0"/>
          <w:i w:val="0"/>
          <w:sz w:val="21"/>
        </w:rPr>
        <w:t>+ 91 + 93 + 95 + 97 + 99)</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（A）1600　　（B）1650　　（C）1700　　（D）1750　　（E）1800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2(81 + 83 + 85 + 87 + 89</w:t>
      </w:r>
    </w:p>
    <w:p>
      <w:pPr>
        <w:spacing w:before="0" w:after="80" w:line="300" w:lineRule="auto"/>
        <w:jc w:val="left"/>
      </w:pPr>
      <w:r>
        <w:rPr>
          <w:rFonts w:ascii="Times New Roman" w:hAnsi="Times New Roman" w:eastAsia="宋体"/>
          <w:b w:val="0"/>
          <w:i w:val="0"/>
          <w:color w:val="333333"/>
          <w:sz w:val="19"/>
        </w:rPr>
        <w:t>+ 91 + 93 + 95 + 97 + 99)?</w:t>
      </w:r>
    </w:p>
    <w:p>
      <w:pPr>
        <w:spacing w:before="0" w:after="160" w:line="300" w:lineRule="auto"/>
      </w:pPr>
      <w:r>
        <w:rPr>
          <w:rFonts w:ascii="Times New Roman" w:hAnsi="Times New Roman" w:eastAsia="宋体"/>
          <w:b w:val="0"/>
          <w:i w:val="0"/>
          <w:color w:val="333333"/>
          <w:sz w:val="19"/>
        </w:rPr>
        <w:t>(A) 1600　　(B) 1650　　(C) 1700　　(D) 1750　　(E) 1800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火星人用“克勒特”（clert）衡量角度。一个整圆有 500 克勒特。一个直角有多少克勒特？</w:t>
      </w:r>
    </w:p>
    <w:p>
      <w:pPr>
        <w:spacing w:before="0" w:after="120" w:line="300" w:lineRule="auto"/>
      </w:pPr>
      <w:r>
        <w:rPr>
          <w:rFonts w:ascii="Times New Roman" w:hAnsi="Times New Roman" w:eastAsia="宋体"/>
          <w:b w:val="0"/>
          <w:i w:val="0"/>
          <w:sz w:val="21"/>
        </w:rPr>
        <w:t>（A）90　　（B）100　　（C）125　　（D）180　　（E）250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Martians measure angles in clerts. There are 500 clerts in a full circle. How many clerts are there in a right angle?</w:t>
      </w:r>
    </w:p>
    <w:p>
      <w:pPr>
        <w:spacing w:before="0" w:after="160" w:line="300" w:lineRule="auto"/>
      </w:pPr>
      <w:r>
        <w:rPr>
          <w:rFonts w:ascii="Times New Roman" w:hAnsi="Times New Roman" w:eastAsia="宋体"/>
          <w:b w:val="0"/>
          <w:i w:val="0"/>
          <w:color w:val="333333"/>
          <w:sz w:val="19"/>
        </w:rPr>
        <w:t>(A) 90　　(B) 100　　(C) 125　　(D) 180　　(E) 250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图中矩形区域的面积是多少平方米？</w:t>
      </w:r>
    </w:p>
    <w:p>
      <w:pPr>
        <w:spacing w:before="80" w:after="80"/>
        <w:jc w:val="center"/>
      </w:pPr>
      <w:r>
        <w:drawing>
          <wp:inline xmlns:a="http://schemas.openxmlformats.org/drawingml/2006/main" xmlns:pic="http://schemas.openxmlformats.org/drawingml/2006/picture">
            <wp:extent cx="1851605" cy="933683"/>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851605" cy="933683"/>
                    </a:xfrm>
                    <a:prstGeom prst="rect"/>
                  </pic:spPr>
                </pic:pic>
              </a:graphicData>
            </a:graphic>
          </wp:inline>
        </w:drawing>
      </w:r>
    </w:p>
    <w:p>
      <w:pPr>
        <w:spacing w:before="0" w:after="120" w:line="300" w:lineRule="auto"/>
      </w:pPr>
      <w:r>
        <w:rPr>
          <w:rFonts w:ascii="Times New Roman" w:hAnsi="Times New Roman" w:eastAsia="宋体"/>
          <w:b w:val="0"/>
          <w:i w:val="0"/>
          <w:sz w:val="21"/>
        </w:rPr>
        <w:t>（A）0.088 m²　　（B）0.62 m²　　（C）0.88 m²　　（D）1.24 m²　　（E）4.22 m²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in square meters, of the rectangular region shown?</w:t>
      </w:r>
    </w:p>
    <w:p>
      <w:pPr>
        <w:spacing w:before="80" w:after="80"/>
        <w:jc w:val="center"/>
      </w:pPr>
      <w:r>
        <w:drawing>
          <wp:inline xmlns:a="http://schemas.openxmlformats.org/drawingml/2006/main" xmlns:pic="http://schemas.openxmlformats.org/drawingml/2006/picture">
            <wp:extent cx="1851605" cy="933683"/>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851605" cy="9336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0.088 m²　　(B) 0.62 m²　　(C) 0.88 m²　　(D) 1.24 m²　　(E) 4.22 m²</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从集合 { -7, -5, -1, 1, 3 } 中选两个数相乘，可能得到的最小乘积是</w:t>
      </w:r>
    </w:p>
    <w:p>
      <w:pPr>
        <w:spacing w:before="0" w:after="120" w:line="300" w:lineRule="auto"/>
      </w:pPr>
      <w:r>
        <w:rPr>
          <w:rFonts w:ascii="Times New Roman" w:hAnsi="Times New Roman" w:eastAsia="宋体"/>
          <w:b w:val="0"/>
          <w:i w:val="0"/>
          <w:sz w:val="21"/>
        </w:rPr>
        <w:t>（A）-35　　（B）-21　　（C）-15　　（D）-1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product one could obtain by multiplying two numbers in the set { -7, -5, -1, 1, 3 } is</w:t>
      </w:r>
    </w:p>
    <w:p>
      <w:pPr>
        <w:spacing w:before="0" w:after="160" w:line="300" w:lineRule="auto"/>
      </w:pPr>
      <w:r>
        <w:rPr>
          <w:rFonts w:ascii="Times New Roman" w:hAnsi="Times New Roman" w:eastAsia="宋体"/>
          <w:b w:val="0"/>
          <w:i w:val="0"/>
          <w:color w:val="333333"/>
          <w:sz w:val="19"/>
        </w:rPr>
        <w:t>(A) -35　　(B) -21　　(C) -15　　(D) -1　　(E) 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图中的大立方体由 27 个大小相同的小立方体组成。大立方体每个面的相对面都用同样方式涂色。至少有一个面被涂色的小立方体共有多少个？</w:t>
      </w:r>
    </w:p>
    <w:p>
      <w:pPr>
        <w:spacing w:before="80" w:after="80"/>
        <w:jc w:val="center"/>
      </w:pPr>
      <w:r>
        <w:drawing>
          <wp:inline xmlns:a="http://schemas.openxmlformats.org/drawingml/2006/main" xmlns:pic="http://schemas.openxmlformats.org/drawingml/2006/picture">
            <wp:extent cx="1609026" cy="1855049"/>
            <wp:docPr id="3" name="Picture 3"/>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1609026" cy="1855049"/>
                    </a:xfrm>
                    <a:prstGeom prst="rect"/>
                  </pic:spPr>
                </pic:pic>
              </a:graphicData>
            </a:graphic>
          </wp:inline>
        </w:drawing>
      </w:r>
    </w:p>
    <w:p>
      <w:pPr>
        <w:spacing w:before="0" w:after="120" w:line="300" w:lineRule="auto"/>
      </w:pPr>
      <w:r>
        <w:rPr>
          <w:rFonts w:ascii="Times New Roman" w:hAnsi="Times New Roman" w:eastAsia="宋体"/>
          <w:b w:val="0"/>
          <w:i w:val="0"/>
          <w:sz w:val="21"/>
        </w:rPr>
        <w:t>（A）10　　（B）16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cube shown is made up of 27 identical sized smaller cubes. For each face of the large cube, the opposite face is shaded the same way. The total number of smaller cubes that must have at least one face shaded is</w:t>
      </w:r>
    </w:p>
    <w:p>
      <w:pPr>
        <w:spacing w:before="80" w:after="80"/>
        <w:jc w:val="center"/>
      </w:pPr>
      <w:r>
        <w:drawing>
          <wp:inline xmlns:a="http://schemas.openxmlformats.org/drawingml/2006/main" xmlns:pic="http://schemas.openxmlformats.org/drawingml/2006/picture">
            <wp:extent cx="1609026" cy="1855049"/>
            <wp:docPr id="4" name="Picture 4"/>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1609026" cy="18550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16　　(C) 20　　(D) 22　　(E) 24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在下面的加法中，A 和 B 是非零数字：</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sz w:val="20"/>
              </w:rPr>
              <w:t>9876</w:t>
            </w:r>
          </w:p>
        </w:tc>
      </w:tr>
      <w:tr>
        <w:tc>
          <w:tcPr>
            <w:tcW w:type="dxa" w:w="9412"/>
          </w:tcPr>
          <w:p>
            <w:pPr>
              <w:spacing w:before="20" w:after="20" w:line="240" w:lineRule="auto"/>
              <w:jc w:val="right"/>
            </w:pPr>
            <w:r/>
            <w:r>
              <w:rPr>
                <w:rFonts w:ascii="Times New Roman" w:hAnsi="Times New Roman" w:eastAsia="宋体"/>
                <w:b w:val="0"/>
                <w:i w:val="0"/>
                <w:sz w:val="20"/>
              </w:rPr>
              <w:t>A32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sz w:val="20"/>
              </w:rPr>
              <w:t>+B1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这三个整数的和有多少位数字（数字不一定互不相同）？</w:t>
      </w:r>
    </w:p>
    <w:p>
      <w:pPr>
        <w:spacing w:before="0" w:after="120" w:line="300" w:lineRule="auto"/>
      </w:pPr>
      <w:r>
        <w:rPr>
          <w:rFonts w:ascii="Times New Roman" w:hAnsi="Times New Roman" w:eastAsia="宋体"/>
          <w:b w:val="0"/>
          <w:i w:val="0"/>
          <w:sz w:val="21"/>
        </w:rPr>
        <w:t>（A）4　　（B）5　　（C）6　　（D）9　　（E）取决于 A 和 B 的值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addition problem below, A and B are nonzero digits:</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color w:val="333333"/>
                <w:sz w:val="19"/>
              </w:rPr>
              <w:t>9876</w:t>
            </w:r>
          </w:p>
        </w:tc>
      </w:tr>
      <w:tr>
        <w:tc>
          <w:tcPr>
            <w:tcW w:type="dxa" w:w="9412"/>
          </w:tcPr>
          <w:p>
            <w:pPr>
              <w:spacing w:before="20" w:after="20" w:line="240" w:lineRule="auto"/>
              <w:jc w:val="right"/>
            </w:pPr>
            <w:r/>
            <w:r>
              <w:rPr>
                <w:rFonts w:ascii="Times New Roman" w:hAnsi="Times New Roman" w:eastAsia="宋体"/>
                <w:b w:val="0"/>
                <w:i w:val="0"/>
                <w:color w:val="333333"/>
                <w:sz w:val="19"/>
              </w:rPr>
              <w:t>A32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+B1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How many digits (not necessarily different) are in the sum of the three whole numbers?</w:t>
      </w:r>
    </w:p>
    <w:p>
      <w:pPr>
        <w:spacing w:before="0" w:after="160" w:line="300" w:lineRule="auto"/>
      </w:pPr>
      <w:r>
        <w:rPr>
          <w:rFonts w:ascii="Times New Roman" w:hAnsi="Times New Roman" w:eastAsia="宋体"/>
          <w:b w:val="0"/>
          <w:i w:val="0"/>
          <w:color w:val="333333"/>
          <w:sz w:val="19"/>
        </w:rPr>
        <w:t>(A) 4　　(B) 5　　(C) 6　　(D) 9　　(E) depends on the values of A and B</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求和</w:t>
      </w:r>
    </w:p>
    <w:p>
      <w:pPr>
        <w:spacing w:before="0" w:after="80" w:line="300" w:lineRule="auto"/>
        <w:jc w:val="left"/>
      </w:pPr>
      <w:r>
        <w:rPr>
          <w:rFonts w:ascii="Times New Roman" w:hAnsi="Times New Roman" w:eastAsia="宋体"/>
          <w:b w:val="0"/>
          <w:i w:val="0"/>
          <w:sz w:val="21"/>
        </w:rPr>
        <w:t>1/2 + 1/3 + 1/4 + 1/5 + 1/6 + 1/7</w:t>
      </w:r>
    </w:p>
    <w:p>
      <w:pPr>
        <w:spacing w:before="0" w:after="80" w:line="300" w:lineRule="auto"/>
        <w:jc w:val="left"/>
      </w:pPr>
      <w:r>
        <w:rPr>
          <w:rFonts w:ascii="Times New Roman" w:hAnsi="Times New Roman" w:eastAsia="宋体"/>
          <w:b w:val="0"/>
          <w:i w:val="0"/>
          <w:sz w:val="21"/>
        </w:rPr>
        <w:t>时，使用的最小公分母是多少？</w:t>
      </w:r>
    </w:p>
    <w:p>
      <w:pPr>
        <w:spacing w:before="0" w:after="120" w:line="300" w:lineRule="auto"/>
      </w:pPr>
      <w:r>
        <w:rPr>
          <w:rFonts w:ascii="Times New Roman" w:hAnsi="Times New Roman" w:eastAsia="宋体"/>
          <w:b w:val="0"/>
          <w:i w:val="0"/>
          <w:sz w:val="21"/>
        </w:rPr>
        <w:t>（A）120　　（B）210　　（C）420　　（D）840　　（E）5040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finding the sum</w:t>
      </w:r>
    </w:p>
    <w:p>
      <w:pPr>
        <w:spacing w:before="0" w:after="80" w:line="300" w:lineRule="auto"/>
        <w:jc w:val="left"/>
      </w:pPr>
      <w:r>
        <w:rPr>
          <w:rFonts w:ascii="Times New Roman" w:hAnsi="Times New Roman" w:eastAsia="宋体"/>
          <w:b w:val="0"/>
          <w:i w:val="0"/>
          <w:color w:val="333333"/>
          <w:sz w:val="19"/>
        </w:rPr>
        <w:t>1/2 + 1/3 + 1/4 + 1/5 + 1/6 + 1/7,</w:t>
      </w:r>
    </w:p>
    <w:p>
      <w:pPr>
        <w:spacing w:before="0" w:after="80" w:line="300" w:lineRule="auto"/>
        <w:jc w:val="left"/>
      </w:pPr>
      <w:r>
        <w:rPr>
          <w:rFonts w:ascii="Times New Roman" w:hAnsi="Times New Roman" w:eastAsia="宋体"/>
          <w:b w:val="0"/>
          <w:i w:val="0"/>
          <w:color w:val="333333"/>
          <w:sz w:val="19"/>
        </w:rPr>
        <w:t>what is the least common denominator used?</w:t>
      </w:r>
    </w:p>
    <w:p>
      <w:pPr>
        <w:spacing w:before="0" w:after="160" w:line="300" w:lineRule="auto"/>
      </w:pPr>
      <w:r>
        <w:rPr>
          <w:rFonts w:ascii="Times New Roman" w:hAnsi="Times New Roman" w:eastAsia="宋体"/>
          <w:b w:val="0"/>
          <w:i w:val="0"/>
          <w:color w:val="333333"/>
          <w:sz w:val="19"/>
        </w:rPr>
        <w:t>(A) 120　　(B) 210　　(C) 420　　(D) 840　　(E) 5040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下式的值是多少？</w:t>
      </w:r>
    </w:p>
    <w:p>
      <w:pPr>
        <w:spacing w:before="0" w:after="80" w:line="300" w:lineRule="auto"/>
        <w:jc w:val="left"/>
      </w:pPr>
      <w:r>
        <w:rPr>
          <w:rFonts w:ascii="Times New Roman" w:hAnsi="Times New Roman" w:eastAsia="宋体"/>
          <w:b w:val="0"/>
          <w:i w:val="0"/>
          <w:sz w:val="21"/>
        </w:rPr>
        <w:t>4(299) + 3(299) + 2(299) + 298？</w:t>
      </w:r>
    </w:p>
    <w:p>
      <w:pPr>
        <w:spacing w:before="0" w:after="120" w:line="300" w:lineRule="auto"/>
      </w:pPr>
      <w:r>
        <w:rPr>
          <w:rFonts w:ascii="Times New Roman" w:hAnsi="Times New Roman" w:eastAsia="宋体"/>
          <w:b w:val="0"/>
          <w:i w:val="0"/>
          <w:sz w:val="21"/>
        </w:rPr>
        <w:t>（A）2889　　（B）2989　　（C）2991　　（D）2999　　（E）3009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4(299) + 3(299) + 2(299) + 298?</w:t>
      </w:r>
    </w:p>
    <w:p>
      <w:pPr>
        <w:spacing w:before="0" w:after="160" w:line="300" w:lineRule="auto"/>
      </w:pPr>
      <w:r>
        <w:rPr>
          <w:rFonts w:ascii="Times New Roman" w:hAnsi="Times New Roman" w:eastAsia="宋体"/>
          <w:b w:val="0"/>
          <w:i w:val="0"/>
          <w:color w:val="333333"/>
          <w:sz w:val="19"/>
        </w:rPr>
        <w:t>(A) 2889　　(B) 2989　　(C) 2991　　(D) 2999　　(E) 3009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和 21/7 + 31/2 + 51/19 位于哪两个值之间？</w:t>
      </w:r>
    </w:p>
    <w:p>
      <w:pPr>
        <w:spacing w:before="0" w:after="120" w:line="300" w:lineRule="auto"/>
      </w:pPr>
      <w:r>
        <w:rPr>
          <w:rFonts w:ascii="Times New Roman" w:hAnsi="Times New Roman" w:eastAsia="宋体"/>
          <w:b w:val="0"/>
          <w:i w:val="0"/>
          <w:sz w:val="21"/>
        </w:rPr>
        <w:t>（A）10 和 101/2　　（B）101/2 和 11　　（C）11 和 111/2　　（D）111/2 和 12　　（E）12 和 121/2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21/7 + 31/2 + 51/19 is between which two values?</w:t>
      </w:r>
    </w:p>
    <w:p>
      <w:pPr>
        <w:spacing w:before="0" w:after="160" w:line="300" w:lineRule="auto"/>
      </w:pPr>
      <w:r>
        <w:rPr>
          <w:rFonts w:ascii="Times New Roman" w:hAnsi="Times New Roman" w:eastAsia="宋体"/>
          <w:b w:val="0"/>
          <w:i w:val="0"/>
          <w:color w:val="333333"/>
          <w:sz w:val="19"/>
        </w:rPr>
        <w:t>(A) 10 and 101/2　　(B) 101/2 and 11　　(C) 11 and 111/2　　(D) 111/2 and 12　　(E) 12 and 121/2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这个 12 乘 18 的大矩形区域中，有几分之几被涂色？</w:t>
      </w:r>
    </w:p>
    <w:p>
      <w:pPr>
        <w:spacing w:before="80" w:after="80"/>
        <w:jc w:val="center"/>
      </w:pPr>
      <w:r>
        <w:drawing>
          <wp:inline xmlns:a="http://schemas.openxmlformats.org/drawingml/2006/main" xmlns:pic="http://schemas.openxmlformats.org/drawingml/2006/picture">
            <wp:extent cx="3031447" cy="2048018"/>
            <wp:docPr id="5" name="Picture 5"/>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3031447" cy="2048018"/>
                    </a:xfrm>
                    <a:prstGeom prst="rect"/>
                  </pic:spPr>
                </pic:pic>
              </a:graphicData>
            </a:graphic>
          </wp:inline>
        </w:drawing>
      </w:r>
    </w:p>
    <w:p>
      <w:pPr>
        <w:spacing w:before="0" w:after="120" w:line="300" w:lineRule="auto"/>
      </w:pPr>
      <w:r>
        <w:rPr>
          <w:rFonts w:ascii="Times New Roman" w:hAnsi="Times New Roman" w:eastAsia="宋体"/>
          <w:b w:val="0"/>
          <w:i w:val="0"/>
          <w:sz w:val="21"/>
        </w:rPr>
        <w:t>（A）1/108　　（B）1/18　　（C）1/12　　（D）2/9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fraction of the large 12 by 18 rectangular region is shaded?</w:t>
      </w:r>
    </w:p>
    <w:p>
      <w:pPr>
        <w:spacing w:before="80" w:after="80"/>
        <w:jc w:val="center"/>
      </w:pPr>
      <w:r>
        <w:drawing>
          <wp:inline xmlns:a="http://schemas.openxmlformats.org/drawingml/2006/main" xmlns:pic="http://schemas.openxmlformats.org/drawingml/2006/picture">
            <wp:extent cx="3031447" cy="2048018"/>
            <wp:docPr id="6" name="Picture 6"/>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3031447" cy="204801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1/108　　(B) 1/18　　(C) 1/12　　(D) 2/9　　(E) 1/3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下列哪个分数的值最大？</w:t>
      </w:r>
    </w:p>
    <w:p>
      <w:pPr>
        <w:spacing w:before="0" w:after="120" w:line="300" w:lineRule="auto"/>
      </w:pPr>
      <w:r>
        <w:rPr>
          <w:rFonts w:ascii="Times New Roman" w:hAnsi="Times New Roman" w:eastAsia="宋体"/>
          <w:b w:val="0"/>
          <w:i w:val="0"/>
          <w:sz w:val="21"/>
        </w:rPr>
        <w:t>（A）3/7　　（B）4/9　　（C）17/35　　（D）100/201　　（E）151/301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fractions has the largest value?</w:t>
      </w:r>
    </w:p>
    <w:p>
      <w:pPr>
        <w:spacing w:before="0" w:after="160" w:line="300" w:lineRule="auto"/>
      </w:pPr>
      <w:r>
        <w:rPr>
          <w:rFonts w:ascii="Times New Roman" w:hAnsi="Times New Roman" w:eastAsia="宋体"/>
          <w:b w:val="0"/>
          <w:i w:val="0"/>
          <w:color w:val="333333"/>
          <w:sz w:val="19"/>
        </w:rPr>
        <w:t>(A) 3/7　　(B) 4/9　　(C) 17/35　　(D) 100/201　　(E) 151/301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一台计算机每秒可以做 10,000 次加法。它一小时可以做多少次加法？</w:t>
      </w:r>
    </w:p>
    <w:p>
      <w:pPr>
        <w:spacing w:before="0" w:after="120" w:line="300" w:lineRule="auto"/>
      </w:pPr>
      <w:r>
        <w:rPr>
          <w:rFonts w:ascii="Times New Roman" w:hAnsi="Times New Roman" w:eastAsia="宋体"/>
          <w:b w:val="0"/>
          <w:i w:val="0"/>
          <w:sz w:val="21"/>
        </w:rPr>
        <w:t>（A）6 百万　　（B）36 百万　　（C）60 百万　　（D）216 百万　　（E）360 百万</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computer can do 10,000 additions per second. How many additions can it do in one hour?</w:t>
      </w:r>
    </w:p>
    <w:p>
      <w:pPr>
        <w:spacing w:before="0" w:after="160" w:line="300" w:lineRule="auto"/>
      </w:pPr>
      <w:r>
        <w:rPr>
          <w:rFonts w:ascii="Times New Roman" w:hAnsi="Times New Roman" w:eastAsia="宋体"/>
          <w:b w:val="0"/>
          <w:i w:val="0"/>
          <w:color w:val="333333"/>
          <w:sz w:val="19"/>
        </w:rPr>
        <w:t>(A) 6 million　　(B) 36 million　　(C) 60 million　　(D) 216 million　　(E) 360 million</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一个促销广告写着：“按原价买三条轮胎，第四条轮胎只要 $3。”山姆在促销中花 $240 买了一套四条轮胎。一条轮胎的原价是多少？</w:t>
      </w:r>
    </w:p>
    <w:p>
      <w:pPr>
        <w:spacing w:before="0" w:after="120" w:line="300" w:lineRule="auto"/>
      </w:pPr>
      <w:r>
        <w:rPr>
          <w:rFonts w:ascii="Times New Roman" w:hAnsi="Times New Roman" w:eastAsia="宋体"/>
          <w:b w:val="0"/>
          <w:i w:val="0"/>
          <w:sz w:val="21"/>
        </w:rPr>
        <w:t>（A）$59.25　　（B）$60　　（C）$70　　（D）$79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sale ad read: “Buy three tires at the regular price and get the fourth tire for $3.” Sam paid $240 for a set of four tires at the sale. What was the regular price of one tire?</w:t>
      </w:r>
    </w:p>
    <w:p>
      <w:pPr>
        <w:spacing w:before="0" w:after="160" w:line="300" w:lineRule="auto"/>
      </w:pPr>
      <w:r>
        <w:rPr>
          <w:rFonts w:ascii="Times New Roman" w:hAnsi="Times New Roman" w:eastAsia="宋体"/>
          <w:b w:val="0"/>
          <w:i w:val="0"/>
          <w:color w:val="333333"/>
          <w:sz w:val="19"/>
        </w:rPr>
        <w:t>(A) $59.25　　(B) $60　　(C) $70　　(D) $79　　(E) $80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篮球赛季前三场比赛中，乔伊丝前 30 次投篮命中 12 次，所以她的赛季投篮命中率是 40%。在下一场比赛中，她投篮 10 次，并把赛季命中率提高到 50%。这 10 次投篮中她命中了多少次？</w:t>
      </w:r>
    </w:p>
    <w:p>
      <w:pPr>
        <w:spacing w:before="0" w:after="120" w:line="300" w:lineRule="auto"/>
      </w:pPr>
      <w:r>
        <w:rPr>
          <w:rFonts w:ascii="Times New Roman" w:hAnsi="Times New Roman" w:eastAsia="宋体"/>
          <w:b w:val="0"/>
          <w:i w:val="0"/>
          <w:sz w:val="21"/>
        </w:rPr>
        <w:t>（A）2　　（B）3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Joyce made 12 of her first 30 shots in the first three games of the basketball season, so her seasonal shooting average was 40%. In her next game, she took 10 shots and raised her seasonal shooting average to 50%. How many of these 10 shots did she make?</w:t>
      </w:r>
    </w:p>
    <w:p>
      <w:pPr>
        <w:spacing w:before="0" w:after="160" w:line="300" w:lineRule="auto"/>
      </w:pPr>
      <w:r>
        <w:rPr>
          <w:rFonts w:ascii="Times New Roman" w:hAnsi="Times New Roman" w:eastAsia="宋体"/>
          <w:b w:val="0"/>
          <w:i w:val="0"/>
          <w:color w:val="333333"/>
          <w:sz w:val="19"/>
        </w:rPr>
        <w:t>(A) 2　　(B) 3　　(C) 5　　(D) 6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艾比、布雷特、卡尔和达娜坐在一排编号为 1 到 4 的四个座位上。乔看着他们说：“布雷特挨着卡尔。”“艾比坐在布雷特和卡尔之间。”然而乔的每一句话都是假的。布雷特实际坐在 3 号座位。谁坐在 2 号座位？</w:t>
      </w:r>
    </w:p>
    <w:p>
      <w:pPr>
        <w:spacing w:before="0" w:after="120" w:line="300" w:lineRule="auto"/>
      </w:pPr>
      <w:r>
        <w:rPr>
          <w:rFonts w:ascii="Times New Roman" w:hAnsi="Times New Roman" w:eastAsia="宋体"/>
          <w:b w:val="0"/>
          <w:i w:val="0"/>
          <w:sz w:val="21"/>
        </w:rPr>
        <w:t>（A）艾比　　（B）布雷特　　（C）卡尔　　（D）达娜　　（E）信息不足，无法确定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Abby, Bret, Carl, and Dana are seated in a row of four seats numbered 1 to 4. Joe looks at them and says: “Bret is next to Carl.” “Abby is between Bret and Carl.” However, each one of Joe’s statements is false. Bret is actually sitting in seat 3. Who is sitting in seat 2?</w:t>
      </w:r>
    </w:p>
    <w:p>
      <w:pPr>
        <w:spacing w:before="0" w:after="160" w:line="300" w:lineRule="auto"/>
      </w:pPr>
      <w:r>
        <w:rPr>
          <w:rFonts w:ascii="Times New Roman" w:hAnsi="Times New Roman" w:eastAsia="宋体"/>
          <w:b w:val="0"/>
          <w:i w:val="0"/>
          <w:color w:val="333333"/>
          <w:sz w:val="19"/>
        </w:rPr>
        <w:t>(A) Abby　　(B) Bret　　(C) Carl　　(D) Dana　　(E) There is not enough information to be sure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房间里一半的人离开了。剩下的人中有三分之一开始跳舞。此时有 12 人没有跳舞。房间里原来有多少人？</w:t>
      </w:r>
    </w:p>
    <w:p>
      <w:pPr>
        <w:spacing w:before="0" w:after="120" w:line="300" w:lineRule="auto"/>
      </w:pPr>
      <w:r>
        <w:rPr>
          <w:rFonts w:ascii="Times New Roman" w:hAnsi="Times New Roman" w:eastAsia="宋体"/>
          <w:b w:val="0"/>
          <w:i w:val="0"/>
          <w:sz w:val="21"/>
        </w:rPr>
        <w:t>（A）24　　（B）30　　（C）36　　（D）42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Half the people in a room left. One third of those remaining started to dance. There were then 12 people who were not dancing. What was the original number of people in the room?</w:t>
      </w:r>
    </w:p>
    <w:p>
      <w:pPr>
        <w:spacing w:before="0" w:after="160" w:line="300" w:lineRule="auto"/>
      </w:pPr>
      <w:r>
        <w:rPr>
          <w:rFonts w:ascii="Times New Roman" w:hAnsi="Times New Roman" w:eastAsia="宋体"/>
          <w:b w:val="0"/>
          <w:i w:val="0"/>
          <w:color w:val="333333"/>
          <w:sz w:val="19"/>
        </w:rPr>
        <w:t>(A) 24　　(B) 30　　(C) 36　　(D) 42　　(E) 72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一个计算器有一个平方键 boxedx²，会把当前显示的数替换成它的平方。例如，如果显示 boxedphantom003，按下 boxedx² 键后显示 boxedphantom009。如果显示的是 boxedphantom002，要按多少次 boxedx² 键才能得到大于 500 的显示数？</w:t>
      </w:r>
    </w:p>
    <w:p>
      <w:pPr>
        <w:spacing w:before="0" w:after="120" w:line="300" w:lineRule="auto"/>
      </w:pPr>
      <w:r>
        <w:rPr>
          <w:rFonts w:ascii="Times New Roman" w:hAnsi="Times New Roman" w:eastAsia="宋体"/>
          <w:b w:val="0"/>
          <w:i w:val="0"/>
          <w:sz w:val="21"/>
        </w:rPr>
        <w:t>（A）4　　（B）5　　（C）8　　（D）9　　（E）250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calculator has a squaring key boxedx² that replaces the number currently displayed with its square. For example, if the display reads boxedphantom003 and boxedx² is pressed, the display becomes boxedphantom009. If the display reads boxedphantom002, how many times must boxedx² be pressed to produce a displayed number greater than 500?</w:t>
      </w:r>
    </w:p>
    <w:p>
      <w:pPr>
        <w:spacing w:before="0" w:after="160" w:line="300" w:lineRule="auto"/>
      </w:pPr>
      <w:r>
        <w:rPr>
          <w:rFonts w:ascii="Times New Roman" w:hAnsi="Times New Roman" w:eastAsia="宋体"/>
          <w:b w:val="0"/>
          <w:i w:val="0"/>
          <w:color w:val="333333"/>
          <w:sz w:val="19"/>
        </w:rPr>
        <w:t>(A) 4　　(B) 5　　(C) 8　　(D) 9　　(E) 250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考虑命题：“如果整数 n 不是质数，那么整数 n - 2 不是质数。”下列哪个 n 的值说明这个命题是假的？</w:t>
      </w:r>
    </w:p>
    <w:p>
      <w:pPr>
        <w:spacing w:before="0" w:after="120" w:line="300" w:lineRule="auto"/>
      </w:pPr>
      <w:r>
        <w:rPr>
          <w:rFonts w:ascii="Times New Roman" w:hAnsi="Times New Roman" w:eastAsia="宋体"/>
          <w:b w:val="0"/>
          <w:i w:val="0"/>
          <w:sz w:val="21"/>
        </w:rPr>
        <w:t>（A）9　　（B）12　　（C）13　　（D）16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statement: “If a whole number n is not prime, then the whole number n - 2 is not prime.” Which of the following values of n shows this statement to be false?</w:t>
      </w:r>
    </w:p>
    <w:p>
      <w:pPr>
        <w:spacing w:before="0" w:after="160" w:line="300" w:lineRule="auto"/>
      </w:pPr>
      <w:r>
        <w:rPr>
          <w:rFonts w:ascii="Times New Roman" w:hAnsi="Times New Roman" w:eastAsia="宋体"/>
          <w:b w:val="0"/>
          <w:i w:val="0"/>
          <w:color w:val="333333"/>
          <w:sz w:val="19"/>
        </w:rPr>
        <w:t>(A) 9　　(B) 12　　(C) 13　　(D) 16　　(E) 23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假设 n^(∗) 表示 1/n，即 n 的倒数。例如，5^(∗) = 1/5。下面四个命题中有多少个是真的？</w:t>
      </w:r>
    </w:p>
    <w:p>
      <w:pPr>
        <w:spacing w:before="0" w:after="80" w:line="300" w:lineRule="auto"/>
        <w:jc w:val="left"/>
      </w:pPr>
      <w:r>
        <w:rPr>
          <w:rFonts w:ascii="Times New Roman" w:hAnsi="Times New Roman" w:eastAsia="宋体"/>
          <w:b w:val="0"/>
          <w:i w:val="0"/>
          <w:sz w:val="21"/>
        </w:rPr>
        <w:t>(i) 3^(∗) + 6^(∗) = 9^(∗)</w:t>
      </w:r>
    </w:p>
    <w:p>
      <w:pPr>
        <w:spacing w:before="0" w:after="80" w:line="300" w:lineRule="auto"/>
        <w:jc w:val="left"/>
      </w:pPr>
      <w:r>
        <w:rPr>
          <w:rFonts w:ascii="Times New Roman" w:hAnsi="Times New Roman" w:eastAsia="宋体"/>
          <w:b w:val="0"/>
          <w:i w:val="0"/>
          <w:sz w:val="21"/>
        </w:rPr>
        <w:t>(ii) 6^(∗) - 4^(∗) = 2^(∗)</w:t>
      </w:r>
    </w:p>
    <w:p>
      <w:pPr>
        <w:spacing w:before="0" w:after="80" w:line="300" w:lineRule="auto"/>
        <w:jc w:val="left"/>
      </w:pPr>
      <w:r>
        <w:rPr>
          <w:rFonts w:ascii="Times New Roman" w:hAnsi="Times New Roman" w:eastAsia="宋体"/>
          <w:b w:val="0"/>
          <w:i w:val="0"/>
          <w:sz w:val="21"/>
        </w:rPr>
        <w:t>(iii) 2^(∗) · 6^(∗) = 12^(∗)</w:t>
      </w:r>
    </w:p>
    <w:p>
      <w:pPr>
        <w:spacing w:before="0" w:after="80" w:line="300" w:lineRule="auto"/>
        <w:jc w:val="left"/>
      </w:pPr>
      <w:r>
        <w:rPr>
          <w:rFonts w:ascii="Times New Roman" w:hAnsi="Times New Roman" w:eastAsia="宋体"/>
          <w:b w:val="0"/>
          <w:i w:val="0"/>
          <w:sz w:val="21"/>
        </w:rPr>
        <w:t>(iv) 10^(∗) ÷ 2^(∗) = 5^(∗)</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n^(∗) means 1/n, the reciprocal of n. For example, 5^(∗) = 1/5. How many of the following four statements are true?</w:t>
      </w:r>
    </w:p>
    <w:p>
      <w:pPr>
        <w:spacing w:before="0" w:after="80" w:line="300" w:lineRule="auto"/>
        <w:jc w:val="left"/>
      </w:pPr>
      <w:r>
        <w:rPr>
          <w:rFonts w:ascii="Times New Roman" w:hAnsi="Times New Roman" w:eastAsia="宋体"/>
          <w:b w:val="0"/>
          <w:i w:val="0"/>
          <w:color w:val="333333"/>
          <w:sz w:val="19"/>
        </w:rPr>
        <w:t>(i) 3^(∗) + 6^(∗) = 9^(∗)</w:t>
      </w:r>
    </w:p>
    <w:p>
      <w:pPr>
        <w:spacing w:before="0" w:after="80" w:line="300" w:lineRule="auto"/>
        <w:jc w:val="left"/>
      </w:pPr>
      <w:r>
        <w:rPr>
          <w:rFonts w:ascii="Times New Roman" w:hAnsi="Times New Roman" w:eastAsia="宋体"/>
          <w:b w:val="0"/>
          <w:i w:val="0"/>
          <w:color w:val="333333"/>
          <w:sz w:val="19"/>
        </w:rPr>
        <w:t>(ii) 6^(∗) - 4^(∗) = 2^(∗)</w:t>
      </w:r>
    </w:p>
    <w:p>
      <w:pPr>
        <w:spacing w:before="0" w:after="80" w:line="300" w:lineRule="auto"/>
        <w:jc w:val="left"/>
      </w:pPr>
      <w:r>
        <w:rPr>
          <w:rFonts w:ascii="Times New Roman" w:hAnsi="Times New Roman" w:eastAsia="宋体"/>
          <w:b w:val="0"/>
          <w:i w:val="0"/>
          <w:color w:val="333333"/>
          <w:sz w:val="19"/>
        </w:rPr>
        <w:t>(iii) 2^(∗) · 6^(∗) = 12^(∗)</w:t>
      </w:r>
    </w:p>
    <w:p>
      <w:pPr>
        <w:spacing w:before="0" w:after="80" w:line="300" w:lineRule="auto"/>
        <w:jc w:val="left"/>
      </w:pPr>
      <w:r>
        <w:rPr>
          <w:rFonts w:ascii="Times New Roman" w:hAnsi="Times New Roman" w:eastAsia="宋体"/>
          <w:b w:val="0"/>
          <w:i w:val="0"/>
          <w:color w:val="333333"/>
          <w:sz w:val="19"/>
        </w:rPr>
        <w:t>(iv) 10^(∗) ÷ 2^(∗) = 5^(∗)</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ABCD 是一个矩形，D 是圆心，B 在圆上。如果 AD = 4 且 CD = 3，那么阴影区域面积位于哪两个值之间？</w:t>
      </w:r>
    </w:p>
    <w:p>
      <w:pPr>
        <w:spacing w:before="80" w:after="80"/>
        <w:jc w:val="center"/>
      </w:pPr>
      <w:r>
        <w:drawing>
          <wp:inline xmlns:a="http://schemas.openxmlformats.org/drawingml/2006/main" xmlns:pic="http://schemas.openxmlformats.org/drawingml/2006/picture">
            <wp:extent cx="1812699" cy="1812700"/>
            <wp:docPr id="7" name="Picture 7"/>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1812699" cy="1812700"/>
                    </a:xfrm>
                    <a:prstGeom prst="rect"/>
                  </pic:spPr>
                </pic:pic>
              </a:graphicData>
            </a:graphic>
          </wp:inline>
        </w:drawing>
      </w:r>
    </w:p>
    <w:p>
      <w:pPr>
        <w:spacing w:before="0" w:after="120" w:line="300" w:lineRule="auto"/>
      </w:pPr>
      <w:r>
        <w:rPr>
          <w:rFonts w:ascii="Times New Roman" w:hAnsi="Times New Roman" w:eastAsia="宋体"/>
          <w:b w:val="0"/>
          <w:i w:val="0"/>
          <w:sz w:val="21"/>
        </w:rPr>
        <w:t>（A）4 和 5　　（B）5 和 6　　（C）6 和 7　　（D）7 和 8　　（E）8 和 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ABCD is a rectangle, D is the center of the circle, and B is on the circle. If AD = 4 and CD = 3, then the area of the shaded region is between which two values?</w:t>
      </w:r>
    </w:p>
    <w:p>
      <w:pPr>
        <w:spacing w:before="80" w:after="80"/>
        <w:jc w:val="center"/>
      </w:pPr>
      <w:r>
        <w:drawing>
          <wp:inline xmlns:a="http://schemas.openxmlformats.org/drawingml/2006/main" xmlns:pic="http://schemas.openxmlformats.org/drawingml/2006/picture">
            <wp:extent cx="1812699" cy="1812700"/>
            <wp:docPr id="8" name="Picture 8"/>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1812699" cy="181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and 5　　(B) 5 and 6　　(C) 6 and 7　　(D) 7 and 8　　(E) 8 and 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假设下表列出了美国 1980 年各地区、各族裔的人口数，单位为百万。按最接近的百分数计算，美国黑人总人口中有百分之多少住在南部？</w:t>
      </w:r>
    </w:p>
    <w:tbl>
      <w:tblPr>
        <w:tblStyle w:val="TableGrid"/>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东北</w:t>
            </w:r>
          </w:p>
        </w:tc>
        <w:tc>
          <w:tcPr>
            <w:tcW w:type="dxa" w:w="1882"/>
          </w:tcPr>
          <w:p>
            <w:pPr>
              <w:spacing w:before="20" w:after="20" w:line="240" w:lineRule="auto"/>
              <w:jc w:val="center"/>
            </w:pPr>
            <w:r/>
            <w:r>
              <w:rPr>
                <w:rFonts w:ascii="Times New Roman" w:hAnsi="Times New Roman" w:eastAsia="宋体"/>
                <w:b w:val="0"/>
                <w:i w:val="0"/>
                <w:sz w:val="20"/>
              </w:rPr>
              <w:t>中西</w:t>
            </w:r>
          </w:p>
        </w:tc>
        <w:tc>
          <w:tcPr>
            <w:tcW w:type="dxa" w:w="1882"/>
          </w:tcPr>
          <w:p>
            <w:pPr>
              <w:spacing w:before="20" w:after="20" w:line="240" w:lineRule="auto"/>
              <w:jc w:val="center"/>
            </w:pPr>
            <w:r/>
            <w:r>
              <w:rPr>
                <w:rFonts w:ascii="Times New Roman" w:hAnsi="Times New Roman" w:eastAsia="宋体"/>
                <w:b w:val="0"/>
                <w:i w:val="0"/>
                <w:sz w:val="20"/>
              </w:rPr>
              <w:t>南部</w:t>
            </w:r>
          </w:p>
        </w:tc>
        <w:tc>
          <w:tcPr>
            <w:tcW w:type="dxa" w:w="1882"/>
          </w:tcPr>
          <w:p>
            <w:pPr>
              <w:spacing w:before="20" w:after="20" w:line="240" w:lineRule="auto"/>
              <w:jc w:val="center"/>
            </w:pPr>
            <w:r/>
            <w:r>
              <w:rPr>
                <w:rFonts w:ascii="Times New Roman" w:hAnsi="Times New Roman" w:eastAsia="宋体"/>
                <w:b w:val="0"/>
                <w:i w:val="0"/>
                <w:sz w:val="20"/>
              </w:rPr>
              <w:t>西部</w:t>
            </w:r>
          </w:p>
        </w:tc>
      </w:tr>
      <w:tr>
        <w:tc>
          <w:tcPr>
            <w:tcW w:type="dxa" w:w="1882"/>
          </w:tcPr>
          <w:p>
            <w:pPr>
              <w:spacing w:before="20" w:after="20" w:line="240" w:lineRule="auto"/>
              <w:jc w:val="center"/>
            </w:pPr>
            <w:r/>
            <w:r>
              <w:rPr>
                <w:rFonts w:ascii="Times New Roman" w:hAnsi="Times New Roman" w:eastAsia="宋体"/>
                <w:b w:val="0"/>
                <w:i w:val="0"/>
                <w:sz w:val="20"/>
              </w:rPr>
              <w:t>白人</w:t>
            </w:r>
          </w:p>
        </w:tc>
        <w:tc>
          <w:tcPr>
            <w:tcW w:type="dxa" w:w="1882"/>
          </w:tcPr>
          <w:p>
            <w:pPr>
              <w:spacing w:before="20" w:after="20" w:line="240" w:lineRule="auto"/>
              <w:jc w:val="center"/>
            </w:pPr>
            <w:r/>
            <w:r>
              <w:rPr>
                <w:rFonts w:ascii="Times New Roman" w:hAnsi="Times New Roman" w:eastAsia="宋体"/>
                <w:b w:val="0"/>
                <w:i w:val="0"/>
                <w:sz w:val="20"/>
              </w:rPr>
              <w:t>42</w:t>
            </w:r>
          </w:p>
        </w:tc>
        <w:tc>
          <w:tcPr>
            <w:tcW w:type="dxa" w:w="1882"/>
          </w:tcPr>
          <w:p>
            <w:pPr>
              <w:spacing w:before="20" w:after="20" w:line="240" w:lineRule="auto"/>
              <w:jc w:val="center"/>
            </w:pPr>
            <w:r/>
            <w:r>
              <w:rPr>
                <w:rFonts w:ascii="Times New Roman" w:hAnsi="Times New Roman" w:eastAsia="宋体"/>
                <w:b w:val="0"/>
                <w:i w:val="0"/>
                <w:sz w:val="20"/>
              </w:rPr>
              <w:t>52</w:t>
            </w:r>
          </w:p>
        </w:tc>
        <w:tc>
          <w:tcPr>
            <w:tcW w:type="dxa" w:w="1882"/>
          </w:tcPr>
          <w:p>
            <w:pPr>
              <w:spacing w:before="20" w:after="20" w:line="240" w:lineRule="auto"/>
              <w:jc w:val="center"/>
            </w:pPr>
            <w:r/>
            <w:r>
              <w:rPr>
                <w:rFonts w:ascii="Times New Roman" w:hAnsi="Times New Roman" w:eastAsia="宋体"/>
                <w:b w:val="0"/>
                <w:i w:val="0"/>
                <w:sz w:val="20"/>
              </w:rPr>
              <w:t>57</w:t>
            </w:r>
          </w:p>
        </w:tc>
        <w:tc>
          <w:tcPr>
            <w:tcW w:type="dxa" w:w="1882"/>
          </w:tcPr>
          <w:p>
            <w:pPr>
              <w:spacing w:before="20" w:after="20" w:line="240" w:lineRule="auto"/>
              <w:jc w:val="center"/>
            </w:pPr>
            <w:r/>
            <w:r>
              <w:rPr>
                <w:rFonts w:ascii="Times New Roman" w:hAnsi="Times New Roman" w:eastAsia="宋体"/>
                <w:b w:val="0"/>
                <w:i w:val="0"/>
                <w:sz w:val="20"/>
              </w:rPr>
              <w:t>35</w:t>
            </w:r>
          </w:p>
        </w:tc>
      </w:tr>
      <w:tr>
        <w:tc>
          <w:tcPr>
            <w:tcW w:type="dxa" w:w="1882"/>
          </w:tcPr>
          <w:p>
            <w:pPr>
              <w:spacing w:before="20" w:after="20" w:line="240" w:lineRule="auto"/>
              <w:jc w:val="center"/>
            </w:pPr>
            <w:r/>
            <w:r>
              <w:rPr>
                <w:rFonts w:ascii="Times New Roman" w:hAnsi="Times New Roman" w:eastAsia="宋体"/>
                <w:b w:val="0"/>
                <w:i w:val="0"/>
                <w:sz w:val="20"/>
              </w:rPr>
              <w:t>黑人</w:t>
            </w:r>
          </w:p>
        </w:tc>
        <w:tc>
          <w:tcPr>
            <w:tcW w:type="dxa" w:w="1882"/>
          </w:tcPr>
          <w:p>
            <w:pPr>
              <w:spacing w:before="20" w:after="20" w:line="240" w:lineRule="auto"/>
              <w:jc w:val="center"/>
            </w:pPr>
            <w:r/>
            <w:r>
              <w:rPr>
                <w:rFonts w:ascii="Times New Roman" w:hAnsi="Times New Roman" w:eastAsia="宋体"/>
                <w:b w:val="0"/>
                <w:i w:val="0"/>
                <w:sz w:val="20"/>
              </w:rPr>
              <w:t>5</w:t>
            </w:r>
          </w:p>
        </w:tc>
        <w:tc>
          <w:tcPr>
            <w:tcW w:type="dxa" w:w="1882"/>
          </w:tcPr>
          <w:p>
            <w:pPr>
              <w:spacing w:before="20" w:after="20" w:line="240" w:lineRule="auto"/>
              <w:jc w:val="center"/>
            </w:pPr>
            <w:r/>
            <w:r>
              <w:rPr>
                <w:rFonts w:ascii="Times New Roman" w:hAnsi="Times New Roman" w:eastAsia="宋体"/>
                <w:b w:val="0"/>
                <w:i w:val="0"/>
                <w:sz w:val="20"/>
              </w:rPr>
              <w:t>5</w:t>
            </w:r>
          </w:p>
        </w:tc>
        <w:tc>
          <w:tcPr>
            <w:tcW w:type="dxa" w:w="1882"/>
          </w:tcPr>
          <w:p>
            <w:pPr>
              <w:spacing w:before="20" w:after="20" w:line="240" w:lineRule="auto"/>
              <w:jc w:val="center"/>
            </w:pPr>
            <w:r/>
            <w:r>
              <w:rPr>
                <w:rFonts w:ascii="Times New Roman" w:hAnsi="Times New Roman" w:eastAsia="宋体"/>
                <w:b w:val="0"/>
                <w:i w:val="0"/>
                <w:sz w:val="20"/>
              </w:rPr>
              <w:t>15</w:t>
            </w:r>
          </w:p>
        </w:tc>
        <w:tc>
          <w:tcPr>
            <w:tcW w:type="dxa" w:w="1882"/>
          </w:tcPr>
          <w:p>
            <w:pPr>
              <w:spacing w:before="20" w:after="20" w:line="240" w:lineRule="auto"/>
              <w:jc w:val="center"/>
            </w:pPr>
            <w:r/>
            <w:r>
              <w:rPr>
                <w:rFonts w:ascii="Times New Roman" w:hAnsi="Times New Roman" w:eastAsia="宋体"/>
                <w:b w:val="0"/>
                <w:i w:val="0"/>
                <w:sz w:val="20"/>
              </w:rPr>
              <w:t>2</w:t>
            </w:r>
          </w:p>
        </w:tc>
      </w:tr>
      <w:tr>
        <w:tc>
          <w:tcPr>
            <w:tcW w:type="dxa" w:w="1882"/>
          </w:tcPr>
          <w:p>
            <w:pPr>
              <w:spacing w:before="20" w:after="20" w:line="240" w:lineRule="auto"/>
              <w:jc w:val="center"/>
            </w:pPr>
            <w:r/>
            <w:r>
              <w:rPr>
                <w:rFonts w:ascii="Times New Roman" w:hAnsi="Times New Roman" w:eastAsia="宋体"/>
                <w:b w:val="0"/>
                <w:i w:val="0"/>
                <w:sz w:val="20"/>
              </w:rPr>
              <w:t>亚裔</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3</w:t>
            </w:r>
          </w:p>
        </w:tc>
      </w:tr>
      <w:tr>
        <w:tc>
          <w:tcPr>
            <w:tcW w:type="dxa" w:w="1882"/>
          </w:tcPr>
          <w:p>
            <w:pPr>
              <w:spacing w:before="20" w:after="20" w:line="240" w:lineRule="auto"/>
              <w:jc w:val="center"/>
            </w:pPr>
            <w:r/>
            <w:r>
              <w:rPr>
                <w:rFonts w:ascii="Times New Roman" w:hAnsi="Times New Roman" w:eastAsia="宋体"/>
                <w:b w:val="0"/>
                <w:i w:val="0"/>
                <w:sz w:val="20"/>
              </w:rPr>
              <w:t>其他</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4</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（A）20%　　（B）25%　　（C）40%　　（D）56%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the adjoining chart shows the 1980 U.S. population, in millions, for each region by ethnic group. To the nearest percent, what percent of the U.S. Black population lived in the South?</w:t>
      </w:r>
    </w:p>
    <w:tbl>
      <w:tblPr>
        <w:tblStyle w:val="TableGrid"/>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NE</w:t>
            </w:r>
          </w:p>
        </w:tc>
        <w:tc>
          <w:tcPr>
            <w:tcW w:type="dxa" w:w="1882"/>
          </w:tcPr>
          <w:p>
            <w:pPr>
              <w:spacing w:before="20" w:after="20" w:line="240" w:lineRule="auto"/>
              <w:jc w:val="center"/>
            </w:pPr>
            <w:r/>
            <w:r>
              <w:rPr>
                <w:rFonts w:ascii="Times New Roman" w:hAnsi="Times New Roman" w:eastAsia="宋体"/>
                <w:b w:val="0"/>
                <w:i w:val="0"/>
                <w:color w:val="333333"/>
                <w:sz w:val="19"/>
              </w:rPr>
              <w:t>MW</w:t>
            </w:r>
          </w:p>
        </w:tc>
        <w:tc>
          <w:tcPr>
            <w:tcW w:type="dxa" w:w="1882"/>
          </w:tcPr>
          <w:p>
            <w:pPr>
              <w:spacing w:before="20" w:after="20" w:line="240" w:lineRule="auto"/>
              <w:jc w:val="center"/>
            </w:pPr>
            <w:r/>
            <w:r>
              <w:rPr>
                <w:rFonts w:ascii="Times New Roman" w:hAnsi="Times New Roman" w:eastAsia="宋体"/>
                <w:b w:val="0"/>
                <w:i w:val="0"/>
                <w:color w:val="333333"/>
                <w:sz w:val="19"/>
              </w:rPr>
              <w:t>South</w:t>
            </w:r>
          </w:p>
        </w:tc>
        <w:tc>
          <w:tcPr>
            <w:tcW w:type="dxa" w:w="1882"/>
          </w:tcPr>
          <w:p>
            <w:pPr>
              <w:spacing w:before="20" w:after="20" w:line="240" w:lineRule="auto"/>
              <w:jc w:val="center"/>
            </w:pPr>
            <w:r/>
            <w:r>
              <w:rPr>
                <w:rFonts w:ascii="Times New Roman" w:hAnsi="Times New Roman" w:eastAsia="宋体"/>
                <w:b w:val="0"/>
                <w:i w:val="0"/>
                <w:color w:val="333333"/>
                <w:sz w:val="19"/>
              </w:rPr>
              <w:t>West</w:t>
            </w:r>
          </w:p>
        </w:tc>
      </w:tr>
      <w:tr>
        <w:tc>
          <w:tcPr>
            <w:tcW w:type="dxa" w:w="1882"/>
          </w:tcPr>
          <w:p>
            <w:pPr>
              <w:spacing w:before="20" w:after="20" w:line="240" w:lineRule="auto"/>
              <w:jc w:val="center"/>
            </w:pPr>
            <w:r/>
            <w:r>
              <w:rPr>
                <w:rFonts w:ascii="Times New Roman" w:hAnsi="Times New Roman" w:eastAsia="宋体"/>
                <w:b w:val="0"/>
                <w:i w:val="0"/>
                <w:color w:val="333333"/>
                <w:sz w:val="19"/>
              </w:rPr>
              <w:t>White</w:t>
            </w:r>
          </w:p>
        </w:tc>
        <w:tc>
          <w:tcPr>
            <w:tcW w:type="dxa" w:w="1882"/>
          </w:tcPr>
          <w:p>
            <w:pPr>
              <w:spacing w:before="20" w:after="20" w:line="240" w:lineRule="auto"/>
              <w:jc w:val="center"/>
            </w:pPr>
            <w:r/>
            <w:r>
              <w:rPr>
                <w:rFonts w:ascii="Times New Roman" w:hAnsi="Times New Roman" w:eastAsia="宋体"/>
                <w:b w:val="0"/>
                <w:i w:val="0"/>
                <w:color w:val="333333"/>
                <w:sz w:val="19"/>
              </w:rPr>
              <w:t>42</w:t>
            </w:r>
          </w:p>
        </w:tc>
        <w:tc>
          <w:tcPr>
            <w:tcW w:type="dxa" w:w="1882"/>
          </w:tcPr>
          <w:p>
            <w:pPr>
              <w:spacing w:before="20" w:after="20" w:line="240" w:lineRule="auto"/>
              <w:jc w:val="center"/>
            </w:pPr>
            <w:r/>
            <w:r>
              <w:rPr>
                <w:rFonts w:ascii="Times New Roman" w:hAnsi="Times New Roman" w:eastAsia="宋体"/>
                <w:b w:val="0"/>
                <w:i w:val="0"/>
                <w:color w:val="333333"/>
                <w:sz w:val="19"/>
              </w:rPr>
              <w:t>52</w:t>
            </w:r>
          </w:p>
        </w:tc>
        <w:tc>
          <w:tcPr>
            <w:tcW w:type="dxa" w:w="1882"/>
          </w:tcPr>
          <w:p>
            <w:pPr>
              <w:spacing w:before="20" w:after="20" w:line="240" w:lineRule="auto"/>
              <w:jc w:val="center"/>
            </w:pPr>
            <w:r/>
            <w:r>
              <w:rPr>
                <w:rFonts w:ascii="Times New Roman" w:hAnsi="Times New Roman" w:eastAsia="宋体"/>
                <w:b w:val="0"/>
                <w:i w:val="0"/>
                <w:color w:val="333333"/>
                <w:sz w:val="19"/>
              </w:rPr>
              <w:t>57</w:t>
            </w:r>
          </w:p>
        </w:tc>
        <w:tc>
          <w:tcPr>
            <w:tcW w:type="dxa" w:w="1882"/>
          </w:tcPr>
          <w:p>
            <w:pPr>
              <w:spacing w:before="20" w:after="20" w:line="240" w:lineRule="auto"/>
              <w:jc w:val="center"/>
            </w:pPr>
            <w:r/>
            <w:r>
              <w:rPr>
                <w:rFonts w:ascii="Times New Roman" w:hAnsi="Times New Roman" w:eastAsia="宋体"/>
                <w:b w:val="0"/>
                <w:i w:val="0"/>
                <w:color w:val="333333"/>
                <w:sz w:val="19"/>
              </w:rPr>
              <w:t>35</w:t>
            </w:r>
          </w:p>
        </w:tc>
      </w:tr>
      <w:tr>
        <w:tc>
          <w:tcPr>
            <w:tcW w:type="dxa" w:w="1882"/>
          </w:tcPr>
          <w:p>
            <w:pPr>
              <w:spacing w:before="20" w:after="20" w:line="240" w:lineRule="auto"/>
              <w:jc w:val="center"/>
            </w:pPr>
            <w:r/>
            <w:r>
              <w:rPr>
                <w:rFonts w:ascii="Times New Roman" w:hAnsi="Times New Roman" w:eastAsia="宋体"/>
                <w:b w:val="0"/>
                <w:i w:val="0"/>
                <w:color w:val="333333"/>
                <w:sz w:val="19"/>
              </w:rPr>
              <w:t>Black</w:t>
            </w:r>
          </w:p>
        </w:tc>
        <w:tc>
          <w:tcPr>
            <w:tcW w:type="dxa" w:w="1882"/>
          </w:tcPr>
          <w:p>
            <w:pPr>
              <w:spacing w:before="20" w:after="20" w:line="240" w:lineRule="auto"/>
              <w:jc w:val="center"/>
            </w:pPr>
            <w:r/>
            <w:r>
              <w:rPr>
                <w:rFonts w:ascii="Times New Roman" w:hAnsi="Times New Roman" w:eastAsia="宋体"/>
                <w:b w:val="0"/>
                <w:i w:val="0"/>
                <w:color w:val="333333"/>
                <w:sz w:val="19"/>
              </w:rPr>
              <w:t>5</w:t>
            </w:r>
          </w:p>
        </w:tc>
        <w:tc>
          <w:tcPr>
            <w:tcW w:type="dxa" w:w="1882"/>
          </w:tcPr>
          <w:p>
            <w:pPr>
              <w:spacing w:before="20" w:after="20" w:line="240" w:lineRule="auto"/>
              <w:jc w:val="center"/>
            </w:pPr>
            <w:r/>
            <w:r>
              <w:rPr>
                <w:rFonts w:ascii="Times New Roman" w:hAnsi="Times New Roman" w:eastAsia="宋体"/>
                <w:b w:val="0"/>
                <w:i w:val="0"/>
                <w:color w:val="333333"/>
                <w:sz w:val="19"/>
              </w:rPr>
              <w:t>5</w:t>
            </w:r>
          </w:p>
        </w:tc>
        <w:tc>
          <w:tcPr>
            <w:tcW w:type="dxa" w:w="1882"/>
          </w:tcPr>
          <w:p>
            <w:pPr>
              <w:spacing w:before="20" w:after="20" w:line="240" w:lineRule="auto"/>
              <w:jc w:val="center"/>
            </w:pPr>
            <w:r/>
            <w:r>
              <w:rPr>
                <w:rFonts w:ascii="Times New Roman" w:hAnsi="Times New Roman" w:eastAsia="宋体"/>
                <w:b w:val="0"/>
                <w:i w:val="0"/>
                <w:color w:val="333333"/>
                <w:sz w:val="19"/>
              </w:rPr>
              <w:t>15</w:t>
            </w:r>
          </w:p>
        </w:tc>
        <w:tc>
          <w:tcPr>
            <w:tcW w:type="dxa" w:w="1882"/>
          </w:tcPr>
          <w:p>
            <w:pPr>
              <w:spacing w:before="20" w:after="20" w:line="240" w:lineRule="auto"/>
              <w:jc w:val="center"/>
            </w:pPr>
            <w:r/>
            <w:r>
              <w:rPr>
                <w:rFonts w:ascii="Times New Roman" w:hAnsi="Times New Roman" w:eastAsia="宋体"/>
                <w:b w:val="0"/>
                <w:i w:val="0"/>
                <w:color w:val="333333"/>
                <w:sz w:val="19"/>
              </w:rPr>
              <w:t>2</w:t>
            </w:r>
          </w:p>
        </w:tc>
      </w:tr>
      <w:tr>
        <w:tc>
          <w:tcPr>
            <w:tcW w:type="dxa" w:w="1882"/>
          </w:tcPr>
          <w:p>
            <w:pPr>
              <w:spacing w:before="20" w:after="20" w:line="240" w:lineRule="auto"/>
              <w:jc w:val="center"/>
            </w:pPr>
            <w:r/>
            <w:r>
              <w:rPr>
                <w:rFonts w:ascii="Times New Roman" w:hAnsi="Times New Roman" w:eastAsia="宋体"/>
                <w:b w:val="0"/>
                <w:i w:val="0"/>
                <w:color w:val="333333"/>
                <w:sz w:val="19"/>
              </w:rPr>
              <w:t>Asian</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3</w:t>
            </w:r>
          </w:p>
        </w:tc>
      </w:tr>
      <w:tr>
        <w:tc>
          <w:tcPr>
            <w:tcW w:type="dxa" w:w="1882"/>
          </w:tcPr>
          <w:p>
            <w:pPr>
              <w:spacing w:before="20" w:after="20" w:line="240" w:lineRule="auto"/>
              <w:jc w:val="center"/>
            </w:pPr>
            <w:r/>
            <w:r>
              <w:rPr>
                <w:rFonts w:ascii="Times New Roman" w:hAnsi="Times New Roman" w:eastAsia="宋体"/>
                <w:b w:val="0"/>
                <w:i w:val="0"/>
                <w:color w:val="333333"/>
                <w:sz w:val="19"/>
              </w:rPr>
              <w:t>Other</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4</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20%　　(B) 25%　　(C) 40%　　(D) 56%　　(E) 80%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一场选择题考试共有 20 题。计分规则是：每答对一题得 +5 分，每答错一题得 -2 分，未答题得 0 分。约翰的考试成绩是 48 分。他最多可能答对了多少题？</w:t>
      </w:r>
    </w:p>
    <w:p>
      <w:pPr>
        <w:spacing w:before="0" w:after="120" w:line="300" w:lineRule="auto"/>
      </w:pPr>
      <w:r>
        <w:rPr>
          <w:rFonts w:ascii="Times New Roman" w:hAnsi="Times New Roman" w:eastAsia="宋体"/>
          <w:b w:val="0"/>
          <w:i w:val="0"/>
          <w:sz w:val="21"/>
        </w:rPr>
        <w:t>（A）9　　（B）10　　（C）11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multiple choice examination consists of 20 questions. The scoring is +5 for each correct answer, -2 for each incorrect answer, and 0 for each unanswered question. John’s score on the examination is 48. What is the maximum number of questions he could have answered correctly?</w:t>
      </w:r>
    </w:p>
    <w:p>
      <w:pPr>
        <w:spacing w:before="0" w:after="160" w:line="300" w:lineRule="auto"/>
      </w:pPr>
      <w:r>
        <w:rPr>
          <w:rFonts w:ascii="Times New Roman" w:hAnsi="Times New Roman" w:eastAsia="宋体"/>
          <w:b w:val="0"/>
          <w:i w:val="0"/>
          <w:color w:val="333333"/>
          <w:sz w:val="19"/>
        </w:rPr>
        <w:t>(A) 9　　(B) 10　　(C) 11　　(D) 12　　(E) 16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罐子里有编号 1 到 10 的十个球。杰克伸手随机取出一个球。然后吉尔伸手随机取出另一个不同的球。取出的两个球上的数字之和为偶数的概率是多少？</w:t>
      </w:r>
    </w:p>
    <w:p>
      <w:pPr>
        <w:spacing w:before="0" w:after="120" w:line="300" w:lineRule="auto"/>
      </w:pPr>
      <w:r>
        <w:rPr>
          <w:rFonts w:ascii="Times New Roman" w:hAnsi="Times New Roman" w:eastAsia="宋体"/>
          <w:b w:val="0"/>
          <w:i w:val="0"/>
          <w:sz w:val="21"/>
        </w:rPr>
        <w:t>（A）4/9　　（B）9/19　　（C）1/2　　（D）10/19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Ten balls numbered 1 to 10 are in a jar. Jack reaches into the jar and randomly removes one of the balls. Then Jill reaches into the jar and randomly removes a different ball. What is the probability that the sum of the two numbers on the balls removed is even?</w:t>
      </w:r>
    </w:p>
    <w:p>
      <w:pPr>
        <w:spacing w:before="0" w:after="160" w:line="300" w:lineRule="auto"/>
      </w:pPr>
      <w:r>
        <w:rPr>
          <w:rFonts w:ascii="Times New Roman" w:hAnsi="Times New Roman" w:eastAsia="宋体"/>
          <w:b w:val="0"/>
          <w:i w:val="0"/>
          <w:color w:val="333333"/>
          <w:sz w:val="19"/>
        </w:rPr>
        <w:t>(A) 4/9　　(B) 9/19　　(C) 1/2　　(D) 10/19　　(E) 5/9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E　C　A　B　C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C　E　B　D　E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A　C　D　D　D　A</w:t>
      </w:r>
    </w:p>
    <w:p>
      <w:pPr>
        <w:spacing w:before="0" w:after="200" w:line="300" w:lineRule="auto"/>
      </w:pPr>
      <w:r>
        <w:rPr>
          <w:rFonts w:ascii="Times New Roman" w:hAnsi="Times New Roman" w:eastAsia="宋体"/>
          <w:b w:val="0"/>
          <w:i w:val="0"/>
          <w:color w:val="666666"/>
          <w:sz w:val="18"/>
        </w:rPr>
        <w:t>答案串：EBECABCBCBBCEBDEDCAACDDDA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按位相加，0.4 + 0.02 + 0.006 = 0.426。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place by place, 0.4 + 0.02 + 0.006 = 0.426.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分子和分母同时乘以 4，得 2/25 = 8/100 = 0.08。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top and bottom by 4 gives 2/25 = 8/100 = 0.08.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这十个等间隔数的平均数是 90，所以它们的和是 10 × 90 = 900。</w:t>
      </w:r>
    </w:p>
    <w:p>
      <w:pPr>
        <w:spacing w:before="0" w:after="80" w:line="300" w:lineRule="auto"/>
        <w:jc w:val="left"/>
      </w:pPr>
      <w:r>
        <w:rPr>
          <w:rFonts w:ascii="Times New Roman" w:hAnsi="Times New Roman" w:eastAsia="宋体"/>
          <w:b w:val="0"/>
          <w:i w:val="0"/>
          <w:sz w:val="21"/>
        </w:rPr>
        <w:t>加倍后得到 2 × 900 = 1800。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ten evenly spaced numbers have average 90, so their sum is 10 × 90 = 900.</w:t>
      </w:r>
    </w:p>
    <w:p>
      <w:pPr>
        <w:spacing w:before="0" w:after="80" w:line="300" w:lineRule="auto"/>
        <w:jc w:val="left"/>
      </w:pPr>
      <w:r>
        <w:rPr>
          <w:rFonts w:ascii="Times New Roman" w:hAnsi="Times New Roman" w:eastAsia="宋体"/>
          <w:b w:val="0"/>
          <w:i w:val="0"/>
          <w:color w:val="333333"/>
          <w:sz w:val="19"/>
        </w:rPr>
        <w:t>Doubling gives 2 × 900 = 1800.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直角是整圆的四分之一，所以它包含 1/4 × 500 = 125 克勒特。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angle is a quarter of a full circle, so it contains 1/4 × 500 = 125 clerts.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面积是 0.4 × 0.22 = 0.088 平方米。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is 0.4 × 0.22 = 0.088 square 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负乘积来自负数乘正数；要最负，就让两个因数的绝对值尽可能大。</w:t>
      </w:r>
    </w:p>
    <w:p>
      <w:pPr>
        <w:spacing w:before="0" w:after="80" w:line="300" w:lineRule="auto"/>
        <w:jc w:val="left"/>
      </w:pPr>
      <w:r>
        <w:rPr>
          <w:rFonts w:ascii="Times New Roman" w:hAnsi="Times New Roman" w:eastAsia="宋体"/>
          <w:b w:val="0"/>
          <w:i w:val="0"/>
          <w:sz w:val="21"/>
        </w:rPr>
        <w:t>最负的乘积是 (-7)(3) =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negative product comes from multiplying a negative number by a positive number, and it is most negative when both factors are largest in size.</w:t>
      </w:r>
    </w:p>
    <w:p>
      <w:pPr>
        <w:spacing w:before="0" w:after="80" w:line="300" w:lineRule="auto"/>
        <w:jc w:val="left"/>
      </w:pPr>
      <w:r>
        <w:rPr>
          <w:rFonts w:ascii="Times New Roman" w:hAnsi="Times New Roman" w:eastAsia="宋体"/>
          <w:b w:val="0"/>
          <w:i w:val="0"/>
          <w:color w:val="333333"/>
          <w:sz w:val="19"/>
        </w:rPr>
        <w:t>The most negative product is (-7)(3) = -21.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先数没有任何涂色面的立方体，再从 27 中减去。一个小立方体未涂色，当且仅当它所有外露的小方格都是空白。</w:t>
      </w:r>
    </w:p>
    <w:p>
      <w:pPr>
        <w:spacing w:before="0" w:after="80" w:line="300" w:lineRule="auto"/>
        <w:jc w:val="left"/>
      </w:pPr>
      <w:r>
        <w:rPr>
          <w:rFonts w:ascii="Times New Roman" w:hAnsi="Times New Roman" w:eastAsia="宋体"/>
          <w:b w:val="0"/>
          <w:i w:val="0"/>
          <w:sz w:val="21"/>
        </w:rPr>
        <w:t>三种面图案如下：顶面和底面只有中心小方格涂色；一对相对侧面是四个角和中心涂色；另一对相对侧面是四条边的中点涂色。</w:t>
      </w:r>
    </w:p>
    <w:p>
      <w:pPr>
        <w:spacing w:before="0" w:after="80" w:line="300" w:lineRule="auto"/>
        <w:jc w:val="left"/>
      </w:pPr>
      <w:r>
        <w:rPr>
          <w:rFonts w:ascii="Times New Roman" w:hAnsi="Times New Roman" w:eastAsia="宋体"/>
          <w:b w:val="0"/>
          <w:i w:val="0"/>
          <w:sz w:val="21"/>
        </w:rPr>
        <w:t>恰有 7 个小立方体避开所有涂色小方格：大立方体最中心隐藏的一个；那对边中点涂色面中心处的两个小立方体，它们唯一外露的小方格是空白中心；以及四个在“角和中心涂色”的面与顶面或底面相交边中点处的小立方体，因为那里每个外露小方格都是空白边格。</w:t>
      </w:r>
    </w:p>
    <w:p>
      <w:pPr>
        <w:spacing w:before="0" w:after="80" w:line="300" w:lineRule="auto"/>
        <w:jc w:val="left"/>
      </w:pPr>
      <w:r>
        <w:rPr>
          <w:rFonts w:ascii="Times New Roman" w:hAnsi="Times New Roman" w:eastAsia="宋体"/>
          <w:b w:val="0"/>
          <w:i w:val="0"/>
          <w:sz w:val="21"/>
        </w:rPr>
        <w:t>因此有 27 - 7 = 20 个小立方体至少有一个涂色面。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the cubes with no shaded face and subtract from 27. A small cube is unshaded exactly when every one of its exposed squares is blank.</w:t>
      </w:r>
    </w:p>
    <w:p>
      <w:pPr>
        <w:spacing w:before="0" w:after="80" w:line="300" w:lineRule="auto"/>
        <w:jc w:val="left"/>
      </w:pPr>
      <w:r>
        <w:rPr>
          <w:rFonts w:ascii="Times New Roman" w:hAnsi="Times New Roman" w:eastAsia="宋体"/>
          <w:b w:val="0"/>
          <w:i w:val="0"/>
          <w:color w:val="333333"/>
          <w:sz w:val="19"/>
        </w:rPr>
        <w:t>The three patterns are: the top and bottom faces show only their center square shaded; one pair of opposite side faces shows the four corners and the center shaded; the remaining pair shows the four edge-midpoints shaded.</w:t>
      </w:r>
    </w:p>
    <w:p>
      <w:pPr>
        <w:spacing w:before="0" w:after="80" w:line="300" w:lineRule="auto"/>
        <w:jc w:val="left"/>
      </w:pPr>
      <w:r>
        <w:rPr>
          <w:rFonts w:ascii="Times New Roman" w:hAnsi="Times New Roman" w:eastAsia="宋体"/>
          <w:b w:val="0"/>
          <w:i w:val="0"/>
          <w:color w:val="333333"/>
          <w:sz w:val="19"/>
        </w:rPr>
        <w:t>Exactly 7 small cubes avoid every shaded square: the one hidden cube at the very center of the block; the two cubes at the centers of the edge-midpoints faces, whose only exposed square is that blank center; and the four cubes at the midpoints of the edges where a corners-and-center face meets the top or bottom face, since there each exposed square is a blank edge cell.</w:t>
      </w:r>
    </w:p>
    <w:p>
      <w:pPr>
        <w:spacing w:before="0" w:after="80" w:line="300" w:lineRule="auto"/>
        <w:jc w:val="left"/>
      </w:pPr>
      <w:r>
        <w:rPr>
          <w:rFonts w:ascii="Times New Roman" w:hAnsi="Times New Roman" w:eastAsia="宋体"/>
          <w:b w:val="0"/>
          <w:i w:val="0"/>
          <w:color w:val="333333"/>
          <w:sz w:val="19"/>
        </w:rPr>
        <w:t>Hence 27 - 7 = 20 cubes have at least one shaded face.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因为 A 和 B 至少为 1，所以和至少是 9876 + 132 + 11 = 10,019，有 5 位。</w:t>
      </w:r>
    </w:p>
    <w:p>
      <w:pPr>
        <w:spacing w:before="0" w:after="80" w:line="300" w:lineRule="auto"/>
        <w:jc w:val="left"/>
      </w:pPr>
      <w:r>
        <w:rPr>
          <w:rFonts w:ascii="Times New Roman" w:hAnsi="Times New Roman" w:eastAsia="宋体"/>
          <w:b w:val="0"/>
          <w:i w:val="0"/>
          <w:sz w:val="21"/>
        </w:rPr>
        <w:t>另一端，当 A = B = 9 时，和为 9876 + 932 + 91 = 10,899，仍然是 5 位。因此和总是恰好有 5 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and B are at least 1, the sum is at least 9876 + 132 + 11 = 10,019, which has 5 digits.</w:t>
      </w:r>
    </w:p>
    <w:p>
      <w:pPr>
        <w:spacing w:before="0" w:after="80" w:line="300" w:lineRule="auto"/>
        <w:jc w:val="left"/>
      </w:pPr>
      <w:r>
        <w:rPr>
          <w:rFonts w:ascii="Times New Roman" w:hAnsi="Times New Roman" w:eastAsia="宋体"/>
          <w:b w:val="0"/>
          <w:i w:val="0"/>
          <w:color w:val="333333"/>
          <w:sz w:val="19"/>
        </w:rPr>
        <w:t>At the other extreme, with A = B = 9 the sum is 9876 + 932 + 91 = 10,899, still 5 digits. So the sum always has exactly 5 digits.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最小公倍数必须包含 4 = 2²、3、5 和 7（因数 6 = 2 × 3 已经被覆盖）。</w:t>
      </w:r>
    </w:p>
    <w:p>
      <w:pPr>
        <w:spacing w:before="0" w:after="80" w:line="300" w:lineRule="auto"/>
        <w:jc w:val="left"/>
      </w:pPr>
      <w:r>
        <w:rPr>
          <w:rFonts w:ascii="Times New Roman" w:hAnsi="Times New Roman" w:eastAsia="宋体"/>
          <w:b w:val="0"/>
          <w:i w:val="0"/>
          <w:sz w:val="21"/>
        </w:rPr>
        <w:t>所以它是 4 × 3 × 5 × 7 = 420。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common multiple must include 4 = 2², 3, 5, and 7 (the factor 6 = 2 × 3 is already covered).</w:t>
      </w:r>
    </w:p>
    <w:p>
      <w:pPr>
        <w:spacing w:before="0" w:after="80" w:line="300" w:lineRule="auto"/>
        <w:jc w:val="left"/>
      </w:pPr>
      <w:r>
        <w:rPr>
          <w:rFonts w:ascii="Times New Roman" w:hAnsi="Times New Roman" w:eastAsia="宋体"/>
          <w:b w:val="0"/>
          <w:i w:val="0"/>
          <w:color w:val="333333"/>
          <w:sz w:val="19"/>
        </w:rPr>
        <w:t>So it is 4 × 3 × 5 × 7 = 420.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前三项合并为 (4 + 3 + 2)(299) = 9 × 299 = 2691。</w:t>
      </w:r>
    </w:p>
    <w:p>
      <w:pPr>
        <w:spacing w:before="0" w:after="80" w:line="300" w:lineRule="auto"/>
        <w:jc w:val="left"/>
      </w:pPr>
      <w:r>
        <w:rPr>
          <w:rFonts w:ascii="Times New Roman" w:hAnsi="Times New Roman" w:eastAsia="宋体"/>
          <w:b w:val="0"/>
          <w:i w:val="0"/>
          <w:sz w:val="21"/>
        </w:rPr>
        <w:t>再加最后一项，得 2691 + 298 = 2989。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terms combine to (4 + 3 + 2)(299) = 9 × 299 = 2691.</w:t>
      </w:r>
    </w:p>
    <w:p>
      <w:pPr>
        <w:spacing w:before="0" w:after="80" w:line="300" w:lineRule="auto"/>
        <w:jc w:val="left"/>
      </w:pPr>
      <w:r>
        <w:rPr>
          <w:rFonts w:ascii="Times New Roman" w:hAnsi="Times New Roman" w:eastAsia="宋体"/>
          <w:b w:val="0"/>
          <w:i w:val="0"/>
          <w:color w:val="333333"/>
          <w:sz w:val="19"/>
        </w:rPr>
        <w:t>Adding the last term gives 2691 + 298 = 2989.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整数部分的和是 10，分数部分是 1/2 + 1/7 + 1/19。</w:t>
      </w:r>
    </w:p>
    <w:p>
      <w:pPr>
        <w:spacing w:before="0" w:after="80" w:line="300" w:lineRule="auto"/>
        <w:jc w:val="left"/>
      </w:pPr>
      <w:r>
        <w:rPr>
          <w:rFonts w:ascii="Times New Roman" w:hAnsi="Times New Roman" w:eastAsia="宋体"/>
          <w:b w:val="0"/>
          <w:i w:val="0"/>
          <w:sz w:val="21"/>
        </w:rPr>
        <w:t>因为 1/7 + 1/19 是一个较小的正数，所以分数部分总和大于 1/2，但远小于 1。因此原和位于 101/2 和 11 之间。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whole-number parts sum to 10. The fractional parts are 1/2 + 1/7 + 1/19.</w:t>
      </w:r>
    </w:p>
    <w:p>
      <w:pPr>
        <w:spacing w:before="0" w:after="80" w:line="300" w:lineRule="auto"/>
        <w:jc w:val="left"/>
      </w:pPr>
      <w:r>
        <w:rPr>
          <w:rFonts w:ascii="Times New Roman" w:hAnsi="Times New Roman" w:eastAsia="宋体"/>
          <w:b w:val="0"/>
          <w:i w:val="0"/>
          <w:color w:val="333333"/>
          <w:sz w:val="19"/>
        </w:rPr>
        <w:t>Since 1/7 + 1/19 is a small positive amount, the fractional total is more than 1/2 but well under 1. So the sum lies between 101/2 and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整个区域面积是 12 × 18 = 216。涂色区域宽 3、高 6，面积为 3 × 6 = 18。</w:t>
      </w:r>
    </w:p>
    <w:p>
      <w:pPr>
        <w:spacing w:before="0" w:after="80" w:line="300" w:lineRule="auto"/>
        <w:jc w:val="left"/>
      </w:pPr>
      <w:r>
        <w:rPr>
          <w:rFonts w:ascii="Times New Roman" w:hAnsi="Times New Roman" w:eastAsia="宋体"/>
          <w:b w:val="0"/>
          <w:i w:val="0"/>
          <w:sz w:val="21"/>
        </w:rPr>
        <w:t>所以涂色比例是 18/216 = 1/12。等价地，它是整个区域的 1/4 的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whole region has area 12 × 18 = 216. The shaded region is 3 wide and 6 tall, with area 3 × 6 = 18.</w:t>
      </w:r>
    </w:p>
    <w:p>
      <w:pPr>
        <w:spacing w:before="0" w:after="80" w:line="300" w:lineRule="auto"/>
        <w:jc w:val="left"/>
      </w:pPr>
      <w:r>
        <w:rPr>
          <w:rFonts w:ascii="Times New Roman" w:hAnsi="Times New Roman" w:eastAsia="宋体"/>
          <w:b w:val="0"/>
          <w:i w:val="0"/>
          <w:color w:val="333333"/>
          <w:sz w:val="19"/>
        </w:rPr>
        <w:t>So the shaded fraction is 18/216 = 1/12. Equivalently, it is 1/3 of 1/4 of the whole.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对 3/7、4/9、17/35 和 100/201，每个分子都小于分母的一半，所以它们都小于 1/2。</w:t>
      </w:r>
    </w:p>
    <w:p>
      <w:pPr>
        <w:spacing w:before="0" w:after="80" w:line="300" w:lineRule="auto"/>
        <w:jc w:val="left"/>
      </w:pPr>
      <w:r>
        <w:rPr>
          <w:rFonts w:ascii="Times New Roman" w:hAnsi="Times New Roman" w:eastAsia="宋体"/>
          <w:b w:val="0"/>
          <w:i w:val="0"/>
          <w:sz w:val="21"/>
        </w:rPr>
        <w:t>对 151/301，分子 151 大于 301 的一半，所以这个分数大于 1/2，也是最大的。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3/7, 4/9, 17/35, and 100/201, each numerator is less than half its denominator, so each is less than 1/2.</w:t>
      </w:r>
    </w:p>
    <w:p>
      <w:pPr>
        <w:spacing w:before="0" w:after="80" w:line="300" w:lineRule="auto"/>
        <w:jc w:val="left"/>
      </w:pPr>
      <w:r>
        <w:rPr>
          <w:rFonts w:ascii="Times New Roman" w:hAnsi="Times New Roman" w:eastAsia="宋体"/>
          <w:b w:val="0"/>
          <w:i w:val="0"/>
          <w:color w:val="333333"/>
          <w:sz w:val="19"/>
        </w:rPr>
        <w:t>For 151/301, the numerator 151 is more than half of 301, so this fraction exceeds 1/2 and is the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一小时有 3600 秒，所以计算机可以做 10,000 × 3600 = 36,000,000 次加法。</w:t>
      </w:r>
    </w:p>
    <w:p>
      <w:pPr>
        <w:spacing w:before="0" w:after="80" w:line="300" w:lineRule="auto"/>
        <w:jc w:val="left"/>
      </w:pPr>
      <w:r>
        <w:rPr>
          <w:rFonts w:ascii="Times New Roman" w:hAnsi="Times New Roman" w:eastAsia="宋体"/>
          <w:b w:val="0"/>
          <w:i w:val="0"/>
          <w:sz w:val="21"/>
        </w:rPr>
        <w:t>也就是 36 百万。</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hour has 3600 seconds, so the computer does 10,000 × 3600 = 36,000,000 additions.</w:t>
      </w:r>
    </w:p>
    <w:p>
      <w:pPr>
        <w:spacing w:before="0" w:after="80" w:line="300" w:lineRule="auto"/>
        <w:jc w:val="left"/>
      </w:pPr>
      <w:r>
        <w:rPr>
          <w:rFonts w:ascii="Times New Roman" w:hAnsi="Times New Roman" w:eastAsia="宋体"/>
          <w:b w:val="0"/>
          <w:i w:val="0"/>
          <w:color w:val="333333"/>
          <w:sz w:val="19"/>
        </w:rPr>
        <w:t>That is 36 million.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三条原价轮胎共花 $240 - $3 = $237。</w:t>
      </w:r>
    </w:p>
    <w:p>
      <w:pPr>
        <w:spacing w:before="0" w:after="80" w:line="300" w:lineRule="auto"/>
        <w:jc w:val="left"/>
      </w:pPr>
      <w:r>
        <w:rPr>
          <w:rFonts w:ascii="Times New Roman" w:hAnsi="Times New Roman" w:eastAsia="宋体"/>
          <w:b w:val="0"/>
          <w:i w:val="0"/>
          <w:sz w:val="21"/>
        </w:rPr>
        <w:t>所以一条轮胎的原价是 ($237)/3 = $79。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regular-price tires cost $240 - $3 = $237.</w:t>
      </w:r>
    </w:p>
    <w:p>
      <w:pPr>
        <w:spacing w:before="0" w:after="80" w:line="300" w:lineRule="auto"/>
        <w:jc w:val="left"/>
      </w:pPr>
      <w:r>
        <w:rPr>
          <w:rFonts w:ascii="Times New Roman" w:hAnsi="Times New Roman" w:eastAsia="宋体"/>
          <w:b w:val="0"/>
          <w:i w:val="0"/>
          <w:color w:val="333333"/>
          <w:sz w:val="19"/>
        </w:rPr>
        <w:t>So one tire costs ($237)/3 = $79.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第四场后她共投篮 40 次。50% 命中率表示她总共命中 1/2 × 40 = 20 次。</w:t>
      </w:r>
    </w:p>
    <w:p>
      <w:pPr>
        <w:spacing w:before="0" w:after="80" w:line="300" w:lineRule="auto"/>
        <w:jc w:val="left"/>
      </w:pPr>
      <w:r>
        <w:rPr>
          <w:rFonts w:ascii="Times New Roman" w:hAnsi="Times New Roman" w:eastAsia="宋体"/>
          <w:b w:val="0"/>
          <w:i w:val="0"/>
          <w:sz w:val="21"/>
        </w:rPr>
        <w:t>她之前已经命中 12 次，所以最后 10 次中命中 20 - 12 = 8 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fourth game she has taken 40 shots. A 50% average means she made 1/2 × 40 = 20 shots in total.</w:t>
      </w:r>
    </w:p>
    <w:p>
      <w:pPr>
        <w:spacing w:before="0" w:after="80" w:line="300" w:lineRule="auto"/>
        <w:jc w:val="left"/>
      </w:pPr>
      <w:r>
        <w:rPr>
          <w:rFonts w:ascii="Times New Roman" w:hAnsi="Times New Roman" w:eastAsia="宋体"/>
          <w:b w:val="0"/>
          <w:i w:val="0"/>
          <w:color w:val="333333"/>
          <w:sz w:val="19"/>
        </w:rPr>
        <w:t>She had already made 12, so she made 20 - 12 = 8 of the last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布雷特在 3 号座位。因为“布雷特挨着卡尔”是假的，卡尔不在 2 号或 4 号座位，所以卡尔必须在 1 号座位。</w:t>
      </w:r>
    </w:p>
    <w:p>
      <w:pPr>
        <w:spacing w:before="0" w:after="80" w:line="300" w:lineRule="auto"/>
        <w:jc w:val="left"/>
      </w:pPr>
      <w:r>
        <w:rPr>
          <w:rFonts w:ascii="Times New Roman" w:hAnsi="Times New Roman" w:eastAsia="宋体"/>
          <w:b w:val="0"/>
          <w:i w:val="0"/>
          <w:sz w:val="21"/>
        </w:rPr>
        <w:t>布雷特（3 号）和卡尔（1 号）之间的座位是 2 号。因为“艾比在布雷特和卡尔之间”是假的，艾比不在 2 号，所以艾比必须在 4 号。</w:t>
      </w:r>
    </w:p>
    <w:p>
      <w:pPr>
        <w:spacing w:before="0" w:after="80" w:line="300" w:lineRule="auto"/>
        <w:jc w:val="left"/>
      </w:pPr>
      <w:r>
        <w:rPr>
          <w:rFonts w:ascii="Times New Roman" w:hAnsi="Times New Roman" w:eastAsia="宋体"/>
          <w:b w:val="0"/>
          <w:i w:val="0"/>
          <w:sz w:val="21"/>
        </w:rPr>
        <w:t>因此达娜坐在 2 号座位。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Bret is in seat 3. Since “Bret is next to Carl” is false, Carl is not in seat 2 or seat 4, so Carl must be in seat 1.</w:t>
      </w:r>
    </w:p>
    <w:p>
      <w:pPr>
        <w:spacing w:before="0" w:after="80" w:line="300" w:lineRule="auto"/>
        <w:jc w:val="left"/>
      </w:pPr>
      <w:r>
        <w:rPr>
          <w:rFonts w:ascii="Times New Roman" w:hAnsi="Times New Roman" w:eastAsia="宋体"/>
          <w:b w:val="0"/>
          <w:i w:val="0"/>
          <w:color w:val="333333"/>
          <w:sz w:val="19"/>
        </w:rPr>
        <w:t>The seat between Bret (seat 3) and Carl (seat 1) is seat 2. Since “Abby is between Bret and Carl” is false, Abby is not in seat 2, so Abby must be in seat 4.</w:t>
      </w:r>
    </w:p>
    <w:p>
      <w:pPr>
        <w:spacing w:before="0" w:after="80" w:line="300" w:lineRule="auto"/>
        <w:jc w:val="left"/>
      </w:pPr>
      <w:r>
        <w:rPr>
          <w:rFonts w:ascii="Times New Roman" w:hAnsi="Times New Roman" w:eastAsia="宋体"/>
          <w:b w:val="0"/>
          <w:i w:val="0"/>
          <w:color w:val="333333"/>
          <w:sz w:val="19"/>
        </w:rPr>
        <w:t>That leaves Dana in seat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在留下的人中，1/3 跳舞，所以 2/3 没跳舞。因此剩余人数的 2/3 等于 12，得剩余 18 人。</w:t>
      </w:r>
    </w:p>
    <w:p>
      <w:pPr>
        <w:spacing w:before="0" w:after="80" w:line="300" w:lineRule="auto"/>
        <w:jc w:val="left"/>
      </w:pPr>
      <w:r>
        <w:rPr>
          <w:rFonts w:ascii="Times New Roman" w:hAnsi="Times New Roman" w:eastAsia="宋体"/>
          <w:b w:val="0"/>
          <w:i w:val="0"/>
          <w:sz w:val="21"/>
        </w:rPr>
        <w:t>这 18 人是原来人数的一半，所以房间一开始有 2 × 18 = 36 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those remaining, 1/3 danced, so 2/3 did not. Thus 2/3 of the remaining people equals 12, giving 18 remaining.</w:t>
      </w:r>
    </w:p>
    <w:p>
      <w:pPr>
        <w:spacing w:before="0" w:after="80" w:line="300" w:lineRule="auto"/>
        <w:jc w:val="left"/>
      </w:pPr>
      <w:r>
        <w:rPr>
          <w:rFonts w:ascii="Times New Roman" w:hAnsi="Times New Roman" w:eastAsia="宋体"/>
          <w:b w:val="0"/>
          <w:i w:val="0"/>
          <w:color w:val="333333"/>
          <w:sz w:val="19"/>
        </w:rPr>
        <w:t>Those 18 are half the original group, so the room started with 2 × 18 = 36 people.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重复按键得到 2 → 4 → 16 → 256 → 65536。</w:t>
      </w:r>
    </w:p>
    <w:p>
      <w:pPr>
        <w:spacing w:before="0" w:after="80" w:line="300" w:lineRule="auto"/>
        <w:jc w:val="left"/>
      </w:pPr>
      <w:r>
        <w:rPr>
          <w:rFonts w:ascii="Times New Roman" w:hAnsi="Times New Roman" w:eastAsia="宋体"/>
          <w:b w:val="0"/>
          <w:i w:val="0"/>
          <w:sz w:val="21"/>
        </w:rPr>
        <w:t>因为 256 &lt; 500 &lt; 65536，显示数第一次超过 500 是第四次按键。</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Pressing the key repeatedly gives 2 → 4 → 16 → 256 → 65536.</w:t>
      </w:r>
    </w:p>
    <w:p>
      <w:pPr>
        <w:spacing w:before="0" w:after="80" w:line="300" w:lineRule="auto"/>
        <w:jc w:val="left"/>
      </w:pPr>
      <w:r>
        <w:rPr>
          <w:rFonts w:ascii="Times New Roman" w:hAnsi="Times New Roman" w:eastAsia="宋体"/>
          <w:b w:val="0"/>
          <w:i w:val="0"/>
          <w:color w:val="333333"/>
          <w:sz w:val="19"/>
        </w:rPr>
        <w:t>Since 256 &lt; 500 &lt; 65536, the display first exceeds 500 on the fourth press.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反例需要 n 不是质数，但 n - 2 是质数。当 n = 9 时，9 不是质数，而 9 - 2 = 7 是质数，所以它推翻了这个命题。</w:t>
      </w:r>
    </w:p>
    <w:p>
      <w:pPr>
        <w:spacing w:before="0" w:after="80" w:line="300" w:lineRule="auto"/>
        <w:jc w:val="left"/>
      </w:pPr>
      <w:r>
        <w:rPr>
          <w:rFonts w:ascii="Times New Roman" w:hAnsi="Times New Roman" w:eastAsia="宋体"/>
          <w:b w:val="0"/>
          <w:i w:val="0"/>
          <w:sz w:val="21"/>
        </w:rPr>
        <w:t>其他选项不能作为反例：12 - 2 = 10 和 16 - 2 = 14 不是质数，而 13 和 23 本身就是质数。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counterexample needs n not prime but n - 2 prime. For n = 9, the number 9 is not prime while 9 - 2 = 7 is prime, so it breaks the statement.</w:t>
      </w:r>
    </w:p>
    <w:p>
      <w:pPr>
        <w:spacing w:before="0" w:after="80" w:line="300" w:lineRule="auto"/>
        <w:jc w:val="left"/>
      </w:pPr>
      <w:r>
        <w:rPr>
          <w:rFonts w:ascii="Times New Roman" w:hAnsi="Times New Roman" w:eastAsia="宋体"/>
          <w:b w:val="0"/>
          <w:i w:val="0"/>
          <w:color w:val="333333"/>
          <w:sz w:val="19"/>
        </w:rPr>
        <w:t>The others fail to be counterexamples: 12 - 2 = 10 and 16 - 2 = 14 are not prime, while 13 and 23 are themselves prime.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(i) 1/3 + 1/6 = 1/2，但 9^(∗) = 1/9，所以为假。(ii) 1/6 - 1/4 = -1/12，但 2^(∗) = 1/2，所以为假。</w:t>
      </w:r>
    </w:p>
    <w:p>
      <w:pPr>
        <w:spacing w:before="0" w:after="80" w:line="300" w:lineRule="auto"/>
        <w:jc w:val="left"/>
      </w:pPr>
      <w:r>
        <w:rPr>
          <w:rFonts w:ascii="Times New Roman" w:hAnsi="Times New Roman" w:eastAsia="宋体"/>
          <w:b w:val="0"/>
          <w:i w:val="0"/>
          <w:sz w:val="21"/>
        </w:rPr>
        <w:t>(iii) 1/2 · 1/6 = 1/12 = 12^(∗)，为真。(iv) 1/10 ÷ 1/2 = 1/5 = 5^(∗)，为真。</w:t>
      </w:r>
    </w:p>
    <w:p>
      <w:pPr>
        <w:spacing w:before="0" w:after="80" w:line="300" w:lineRule="auto"/>
        <w:jc w:val="left"/>
      </w:pPr>
      <w:r>
        <w:rPr>
          <w:rFonts w:ascii="Times New Roman" w:hAnsi="Times New Roman" w:eastAsia="宋体"/>
          <w:b w:val="0"/>
          <w:i w:val="0"/>
          <w:sz w:val="21"/>
        </w:rPr>
        <w:t>因此正好有 2 个命题为真。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 1/3 + 1/6 = 1/2, but 9^(∗) = 1/9, so false. (ii) 1/6 - 1/4 = -1/12, but 2^(∗) = 1/2, so false.</w:t>
      </w:r>
    </w:p>
    <w:p>
      <w:pPr>
        <w:spacing w:before="0" w:after="80" w:line="300" w:lineRule="auto"/>
        <w:jc w:val="left"/>
      </w:pPr>
      <w:r>
        <w:rPr>
          <w:rFonts w:ascii="Times New Roman" w:hAnsi="Times New Roman" w:eastAsia="宋体"/>
          <w:b w:val="0"/>
          <w:i w:val="0"/>
          <w:color w:val="333333"/>
          <w:sz w:val="19"/>
        </w:rPr>
        <w:t>(iii) 1/2 · 1/6 = 1/12 = 12^(∗), true. (iv) 1/10 ÷ 1/2 = 1/5 = 5^(∗), true.</w:t>
      </w:r>
    </w:p>
    <w:p>
      <w:pPr>
        <w:spacing w:before="0" w:after="80" w:line="300" w:lineRule="auto"/>
        <w:jc w:val="left"/>
      </w:pPr>
      <w:r>
        <w:rPr>
          <w:rFonts w:ascii="Times New Roman" w:hAnsi="Times New Roman" w:eastAsia="宋体"/>
          <w:b w:val="0"/>
          <w:i w:val="0"/>
          <w:color w:val="333333"/>
          <w:sz w:val="19"/>
        </w:rPr>
        <w:t>So exactly 2 of the statements are true.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因为 AD = 4 且 CD = 3，所以对角线 DB = √(3² + 4²) = 5，这就是半径。</w:t>
      </w:r>
    </w:p>
    <w:p>
      <w:pPr>
        <w:spacing w:before="0" w:after="80" w:line="300" w:lineRule="auto"/>
        <w:jc w:val="left"/>
      </w:pPr>
      <w:r>
        <w:rPr>
          <w:rFonts w:ascii="Times New Roman" w:hAnsi="Times New Roman" w:eastAsia="宋体"/>
          <w:b w:val="0"/>
          <w:i w:val="0"/>
          <w:sz w:val="21"/>
        </w:rPr>
        <w:t>阴影区域是以 D 为圆心的四分之一圆减去矩形：</w:t>
      </w:r>
    </w:p>
    <w:p>
      <w:pPr>
        <w:spacing w:before="0" w:after="80" w:line="300" w:lineRule="auto"/>
        <w:jc w:val="left"/>
      </w:pPr>
      <w:r>
        <w:rPr>
          <w:rFonts w:ascii="Times New Roman" w:hAnsi="Times New Roman" w:eastAsia="宋体"/>
          <w:b w:val="0"/>
          <w:i w:val="0"/>
          <w:sz w:val="21"/>
        </w:rPr>
        <w:t>1/4 π (5)² - (3)(4) = 25π/4 - 12</w:t>
      </w:r>
    </w:p>
    <w:p>
      <w:pPr>
        <w:spacing w:before="0" w:after="80" w:line="300" w:lineRule="auto"/>
        <w:jc w:val="left"/>
      </w:pPr>
      <w:r>
        <w:rPr>
          <w:rFonts w:ascii="Times New Roman" w:hAnsi="Times New Roman" w:eastAsia="宋体"/>
          <w:b w:val="0"/>
          <w:i w:val="0"/>
          <w:sz w:val="21"/>
        </w:rPr>
        <w:t>≈ 19.6 - 12 = 7.6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这个值位于 7 和 8 之间。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AD = 4 and CD = 3, the diagonal DB = √(3² + 4²) = 5, which is the radius.</w:t>
      </w:r>
    </w:p>
    <w:p>
      <w:pPr>
        <w:spacing w:before="0" w:after="80" w:line="300" w:lineRule="auto"/>
        <w:jc w:val="left"/>
      </w:pPr>
      <w:r>
        <w:rPr>
          <w:rFonts w:ascii="Times New Roman" w:hAnsi="Times New Roman" w:eastAsia="宋体"/>
          <w:b w:val="0"/>
          <w:i w:val="0"/>
          <w:color w:val="333333"/>
          <w:sz w:val="19"/>
        </w:rPr>
        <w:t>The shaded region is the quarter circle at D minus the rectangle:</w:t>
      </w:r>
    </w:p>
    <w:p>
      <w:pPr>
        <w:spacing w:before="0" w:after="80" w:line="300" w:lineRule="auto"/>
        <w:jc w:val="left"/>
      </w:pPr>
      <w:r>
        <w:rPr>
          <w:rFonts w:ascii="Times New Roman" w:hAnsi="Times New Roman" w:eastAsia="宋体"/>
          <w:b w:val="0"/>
          <w:i w:val="0"/>
          <w:color w:val="333333"/>
          <w:sz w:val="19"/>
        </w:rPr>
        <w:t>1/4 π (5)² - (3)(4) = 25π/4 - 12</w:t>
      </w:r>
    </w:p>
    <w:p>
      <w:pPr>
        <w:spacing w:before="0" w:after="80" w:line="300" w:lineRule="auto"/>
        <w:jc w:val="left"/>
      </w:pPr>
      <w:r>
        <w:rPr>
          <w:rFonts w:ascii="Times New Roman" w:hAnsi="Times New Roman" w:eastAsia="宋体"/>
          <w:b w:val="0"/>
          <w:i w:val="0"/>
          <w:color w:val="333333"/>
          <w:sz w:val="19"/>
        </w:rPr>
        <w:t>≈ 19.6 - 12 = 7.6.</w:t>
      </w:r>
    </w:p>
    <w:p>
      <w:pPr>
        <w:spacing w:before="0" w:after="80" w:line="300" w:lineRule="auto"/>
        <w:jc w:val="left"/>
      </w:pPr>
      <w:r>
        <w:rPr>
          <w:rFonts w:ascii="Times New Roman" w:hAnsi="Times New Roman" w:eastAsia="宋体"/>
          <w:b w:val="0"/>
          <w:i w:val="0"/>
          <w:color w:val="333333"/>
          <w:sz w:val="19"/>
        </w:rPr>
        <w:t>This lies between 7 and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按百万人计，黑人总人口为 5 + 5 + 15 + 2 = 27。</w:t>
      </w:r>
    </w:p>
    <w:p>
      <w:pPr>
        <w:spacing w:before="0" w:after="80" w:line="300" w:lineRule="auto"/>
        <w:jc w:val="left"/>
      </w:pPr>
      <w:r>
        <w:rPr>
          <w:rFonts w:ascii="Times New Roman" w:hAnsi="Times New Roman" w:eastAsia="宋体"/>
          <w:b w:val="0"/>
          <w:i w:val="0"/>
          <w:sz w:val="21"/>
        </w:rPr>
        <w:t>南部所占比例是 15/27 = 5/9 ≈ 55.6%，四舍五入为 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Black population is 5 + 5 + 15 + 2 = 27 million.</w:t>
      </w:r>
    </w:p>
    <w:p>
      <w:pPr>
        <w:spacing w:before="0" w:after="80" w:line="300" w:lineRule="auto"/>
        <w:jc w:val="left"/>
      </w:pPr>
      <w:r>
        <w:rPr>
          <w:rFonts w:ascii="Times New Roman" w:hAnsi="Times New Roman" w:eastAsia="宋体"/>
          <w:b w:val="0"/>
          <w:i w:val="0"/>
          <w:color w:val="333333"/>
          <w:sz w:val="19"/>
        </w:rPr>
        <w:t>The South’s share is 15/27 = 5/9 ≈ 55.6%, which rounds to 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设 c 为答对题数，w 为答错题数，则 5c - 2w = 48。于是 2w = 5c - 48，所以 c 必须为偶数。</w:t>
      </w:r>
    </w:p>
    <w:p>
      <w:pPr>
        <w:spacing w:before="0" w:after="80" w:line="300" w:lineRule="auto"/>
        <w:jc w:val="left"/>
      </w:pPr>
      <w:r>
        <w:rPr>
          <w:rFonts w:ascii="Times New Roman" w:hAnsi="Times New Roman" w:eastAsia="宋体"/>
          <w:b w:val="0"/>
          <w:i w:val="0"/>
          <w:sz w:val="21"/>
        </w:rPr>
        <w:t>试取 c = 14，得到 w = 11，但 c + w = 25 &gt; 20，超过了题目总数；任何更大的偶数 c 都会需要回答更多题。试取 c = 12，得到 w = 6，且 c + w = 18 ≤ 20，符合条件。因此最大值是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be the number correct and w the number wrong, so 5c - 2w = 48. Then 2w = 5c - 48, which requires c to be even.</w:t>
      </w:r>
    </w:p>
    <w:p>
      <w:pPr>
        <w:spacing w:before="0" w:after="80" w:line="300" w:lineRule="auto"/>
        <w:jc w:val="left"/>
      </w:pPr>
      <w:r>
        <w:rPr>
          <w:rFonts w:ascii="Times New Roman" w:hAnsi="Times New Roman" w:eastAsia="宋体"/>
          <w:b w:val="0"/>
          <w:i w:val="0"/>
          <w:color w:val="333333"/>
          <w:sz w:val="19"/>
        </w:rPr>
        <w:t>Trying c = 14 gives w = 11, but c + w = 25 &gt; 20, too many; every larger even c would require still more answered questions. Trying c = 12 gives w = 6 and c + w = 18 ≤ 20, which works. So the maximum is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和为偶数时，两个球同为奇数或同为偶数。全奇的配对有 C(5, 2) = 10 对，全偶的配对也有 C(5, 2) = 10 对，共 20 对有利情况。</w:t>
      </w:r>
    </w:p>
    <w:p>
      <w:pPr>
        <w:spacing w:before="0" w:after="80" w:line="300" w:lineRule="auto"/>
        <w:jc w:val="left"/>
      </w:pPr>
      <w:r>
        <w:rPr>
          <w:rFonts w:ascii="Times New Roman" w:hAnsi="Times New Roman" w:eastAsia="宋体"/>
          <w:b w:val="0"/>
          <w:i w:val="0"/>
          <w:sz w:val="21"/>
        </w:rPr>
        <w:t>总配对数是 C(10, 2) = 45，所以概率是 20/45 = 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is even when both balls are odd or both are even. There are C(5, 2) = 10 all-odd pairs and C(5, 2) = 10 all-even pairs, for 20 favorable pairs.</w:t>
      </w:r>
    </w:p>
    <w:p>
      <w:pPr>
        <w:spacing w:before="0" w:after="80" w:line="300" w:lineRule="auto"/>
        <w:jc w:val="left"/>
      </w:pPr>
      <w:r>
        <w:rPr>
          <w:rFonts w:ascii="Times New Roman" w:hAnsi="Times New Roman" w:eastAsia="宋体"/>
          <w:b w:val="0"/>
          <w:i w:val="0"/>
          <w:color w:val="333333"/>
          <w:sz w:val="19"/>
        </w:rPr>
        <w:t>The total number of pairs is C(10, 2) = 45, so the probability is 20/45 = 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