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1985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下列乘积的值是多少？</w:t>
      </w:r>
    </w:p>
    <w:p>
      <w:pPr>
        <w:spacing w:before="0" w:after="80" w:line="300" w:lineRule="auto"/>
        <w:jc w:val="left"/>
      </w:pPr>
      <w:r>
        <w:rPr>
          <w:rFonts w:ascii="Times New Roman" w:hAnsi="Times New Roman" w:eastAsia="宋体"/>
          <w:b w:val="0"/>
          <w:i w:val="0"/>
          <w:sz w:val="21"/>
        </w:rPr>
        <w:t>(3 × 5)/(9 × 11) × (7 × 9 × 11)/(3 × 5 × 7)</w:t>
      </w:r>
    </w:p>
    <w:p>
      <w:pPr>
        <w:spacing w:before="0" w:after="120" w:line="300" w:lineRule="auto"/>
      </w:pPr>
      <w:r>
        <w:rPr>
          <w:rFonts w:ascii="Times New Roman" w:hAnsi="Times New Roman" w:eastAsia="宋体"/>
          <w:b w:val="0"/>
          <w:i w:val="0"/>
          <w:sz w:val="21"/>
        </w:rPr>
        <w:t>（A）1　　（B）0　　（C）49　　（D）1/49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product?</w:t>
      </w:r>
    </w:p>
    <w:p>
      <w:pPr>
        <w:spacing w:before="0" w:after="80" w:line="300" w:lineRule="auto"/>
        <w:jc w:val="left"/>
      </w:pPr>
      <w:r>
        <w:rPr>
          <w:rFonts w:ascii="Times New Roman" w:hAnsi="Times New Roman" w:eastAsia="宋体"/>
          <w:b w:val="0"/>
          <w:i w:val="0"/>
          <w:color w:val="333333"/>
          <w:sz w:val="19"/>
        </w:rPr>
        <w:t>(3 × 5)/(9 × 11) × (7 × 9 × 11)/(3 × 5 × 7)</w:t>
      </w:r>
    </w:p>
    <w:p>
      <w:pPr>
        <w:spacing w:before="0" w:after="160" w:line="300" w:lineRule="auto"/>
      </w:pPr>
      <w:r>
        <w:rPr>
          <w:rFonts w:ascii="Times New Roman" w:hAnsi="Times New Roman" w:eastAsia="宋体"/>
          <w:b w:val="0"/>
          <w:i w:val="0"/>
          <w:color w:val="333333"/>
          <w:sz w:val="19"/>
        </w:rPr>
        <w:t>(A) 1　　(B) 0　　(C) 49　　(D) 1/49　　(E) 50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90 + 91 + 92 + ⋯ + 98 + 99 的值是多少？</w:t>
      </w:r>
    </w:p>
    <w:p>
      <w:pPr>
        <w:spacing w:before="0" w:after="120" w:line="300" w:lineRule="auto"/>
      </w:pPr>
      <w:r>
        <w:rPr>
          <w:rFonts w:ascii="Times New Roman" w:hAnsi="Times New Roman" w:eastAsia="宋体"/>
          <w:b w:val="0"/>
          <w:i w:val="0"/>
          <w:sz w:val="21"/>
        </w:rPr>
        <w:t>（A）845　　（B）945　　（C）1005　　（D）1025　　（E）1045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90 + 91 + 92 + ⋯ + 98 + 99?</w:t>
      </w:r>
    </w:p>
    <w:p>
      <w:pPr>
        <w:spacing w:before="0" w:after="160" w:line="300" w:lineRule="auto"/>
      </w:pPr>
      <w:r>
        <w:rPr>
          <w:rFonts w:ascii="Times New Roman" w:hAnsi="Times New Roman" w:eastAsia="宋体"/>
          <w:b w:val="0"/>
          <w:i w:val="0"/>
          <w:color w:val="333333"/>
          <w:sz w:val="19"/>
        </w:rPr>
        <w:t>(A) 845　　(B) 945　　(C) 1005　　(D) 1025　　(E) 1045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10⁷/(5 × 10⁴)</w:t>
      </w:r>
    </w:p>
    <w:p>
      <w:pPr>
        <w:spacing w:before="0" w:after="120" w:line="300" w:lineRule="auto"/>
      </w:pPr>
      <w:r>
        <w:rPr>
          <w:rFonts w:ascii="Times New Roman" w:hAnsi="Times New Roman" w:eastAsia="宋体"/>
          <w:b w:val="0"/>
          <w:i w:val="0"/>
          <w:sz w:val="21"/>
        </w:rPr>
        <w:t>（A）0.002　　（B）0.2　　（C）20　　（D）200　　（E）2000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10⁷/(5 × 10⁴)</w:t>
      </w:r>
    </w:p>
    <w:p>
      <w:pPr>
        <w:spacing w:before="0" w:after="160" w:line="300" w:lineRule="auto"/>
      </w:pPr>
      <w:r>
        <w:rPr>
          <w:rFonts w:ascii="Times New Roman" w:hAnsi="Times New Roman" w:eastAsia="宋体"/>
          <w:b w:val="0"/>
          <w:i w:val="0"/>
          <w:color w:val="333333"/>
          <w:sz w:val="19"/>
        </w:rPr>
        <w:t>(A) 0.002　　(B) 0.2　　(C) 20　　(D) 200　　(E) 2000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多边形 ABCDEF 的面积是多少平方单位？</w:t>
      </w:r>
    </w:p>
    <w:p>
      <w:pPr>
        <w:spacing w:before="80" w:after="80"/>
        <w:jc w:val="center"/>
      </w:pPr>
      <w:r>
        <w:drawing>
          <wp:inline xmlns:a="http://schemas.openxmlformats.org/drawingml/2006/main" xmlns:pic="http://schemas.openxmlformats.org/drawingml/2006/picture">
            <wp:extent cx="1438888" cy="1951403"/>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438888" cy="1951403"/>
                    </a:xfrm>
                    <a:prstGeom prst="rect"/>
                  </pic:spPr>
                </pic:pic>
              </a:graphicData>
            </a:graphic>
          </wp:inline>
        </w:drawing>
      </w:r>
    </w:p>
    <w:p>
      <w:pPr>
        <w:spacing w:before="0" w:after="120" w:line="300" w:lineRule="auto"/>
      </w:pPr>
      <w:r>
        <w:rPr>
          <w:rFonts w:ascii="Times New Roman" w:hAnsi="Times New Roman" w:eastAsia="宋体"/>
          <w:b w:val="0"/>
          <w:i w:val="0"/>
          <w:sz w:val="21"/>
        </w:rPr>
        <w:t>（A）24　　（B）30　　（C）46　　（D）66　　（E）74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polygon ABCDEF, in square units, is</w:t>
      </w:r>
    </w:p>
    <w:p>
      <w:pPr>
        <w:spacing w:before="80" w:after="80"/>
        <w:jc w:val="center"/>
      </w:pPr>
      <w:r>
        <w:drawing>
          <wp:inline xmlns:a="http://schemas.openxmlformats.org/drawingml/2006/main" xmlns:pic="http://schemas.openxmlformats.org/drawingml/2006/picture">
            <wp:extent cx="1438888" cy="1951403"/>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438888" cy="19514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30　　(C) 46　　(D) 66　　(E) 74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某数学班最近一个评分阶段的成绩如下：5 名学生得 A，4 名得 B，3 名得 C，3 名得 D，5 名得 F。如果 A、B、C、D 都是及格成绩，那么及格成绩占全部成绩的几分之几？</w:t>
      </w:r>
    </w:p>
    <w:p>
      <w:pPr>
        <w:spacing w:before="80" w:after="80"/>
        <w:jc w:val="center"/>
      </w:pPr>
      <w:r>
        <w:drawing>
          <wp:inline xmlns:a="http://schemas.openxmlformats.org/drawingml/2006/main" xmlns:pic="http://schemas.openxmlformats.org/drawingml/2006/picture">
            <wp:extent cx="2293490" cy="1570515"/>
            <wp:docPr id="3" name="Picture 3"/>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2293490" cy="1570515"/>
                    </a:xfrm>
                    <a:prstGeom prst="rect"/>
                  </pic:spPr>
                </pic:pic>
              </a:graphicData>
            </a:graphic>
          </wp:inline>
        </w:drawing>
      </w:r>
    </w:p>
    <w:p>
      <w:pPr>
        <w:spacing w:before="0" w:after="120" w:line="300" w:lineRule="auto"/>
      </w:pPr>
      <w:r>
        <w:rPr>
          <w:rFonts w:ascii="Times New Roman" w:hAnsi="Times New Roman" w:eastAsia="宋体"/>
          <w:b w:val="0"/>
          <w:i w:val="0"/>
          <w:sz w:val="21"/>
        </w:rPr>
        <w:t>（A）1/2　　（B）2/3　　（C）3/4　　（D）4/5　　（E）9/10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grades in a mathematics class for the last grading period were: 5 students earned an A, 4 earned a B, 3 earned a C, 3 earned a D, and 5 earned an F. If A, B, C, and D are satisfactory grades, what fraction of the grades are satisfactory?</w:t>
      </w:r>
    </w:p>
    <w:p>
      <w:pPr>
        <w:spacing w:before="80" w:after="80"/>
        <w:jc w:val="center"/>
      </w:pPr>
      <w:r>
        <w:drawing>
          <wp:inline xmlns:a="http://schemas.openxmlformats.org/drawingml/2006/main" xmlns:pic="http://schemas.openxmlformats.org/drawingml/2006/picture">
            <wp:extent cx="2293490" cy="1570515"/>
            <wp:docPr id="4" name="Picture 4"/>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2293490" cy="157051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2/3　　(C) 3/4　　(D) 4/5　　(E) 9/10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一令纸有 500 张，厚 5 厘米。大约多少张这种纸叠起来会有 7.5 厘米高？</w:t>
      </w:r>
    </w:p>
    <w:p>
      <w:pPr>
        <w:spacing w:before="0" w:after="120" w:line="300" w:lineRule="auto"/>
      </w:pPr>
      <w:r>
        <w:rPr>
          <w:rFonts w:ascii="Times New Roman" w:hAnsi="Times New Roman" w:eastAsia="宋体"/>
          <w:b w:val="0"/>
          <w:i w:val="0"/>
          <w:sz w:val="21"/>
        </w:rPr>
        <w:t>（A）250　　（B）550　　（C）667　　（D）750　　（E）1250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ream of paper containing 500 sheets is 5 cm thick. Approximately how many sheets of this type of paper would there be in a stack 7.5 cm high?</w:t>
      </w:r>
    </w:p>
    <w:p>
      <w:pPr>
        <w:spacing w:before="0" w:after="160" w:line="300" w:lineRule="auto"/>
      </w:pPr>
      <w:r>
        <w:rPr>
          <w:rFonts w:ascii="Times New Roman" w:hAnsi="Times New Roman" w:eastAsia="宋体"/>
          <w:b w:val="0"/>
          <w:i w:val="0"/>
          <w:color w:val="333333"/>
          <w:sz w:val="19"/>
        </w:rPr>
        <w:t>(A) 250　　(B) 550　　(C) 667　　(D) 750　　(E) 1250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一个“阶梯形”图案由每行中交替出现的涂色和未涂色方格组成。图中显示了第 1 行到第 4 行。所有行都以未涂色方格开始并以未涂色方格结束。第 37 行中的涂色方格数是</w:t>
      </w:r>
    </w:p>
    <w:p>
      <w:pPr>
        <w:spacing w:before="80" w:after="80"/>
        <w:jc w:val="center"/>
      </w:pPr>
      <w:r>
        <w:drawing>
          <wp:inline xmlns:a="http://schemas.openxmlformats.org/drawingml/2006/main" xmlns:pic="http://schemas.openxmlformats.org/drawingml/2006/picture">
            <wp:extent cx="1272699" cy="732699"/>
            <wp:docPr id="5" name="Picture 5"/>
            <wp:cNvGraphicFramePr>
              <a:graphicFrameLocks noChangeAspect="1"/>
            </wp:cNvGraphicFramePr>
            <a:graphic>
              <a:graphicData uri="http://schemas.openxmlformats.org/drawingml/2006/picture">
                <pic:pic>
                  <pic:nvPicPr>
                    <pic:cNvPr id="0" name="q07-1@300dpi.png"/>
                    <pic:cNvPicPr/>
                  </pic:nvPicPr>
                  <pic:blipFill>
                    <a:blip r:embed="rId11"/>
                    <a:stretch>
                      <a:fillRect/>
                    </a:stretch>
                  </pic:blipFill>
                  <pic:spPr>
                    <a:xfrm>
                      <a:off x="0" y="0"/>
                      <a:ext cx="1272699" cy="732699"/>
                    </a:xfrm>
                    <a:prstGeom prst="rect"/>
                  </pic:spPr>
                </pic:pic>
              </a:graphicData>
            </a:graphic>
          </wp:inline>
        </w:drawing>
      </w:r>
    </w:p>
    <w:p>
      <w:pPr>
        <w:spacing w:before="0" w:after="120" w:line="300" w:lineRule="auto"/>
      </w:pPr>
      <w:r>
        <w:rPr>
          <w:rFonts w:ascii="Times New Roman" w:hAnsi="Times New Roman" w:eastAsia="宋体"/>
          <w:b w:val="0"/>
          <w:i w:val="0"/>
          <w:sz w:val="21"/>
        </w:rPr>
        <w:t>（A）34　　（B）35　　（C）36　　（D）37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“stair-step” figure is made up of alternating shaded and unshaded squares in each row. Rows 1 through 4 are shown. All rows begin and end with an unshaded square. The number of shaded squares in the 37th row is</w:t>
      </w:r>
    </w:p>
    <w:p>
      <w:pPr>
        <w:spacing w:before="80" w:after="80"/>
        <w:jc w:val="center"/>
      </w:pPr>
      <w:r>
        <w:drawing>
          <wp:inline xmlns:a="http://schemas.openxmlformats.org/drawingml/2006/main" xmlns:pic="http://schemas.openxmlformats.org/drawingml/2006/picture">
            <wp:extent cx="1272699" cy="732699"/>
            <wp:docPr id="6" name="Picture 6"/>
            <wp:cNvGraphicFramePr>
              <a:graphicFrameLocks noChangeAspect="1"/>
            </wp:cNvGraphicFramePr>
            <a:graphic>
              <a:graphicData uri="http://schemas.openxmlformats.org/drawingml/2006/picture">
                <pic:pic>
                  <pic:nvPicPr>
                    <pic:cNvPr id="0" name="q07-1@300dpi.png"/>
                    <pic:cNvPicPr/>
                  </pic:nvPicPr>
                  <pic:blipFill>
                    <a:blip r:embed="rId11"/>
                    <a:stretch>
                      <a:fillRect/>
                    </a:stretch>
                  </pic:blipFill>
                  <pic:spPr>
                    <a:xfrm>
                      <a:off x="0" y="0"/>
                      <a:ext cx="1272699" cy="732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34　　(B) 35　　(C) 36　　(D) 37　　(E) 38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如果 a = -2，集合</w:t>
      </w:r>
    </w:p>
    <w:p>
      <w:pPr>
        <w:spacing w:before="0" w:after="80" w:line="300" w:lineRule="auto"/>
        <w:jc w:val="left"/>
      </w:pPr>
      <w:r>
        <w:rPr>
          <w:rFonts w:ascii="Times New Roman" w:hAnsi="Times New Roman" w:eastAsia="宋体"/>
          <w:b w:val="0"/>
          <w:i w:val="0"/>
          <w:sz w:val="21"/>
        </w:rPr>
        <w:t>{ -3a, 4a, 24/a, a², 1 }</w:t>
      </w:r>
    </w:p>
    <w:p>
      <w:pPr>
        <w:spacing w:before="0" w:after="80" w:line="300" w:lineRule="auto"/>
        <w:jc w:val="left"/>
      </w:pPr>
      <w:r>
        <w:rPr>
          <w:rFonts w:ascii="Times New Roman" w:hAnsi="Times New Roman" w:eastAsia="宋体"/>
          <w:b w:val="0"/>
          <w:i w:val="0"/>
          <w:sz w:val="21"/>
        </w:rPr>
        <w:t>中最大的数是</w:t>
      </w:r>
    </w:p>
    <w:p>
      <w:pPr>
        <w:spacing w:before="0" w:after="120" w:line="300" w:lineRule="auto"/>
      </w:pPr>
      <w:r>
        <w:rPr>
          <w:rFonts w:ascii="Times New Roman" w:hAnsi="Times New Roman" w:eastAsia="宋体"/>
          <w:b w:val="0"/>
          <w:i w:val="0"/>
          <w:sz w:val="21"/>
        </w:rPr>
        <w:t>（A）-3a　　（B）4a　　（C）24/a　　（D）a²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 -2, the largest number in the set</w:t>
      </w:r>
    </w:p>
    <w:p>
      <w:pPr>
        <w:spacing w:before="0" w:after="80" w:line="300" w:lineRule="auto"/>
        <w:jc w:val="left"/>
      </w:pPr>
      <w:r>
        <w:rPr>
          <w:rFonts w:ascii="Times New Roman" w:hAnsi="Times New Roman" w:eastAsia="宋体"/>
          <w:b w:val="0"/>
          <w:i w:val="0"/>
          <w:color w:val="333333"/>
          <w:sz w:val="19"/>
        </w:rPr>
        <w:t>{ -3a, 4a, 24/a, a², 1 }</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-3a　　(B) 4a　　(C) 24/a　　(D) a²　　(E) 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下面 9 个因数的乘积是多少？</w:t>
      </w:r>
    </w:p>
    <w:p>
      <w:pPr>
        <w:spacing w:before="0" w:after="80" w:line="300" w:lineRule="auto"/>
        <w:jc w:val="left"/>
      </w:pPr>
      <w:r>
        <w:rPr>
          <w:rFonts w:ascii="Times New Roman" w:hAnsi="Times New Roman" w:eastAsia="宋体"/>
          <w:b w:val="0"/>
          <w:i w:val="0"/>
          <w:sz w:val="21"/>
        </w:rPr>
        <w:t>(1 - 1/2)(1 - 1/3)(1 - 1/4) ⋯</w:t>
      </w:r>
    </w:p>
    <w:p>
      <w:pPr>
        <w:spacing w:before="0" w:after="80" w:line="300" w:lineRule="auto"/>
        <w:jc w:val="left"/>
      </w:pPr>
      <w:r>
        <w:rPr>
          <w:rFonts w:ascii="Times New Roman" w:hAnsi="Times New Roman" w:eastAsia="宋体"/>
          <w:b w:val="0"/>
          <w:i w:val="0"/>
          <w:sz w:val="21"/>
        </w:rPr>
        <w:t>· (1 - 1/10)</w:t>
      </w:r>
    </w:p>
    <w:p>
      <w:pPr>
        <w:spacing w:before="0" w:after="120" w:line="300" w:lineRule="auto"/>
      </w:pPr>
      <w:r>
        <w:rPr>
          <w:rFonts w:ascii="Times New Roman" w:hAnsi="Times New Roman" w:eastAsia="宋体"/>
          <w:b w:val="0"/>
          <w:i w:val="0"/>
          <w:sz w:val="21"/>
        </w:rPr>
        <w:t>（A）1/10　　（B）1/9　　（C）1/2　　（D）10/11　　（E）11/2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product of the 9 factors below?</w:t>
      </w:r>
    </w:p>
    <w:p>
      <w:pPr>
        <w:spacing w:before="0" w:after="80" w:line="300" w:lineRule="auto"/>
        <w:jc w:val="left"/>
      </w:pPr>
      <w:r>
        <w:rPr>
          <w:rFonts w:ascii="Times New Roman" w:hAnsi="Times New Roman" w:eastAsia="宋体"/>
          <w:b w:val="0"/>
          <w:i w:val="0"/>
          <w:color w:val="333333"/>
          <w:sz w:val="19"/>
        </w:rPr>
        <w:t>(1 - 1/2)(1 - 1/3)(1 - 1/4) ⋯</w:t>
      </w:r>
    </w:p>
    <w:p>
      <w:pPr>
        <w:spacing w:before="0" w:after="80" w:line="300" w:lineRule="auto"/>
        <w:jc w:val="left"/>
      </w:pPr>
      <w:r>
        <w:rPr>
          <w:rFonts w:ascii="Times New Roman" w:hAnsi="Times New Roman" w:eastAsia="宋体"/>
          <w:b w:val="0"/>
          <w:i w:val="0"/>
          <w:color w:val="333333"/>
          <w:sz w:val="19"/>
        </w:rPr>
        <w:t>· (1 - 1/10)</w:t>
      </w:r>
    </w:p>
    <w:p>
      <w:pPr>
        <w:spacing w:before="0" w:after="160" w:line="300" w:lineRule="auto"/>
      </w:pPr>
      <w:r>
        <w:rPr>
          <w:rFonts w:ascii="Times New Roman" w:hAnsi="Times New Roman" w:eastAsia="宋体"/>
          <w:b w:val="0"/>
          <w:i w:val="0"/>
          <w:color w:val="333333"/>
          <w:sz w:val="19"/>
        </w:rPr>
        <w:t>(A) 1/10　　(B) 1/9　　(C) 1/2　　(D) 10/11　　(E) 11/2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在数轴上，1/5 和 1/3 正中间的分数是多少？</w:t>
      </w:r>
    </w:p>
    <w:p>
      <w:pPr>
        <w:spacing w:before="0" w:after="120" w:line="300" w:lineRule="auto"/>
      </w:pPr>
      <w:r>
        <w:rPr>
          <w:rFonts w:ascii="Times New Roman" w:hAnsi="Times New Roman" w:eastAsia="宋体"/>
          <w:b w:val="0"/>
          <w:i w:val="0"/>
          <w:sz w:val="21"/>
        </w:rPr>
        <w:t>（A）1/4　　（B）2/15　　（C）4/15　　（D）53/200　　（E）8/15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fraction lies halfway between 1/5 and 1/3 on the number line?</w:t>
      </w:r>
    </w:p>
    <w:p>
      <w:pPr>
        <w:spacing w:before="0" w:after="160" w:line="300" w:lineRule="auto"/>
      </w:pPr>
      <w:r>
        <w:rPr>
          <w:rFonts w:ascii="Times New Roman" w:hAnsi="Times New Roman" w:eastAsia="宋体"/>
          <w:b w:val="0"/>
          <w:i w:val="0"/>
          <w:color w:val="333333"/>
          <w:sz w:val="19"/>
        </w:rPr>
        <w:t>(A) 1/4　　(B) 2/15　　(C) 4/15　　(D) 53/200　　(E) 8/15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一张纸由六个连在一起的正方形组成，标记如图所示。沿正方形的边折叠后形成一个立方体。与标有 X 的面相对的面，其标记是</w:t>
      </w:r>
    </w:p>
    <w:p>
      <w:pPr>
        <w:spacing w:before="80" w:after="80"/>
        <w:jc w:val="center"/>
      </w:pPr>
      <w:r>
        <w:drawing>
          <wp:inline xmlns:a="http://schemas.openxmlformats.org/drawingml/2006/main" xmlns:pic="http://schemas.openxmlformats.org/drawingml/2006/picture">
            <wp:extent cx="1092699" cy="1452700"/>
            <wp:docPr id="7" name="Picture 7"/>
            <wp:cNvGraphicFramePr>
              <a:graphicFrameLocks noChangeAspect="1"/>
            </wp:cNvGraphicFramePr>
            <a:graphic>
              <a:graphicData uri="http://schemas.openxmlformats.org/drawingml/2006/picture">
                <pic:pic>
                  <pic:nvPicPr>
                    <pic:cNvPr id="0" name="q11-1@300dpi.png"/>
                    <pic:cNvPicPr/>
                  </pic:nvPicPr>
                  <pic:blipFill>
                    <a:blip r:embed="rId12"/>
                    <a:stretch>
                      <a:fillRect/>
                    </a:stretch>
                  </pic:blipFill>
                  <pic:spPr>
                    <a:xfrm>
                      <a:off x="0" y="0"/>
                      <a:ext cx="1092699" cy="1452700"/>
                    </a:xfrm>
                    <a:prstGeom prst="rect"/>
                  </pic:spPr>
                </pic:pic>
              </a:graphicData>
            </a:graphic>
          </wp:inline>
        </w:drawing>
      </w:r>
    </w:p>
    <w:p>
      <w:pPr>
        <w:spacing w:before="0" w:after="120" w:line="300" w:lineRule="auto"/>
      </w:pPr>
      <w:r>
        <w:rPr>
          <w:rFonts w:ascii="Times New Roman" w:hAnsi="Times New Roman" w:eastAsia="宋体"/>
          <w:b w:val="0"/>
          <w:i w:val="0"/>
          <w:sz w:val="21"/>
        </w:rPr>
        <w:t>（A）Z　　（B）U　　（C）V　　（D）W　　（E）Y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piece of paper containing six joined squares labeled as shown is folded along the edges of the squares to form a cube. The label of the face opposite the face labeled X is</w:t>
      </w:r>
    </w:p>
    <w:p>
      <w:pPr>
        <w:spacing w:before="80" w:after="80"/>
        <w:jc w:val="center"/>
      </w:pPr>
      <w:r>
        <w:drawing>
          <wp:inline xmlns:a="http://schemas.openxmlformats.org/drawingml/2006/main" xmlns:pic="http://schemas.openxmlformats.org/drawingml/2006/picture">
            <wp:extent cx="1092699" cy="1452700"/>
            <wp:docPr id="8" name="Picture 8"/>
            <wp:cNvGraphicFramePr>
              <a:graphicFrameLocks noChangeAspect="1"/>
            </wp:cNvGraphicFramePr>
            <a:graphic>
              <a:graphicData uri="http://schemas.openxmlformats.org/drawingml/2006/picture">
                <pic:pic>
                  <pic:nvPicPr>
                    <pic:cNvPr id="0" name="q11-1@300dpi.png"/>
                    <pic:cNvPicPr/>
                  </pic:nvPicPr>
                  <pic:blipFill>
                    <a:blip r:embed="rId12"/>
                    <a:stretch>
                      <a:fillRect/>
                    </a:stretch>
                  </pic:blipFill>
                  <pic:spPr>
                    <a:xfrm>
                      <a:off x="0" y="0"/>
                      <a:ext cx="1092699" cy="145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Z　　(B) U　　(C) V　　(D) W　　(E) Y</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一个正方形和一个三角形的周长相等。三角形三边长分别为 6.2 厘米、8.3 厘米和 9.5 厘米。这个正方形的面积是多少平方厘米？</w:t>
      </w:r>
    </w:p>
    <w:p>
      <w:pPr>
        <w:spacing w:before="0" w:after="120" w:line="300" w:lineRule="auto"/>
      </w:pPr>
      <w:r>
        <w:rPr>
          <w:rFonts w:ascii="Times New Roman" w:hAnsi="Times New Roman" w:eastAsia="宋体"/>
          <w:b w:val="0"/>
          <w:i w:val="0"/>
          <w:sz w:val="21"/>
        </w:rPr>
        <w:t>（A）24 cm²　　（B）36 cm²　　（C）48 cm²　　（D）64 cm²　　（E）144 cm²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and a triangle have equal perimeters. The lengths of the three sides of the triangle are 6.2 cm, 8.3 cm, and 9.5 cm. The area of the square, in square centimeters, is</w:t>
      </w:r>
    </w:p>
    <w:p>
      <w:pPr>
        <w:spacing w:before="0" w:after="160" w:line="300" w:lineRule="auto"/>
      </w:pPr>
      <w:r>
        <w:rPr>
          <w:rFonts w:ascii="Times New Roman" w:hAnsi="Times New Roman" w:eastAsia="宋体"/>
          <w:b w:val="0"/>
          <w:i w:val="0"/>
          <w:color w:val="333333"/>
          <w:sz w:val="19"/>
        </w:rPr>
        <w:t>(A) 24 cm²　　(B) 36 cm²　　(C) 48 cm²　　(D) 64 cm²　　(E) 144 cm²</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如果你先以每小时 4 英里的速度步行 45 分钟，再以每小时 10 英里的速度跑 30 分钟，那么一小时 15 分钟后，你一共行进了多少英里？</w:t>
      </w:r>
    </w:p>
    <w:p>
      <w:pPr>
        <w:spacing w:before="0" w:after="120" w:line="300" w:lineRule="auto"/>
      </w:pPr>
      <w:r>
        <w:rPr>
          <w:rFonts w:ascii="Times New Roman" w:hAnsi="Times New Roman" w:eastAsia="宋体"/>
          <w:b w:val="0"/>
          <w:i w:val="0"/>
          <w:sz w:val="21"/>
        </w:rPr>
        <w:t>（A）3.5 英里　　（B）8 英里　　（C）9 英里　　（D）251/3 英里　　（E）480 英里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you walk for 45 minutes at a rate of 4 mph and then run for 30 minutes at a rate of 10 mph, how many miles have you gone at the end of one hour and 15 minutes?</w:t>
      </w:r>
    </w:p>
    <w:p>
      <w:pPr>
        <w:spacing w:before="0" w:after="160" w:line="300" w:lineRule="auto"/>
      </w:pPr>
      <w:r>
        <w:rPr>
          <w:rFonts w:ascii="Times New Roman" w:hAnsi="Times New Roman" w:eastAsia="宋体"/>
          <w:b w:val="0"/>
          <w:i w:val="0"/>
          <w:color w:val="333333"/>
          <w:sz w:val="19"/>
        </w:rPr>
        <w:t>(A) 3.5 miles　　(B) 8 miles　　(C) 9 miles　　(D) 251/3 miles　　(E) 480 miles</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一件商品税前价格为 $20。对它征收 6.5% 销售税与征收 6% 销售税之间的差额是</w:t>
      </w:r>
    </w:p>
    <w:p>
      <w:pPr>
        <w:spacing w:before="0" w:after="120" w:line="300" w:lineRule="auto"/>
      </w:pPr>
      <w:r>
        <w:rPr>
          <w:rFonts w:ascii="Times New Roman" w:hAnsi="Times New Roman" w:eastAsia="宋体"/>
          <w:b w:val="0"/>
          <w:i w:val="0"/>
          <w:sz w:val="21"/>
        </w:rPr>
        <w:t>（A）$0.01　　（B）$0.10　　（C）$0.50　　（D）$1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between a 6.5% sales tax and a 6% sales tax on an item priced at $20 before tax is</w:t>
      </w:r>
    </w:p>
    <w:p>
      <w:pPr>
        <w:spacing w:before="0" w:after="160" w:line="300" w:lineRule="auto"/>
      </w:pPr>
      <w:r>
        <w:rPr>
          <w:rFonts w:ascii="Times New Roman" w:hAnsi="Times New Roman" w:eastAsia="宋体"/>
          <w:b w:val="0"/>
          <w:i w:val="0"/>
          <w:color w:val="333333"/>
          <w:sz w:val="19"/>
        </w:rPr>
        <w:t>(A) $0.01　　(B) $0.10　　(C) $0.50　　(D) $1　　(E) $10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100 到 400 之间有多少个整数含有数字 2？</w:t>
      </w:r>
    </w:p>
    <w:p>
      <w:pPr>
        <w:spacing w:before="0" w:after="120" w:line="300" w:lineRule="auto"/>
      </w:pPr>
      <w:r>
        <w:rPr>
          <w:rFonts w:ascii="Times New Roman" w:hAnsi="Times New Roman" w:eastAsia="宋体"/>
          <w:b w:val="0"/>
          <w:i w:val="0"/>
          <w:sz w:val="21"/>
        </w:rPr>
        <w:t>（A）100　　（B）120　　（C）138　　（D）140　　（E）148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whole numbers between 100 and 400 contain the digit 2?</w:t>
      </w:r>
    </w:p>
    <w:p>
      <w:pPr>
        <w:spacing w:before="0" w:after="160" w:line="300" w:lineRule="auto"/>
      </w:pPr>
      <w:r>
        <w:rPr>
          <w:rFonts w:ascii="Times New Roman" w:hAnsi="Times New Roman" w:eastAsia="宋体"/>
          <w:b w:val="0"/>
          <w:i w:val="0"/>
          <w:color w:val="333333"/>
          <w:sz w:val="19"/>
        </w:rPr>
        <w:t>(A) 100　　(B) 120　　(C) 138　　(D) 140　　(E) 148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布朗老师的数学班中，男生与女生人数之比是 2: 3。如果班上一共有 30 名学生，那么女生比男生多多少人？</w:t>
      </w:r>
    </w:p>
    <w:p>
      <w:pPr>
        <w:spacing w:before="0" w:after="120" w:line="300" w:lineRule="auto"/>
      </w:pPr>
      <w:r>
        <w:rPr>
          <w:rFonts w:ascii="Times New Roman" w:hAnsi="Times New Roman" w:eastAsia="宋体"/>
          <w:b w:val="0"/>
          <w:i w:val="0"/>
          <w:sz w:val="21"/>
        </w:rPr>
        <w:t>（A）1　　（B）3　　（C）5　　（D）6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boys to girls in Mr. Brown’s math class is 2: 3. If there are 30 students in the class, how many more girls than boys are in the class?</w:t>
      </w:r>
    </w:p>
    <w:p>
      <w:pPr>
        <w:spacing w:before="0" w:after="160" w:line="300" w:lineRule="auto"/>
      </w:pPr>
      <w:r>
        <w:rPr>
          <w:rFonts w:ascii="Times New Roman" w:hAnsi="Times New Roman" w:eastAsia="宋体"/>
          <w:b w:val="0"/>
          <w:i w:val="0"/>
          <w:color w:val="333333"/>
          <w:sz w:val="19"/>
        </w:rPr>
        <w:t>(A) 1　　(B) 3　　(C) 5　　(D) 6　　(E) 10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如果你前六次数学测验的平均分是 84，前七次数学测验的平均分是 85，那么你第七次测验的分数是</w:t>
      </w:r>
    </w:p>
    <w:p>
      <w:pPr>
        <w:spacing w:before="0" w:after="120" w:line="300" w:lineRule="auto"/>
      </w:pPr>
      <w:r>
        <w:rPr>
          <w:rFonts w:ascii="Times New Roman" w:hAnsi="Times New Roman" w:eastAsia="宋体"/>
          <w:b w:val="0"/>
          <w:i w:val="0"/>
          <w:sz w:val="21"/>
        </w:rPr>
        <w:t>（A）86　　（B）88　　（C）90　　（D）91　　（E）92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your average score on your first six mathematics tests was 84 and your average score on your first seven mathematics tests was 85, then your score on the seventh test was</w:t>
      </w:r>
    </w:p>
    <w:p>
      <w:pPr>
        <w:spacing w:before="0" w:after="160" w:line="300" w:lineRule="auto"/>
      </w:pPr>
      <w:r>
        <w:rPr>
          <w:rFonts w:ascii="Times New Roman" w:hAnsi="Times New Roman" w:eastAsia="宋体"/>
          <w:b w:val="0"/>
          <w:i w:val="0"/>
          <w:color w:val="333333"/>
          <w:sz w:val="19"/>
        </w:rPr>
        <w:t>(A) 86　　(B) 88　　(C) 90　　(D) 91　　(E) 92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某种小册子九本的总价不到 $10.00，而十本的总价超过 $11.00。一本小册子的价格是多少？</w:t>
      </w:r>
    </w:p>
    <w:p>
      <w:pPr>
        <w:spacing w:before="0" w:after="120" w:line="300" w:lineRule="auto"/>
      </w:pPr>
      <w:r>
        <w:rPr>
          <w:rFonts w:ascii="Times New Roman" w:hAnsi="Times New Roman" w:eastAsia="宋体"/>
          <w:b w:val="0"/>
          <w:i w:val="0"/>
          <w:sz w:val="21"/>
        </w:rPr>
        <w:t>（A）$1.07　　（B）$1.08　　（C）$1.09　　（D）$1.10　　（E）$1.11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Nine copies of a certain pamphlet cost less than $10.00 while ten copies of the same pamphlet (at the same price) cost more than $11.00. How much does one copy of this pamphlet cost?</w:t>
      </w:r>
    </w:p>
    <w:p>
      <w:pPr>
        <w:spacing w:before="0" w:after="160" w:line="300" w:lineRule="auto"/>
      </w:pPr>
      <w:r>
        <w:rPr>
          <w:rFonts w:ascii="Times New Roman" w:hAnsi="Times New Roman" w:eastAsia="宋体"/>
          <w:b w:val="0"/>
          <w:i w:val="0"/>
          <w:color w:val="333333"/>
          <w:sz w:val="19"/>
        </w:rPr>
        <w:t>(A) $1.07　　(B) $1.08　　(C) $1.09　　(D) $1.10　　(E) $1.11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如果一个矩形的长和宽都增加 10%，那么这个矩形的周长增加了</w:t>
      </w:r>
    </w:p>
    <w:p>
      <w:pPr>
        <w:spacing w:before="0" w:after="120" w:line="300" w:lineRule="auto"/>
      </w:pPr>
      <w:r>
        <w:rPr>
          <w:rFonts w:ascii="Times New Roman" w:hAnsi="Times New Roman" w:eastAsia="宋体"/>
          <w:b w:val="0"/>
          <w:i w:val="0"/>
          <w:sz w:val="21"/>
        </w:rPr>
        <w:t>（A）1%　　（B）10%　　（C）20%　　（D）21%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length and width of a rectangle are each increased by 10%, then the perimeter of the rectangle is increased by</w:t>
      </w:r>
    </w:p>
    <w:p>
      <w:pPr>
        <w:spacing w:before="0" w:after="160" w:line="300" w:lineRule="auto"/>
      </w:pPr>
      <w:r>
        <w:rPr>
          <w:rFonts w:ascii="Times New Roman" w:hAnsi="Times New Roman" w:eastAsia="宋体"/>
          <w:b w:val="0"/>
          <w:i w:val="0"/>
          <w:color w:val="333333"/>
          <w:sz w:val="19"/>
        </w:rPr>
        <w:t>(A) 1%　　(B) 10%　　(C) 20%　　(D) 21%　　(E) 40%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某一年，一月正好有四个星期二和四个星期六。那一年的一月 1 日是星期几？</w:t>
      </w:r>
    </w:p>
    <w:p>
      <w:pPr>
        <w:spacing w:before="0" w:after="120" w:line="300" w:lineRule="auto"/>
      </w:pPr>
      <w:r>
        <w:rPr>
          <w:rFonts w:ascii="Times New Roman" w:hAnsi="Times New Roman" w:eastAsia="宋体"/>
          <w:b w:val="0"/>
          <w:i w:val="0"/>
          <w:sz w:val="21"/>
        </w:rPr>
        <w:t>（A）星期一　　（B）星期二　　（C）星期三　　（D）星期五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year, January had exactly four Tuesdays and four Saturdays. On what day did January 1 fall that year?</w:t>
      </w:r>
    </w:p>
    <w:p>
      <w:pPr>
        <w:spacing w:before="0" w:after="160" w:line="300" w:lineRule="auto"/>
      </w:pPr>
      <w:r>
        <w:rPr>
          <w:rFonts w:ascii="Times New Roman" w:hAnsi="Times New Roman" w:eastAsia="宋体"/>
          <w:b w:val="0"/>
          <w:i w:val="0"/>
          <w:color w:val="333333"/>
          <w:sz w:val="19"/>
        </w:rPr>
        <w:t>(A) Monday　　(B) Tuesday　　(C) Wednesday　　(D) Friday　　(E) Saturday</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格林先生每年加薪 10%。连续四次这样的加薪后，他的薪水总共上涨了百分之多少？</w:t>
      </w:r>
    </w:p>
    <w:p>
      <w:pPr>
        <w:spacing w:before="0" w:after="120" w:line="300" w:lineRule="auto"/>
      </w:pPr>
      <w:r>
        <w:rPr>
          <w:rFonts w:ascii="Times New Roman" w:hAnsi="Times New Roman" w:eastAsia="宋体"/>
          <w:b w:val="0"/>
          <w:i w:val="0"/>
          <w:sz w:val="21"/>
        </w:rPr>
        <w:t>（A）小于 40%　　（B）40%　　（C）44%　　（D）45%　　（E）大于 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Green receives a 10% raise every year. His salary after four such raises has gone up by what percent?</w:t>
      </w:r>
    </w:p>
    <w:p>
      <w:pPr>
        <w:spacing w:before="0" w:after="160" w:line="300" w:lineRule="auto"/>
      </w:pPr>
      <w:r>
        <w:rPr>
          <w:rFonts w:ascii="Times New Roman" w:hAnsi="Times New Roman" w:eastAsia="宋体"/>
          <w:b w:val="0"/>
          <w:i w:val="0"/>
          <w:color w:val="333333"/>
          <w:sz w:val="19"/>
        </w:rPr>
        <w:t>(A) less than 40%　　(B) 40%　　(C) 44%　　(D) 45%　　(E) more than 45%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假设每个 7 位整数都可能是电话号码，但以 0 或 1 开头的除外。电话号码中，以 9 开头并以 0 结尾的占几分之几？</w:t>
      </w:r>
    </w:p>
    <w:p>
      <w:pPr>
        <w:spacing w:before="0" w:after="120" w:line="300" w:lineRule="auto"/>
      </w:pPr>
      <w:r>
        <w:rPr>
          <w:rFonts w:ascii="Times New Roman" w:hAnsi="Times New Roman" w:eastAsia="宋体"/>
          <w:b w:val="0"/>
          <w:i w:val="0"/>
          <w:sz w:val="21"/>
        </w:rPr>
        <w:t>（A）1/63　　（B）1/80　　（C）1/81　　（D）1/90　　（E）1/100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every 7-digit whole number is a possible telephone number except those that begin with 0 or 1. What fraction of telephone numbers begin with 9 and end with 0?</w:t>
      </w:r>
    </w:p>
    <w:p>
      <w:pPr>
        <w:spacing w:before="0" w:after="160" w:line="300" w:lineRule="auto"/>
      </w:pPr>
      <w:r>
        <w:rPr>
          <w:rFonts w:ascii="Times New Roman" w:hAnsi="Times New Roman" w:eastAsia="宋体"/>
          <w:b w:val="0"/>
          <w:i w:val="0"/>
          <w:color w:val="333333"/>
          <w:sz w:val="19"/>
        </w:rPr>
        <w:t>(A) 1/63　　(B) 1/80　　(C) 1/81　　(D) 1/90　　(E) 1/100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金氏初中有 1200 名学生。每名学生每天上 5 节课。每位老师教 4 节课。每节课有 30 名学生和 1 位老师。金氏初中有多少位老师？</w:t>
      </w:r>
    </w:p>
    <w:p>
      <w:pPr>
        <w:spacing w:before="0" w:after="120" w:line="300" w:lineRule="auto"/>
      </w:pPr>
      <w:r>
        <w:rPr>
          <w:rFonts w:ascii="Times New Roman" w:hAnsi="Times New Roman" w:eastAsia="宋体"/>
          <w:b w:val="0"/>
          <w:i w:val="0"/>
          <w:sz w:val="21"/>
        </w:rPr>
        <w:t>（A）30　　（B）32　　（C）40　　（D）45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King Middle School has 1200 students. Each student takes 5 classes a day. Each teacher teaches 4 classes. Each class has 30 students and 1 teacher. How many teachers are there at King Middle School?</w:t>
      </w:r>
    </w:p>
    <w:p>
      <w:pPr>
        <w:spacing w:before="0" w:after="160" w:line="300" w:lineRule="auto"/>
      </w:pPr>
      <w:r>
        <w:rPr>
          <w:rFonts w:ascii="Times New Roman" w:hAnsi="Times New Roman" w:eastAsia="宋体"/>
          <w:b w:val="0"/>
          <w:i w:val="0"/>
          <w:color w:val="333333"/>
          <w:sz w:val="19"/>
        </w:rPr>
        <w:t>(A) 30　　(B) 32　　(C) 40　　(D) 45　　(E) 50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在一个魔术三角形中，六个整数 10 至 15 各被放入一个圆内，使三角形每条边上三个数的和 S 都相同。S 的最大可能值是</w:t>
      </w:r>
    </w:p>
    <w:p>
      <w:pPr>
        <w:spacing w:before="80" w:after="80"/>
        <w:jc w:val="center"/>
      </w:pPr>
      <w:r>
        <w:drawing>
          <wp:inline xmlns:a="http://schemas.openxmlformats.org/drawingml/2006/main" xmlns:pic="http://schemas.openxmlformats.org/drawingml/2006/picture">
            <wp:extent cx="1659942" cy="1556262"/>
            <wp:docPr id="9" name="Picture 9"/>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1659942" cy="1556262"/>
                    </a:xfrm>
                    <a:prstGeom prst="rect"/>
                  </pic:spPr>
                </pic:pic>
              </a:graphicData>
            </a:graphic>
          </wp:inline>
        </w:drawing>
      </w:r>
    </w:p>
    <w:p>
      <w:pPr>
        <w:spacing w:before="0" w:after="120" w:line="300" w:lineRule="auto"/>
      </w:pPr>
      <w:r>
        <w:rPr>
          <w:rFonts w:ascii="Times New Roman" w:hAnsi="Times New Roman" w:eastAsia="宋体"/>
          <w:b w:val="0"/>
          <w:i w:val="0"/>
          <w:sz w:val="21"/>
        </w:rPr>
        <w:t>（A）36　　（B）37　　（C）38　　（D）39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magic triangle, each of the six whole numbers 10 through 15 is placed in one of the circles so that the sum S of the three numbers on each side of the triangle is the same. The largest possible value for S is</w:t>
      </w:r>
    </w:p>
    <w:p>
      <w:pPr>
        <w:spacing w:before="80" w:after="80"/>
        <w:jc w:val="center"/>
      </w:pPr>
      <w:r>
        <w:drawing>
          <wp:inline xmlns:a="http://schemas.openxmlformats.org/drawingml/2006/main" xmlns:pic="http://schemas.openxmlformats.org/drawingml/2006/picture">
            <wp:extent cx="1659942" cy="1556262"/>
            <wp:docPr id="10" name="Picture 10"/>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1659942" cy="155626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　　(B) 37　　(C) 38　　(D) 39　　(E) 40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桌上放着五张卡片。每张卡片一面有一个字母，另一面有一个整数。可见的面显示 P、Q、3、4 和 6。简说：“如果任意一张卡片的一面是元音字母，那么另一面就是偶数。”玛丽翻开一张卡片，证明简错了。玛丽翻开的是哪张卡片？</w:t>
      </w:r>
    </w:p>
    <w:p>
      <w:pPr>
        <w:spacing w:before="0" w:after="120" w:line="300" w:lineRule="auto"/>
      </w:pPr>
      <w:r>
        <w:rPr>
          <w:rFonts w:ascii="Times New Roman" w:hAnsi="Times New Roman" w:eastAsia="宋体"/>
          <w:b w:val="0"/>
          <w:i w:val="0"/>
          <w:sz w:val="21"/>
        </w:rPr>
        <w:t>（A）3　　（B）4　　（C）6　　（D）P　　（E）Q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cards are lying on a table. Each card has a letter on one side and a whole number on the other side. The visible faces show P, Q, 3, 4, and 6. Jane said, “If a vowel is on one side of any card, then an even number is on the other side.” Mary showed Jane was wrong by turning over one card. Which card did Mary turn over?</w:t>
      </w:r>
    </w:p>
    <w:p>
      <w:pPr>
        <w:spacing w:before="0" w:after="160" w:line="300" w:lineRule="auto"/>
      </w:pPr>
      <w:r>
        <w:rPr>
          <w:rFonts w:ascii="Times New Roman" w:hAnsi="Times New Roman" w:eastAsia="宋体"/>
          <w:b w:val="0"/>
          <w:i w:val="0"/>
          <w:color w:val="333333"/>
          <w:sz w:val="19"/>
        </w:rPr>
        <w:t>(A) 3　　(B) 4　　(C) 6　　(D) P　　(E) Q</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B　D　C　C　D　C　A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E　B　B　B　C　D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C　E　B　E　D　A</w:t>
      </w:r>
    </w:p>
    <w:p>
      <w:pPr>
        <w:spacing w:before="0" w:after="200" w:line="300" w:lineRule="auto"/>
      </w:pPr>
      <w:r>
        <w:rPr>
          <w:rFonts w:ascii="Times New Roman" w:hAnsi="Times New Roman" w:eastAsia="宋体"/>
          <w:b w:val="0"/>
          <w:i w:val="0"/>
          <w:color w:val="666666"/>
          <w:sz w:val="18"/>
        </w:rPr>
        <w:t>答案串：ABDCCDCAACEBBBCDDEBCEBEDA</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合并两个分数后，分子是 3 · 5 · 7 · 9 · 11，分母是 9 · 11 · 3 · 5 · 7。它们是同一个乘积。</w:t>
      </w:r>
    </w:p>
    <w:p>
      <w:pPr>
        <w:spacing w:before="0" w:after="80" w:line="300" w:lineRule="auto"/>
        <w:jc w:val="left"/>
      </w:pPr>
      <w:r>
        <w:rPr>
          <w:rFonts w:ascii="Times New Roman" w:hAnsi="Times New Roman" w:eastAsia="宋体"/>
          <w:b w:val="0"/>
          <w:i w:val="0"/>
          <w:sz w:val="21"/>
        </w:rPr>
        <w:t>因此这个值是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two fractions, the numerator is 3 · 5 · 7 · 9 · 11 and the denominator is 9 · 11 · 3 · 5 · 7. These are the same product.</w:t>
      </w:r>
    </w:p>
    <w:p>
      <w:pPr>
        <w:spacing w:before="0" w:after="80" w:line="300" w:lineRule="auto"/>
        <w:jc w:val="left"/>
      </w:pPr>
      <w:r>
        <w:rPr>
          <w:rFonts w:ascii="Times New Roman" w:hAnsi="Times New Roman" w:eastAsia="宋体"/>
          <w:b w:val="0"/>
          <w:i w:val="0"/>
          <w:color w:val="333333"/>
          <w:sz w:val="19"/>
        </w:rPr>
        <w:t>So the value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一共有 10 项。首项和末项的平均数是 (90 + 99)/2 = 94.5。</w:t>
      </w:r>
    </w:p>
    <w:p>
      <w:pPr>
        <w:spacing w:before="0" w:after="80" w:line="300" w:lineRule="auto"/>
        <w:jc w:val="left"/>
      </w:pPr>
      <w:r>
        <w:rPr>
          <w:rFonts w:ascii="Times New Roman" w:hAnsi="Times New Roman" w:eastAsia="宋体"/>
          <w:b w:val="0"/>
          <w:i w:val="0"/>
          <w:sz w:val="21"/>
        </w:rPr>
        <w:t>所以总和是 10 · 94.5 = 945。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10 terms. The average of the first and last is (90 + 99)/2 = 94.5.</w:t>
      </w:r>
    </w:p>
    <w:p>
      <w:pPr>
        <w:spacing w:before="0" w:after="80" w:line="300" w:lineRule="auto"/>
        <w:jc w:val="left"/>
      </w:pPr>
      <w:r>
        <w:rPr>
          <w:rFonts w:ascii="Times New Roman" w:hAnsi="Times New Roman" w:eastAsia="宋体"/>
          <w:b w:val="0"/>
          <w:i w:val="0"/>
          <w:color w:val="333333"/>
          <w:sz w:val="19"/>
        </w:rPr>
        <w:t>So the sum is 10 · 94.5 = 945.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因为 10⁷/10⁴ = 10³ = 1000，所以原式是 1000/5 = 200。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10⁷/10⁴ = 10³ = 1000, the expression is 1000/5 = 200.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把图形补成完整的 6 × 9 矩形，面积是 54。左下角被去掉的是一个 2 乘 4 的矩形，面积是 8。</w:t>
      </w:r>
    </w:p>
    <w:p>
      <w:pPr>
        <w:spacing w:before="0" w:after="80" w:line="300" w:lineRule="auto"/>
        <w:jc w:val="left"/>
      </w:pPr>
      <w:r>
        <w:rPr>
          <w:rFonts w:ascii="Times New Roman" w:hAnsi="Times New Roman" w:eastAsia="宋体"/>
          <w:b w:val="0"/>
          <w:i w:val="0"/>
          <w:sz w:val="21"/>
        </w:rPr>
        <w:t>所以多边形面积是 54 - 8 = 46。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figure to the full 6 × 9 rectangle gives an area of 54. The piece removed from the lower-left corner is a rectangle measuring 2 by 4, with area 8.</w:t>
      </w:r>
    </w:p>
    <w:p>
      <w:pPr>
        <w:spacing w:before="0" w:after="80" w:line="300" w:lineRule="auto"/>
        <w:jc w:val="left"/>
      </w:pPr>
      <w:r>
        <w:rPr>
          <w:rFonts w:ascii="Times New Roman" w:hAnsi="Times New Roman" w:eastAsia="宋体"/>
          <w:b w:val="0"/>
          <w:i w:val="0"/>
          <w:color w:val="333333"/>
          <w:sz w:val="19"/>
        </w:rPr>
        <w:t>So the polygon’s area is 54 - 8 = 46.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及格成绩共有 5 + 4 + 3 + 3 = 15 个，总成绩数是 15 + 5 = 20。</w:t>
      </w:r>
    </w:p>
    <w:p>
      <w:pPr>
        <w:spacing w:before="0" w:after="80" w:line="300" w:lineRule="auto"/>
        <w:jc w:val="left"/>
      </w:pPr>
      <w:r>
        <w:rPr>
          <w:rFonts w:ascii="Times New Roman" w:hAnsi="Times New Roman" w:eastAsia="宋体"/>
          <w:b w:val="0"/>
          <w:i w:val="0"/>
          <w:sz w:val="21"/>
        </w:rPr>
        <w:t>所以及格成绩所占的分数是 15/20 = 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satisfactory grades number 5 + 4 + 3 + 3 = 15, and the total number of grades is 15 + 5 = 20.</w:t>
      </w:r>
    </w:p>
    <w:p>
      <w:pPr>
        <w:spacing w:before="0" w:after="80" w:line="300" w:lineRule="auto"/>
        <w:jc w:val="left"/>
      </w:pPr>
      <w:r>
        <w:rPr>
          <w:rFonts w:ascii="Times New Roman" w:hAnsi="Times New Roman" w:eastAsia="宋体"/>
          <w:b w:val="0"/>
          <w:i w:val="0"/>
          <w:color w:val="333333"/>
          <w:sz w:val="19"/>
        </w:rPr>
        <w:t>So the fraction that is satisfactory is 15/20 =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因为 7.5 厘米是 5 厘米的 1.5 倍，所以纸张数也是 1.5 倍。</w:t>
      </w:r>
    </w:p>
    <w:p>
      <w:pPr>
        <w:spacing w:before="0" w:after="80" w:line="300" w:lineRule="auto"/>
        <w:jc w:val="left"/>
      </w:pPr>
      <w:r>
        <w:rPr>
          <w:rFonts w:ascii="Times New Roman" w:hAnsi="Times New Roman" w:eastAsia="宋体"/>
          <w:b w:val="0"/>
          <w:i w:val="0"/>
          <w:sz w:val="21"/>
        </w:rPr>
        <w:t>也就是 1.5 × 500 = 750 张。</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7.5 cm is 1.5 times 5 cm, the stack holds 1.5 times as many sheets.</w:t>
      </w:r>
    </w:p>
    <w:p>
      <w:pPr>
        <w:spacing w:before="0" w:after="80" w:line="300" w:lineRule="auto"/>
        <w:jc w:val="left"/>
      </w:pPr>
      <w:r>
        <w:rPr>
          <w:rFonts w:ascii="Times New Roman" w:hAnsi="Times New Roman" w:eastAsia="宋体"/>
          <w:b w:val="0"/>
          <w:i w:val="0"/>
          <w:color w:val="333333"/>
          <w:sz w:val="19"/>
        </w:rPr>
        <w:t>That is 1.5 × 500 = 750 sheets.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第 n 行有 2n - 1 个方格。由于两端都是未涂色方格且两种方格交替，每行未涂色方格比涂色方格多一个，所以涂色方格数是 n - 1。</w:t>
      </w:r>
    </w:p>
    <w:p>
      <w:pPr>
        <w:spacing w:before="0" w:after="80" w:line="300" w:lineRule="auto"/>
        <w:jc w:val="left"/>
      </w:pPr>
      <w:r>
        <w:rPr>
          <w:rFonts w:ascii="Times New Roman" w:hAnsi="Times New Roman" w:eastAsia="宋体"/>
          <w:b w:val="0"/>
          <w:i w:val="0"/>
          <w:sz w:val="21"/>
        </w:rPr>
        <w:t>对第 37 行，这就是 37 - 1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Row n contains 2n - 1 squares. Because both ends are unshaded and the squares alternate, each row has one more unshaded square than shaded square, so the number of shaded squares is n - 1.</w:t>
      </w:r>
    </w:p>
    <w:p>
      <w:pPr>
        <w:spacing w:before="0" w:after="80" w:line="300" w:lineRule="auto"/>
        <w:jc w:val="left"/>
      </w:pPr>
      <w:r>
        <w:rPr>
          <w:rFonts w:ascii="Times New Roman" w:hAnsi="Times New Roman" w:eastAsia="宋体"/>
          <w:b w:val="0"/>
          <w:i w:val="0"/>
          <w:color w:val="333333"/>
          <w:sz w:val="19"/>
        </w:rPr>
        <w:t>For the 37th row, this is 37 - 1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代入 a = -2 得到 -3a = 6，4a = -8，24/a = -12，a² = 4，以及 1。</w:t>
      </w:r>
    </w:p>
    <w:p>
      <w:pPr>
        <w:spacing w:before="0" w:after="80" w:line="300" w:lineRule="auto"/>
        <w:jc w:val="left"/>
      </w:pPr>
      <w:r>
        <w:rPr>
          <w:rFonts w:ascii="Times New Roman" w:hAnsi="Times New Roman" w:eastAsia="宋体"/>
          <w:b w:val="0"/>
          <w:i w:val="0"/>
          <w:sz w:val="21"/>
        </w:rPr>
        <w:t>其中最大的是 6，也就是 -3a。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a = -2 gives the values -3a = 6, 4a = -8, 24/a = -12, a² = 4, and 1.</w:t>
      </w:r>
    </w:p>
    <w:p>
      <w:pPr>
        <w:spacing w:before="0" w:after="80" w:line="300" w:lineRule="auto"/>
        <w:jc w:val="left"/>
      </w:pPr>
      <w:r>
        <w:rPr>
          <w:rFonts w:ascii="Times New Roman" w:hAnsi="Times New Roman" w:eastAsia="宋体"/>
          <w:b w:val="0"/>
          <w:i w:val="0"/>
          <w:color w:val="333333"/>
          <w:sz w:val="19"/>
        </w:rPr>
        <w:t>The largest of these is 6, which is -3a.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每个因数 1 - 1/k 都等于 k-1/k，所以乘积是</w:t>
      </w:r>
    </w:p>
    <w:p>
      <w:pPr>
        <w:spacing w:before="0" w:after="80" w:line="300" w:lineRule="auto"/>
        <w:jc w:val="left"/>
      </w:pPr>
      <w:r>
        <w:rPr>
          <w:rFonts w:ascii="Times New Roman" w:hAnsi="Times New Roman" w:eastAsia="宋体"/>
          <w:b w:val="0"/>
          <w:i w:val="0"/>
          <w:sz w:val="21"/>
        </w:rPr>
        <w:t>1/2 · 2/3 · 3/4 ⋯ 9/10。</w:t>
      </w:r>
    </w:p>
    <w:p>
      <w:pPr>
        <w:spacing w:before="0" w:after="80" w:line="300" w:lineRule="auto"/>
        <w:jc w:val="left"/>
      </w:pPr>
      <w:r>
        <w:rPr>
          <w:rFonts w:ascii="Times New Roman" w:hAnsi="Times New Roman" w:eastAsia="宋体"/>
          <w:b w:val="0"/>
          <w:i w:val="0"/>
          <w:sz w:val="21"/>
        </w:rPr>
        <w:t>每个分子都会和前一个分母相消，最后留下 1/10。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factor 1 - 1/k equals k-1/k, so the product is</w:t>
      </w:r>
    </w:p>
    <w:p>
      <w:pPr>
        <w:spacing w:before="0" w:after="80" w:line="300" w:lineRule="auto"/>
        <w:jc w:val="left"/>
      </w:pPr>
      <w:r>
        <w:rPr>
          <w:rFonts w:ascii="Times New Roman" w:hAnsi="Times New Roman" w:eastAsia="宋体"/>
          <w:b w:val="0"/>
          <w:i w:val="0"/>
          <w:color w:val="333333"/>
          <w:sz w:val="19"/>
        </w:rPr>
        <w:t>1/2 · 2/3 · 3/4 ⋯ 9/10.</w:t>
      </w:r>
    </w:p>
    <w:p>
      <w:pPr>
        <w:spacing w:before="0" w:after="80" w:line="300" w:lineRule="auto"/>
        <w:jc w:val="left"/>
      </w:pPr>
      <w:r>
        <w:rPr>
          <w:rFonts w:ascii="Times New Roman" w:hAnsi="Times New Roman" w:eastAsia="宋体"/>
          <w:b w:val="0"/>
          <w:i w:val="0"/>
          <w:color w:val="333333"/>
          <w:sz w:val="19"/>
        </w:rPr>
        <w:t>Every numerator cancels the previous denominator, leaving 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1/5 和 1/3 的中点是它们的平均数。</w:t>
      </w:r>
    </w:p>
    <w:p>
      <w:pPr>
        <w:spacing w:before="0" w:after="80" w:line="300" w:lineRule="auto"/>
        <w:jc w:val="left"/>
      </w:pPr>
      <w:r>
        <w:rPr>
          <w:rFonts w:ascii="Times New Roman" w:hAnsi="Times New Roman" w:eastAsia="宋体"/>
          <w:b w:val="0"/>
          <w:i w:val="0"/>
          <w:sz w:val="21"/>
        </w:rPr>
        <w:t>(1/5 + 1/3)/2 = (8/15)/2 = 4/15。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midpoint of 1/5 and 1/3 is their average.</w:t>
      </w:r>
    </w:p>
    <w:p>
      <w:pPr>
        <w:spacing w:before="0" w:after="80" w:line="300" w:lineRule="auto"/>
        <w:jc w:val="left"/>
      </w:pPr>
      <w:r>
        <w:rPr>
          <w:rFonts w:ascii="Times New Roman" w:hAnsi="Times New Roman" w:eastAsia="宋体"/>
          <w:b w:val="0"/>
          <w:i w:val="0"/>
          <w:color w:val="333333"/>
          <w:sz w:val="19"/>
        </w:rPr>
        <w:t>(1/5 + 1/3)/2 = (8/15)/2 = 4/15.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把这个展开图折成让 X 成为底面。那么 U、V、W、Z 会围成四个侧面。</w:t>
      </w:r>
    </w:p>
    <w:p>
      <w:pPr>
        <w:spacing w:before="0" w:after="80" w:line="300" w:lineRule="auto"/>
        <w:jc w:val="left"/>
      </w:pPr>
      <w:r>
        <w:rPr>
          <w:rFonts w:ascii="Times New Roman" w:hAnsi="Times New Roman" w:eastAsia="宋体"/>
          <w:b w:val="0"/>
          <w:i w:val="0"/>
          <w:sz w:val="21"/>
        </w:rPr>
        <w:t>唯一剩下的正方形 Y 成为顶面，与底面 X 相对。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Fold the net so that X is the bottom face. Then U, V, W, and Z wrap around to become the four side faces.</w:t>
      </w:r>
    </w:p>
    <w:p>
      <w:pPr>
        <w:spacing w:before="0" w:after="80" w:line="300" w:lineRule="auto"/>
        <w:jc w:val="left"/>
      </w:pPr>
      <w:r>
        <w:rPr>
          <w:rFonts w:ascii="Times New Roman" w:hAnsi="Times New Roman" w:eastAsia="宋体"/>
          <w:b w:val="0"/>
          <w:i w:val="0"/>
          <w:color w:val="333333"/>
          <w:sz w:val="19"/>
        </w:rPr>
        <w:t>The only remaining square, Y, becomes the top face, which is opposite the bottom face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三角形周长是 6.2 + 8.3 + 9.5 = 24 厘米，所以正方形周长也是 24 厘米。</w:t>
      </w:r>
    </w:p>
    <w:p>
      <w:pPr>
        <w:spacing w:before="0" w:after="80" w:line="300" w:lineRule="auto"/>
        <w:jc w:val="left"/>
      </w:pPr>
      <w:r>
        <w:rPr>
          <w:rFonts w:ascii="Times New Roman" w:hAnsi="Times New Roman" w:eastAsia="宋体"/>
          <w:b w:val="0"/>
          <w:i w:val="0"/>
          <w:sz w:val="21"/>
        </w:rPr>
        <w:t>正方形边长是 24/4 = 6 厘米，因此面积是 6² = 36 cm²。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triangle’s perimeter is 6.2 + 8.3 + 9.5 = 24 cm, so the square also has perimeter 24 cm.</w:t>
      </w:r>
    </w:p>
    <w:p>
      <w:pPr>
        <w:spacing w:before="0" w:after="80" w:line="300" w:lineRule="auto"/>
        <w:jc w:val="left"/>
      </w:pPr>
      <w:r>
        <w:rPr>
          <w:rFonts w:ascii="Times New Roman" w:hAnsi="Times New Roman" w:eastAsia="宋体"/>
          <w:b w:val="0"/>
          <w:i w:val="0"/>
          <w:color w:val="333333"/>
          <w:sz w:val="19"/>
        </w:rPr>
        <w:t>The square’s side is 24/4 = 6 cm, so its area is 6² = 36 cm².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步行距离：4 × 3/4 = 3 英里。跑步距离：10 × 1/2 = 5 英里。</w:t>
      </w:r>
    </w:p>
    <w:p>
      <w:pPr>
        <w:spacing w:before="0" w:after="80" w:line="300" w:lineRule="auto"/>
        <w:jc w:val="left"/>
      </w:pPr>
      <w:r>
        <w:rPr>
          <w:rFonts w:ascii="Times New Roman" w:hAnsi="Times New Roman" w:eastAsia="宋体"/>
          <w:b w:val="0"/>
          <w:i w:val="0"/>
          <w:sz w:val="21"/>
        </w:rPr>
        <w:t>总距离是 3 + 5 = 8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Walking: 4 × 3/4 = 3 miles. Running: 10 × 1/2 = 5 miles.</w:t>
      </w:r>
    </w:p>
    <w:p>
      <w:pPr>
        <w:spacing w:before="0" w:after="80" w:line="300" w:lineRule="auto"/>
        <w:jc w:val="left"/>
      </w:pPr>
      <w:r>
        <w:rPr>
          <w:rFonts w:ascii="Times New Roman" w:hAnsi="Times New Roman" w:eastAsia="宋体"/>
          <w:b w:val="0"/>
          <w:i w:val="0"/>
          <w:color w:val="333333"/>
          <w:sz w:val="19"/>
        </w:rPr>
        <w:t>The total distance is 3 + 5 = 8 miles.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两种税相差价格的 0.5%。</w:t>
      </w:r>
    </w:p>
    <w:p>
      <w:pPr>
        <w:spacing w:before="0" w:after="80" w:line="300" w:lineRule="auto"/>
        <w:jc w:val="left"/>
      </w:pPr>
      <w:r>
        <w:rPr>
          <w:rFonts w:ascii="Times New Roman" w:hAnsi="Times New Roman" w:eastAsia="宋体"/>
          <w:b w:val="0"/>
          <w:i w:val="0"/>
          <w:sz w:val="21"/>
        </w:rPr>
        <w:t>也就是 0.005 × $20 = $0.10。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taxes differ by 0.5% of the price.</w:t>
      </w:r>
    </w:p>
    <w:p>
      <w:pPr>
        <w:spacing w:before="0" w:after="80" w:line="300" w:lineRule="auto"/>
        <w:jc w:val="left"/>
      </w:pPr>
      <w:r>
        <w:rPr>
          <w:rFonts w:ascii="Times New Roman" w:hAnsi="Times New Roman" w:eastAsia="宋体"/>
          <w:b w:val="0"/>
          <w:i w:val="0"/>
          <w:color w:val="333333"/>
          <w:sz w:val="19"/>
        </w:rPr>
        <w:t>That is 0.005 × $20 = $0.10.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从 200 到 299 的 100 个数全部含有 2。</w:t>
      </w:r>
    </w:p>
    <w:p>
      <w:pPr>
        <w:spacing w:before="0" w:after="80" w:line="300" w:lineRule="auto"/>
        <w:jc w:val="left"/>
      </w:pPr>
      <w:r>
        <w:rPr>
          <w:rFonts w:ascii="Times New Roman" w:hAnsi="Times New Roman" w:eastAsia="宋体"/>
          <w:b w:val="0"/>
          <w:i w:val="0"/>
          <w:sz w:val="21"/>
        </w:rPr>
        <w:t>在 100 到 199 中，十位是 2 的有 10 个，个位是 2 的有 10 个，但 122 被重复计算了一次，所以有 10 + 10 - 1 = 19 个。300 到 399 同样有 19 个。</w:t>
      </w:r>
    </w:p>
    <w:p>
      <w:pPr>
        <w:spacing w:before="0" w:after="80" w:line="300" w:lineRule="auto"/>
        <w:jc w:val="left"/>
      </w:pPr>
      <w:r>
        <w:rPr>
          <w:rFonts w:ascii="Times New Roman" w:hAnsi="Times New Roman" w:eastAsia="宋体"/>
          <w:b w:val="0"/>
          <w:i w:val="0"/>
          <w:sz w:val="21"/>
        </w:rPr>
        <w:t>总数是 100 + 19 + 19 = 138。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100 numbers from 200 to 299 contain a 2.</w:t>
      </w:r>
    </w:p>
    <w:p>
      <w:pPr>
        <w:spacing w:before="0" w:after="80" w:line="300" w:lineRule="auto"/>
        <w:jc w:val="left"/>
      </w:pPr>
      <w:r>
        <w:rPr>
          <w:rFonts w:ascii="Times New Roman" w:hAnsi="Times New Roman" w:eastAsia="宋体"/>
          <w:b w:val="0"/>
          <w:i w:val="0"/>
          <w:color w:val="333333"/>
          <w:sz w:val="19"/>
        </w:rPr>
        <w:t>Among 100 to 199, there are 10 with a 2 in the tens place and 10 with a 2 in the units place, but 122 is counted twice, giving 10 + 10 - 1 = 19. The range 300 to 399 similarly contributes 19.</w:t>
      </w:r>
    </w:p>
    <w:p>
      <w:pPr>
        <w:spacing w:before="0" w:after="80" w:line="300" w:lineRule="auto"/>
        <w:jc w:val="left"/>
      </w:pPr>
      <w:r>
        <w:rPr>
          <w:rFonts w:ascii="Times New Roman" w:hAnsi="Times New Roman" w:eastAsia="宋体"/>
          <w:b w:val="0"/>
          <w:i w:val="0"/>
          <w:color w:val="333333"/>
          <w:sz w:val="19"/>
        </w:rPr>
        <w:t>The total is 100 + 19 + 19 = 138.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30 名学生分成 5 个相等的份，每份 6 人。男生占 2 份，即 12 人；女生占 3 份，即 18 人。</w:t>
      </w:r>
    </w:p>
    <w:p>
      <w:pPr>
        <w:spacing w:before="0" w:after="80" w:line="300" w:lineRule="auto"/>
        <w:jc w:val="left"/>
      </w:pPr>
      <w:r>
        <w:rPr>
          <w:rFonts w:ascii="Times New Roman" w:hAnsi="Times New Roman" w:eastAsia="宋体"/>
          <w:b w:val="0"/>
          <w:i w:val="0"/>
          <w:sz w:val="21"/>
        </w:rPr>
        <w:t>所以女生比男生多 18 - 12 = 6 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30 students split into 5 equal parts of 6. Boys make up 2 parts (12) and girls 3 parts (18).</w:t>
      </w:r>
    </w:p>
    <w:p>
      <w:pPr>
        <w:spacing w:before="0" w:after="80" w:line="300" w:lineRule="auto"/>
        <w:jc w:val="left"/>
      </w:pPr>
      <w:r>
        <w:rPr>
          <w:rFonts w:ascii="Times New Roman" w:hAnsi="Times New Roman" w:eastAsia="宋体"/>
          <w:b w:val="0"/>
          <w:i w:val="0"/>
          <w:color w:val="333333"/>
          <w:sz w:val="19"/>
        </w:rPr>
        <w:t>So there are 18 - 12 = 6 more girls than boys.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七次测验的平均分是 85，总分为 7 × 85 = 595；六次测验的平均分是 84，总分为 6 × 84 = 504。</w:t>
      </w:r>
    </w:p>
    <w:p>
      <w:pPr>
        <w:spacing w:before="0" w:after="80" w:line="300" w:lineRule="auto"/>
        <w:jc w:val="left"/>
      </w:pPr>
      <w:r>
        <w:rPr>
          <w:rFonts w:ascii="Times New Roman" w:hAnsi="Times New Roman" w:eastAsia="宋体"/>
          <w:b w:val="0"/>
          <w:i w:val="0"/>
          <w:sz w:val="21"/>
        </w:rPr>
        <w:t>第七次测验的分数是 595 - 504 = 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Seven tests averaging 85 total 7 × 85 = 595 points; six tests averaging 84 total 6 × 84 = 504 points.</w:t>
      </w:r>
    </w:p>
    <w:p>
      <w:pPr>
        <w:spacing w:before="0" w:after="80" w:line="300" w:lineRule="auto"/>
        <w:jc w:val="left"/>
      </w:pPr>
      <w:r>
        <w:rPr>
          <w:rFonts w:ascii="Times New Roman" w:hAnsi="Times New Roman" w:eastAsia="宋体"/>
          <w:b w:val="0"/>
          <w:i w:val="0"/>
          <w:color w:val="333333"/>
          <w:sz w:val="19"/>
        </w:rPr>
        <w:t>The seventh score is 595 - 504 = 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由 9p &lt; 10 得 p &lt; 1.111…，由 10p &gt; 11 得 p &gt; 1.10。</w:t>
      </w:r>
    </w:p>
    <w:p>
      <w:pPr>
        <w:spacing w:before="0" w:after="80" w:line="300" w:lineRule="auto"/>
        <w:jc w:val="left"/>
      </w:pPr>
      <w:r>
        <w:rPr>
          <w:rFonts w:ascii="Times New Roman" w:hAnsi="Times New Roman" w:eastAsia="宋体"/>
          <w:b w:val="0"/>
          <w:i w:val="0"/>
          <w:sz w:val="21"/>
        </w:rPr>
        <w:t>在 $1.10 和 $1.111… 之间唯一的整美分价格是 $1.11。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9p &lt; 10 we get p &lt; 1.111…, and from 10p &gt; 11 we get p &gt; 1.10.</w:t>
      </w:r>
    </w:p>
    <w:p>
      <w:pPr>
        <w:spacing w:before="0" w:after="80" w:line="300" w:lineRule="auto"/>
        <w:jc w:val="left"/>
      </w:pPr>
      <w:r>
        <w:rPr>
          <w:rFonts w:ascii="Times New Roman" w:hAnsi="Times New Roman" w:eastAsia="宋体"/>
          <w:b w:val="0"/>
          <w:i w:val="0"/>
          <w:color w:val="333333"/>
          <w:sz w:val="19"/>
        </w:rPr>
        <w:t>The only price in whole cents between $1.10 and $1.111… is $1.11.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新周长是 2(1.1ell + 1.1w) = 1.1 · 2(ell + w)，也就是旧周长的 1.1 倍。</w:t>
      </w:r>
    </w:p>
    <w:p>
      <w:pPr>
        <w:spacing w:before="0" w:after="80" w:line="300" w:lineRule="auto"/>
        <w:jc w:val="left"/>
      </w:pPr>
      <w:r>
        <w:rPr>
          <w:rFonts w:ascii="Times New Roman" w:hAnsi="Times New Roman" w:eastAsia="宋体"/>
          <w:b w:val="0"/>
          <w:i w:val="0"/>
          <w:sz w:val="21"/>
        </w:rPr>
        <w:t>这表示增加了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new perimeter is 2(1.1ell + 1.1w) = 1.1 · 2(ell + w), which is 1.1 times the old perimeter.</w:t>
      </w:r>
    </w:p>
    <w:p>
      <w:pPr>
        <w:spacing w:before="0" w:after="80" w:line="300" w:lineRule="auto"/>
        <w:jc w:val="left"/>
      </w:pPr>
      <w:r>
        <w:rPr>
          <w:rFonts w:ascii="Times New Roman" w:hAnsi="Times New Roman" w:eastAsia="宋体"/>
          <w:b w:val="0"/>
          <w:i w:val="0"/>
          <w:color w:val="333333"/>
          <w:sz w:val="19"/>
        </w:rPr>
        <w:t>That is a 10% increase.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因为 31 = 4 · 7 + 3，一月 1 日、2 日和 3 日所对应的三个星期几各出现五次，其余星期几各出现四次。</w:t>
      </w:r>
    </w:p>
    <w:p>
      <w:pPr>
        <w:spacing w:before="0" w:after="80" w:line="300" w:lineRule="auto"/>
        <w:jc w:val="left"/>
      </w:pPr>
      <w:r>
        <w:rPr>
          <w:rFonts w:ascii="Times New Roman" w:hAnsi="Times New Roman" w:eastAsia="宋体"/>
          <w:b w:val="0"/>
          <w:i w:val="0"/>
          <w:sz w:val="21"/>
        </w:rPr>
        <w:t>要让星期二和星期六都只出现四次，它们都不能是一月 1 日、2 日或 3 日。唯一可行的开始日是星期三：这样星期三、星期四、星期五出现五次，而星期二和星期六各出现四次。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31 = 4 · 7 + 3, the weekdays falling on January 1, 2, and 3 each occur five times that month, and every other weekday occurs four times.</w:t>
      </w:r>
    </w:p>
    <w:p>
      <w:pPr>
        <w:spacing w:before="0" w:after="80" w:line="300" w:lineRule="auto"/>
        <w:jc w:val="left"/>
      </w:pPr>
      <w:r>
        <w:rPr>
          <w:rFonts w:ascii="Times New Roman" w:hAnsi="Times New Roman" w:eastAsia="宋体"/>
          <w:b w:val="0"/>
          <w:i w:val="0"/>
          <w:color w:val="333333"/>
          <w:sz w:val="19"/>
        </w:rPr>
        <w:t>For Tuesday and Saturday to occur only four times, neither may be January 1, 2, or 3. The only starting day that works is Wednesday: then Wednesday, Thursday, and Friday occur five times, while Tuesday and Saturday each occur four times.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四次加薪后薪水被乘以 1.1⁴ = 1.4641。</w:t>
      </w:r>
    </w:p>
    <w:p>
      <w:pPr>
        <w:spacing w:before="0" w:after="80" w:line="300" w:lineRule="auto"/>
        <w:jc w:val="left"/>
      </w:pPr>
      <w:r>
        <w:rPr>
          <w:rFonts w:ascii="Times New Roman" w:hAnsi="Times New Roman" w:eastAsia="宋体"/>
          <w:b w:val="0"/>
          <w:i w:val="0"/>
          <w:sz w:val="21"/>
        </w:rPr>
        <w:t>这表示增加了 46.41%，大于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four raises the salary is multiplied by 1.1⁴ = 1.4641.</w:t>
      </w:r>
    </w:p>
    <w:p>
      <w:pPr>
        <w:spacing w:before="0" w:after="80" w:line="300" w:lineRule="auto"/>
        <w:jc w:val="left"/>
      </w:pPr>
      <w:r>
        <w:rPr>
          <w:rFonts w:ascii="Times New Roman" w:hAnsi="Times New Roman" w:eastAsia="宋体"/>
          <w:b w:val="0"/>
          <w:i w:val="0"/>
          <w:color w:val="333333"/>
          <w:sz w:val="19"/>
        </w:rPr>
        <w:t>That is an increase of 46.41%, which is more than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第一位是 8 个允许数字之一（2 到 9），所以 1/8 的号码以 9 开头。最后一位可以是 10 个数字之一，所以 1/10 的号码以 0 结尾。</w:t>
      </w:r>
    </w:p>
    <w:p>
      <w:pPr>
        <w:spacing w:before="0" w:after="80" w:line="300" w:lineRule="auto"/>
        <w:jc w:val="left"/>
      </w:pPr>
      <w:r>
        <w:rPr>
          <w:rFonts w:ascii="Times New Roman" w:hAnsi="Times New Roman" w:eastAsia="宋体"/>
          <w:b w:val="0"/>
          <w:i w:val="0"/>
          <w:sz w:val="21"/>
        </w:rPr>
        <w:t>这两个条件相互独立，所以所求比例是 1/8 · 1/10 = 1/80。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digit is one of 8 allowed digits (2 through 9), so 1/8 of the numbers begin with 9. The last digit is any of 10 digits, so 1/10 end in 0.</w:t>
      </w:r>
    </w:p>
    <w:p>
      <w:pPr>
        <w:spacing w:before="0" w:after="80" w:line="300" w:lineRule="auto"/>
        <w:jc w:val="left"/>
      </w:pPr>
      <w:r>
        <w:rPr>
          <w:rFonts w:ascii="Times New Roman" w:hAnsi="Times New Roman" w:eastAsia="宋体"/>
          <w:b w:val="0"/>
          <w:i w:val="0"/>
          <w:color w:val="333333"/>
          <w:sz w:val="19"/>
        </w:rPr>
        <w:t>These conditions are independent, so the fraction is 1/8 · 1/10 = 1/80.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每天共有 1200 × 5 = 6000 次学生上课。每节课有 30 名学生，所以共有 6000/30 = 200 节课。</w:t>
      </w:r>
    </w:p>
    <w:p>
      <w:pPr>
        <w:spacing w:before="0" w:after="80" w:line="300" w:lineRule="auto"/>
        <w:jc w:val="left"/>
      </w:pPr>
      <w:r>
        <w:rPr>
          <w:rFonts w:ascii="Times New Roman" w:hAnsi="Times New Roman" w:eastAsia="宋体"/>
          <w:b w:val="0"/>
          <w:i w:val="0"/>
          <w:sz w:val="21"/>
        </w:rPr>
        <w:t>每位老师教 4 节课，所以有 200/4 = 50 位老师。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 there are 1200 × 5 = 6000 student-class attendances. Since each class holds 30 students, there are 6000/30 = 200 classes.</w:t>
      </w:r>
    </w:p>
    <w:p>
      <w:pPr>
        <w:spacing w:before="0" w:after="80" w:line="300" w:lineRule="auto"/>
        <w:jc w:val="left"/>
      </w:pPr>
      <w:r>
        <w:rPr>
          <w:rFonts w:ascii="Times New Roman" w:hAnsi="Times New Roman" w:eastAsia="宋体"/>
          <w:b w:val="0"/>
          <w:i w:val="0"/>
          <w:color w:val="333333"/>
          <w:sz w:val="19"/>
        </w:rPr>
        <w:t>Each teacher teaches 4 classes, so there are 200/4 = 50 teachers.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设 C 为三个顶点数之和。把三条边的和相加可得 3S = 75 + C，因为六个数之和为 75，且每个顶点数都被多计算了一次。要使 S 最大，应把三个最大的数 13、14、15 放在顶点，此时 C = 42。</w:t>
      </w:r>
    </w:p>
    <w:p>
      <w:pPr>
        <w:spacing w:before="0" w:after="80" w:line="300" w:lineRule="auto"/>
        <w:jc w:val="left"/>
      </w:pPr>
      <w:r>
        <w:rPr>
          <w:rFonts w:ascii="Times New Roman" w:hAnsi="Times New Roman" w:eastAsia="宋体"/>
          <w:b w:val="0"/>
          <w:i w:val="0"/>
          <w:sz w:val="21"/>
        </w:rPr>
        <w:t>于是 3S = 75 + 42 = 117，所以 S = 39。这个值可以达到：在顶点 13 与 14 之间放 12，在 14 与 15 之间放 10，在 15 与 13 之间放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be the sum of the corner numbers. Adding the three side sums gives 3S = 75 + C, because the six numbers sum to 75 and every corner is counted one extra time. To maximize S, place the three largest numbers 13, 14, 15 at the corners, giving C = 42.</w:t>
      </w:r>
    </w:p>
    <w:p>
      <w:pPr>
        <w:spacing w:before="0" w:after="80" w:line="300" w:lineRule="auto"/>
        <w:jc w:val="left"/>
      </w:pPr>
      <w:r>
        <w:rPr>
          <w:rFonts w:ascii="Times New Roman" w:hAnsi="Times New Roman" w:eastAsia="宋体"/>
          <w:b w:val="0"/>
          <w:i w:val="0"/>
          <w:color w:val="333333"/>
          <w:sz w:val="19"/>
        </w:rPr>
        <w:t>Then 3S = 75 + 42 = 117, so S = 39. This is achievable: put 12 between corners 13 and 14, put 10 between 14 and 15, and put 11 between 15 and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要证明“元音字母必对应偶数”这个规则是错的，玛丽需要找到一张一面是元音字母、另一面是奇数的卡片。没有卡片显示元音字母，因为 P 和 Q 是辅音。</w:t>
      </w:r>
    </w:p>
    <w:p>
      <w:pPr>
        <w:spacing w:before="0" w:after="80" w:line="300" w:lineRule="auto"/>
        <w:jc w:val="left"/>
      </w:pPr>
      <w:r>
        <w:rPr>
          <w:rFonts w:ascii="Times New Roman" w:hAnsi="Times New Roman" w:eastAsia="宋体"/>
          <w:b w:val="0"/>
          <w:i w:val="0"/>
          <w:sz w:val="21"/>
        </w:rPr>
        <w:t>唯一显示奇数的卡片是 3。翻开它后露出元音字母，就会反驳简的说法。</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show the rule “a vowel forces an even number” is false, Mary needs a card with a vowel on one side and an odd number on the other. No card shows a vowel, since P and Q are consonants.</w:t>
      </w:r>
    </w:p>
    <w:p>
      <w:pPr>
        <w:spacing w:before="0" w:after="80" w:line="300" w:lineRule="auto"/>
        <w:jc w:val="left"/>
      </w:pPr>
      <w:r>
        <w:rPr>
          <w:rFonts w:ascii="Times New Roman" w:hAnsi="Times New Roman" w:eastAsia="宋体"/>
          <w:b w:val="0"/>
          <w:i w:val="0"/>
          <w:color w:val="333333"/>
          <w:sz w:val="19"/>
        </w:rPr>
        <w:t>The only card showing an odd number is 3. Turning it over reveals a vowel, which contradicts Jane’s claim.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