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2025A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Andy 和 Betsy 都住在 Mathville。Andy 在 1:30 从 Mathville 骑自行车出发，以稳定的每小时 8 英里向正北行驶。Betsy 在 2:30 从同一点骑自行车出发，以稳定的每小时 12 英里向正东行驶。什么时候他们离共同出发点的距离恰好相同？</w:t>
      </w:r>
    </w:p>
    <w:p>
      <w:pPr>
        <w:spacing w:before="0" w:after="120" w:line="300" w:lineRule="auto"/>
      </w:pPr>
      <w:r>
        <w:rPr>
          <w:rFonts w:ascii="Times New Roman" w:hAnsi="Times New Roman" w:eastAsia="宋体"/>
          <w:b w:val="0"/>
          <w:i w:val="0"/>
          <w:sz w:val="21"/>
        </w:rPr>
        <w:t>（A）3:30　　（B）3:45　　（C）4:00　　（D）4:15　　（E）4:30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Andy and Betsy both live in Mathville. Andy leaves Mathville on his bicycle at 1:30, traveling due north at a steady 8 miles per hour. Betsy leaves on her bicycle from the same point at 2:30, traveling due east at a steady 12 miles per hour. At what time will they be exactly the same distance from their common starting point?</w:t>
      </w:r>
    </w:p>
    <w:p>
      <w:pPr>
        <w:spacing w:before="0" w:after="160" w:line="300" w:lineRule="auto"/>
      </w:pPr>
      <w:r>
        <w:rPr>
          <w:rFonts w:ascii="Times New Roman" w:hAnsi="Times New Roman" w:eastAsia="宋体"/>
          <w:b w:val="0"/>
          <w:i w:val="0"/>
          <w:color w:val="333333"/>
          <w:sz w:val="19"/>
        </w:rPr>
        <w:t>(A) 3:30　　(B) 3:45　　(C) 4:00　　(D) 4:15　　(E) 4:30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一个盒子里有 10 磅坚果混合物，其中花生占 50%，腰果占 20%，杏仁占 30%。向盒子中加入另一种坚果混合物，其中花生占 20%，腰果占 40%，杏仁占 40%，得到的新混合物中花生占 40%。现在盒子里有多少磅腰果？</w:t>
      </w:r>
    </w:p>
    <w:p>
      <w:pPr>
        <w:spacing w:before="0" w:after="120" w:line="300" w:lineRule="auto"/>
      </w:pPr>
      <w:r>
        <w:rPr>
          <w:rFonts w:ascii="Times New Roman" w:hAnsi="Times New Roman" w:eastAsia="宋体"/>
          <w:b w:val="0"/>
          <w:i w:val="0"/>
          <w:sz w:val="21"/>
        </w:rPr>
        <w:t>（A）3.5　　（B）4　　（C）4.5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10 pounds of a nut mix that is 50 percent peanuts, 20 percent cashews, and 30 percent almonds. A second nut mix containing 20 percent peanuts, 40 percent cashews, and 40 percent almonds is added to the box resulting in a new nut mix that is 40 percent peanuts. How many pounds of cashews are now in the box?</w:t>
      </w:r>
    </w:p>
    <w:p>
      <w:pPr>
        <w:spacing w:before="0" w:after="160" w:line="300" w:lineRule="auto"/>
      </w:pPr>
      <w:r>
        <w:rPr>
          <w:rFonts w:ascii="Times New Roman" w:hAnsi="Times New Roman" w:eastAsia="宋体"/>
          <w:b w:val="0"/>
          <w:i w:val="0"/>
          <w:color w:val="333333"/>
          <w:sz w:val="19"/>
        </w:rPr>
        <w:t>(A) 3.5　　(B) 4　　(C) 4.5　　(D) 5　　(E) 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一队学生将和一队老师进行知识竞赛。学生和老师总共有 15 人。Ash 是其中一名学生的表亲，他想加入比赛。如果 Ash 加入学生队，该队的平均年龄会从 12 岁增加到 14 岁。如果 Ash 加入老师队，该队的平均年龄会从 55 岁降低到 52 岁。Ash 多少岁？</w:t>
      </w:r>
    </w:p>
    <w:p>
      <w:pPr>
        <w:spacing w:before="0" w:after="120" w:line="300" w:lineRule="auto"/>
      </w:pPr>
      <w:r>
        <w:rPr>
          <w:rFonts w:ascii="Times New Roman" w:hAnsi="Times New Roman" w:eastAsia="宋体"/>
          <w:b w:val="0"/>
          <w:i w:val="0"/>
          <w:sz w:val="21"/>
        </w:rPr>
        <w:t>（A）28　　（B）29　　（C）30　　（D）32　　（E）33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team of students is going to compete against a team of teachers in a trivia contest. The total number of students and teachers is 15. Ash, a cousin of one of the students, wants to join the contest. If Ash plays with the students, the average age on that team will increase from 12 to 14. If Ash plays with the teachers, the average age on that team will decrease from 55 to 52. How old is Ash?</w:t>
      </w:r>
    </w:p>
    <w:p>
      <w:pPr>
        <w:spacing w:before="0" w:after="160" w:line="300" w:lineRule="auto"/>
      </w:pPr>
      <w:r>
        <w:rPr>
          <w:rFonts w:ascii="Times New Roman" w:hAnsi="Times New Roman" w:eastAsia="宋体"/>
          <w:b w:val="0"/>
          <w:i w:val="0"/>
          <w:color w:val="333333"/>
          <w:sz w:val="19"/>
        </w:rPr>
        <w:t>(A) 28　　(B) 29　　(C) 30　　(D) 32　　(E) 33</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Agnes 在一张空白纸上写下下面四个陈述。</w:t>
      </w:r>
    </w:p>
    <w:p>
      <w:pPr>
        <w:spacing w:before="0" w:after="80" w:line="300" w:lineRule="auto"/>
        <w:jc w:val="left"/>
      </w:pPr>
      <w:r>
        <w:rPr>
          <w:rFonts w:ascii="Times New Roman" w:hAnsi="Times New Roman" w:eastAsia="宋体"/>
          <w:b w:val="0"/>
          <w:i w:val="0"/>
          <w:sz w:val="21"/>
        </w:rPr>
        <w:t>• 这些陈述中至少有一个是真的。</w:t>
      </w:r>
    </w:p>
    <w:p>
      <w:pPr>
        <w:spacing w:before="0" w:after="80" w:line="300" w:lineRule="auto"/>
        <w:jc w:val="left"/>
      </w:pPr>
      <w:r>
        <w:rPr>
          <w:rFonts w:ascii="Times New Roman" w:hAnsi="Times New Roman" w:eastAsia="宋体"/>
          <w:b w:val="0"/>
          <w:i w:val="0"/>
          <w:sz w:val="21"/>
        </w:rPr>
        <w:t>• 这些陈述中至少有两个是真的。</w:t>
      </w:r>
    </w:p>
    <w:p>
      <w:pPr>
        <w:spacing w:before="0" w:after="80" w:line="300" w:lineRule="auto"/>
        <w:jc w:val="left"/>
      </w:pPr>
      <w:r>
        <w:rPr>
          <w:rFonts w:ascii="Times New Roman" w:hAnsi="Times New Roman" w:eastAsia="宋体"/>
          <w:b w:val="0"/>
          <w:i w:val="0"/>
          <w:sz w:val="21"/>
        </w:rPr>
        <w:t>• 这些陈述中至少有两个是假的。</w:t>
      </w:r>
    </w:p>
    <w:p>
      <w:pPr>
        <w:spacing w:before="0" w:after="80" w:line="300" w:lineRule="auto"/>
        <w:jc w:val="left"/>
      </w:pPr>
      <w:r>
        <w:rPr>
          <w:rFonts w:ascii="Times New Roman" w:hAnsi="Times New Roman" w:eastAsia="宋体"/>
          <w:b w:val="0"/>
          <w:i w:val="0"/>
          <w:sz w:val="21"/>
        </w:rPr>
        <w:t>• 这些陈述中至少有一个是假的。</w:t>
      </w:r>
    </w:p>
    <w:p>
      <w:pPr>
        <w:spacing w:before="0" w:after="80" w:line="300" w:lineRule="auto"/>
        <w:jc w:val="left"/>
      </w:pPr>
      <w:r>
        <w:rPr>
          <w:rFonts w:ascii="Times New Roman" w:hAnsi="Times New Roman" w:eastAsia="宋体"/>
          <w:b w:val="0"/>
          <w:i w:val="0"/>
          <w:sz w:val="21"/>
        </w:rPr>
        <w:t>每个陈述要么真，要么假。Agnes 在纸上写了多少个假陈述？</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Agnes writes the following four statements on a blank piece of paper.</w:t>
      </w:r>
    </w:p>
    <w:p>
      <w:pPr>
        <w:spacing w:before="0" w:after="80" w:line="300" w:lineRule="auto"/>
        <w:jc w:val="left"/>
      </w:pPr>
      <w:r>
        <w:rPr>
          <w:rFonts w:ascii="Times New Roman" w:hAnsi="Times New Roman" w:eastAsia="宋体"/>
          <w:b w:val="0"/>
          <w:i w:val="0"/>
          <w:color w:val="333333"/>
          <w:sz w:val="19"/>
        </w:rPr>
        <w:t>• At least one of these statements is true.</w:t>
      </w:r>
    </w:p>
    <w:p>
      <w:pPr>
        <w:spacing w:before="0" w:after="80" w:line="300" w:lineRule="auto"/>
        <w:jc w:val="left"/>
      </w:pPr>
      <w:r>
        <w:rPr>
          <w:rFonts w:ascii="Times New Roman" w:hAnsi="Times New Roman" w:eastAsia="宋体"/>
          <w:b w:val="0"/>
          <w:i w:val="0"/>
          <w:color w:val="333333"/>
          <w:sz w:val="19"/>
        </w:rPr>
        <w:t>• At least two of these statements are true.</w:t>
      </w:r>
    </w:p>
    <w:p>
      <w:pPr>
        <w:spacing w:before="0" w:after="80" w:line="300" w:lineRule="auto"/>
        <w:jc w:val="left"/>
      </w:pPr>
      <w:r>
        <w:rPr>
          <w:rFonts w:ascii="Times New Roman" w:hAnsi="Times New Roman" w:eastAsia="宋体"/>
          <w:b w:val="0"/>
          <w:i w:val="0"/>
          <w:color w:val="333333"/>
          <w:sz w:val="19"/>
        </w:rPr>
        <w:t>• At least two of these statements are false.</w:t>
      </w:r>
    </w:p>
    <w:p>
      <w:pPr>
        <w:spacing w:before="0" w:after="80" w:line="300" w:lineRule="auto"/>
        <w:jc w:val="left"/>
      </w:pPr>
      <w:r>
        <w:rPr>
          <w:rFonts w:ascii="Times New Roman" w:hAnsi="Times New Roman" w:eastAsia="宋体"/>
          <w:b w:val="0"/>
          <w:i w:val="0"/>
          <w:color w:val="333333"/>
          <w:sz w:val="19"/>
        </w:rPr>
        <w:t>• At least one of these statements is false.</w:t>
      </w:r>
    </w:p>
    <w:p>
      <w:pPr>
        <w:spacing w:before="0" w:after="80" w:line="300" w:lineRule="auto"/>
        <w:jc w:val="left"/>
      </w:pPr>
      <w:r>
        <w:rPr>
          <w:rFonts w:ascii="Times New Roman" w:hAnsi="Times New Roman" w:eastAsia="宋体"/>
          <w:b w:val="0"/>
          <w:i w:val="0"/>
          <w:color w:val="333333"/>
          <w:sz w:val="19"/>
        </w:rPr>
        <w:t>Each statement is either true or false. How many false statements did Agnes write on the paper?</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在下图中，外面的正方形包含无限多个正方形，每个正方形都有相同的中心，且边都平行于外面的正方形。一个正方形的边长与下一个内层正方形的边长之比为 k，其中 0 &lt; k &lt; 1。正方形之间的区域如图所示交替涂色（图不一定按比例绘制）。</w:t>
      </w:r>
    </w:p>
    <w:p>
      <w:pPr>
        <w:spacing w:before="80" w:after="80"/>
        <w:jc w:val="center"/>
      </w:pPr>
      <w:r>
        <w:drawing>
          <wp:inline xmlns:a="http://schemas.openxmlformats.org/drawingml/2006/main" xmlns:pic="http://schemas.openxmlformats.org/drawingml/2006/picture">
            <wp:extent cx="1092699" cy="1092699"/>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092699" cy="1092699"/>
                    </a:xfrm>
                    <a:prstGeom prst="rect"/>
                  </pic:spPr>
                </pic:pic>
              </a:graphicData>
            </a:graphic>
          </wp:inline>
        </w:drawing>
      </w:r>
    </w:p>
    <w:p>
      <w:pPr>
        <w:spacing w:before="0" w:after="80" w:line="300" w:lineRule="auto"/>
        <w:jc w:val="left"/>
      </w:pPr>
      <w:r>
        <w:rPr>
          <w:rFonts w:ascii="Times New Roman" w:hAnsi="Times New Roman" w:eastAsia="宋体"/>
          <w:b w:val="0"/>
          <w:i w:val="0"/>
          <w:sz w:val="21"/>
        </w:rPr>
        <w:t>图中阴影部分的面积是原正方形面积的 64%。k 是多少？</w:t>
      </w:r>
    </w:p>
    <w:p>
      <w:pPr>
        <w:spacing w:before="0" w:after="120" w:line="300" w:lineRule="auto"/>
      </w:pPr>
      <w:r>
        <w:rPr>
          <w:rFonts w:ascii="Times New Roman" w:hAnsi="Times New Roman" w:eastAsia="宋体"/>
          <w:b w:val="0"/>
          <w:i w:val="0"/>
          <w:sz w:val="21"/>
        </w:rPr>
        <w:t>（A）3/5　　（B）16/25　　（C）2/3　　（D）3/4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below, the outside square contains infinitely many squares, each of them with the same center and sides parallel to the outside square. The ratio of the side length of a square to the side length of the next inner square is k, where 0 &lt; k &lt; 1. The spaces between squares are alternately shaded, as shown in the figure (which is not necessarily drawn to scale).</w:t>
      </w:r>
    </w:p>
    <w:p>
      <w:pPr>
        <w:spacing w:before="80" w:after="80"/>
        <w:jc w:val="center"/>
      </w:pPr>
      <w:r>
        <w:drawing>
          <wp:inline xmlns:a="http://schemas.openxmlformats.org/drawingml/2006/main" xmlns:pic="http://schemas.openxmlformats.org/drawingml/2006/picture">
            <wp:extent cx="1092699" cy="1092699"/>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092699" cy="109269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area of the shaded portion of the figure is 64% of the area of the original square. What is k?</w:t>
      </w:r>
    </w:p>
    <w:p>
      <w:pPr>
        <w:spacing w:before="0" w:after="160" w:line="300" w:lineRule="auto"/>
      </w:pPr>
      <w:r>
        <w:rPr>
          <w:rFonts w:ascii="Times New Roman" w:hAnsi="Times New Roman" w:eastAsia="宋体"/>
          <w:b w:val="0"/>
          <w:i w:val="0"/>
          <w:color w:val="333333"/>
          <w:sz w:val="19"/>
        </w:rPr>
        <w:t>(A) 3/5　　(B) 16/25　　(C) 2/3　　(D) 3/4　　(E) 4/5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六把椅子围着一张圆桌摆放。两名学生和两名老师随机选择其中四把椅子坐下。两名学生坐在相邻两把椅子上，并且两名老师也坐在相邻两把椅子上的概率是多少？</w:t>
      </w:r>
    </w:p>
    <w:p>
      <w:pPr>
        <w:spacing w:before="0" w:after="120" w:line="300" w:lineRule="auto"/>
      </w:pPr>
      <w:r>
        <w:rPr>
          <w:rFonts w:ascii="Times New Roman" w:hAnsi="Times New Roman" w:eastAsia="宋体"/>
          <w:b w:val="0"/>
          <w:i w:val="0"/>
          <w:sz w:val="21"/>
        </w:rPr>
        <w:t>（A）1/6　　（B）1/5　　（C）2/9　　（D）3/13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chairs are arranged around a round table. Two students and two teachers randomly select four of the chairs to sit in. What is the probability that the two students will sit in two adjacent chairs and the two teachers will also sit in two adjacent chairs?</w:t>
      </w:r>
    </w:p>
    <w:p>
      <w:pPr>
        <w:spacing w:before="0" w:after="160" w:line="300" w:lineRule="auto"/>
      </w:pPr>
      <w:r>
        <w:rPr>
          <w:rFonts w:ascii="Times New Roman" w:hAnsi="Times New Roman" w:eastAsia="宋体"/>
          <w:b w:val="0"/>
          <w:i w:val="0"/>
          <w:color w:val="333333"/>
          <w:sz w:val="19"/>
        </w:rPr>
        <w:t>(A) 1/6　　(B) 1/5　　(C) 2/9　　(D) 3/13　　(E) 1/4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在某个外星世界中，生物的最大奔跑速度 v 取决于它的脚趾数 n 和眼睛数 m。这种关系可以表示为 v = k nᵃ mᵇ 厘米每小时，其中 k，a，和 b 是整数常数。在所有生物都有 5 个脚趾的群体中，log v = 4 + 2log m；在所有生物都有 25 只眼睛的群体中，log v = 4 + 4log n，其中对数均以 10 为底。k + a + b 是多少？</w:t>
      </w:r>
    </w:p>
    <w:p>
      <w:pPr>
        <w:spacing w:before="0" w:after="120" w:line="300" w:lineRule="auto"/>
      </w:pPr>
      <w:r>
        <w:rPr>
          <w:rFonts w:ascii="Times New Roman" w:hAnsi="Times New Roman" w:eastAsia="宋体"/>
          <w:b w:val="0"/>
          <w:i w:val="0"/>
          <w:sz w:val="21"/>
        </w:rPr>
        <w:t>（A）20　　（B）21　　（C）22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certain alien world, the maximum running speed v of an organism is dependent on its number of toes n and number of eyes m. The relationship can be expressed as v = k nᵃ mᵇ centimeters per hour, where k, a, and b are integer constants. In a population where all organisms have 5 toes, log v = 4 + 2log m; and in a population where all organisms have 25 eyes, log v = 4 + 4log n, where the logarithms are base 10. What is k + a + b?</w:t>
      </w:r>
    </w:p>
    <w:p>
      <w:pPr>
        <w:spacing w:before="0" w:after="160" w:line="300" w:lineRule="auto"/>
      </w:pPr>
      <w:r>
        <w:rPr>
          <w:rFonts w:ascii="Times New Roman" w:hAnsi="Times New Roman" w:eastAsia="宋体"/>
          <w:b w:val="0"/>
          <w:i w:val="0"/>
          <w:color w:val="333333"/>
          <w:sz w:val="19"/>
        </w:rPr>
        <w:t>(A) 20　　(B) 21　　(C) 22　　(D) 23　　(E) 24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五边形 ABCDE 内接于一个圆，且 ∠ BEC = ∠ CED = 30°。令 AC 和 BD 交于点 F，并且 AB = 9、AD = 24。BF 是多少？</w:t>
      </w:r>
    </w:p>
    <w:p>
      <w:pPr>
        <w:spacing w:before="0" w:after="120" w:line="300" w:lineRule="auto"/>
      </w:pPr>
      <w:r>
        <w:rPr>
          <w:rFonts w:ascii="Times New Roman" w:hAnsi="Times New Roman" w:eastAsia="宋体"/>
          <w:b w:val="0"/>
          <w:i w:val="0"/>
          <w:sz w:val="21"/>
        </w:rPr>
        <w:t>（A）57/11　　（B）59/11　　（C）60/11　　（D）61/11　　（E）63/11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Pentagon ABCDE is inscribed in a circle, and ∠ BEC = ∠ CED = 30°. Let AC and BD intersect at point F, and suppose that AB = 9 and AD = 24. What is BF?</w:t>
      </w:r>
    </w:p>
    <w:p>
      <w:pPr>
        <w:spacing w:before="0" w:after="160" w:line="300" w:lineRule="auto"/>
      </w:pPr>
      <w:r>
        <w:rPr>
          <w:rFonts w:ascii="Times New Roman" w:hAnsi="Times New Roman" w:eastAsia="宋体"/>
          <w:b w:val="0"/>
          <w:i w:val="0"/>
          <w:color w:val="333333"/>
          <w:sz w:val="19"/>
        </w:rPr>
        <w:t>(A) 57/11　　(B) 59/11　　(C) 60/11　　(D) 61/11　　(E) 63/11</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令 w 为复数 2 + i，其中 i = √(-1)。哪个实数 r 具有这样的性质：r，w，和 w² 在复平面中是三个共线点？</w:t>
      </w:r>
    </w:p>
    <w:p>
      <w:pPr>
        <w:spacing w:before="0" w:after="120" w:line="300" w:lineRule="auto"/>
      </w:pPr>
      <w:r>
        <w:rPr>
          <w:rFonts w:ascii="Times New Roman" w:hAnsi="Times New Roman" w:eastAsia="宋体"/>
          <w:b w:val="0"/>
          <w:i w:val="0"/>
          <w:sz w:val="21"/>
        </w:rPr>
        <w:t>（A）3/4　　（B）1　　（C）7/5　　（D）3/2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w be the complex number 2 + i, where i = √(-1). What real number r has the property that r, w, and w² are three collinear points in the complex plane?</w:t>
      </w:r>
    </w:p>
    <w:p>
      <w:pPr>
        <w:spacing w:before="0" w:after="160" w:line="300" w:lineRule="auto"/>
      </w:pPr>
      <w:r>
        <w:rPr>
          <w:rFonts w:ascii="Times New Roman" w:hAnsi="Times New Roman" w:eastAsia="宋体"/>
          <w:b w:val="0"/>
          <w:i w:val="0"/>
          <w:color w:val="333333"/>
          <w:sz w:val="19"/>
        </w:rPr>
        <w:t>(A) 3/4　　(B) 1　　(C) 7/5　　(D) 3/2　　(E) 5/3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如下图所示，优弧 AD 和劣弧 BC 有同一个圆心 O。并且 A 在 O 和 B 之间，D 在 O 和 C 之间。优弧 AD、劣弧 BC，以及两条线段 AB 和 CD 的长度都为 2π。</w:t>
      </w:r>
    </w:p>
    <w:p>
      <w:pPr>
        <w:spacing w:before="80" w:after="80"/>
        <w:jc w:val="center"/>
      </w:pPr>
      <w:r>
        <w:drawing>
          <wp:inline xmlns:a="http://schemas.openxmlformats.org/drawingml/2006/main" xmlns:pic="http://schemas.openxmlformats.org/drawingml/2006/picture">
            <wp:extent cx="1729119" cy="1236037"/>
            <wp:docPr id="3" name="Picture 3"/>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1729119" cy="1236037"/>
                    </a:xfrm>
                    <a:prstGeom prst="rect"/>
                  </pic:spPr>
                </pic:pic>
              </a:graphicData>
            </a:graphic>
          </wp:inline>
        </w:drawing>
      </w:r>
    </w:p>
    <w:p>
      <w:pPr>
        <w:spacing w:before="0" w:after="80" w:line="300" w:lineRule="auto"/>
        <w:jc w:val="left"/>
      </w:pPr>
      <w:r>
        <w:rPr>
          <w:rFonts w:ascii="Times New Roman" w:hAnsi="Times New Roman" w:eastAsia="宋体"/>
          <w:b w:val="0"/>
          <w:i w:val="0"/>
          <w:sz w:val="21"/>
        </w:rPr>
        <w:t>O 到 A 的距离是多少？</w:t>
      </w:r>
    </w:p>
    <w:p>
      <w:pPr>
        <w:spacing w:before="0" w:after="120" w:line="300" w:lineRule="auto"/>
      </w:pPr>
      <w:r>
        <w:rPr>
          <w:rFonts w:ascii="Times New Roman" w:hAnsi="Times New Roman" w:eastAsia="宋体"/>
          <w:b w:val="0"/>
          <w:i w:val="0"/>
          <w:sz w:val="21"/>
        </w:rPr>
        <w:t>（A）1　　（B）1 - π + √(1 + π²)　　（C）1/2π　　（D）1/2√(1 + π²)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shown below, major arc AD and minor arc BC have the same center, O. Also, A lies between O and B, and D lies between O and C. Major arc AD, minor arc BC, and each of the two segments AB and CD have length 2π.</w:t>
      </w:r>
    </w:p>
    <w:p>
      <w:pPr>
        <w:spacing w:before="80" w:after="80"/>
        <w:jc w:val="center"/>
      </w:pPr>
      <w:r>
        <w:drawing>
          <wp:inline xmlns:a="http://schemas.openxmlformats.org/drawingml/2006/main" xmlns:pic="http://schemas.openxmlformats.org/drawingml/2006/picture">
            <wp:extent cx="1729119" cy="1236037"/>
            <wp:docPr id="4" name="Picture 4"/>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1729119" cy="123603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What is the distance from O to A?</w:t>
      </w:r>
    </w:p>
    <w:p>
      <w:pPr>
        <w:spacing w:before="0" w:after="160" w:line="300" w:lineRule="auto"/>
      </w:pPr>
      <w:r>
        <w:rPr>
          <w:rFonts w:ascii="Times New Roman" w:hAnsi="Times New Roman" w:eastAsia="宋体"/>
          <w:b w:val="0"/>
          <w:i w:val="0"/>
          <w:color w:val="333333"/>
          <w:sz w:val="19"/>
        </w:rPr>
        <w:t>(A) 1　　(B) 1 - π + √(1 + π²)　　(C) 1/2π　　(D) 1/2√(1 + π²)　　(E) 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三角形的垂心是三条（必要时延长的）高的共点交点。顶点为 A(2, 31)、B(8, 27) 和 C(18, 27) 的三角形，其垂心坐标之和是多少？</w:t>
      </w:r>
    </w:p>
    <w:p>
      <w:pPr>
        <w:spacing w:before="0" w:after="120" w:line="300" w:lineRule="auto"/>
      </w:pPr>
      <w:r>
        <w:rPr>
          <w:rFonts w:ascii="Times New Roman" w:hAnsi="Times New Roman" w:eastAsia="宋体"/>
          <w:b w:val="0"/>
          <w:i w:val="0"/>
          <w:sz w:val="21"/>
        </w:rPr>
        <w:t>（A）5　　（B）17　　（C）10 + 4√(17) + 2√(13)　　（D）113/3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orthocenter of a triangle is the concurrent intersection of the three (possibly extended) altitudes. What is the sum of the coordinates of the orthocenter of the triangle whose vertices are A(2, 31), B(8, 27), and C(18, 27)?</w:t>
      </w:r>
    </w:p>
    <w:p>
      <w:pPr>
        <w:spacing w:before="0" w:after="160" w:line="300" w:lineRule="auto"/>
      </w:pPr>
      <w:r>
        <w:rPr>
          <w:rFonts w:ascii="Times New Roman" w:hAnsi="Times New Roman" w:eastAsia="宋体"/>
          <w:b w:val="0"/>
          <w:i w:val="0"/>
          <w:color w:val="333333"/>
          <w:sz w:val="19"/>
        </w:rPr>
        <w:t>(A) 5　　(B) 17　　(C) 10 + 4√(17) + 2√(13)　　(D) 113/3　　(E) 54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一组数的调和平均数定义为这些数的倒数的算术平均数的倒数。例如，4，4 和 5 的调和平均数为</w:t>
      </w:r>
    </w:p>
    <w:p>
      <w:pPr>
        <w:spacing w:before="0" w:after="80" w:line="300" w:lineRule="auto"/>
        <w:jc w:val="left"/>
      </w:pPr>
      <w:r>
        <w:rPr>
          <w:rFonts w:ascii="Times New Roman" w:hAnsi="Times New Roman" w:eastAsia="宋体"/>
          <w:b w:val="0"/>
          <w:i w:val="0"/>
          <w:sz w:val="21"/>
        </w:rPr>
        <w:t>1/(1/3(1/4 + 1/4 + 1/5)) = 30/7。</w:t>
      </w:r>
    </w:p>
    <w:p>
      <w:pPr>
        <w:spacing w:before="0" w:after="80" w:line="300" w:lineRule="auto"/>
        <w:jc w:val="left"/>
      </w:pPr>
      <w:r>
        <w:rPr>
          <w:rFonts w:ascii="Times New Roman" w:hAnsi="Times New Roman" w:eastAsia="宋体"/>
          <w:b w:val="0"/>
          <w:i w:val="0"/>
          <w:sz w:val="21"/>
        </w:rPr>
        <w:t>求下面这个 4050 次多项式所有实根的调和平均数：</w:t>
      </w:r>
    </w:p>
    <w:p>
      <w:pPr>
        <w:spacing w:before="0" w:after="80" w:line="300" w:lineRule="auto"/>
        <w:jc w:val="left"/>
      </w:pPr>
      <w:r>
        <w:rPr>
          <w:rFonts w:ascii="Times New Roman" w:hAnsi="Times New Roman" w:eastAsia="宋体"/>
          <w:b w:val="0"/>
          <w:i w:val="0"/>
          <w:sz w:val="21"/>
        </w:rPr>
        <w:t>small Πₖ₌₁²⁰²⁵(kx² - 4x - 3)</w:t>
      </w:r>
    </w:p>
    <w:p>
      <w:pPr>
        <w:spacing w:before="0" w:after="80" w:line="300" w:lineRule="auto"/>
        <w:jc w:val="left"/>
      </w:pPr>
      <w:r>
        <w:rPr>
          <w:rFonts w:ascii="Times New Roman" w:hAnsi="Times New Roman" w:eastAsia="宋体"/>
          <w:b w:val="0"/>
          <w:i w:val="0"/>
          <w:sz w:val="21"/>
        </w:rPr>
        <w:t>= (x² - 4x - 3)</w:t>
      </w:r>
    </w:p>
    <w:p>
      <w:pPr>
        <w:spacing w:before="0" w:after="80" w:line="300" w:lineRule="auto"/>
        <w:jc w:val="left"/>
      </w:pPr>
      <w:r>
        <w:rPr>
          <w:rFonts w:ascii="Times New Roman" w:hAnsi="Times New Roman" w:eastAsia="宋体"/>
          <w:b w:val="0"/>
          <w:i w:val="0"/>
          <w:sz w:val="21"/>
        </w:rPr>
        <w:t>· (2x² - 4x - 3)</w:t>
      </w:r>
    </w:p>
    <w:p>
      <w:pPr>
        <w:spacing w:before="0" w:after="80" w:line="300" w:lineRule="auto"/>
        <w:jc w:val="left"/>
      </w:pPr>
      <w:r>
        <w:rPr>
          <w:rFonts w:ascii="Times New Roman" w:hAnsi="Times New Roman" w:eastAsia="宋体"/>
          <w:b w:val="0"/>
          <w:i w:val="0"/>
          <w:sz w:val="21"/>
        </w:rPr>
        <w:t>· (3x² - 4x - 3)⋯</w:t>
      </w:r>
    </w:p>
    <w:p>
      <w:pPr>
        <w:spacing w:before="0" w:after="80" w:line="300" w:lineRule="auto"/>
        <w:jc w:val="left"/>
      </w:pPr>
      <w:r>
        <w:rPr>
          <w:rFonts w:ascii="Times New Roman" w:hAnsi="Times New Roman" w:eastAsia="宋体"/>
          <w:b w:val="0"/>
          <w:i w:val="0"/>
          <w:sz w:val="21"/>
        </w:rPr>
        <w:t>(2025x² - 4x - 3)</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（A）-5/3　　（B）-3/2　　（C）-6/5　　（D）-5/6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harmonic mean of a collection of numbers is the reciprocal of the arithmetic mean of the reciprocals of the numbers in the collection. For example, the harmonic mean of 4, 4, and 5 is</w:t>
      </w:r>
    </w:p>
    <w:p>
      <w:pPr>
        <w:spacing w:before="0" w:after="80" w:line="300" w:lineRule="auto"/>
        <w:jc w:val="left"/>
      </w:pPr>
      <w:r>
        <w:rPr>
          <w:rFonts w:ascii="Times New Roman" w:hAnsi="Times New Roman" w:eastAsia="宋体"/>
          <w:b w:val="0"/>
          <w:i w:val="0"/>
          <w:color w:val="333333"/>
          <w:sz w:val="19"/>
        </w:rPr>
        <w:t>1/(1/3(1/4 + 1/4 + 1/5)) = 30/7.</w:t>
      </w:r>
    </w:p>
    <w:p>
      <w:pPr>
        <w:spacing w:before="0" w:after="80" w:line="300" w:lineRule="auto"/>
        <w:jc w:val="left"/>
      </w:pPr>
      <w:r>
        <w:rPr>
          <w:rFonts w:ascii="Times New Roman" w:hAnsi="Times New Roman" w:eastAsia="宋体"/>
          <w:b w:val="0"/>
          <w:i w:val="0"/>
          <w:color w:val="333333"/>
          <w:sz w:val="19"/>
        </w:rPr>
        <w:t>What is the harmonic mean of all the real roots of the 4050th degree polynomial</w:t>
      </w:r>
    </w:p>
    <w:p>
      <w:pPr>
        <w:spacing w:before="0" w:after="80" w:line="300" w:lineRule="auto"/>
        <w:jc w:val="left"/>
      </w:pPr>
      <w:r>
        <w:rPr>
          <w:rFonts w:ascii="Times New Roman" w:hAnsi="Times New Roman" w:eastAsia="宋体"/>
          <w:b w:val="0"/>
          <w:i w:val="0"/>
          <w:color w:val="333333"/>
          <w:sz w:val="19"/>
        </w:rPr>
        <w:t>small Πₖ₌₁²⁰²⁵(kx² - 4x - 3)</w:t>
      </w:r>
    </w:p>
    <w:p>
      <w:pPr>
        <w:spacing w:before="0" w:after="80" w:line="300" w:lineRule="auto"/>
        <w:jc w:val="left"/>
      </w:pPr>
      <w:r>
        <w:rPr>
          <w:rFonts w:ascii="Times New Roman" w:hAnsi="Times New Roman" w:eastAsia="宋体"/>
          <w:b w:val="0"/>
          <w:i w:val="0"/>
          <w:color w:val="333333"/>
          <w:sz w:val="19"/>
        </w:rPr>
        <w:t>= (x² - 4x - 3)</w:t>
      </w:r>
    </w:p>
    <w:p>
      <w:pPr>
        <w:spacing w:before="0" w:after="80" w:line="300" w:lineRule="auto"/>
        <w:jc w:val="left"/>
      </w:pPr>
      <w:r>
        <w:rPr>
          <w:rFonts w:ascii="Times New Roman" w:hAnsi="Times New Roman" w:eastAsia="宋体"/>
          <w:b w:val="0"/>
          <w:i w:val="0"/>
          <w:color w:val="333333"/>
          <w:sz w:val="19"/>
        </w:rPr>
        <w:t>· (2x² - 4x - 3)</w:t>
      </w:r>
    </w:p>
    <w:p>
      <w:pPr>
        <w:spacing w:before="0" w:after="80" w:line="300" w:lineRule="auto"/>
        <w:jc w:val="left"/>
      </w:pPr>
      <w:r>
        <w:rPr>
          <w:rFonts w:ascii="Times New Roman" w:hAnsi="Times New Roman" w:eastAsia="宋体"/>
          <w:b w:val="0"/>
          <w:i w:val="0"/>
          <w:color w:val="333333"/>
          <w:sz w:val="19"/>
        </w:rPr>
        <w:t>· (3x² - 4x - 3)⋯</w:t>
      </w:r>
    </w:p>
    <w:p>
      <w:pPr>
        <w:spacing w:before="0" w:after="80" w:line="300" w:lineRule="auto"/>
        <w:jc w:val="left"/>
      </w:pPr>
      <w:r>
        <w:rPr>
          <w:rFonts w:ascii="Times New Roman" w:hAnsi="Times New Roman" w:eastAsia="宋体"/>
          <w:b w:val="0"/>
          <w:i w:val="0"/>
          <w:color w:val="333333"/>
          <w:sz w:val="19"/>
        </w:rPr>
        <w:t>(2025x² - 4x - 3)?</w:t>
      </w:r>
    </w:p>
    <w:p>
      <w:pPr>
        <w:spacing w:before="0" w:after="160" w:line="300" w:lineRule="auto"/>
      </w:pPr>
      <w:r>
        <w:rPr>
          <w:rFonts w:ascii="Times New Roman" w:hAnsi="Times New Roman" w:eastAsia="宋体"/>
          <w:b w:val="0"/>
          <w:i w:val="0"/>
          <w:color w:val="333333"/>
          <w:sz w:val="19"/>
        </w:rPr>
        <w:t>(A) -5/3　　(B) -3/2　　(C) -6/5　　(D) -5/6　　(E) -2/3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令 C = {1, 2, 3, …, 13}。令 N 为最大的整数，使得存在一个有 N 个元素的 C 的子集，并且该子集不含五个连续整数。现在从 C 中随机不放回地选出 N 个整数。所选元素不包含五个连续整数的概率是多少？</w:t>
      </w:r>
    </w:p>
    <w:p>
      <w:pPr>
        <w:spacing w:before="0" w:after="120" w:line="300" w:lineRule="auto"/>
      </w:pPr>
      <w:r>
        <w:rPr>
          <w:rFonts w:ascii="Times New Roman" w:hAnsi="Times New Roman" w:eastAsia="宋体"/>
          <w:b w:val="0"/>
          <w:i w:val="0"/>
          <w:sz w:val="21"/>
        </w:rPr>
        <w:t>（A）3/130　　（B）3/143　　（C）5/143　　（D）1/26　　（E）5/78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 = {1, 2, 3, …, 13}. Let N be the greatest integer such that there exists a subset of C with N elements that does not contain five consecutive integers. Suppose N integers are chosen at random from C without replacement. What is the probability that the chosen elements do not include five consecutive integers?</w:t>
      </w:r>
    </w:p>
    <w:p>
      <w:pPr>
        <w:spacing w:before="0" w:after="160" w:line="300" w:lineRule="auto"/>
      </w:pPr>
      <w:r>
        <w:rPr>
          <w:rFonts w:ascii="Times New Roman" w:hAnsi="Times New Roman" w:eastAsia="宋体"/>
          <w:b w:val="0"/>
          <w:i w:val="0"/>
          <w:color w:val="333333"/>
          <w:sz w:val="19"/>
        </w:rPr>
        <w:t>(A) 3/130　　(B) 3/143　　(C) 5/143　　(D) 1/26　　(E) 5/78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点 F、G 和 H 共线，且 G 在 F 和 H 之间。以 G 和 H 为焦点的椭圆与以 F 和 G 为焦点的椭圆内切，如下图所示。</w:t>
      </w:r>
    </w:p>
    <w:p>
      <w:pPr>
        <w:spacing w:before="80" w:after="80"/>
        <w:jc w:val="center"/>
      </w:pPr>
      <w:r>
        <w:drawing>
          <wp:inline xmlns:a="http://schemas.openxmlformats.org/drawingml/2006/main" xmlns:pic="http://schemas.openxmlformats.org/drawingml/2006/picture">
            <wp:extent cx="4224700" cy="1503100"/>
            <wp:docPr id="5" name="Picture 5"/>
            <wp:cNvGraphicFramePr>
              <a:graphicFrameLocks noChangeAspect="1"/>
            </wp:cNvGraphicFramePr>
            <a:graphic>
              <a:graphicData uri="http://schemas.openxmlformats.org/drawingml/2006/picture">
                <pic:pic>
                  <pic:nvPicPr>
                    <pic:cNvPr id="0" name="q14-1@300dpi.png"/>
                    <pic:cNvPicPr/>
                  </pic:nvPicPr>
                  <pic:blipFill>
                    <a:blip r:embed="rId11"/>
                    <a:stretch>
                      <a:fillRect/>
                    </a:stretch>
                  </pic:blipFill>
                  <pic:spPr>
                    <a:xfrm>
                      <a:off x="0" y="0"/>
                      <a:ext cx="4224700" cy="1503100"/>
                    </a:xfrm>
                    <a:prstGeom prst="rect"/>
                  </pic:spPr>
                </pic:pic>
              </a:graphicData>
            </a:graphic>
          </wp:inline>
        </w:drawing>
      </w:r>
    </w:p>
    <w:p>
      <w:pPr>
        <w:spacing w:before="0" w:after="80" w:line="300" w:lineRule="auto"/>
        <w:jc w:val="left"/>
      </w:pPr>
      <w:r>
        <w:rPr>
          <w:rFonts w:ascii="Times New Roman" w:hAnsi="Times New Roman" w:eastAsia="宋体"/>
          <w:b w:val="0"/>
          <w:i w:val="0"/>
          <w:sz w:val="21"/>
        </w:rPr>
        <w:t>这两个椭圆的离心率相同，均为 e，且它们的面积之比为 2025。（回忆：椭圆的离心率为 e = c/a，其中 c 是从中心到焦点的距离，2a 是长轴长度。）e 是多少？</w:t>
      </w:r>
    </w:p>
    <w:p>
      <w:pPr>
        <w:spacing w:before="0" w:after="120" w:line="300" w:lineRule="auto"/>
      </w:pPr>
      <w:r>
        <w:rPr>
          <w:rFonts w:ascii="Times New Roman" w:hAnsi="Times New Roman" w:eastAsia="宋体"/>
          <w:b w:val="0"/>
          <w:i w:val="0"/>
          <w:sz w:val="21"/>
        </w:rPr>
        <w:t>（A）3/5　　（B）16/25　　（C）4/5　　（D）22/23　　（E）44/45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F, G, and H are collinear with G between F and H. The ellipse with foci at G and H is internally tangent to the ellipse with foci at F and G, as shown below.</w:t>
      </w:r>
    </w:p>
    <w:p>
      <w:pPr>
        <w:spacing w:before="80" w:after="80"/>
        <w:jc w:val="center"/>
      </w:pPr>
      <w:r>
        <w:drawing>
          <wp:inline xmlns:a="http://schemas.openxmlformats.org/drawingml/2006/main" xmlns:pic="http://schemas.openxmlformats.org/drawingml/2006/picture">
            <wp:extent cx="4224700" cy="1503100"/>
            <wp:docPr id="6" name="Picture 6"/>
            <wp:cNvGraphicFramePr>
              <a:graphicFrameLocks noChangeAspect="1"/>
            </wp:cNvGraphicFramePr>
            <a:graphic>
              <a:graphicData uri="http://schemas.openxmlformats.org/drawingml/2006/picture">
                <pic:pic>
                  <pic:nvPicPr>
                    <pic:cNvPr id="0" name="q14-1@300dpi.png"/>
                    <pic:cNvPicPr/>
                  </pic:nvPicPr>
                  <pic:blipFill>
                    <a:blip r:embed="rId11"/>
                    <a:stretch>
                      <a:fillRect/>
                    </a:stretch>
                  </pic:blipFill>
                  <pic:spPr>
                    <a:xfrm>
                      <a:off x="0" y="0"/>
                      <a:ext cx="4224700" cy="150310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two ellipses have the same eccentricity e, and the ratio of their areas is 2025. (Recall that the eccentricity of an ellipse is e = c/a, where c is the distance from the center to a focus, and 2a is the length of the major axis.) What is e?</w:t>
      </w:r>
    </w:p>
    <w:p>
      <w:pPr>
        <w:spacing w:before="0" w:after="160" w:line="300" w:lineRule="auto"/>
      </w:pPr>
      <w:r>
        <w:rPr>
          <w:rFonts w:ascii="Times New Roman" w:hAnsi="Times New Roman" w:eastAsia="宋体"/>
          <w:b w:val="0"/>
          <w:i w:val="0"/>
          <w:color w:val="333333"/>
          <w:sz w:val="19"/>
        </w:rPr>
        <w:t>(A) 3/5　　(B) 16/25　　(C) 4/5　　(D) 22/23　　(E) 44/45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如果一个数集满足：只要 x 和 y 是该集合中的元素（不要求互不相同），x + y 就不是该集合中的元素，则称这个数集为无和集。例如，{1, 4, 6} 和空集是无和集，但 {2, 4, 5} 不是。从 {1, 2, 3, …, 20} 中取出的无和子集最多可以有多少个元素？</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numbers is called sum-free if whenever x and y are (not necessarily distinct) elements of the set, x + y is not an element of the set. For example, {1, 4, 6} and the empty set are sum-free, but {2, 4, 5} is not. What is the greatest possible number of elements in a sum-free subset of {1, 2, 3, …, 20}?</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三角形 △ ABC 的边长为 AB = 80，BC = 45，和 AC = 75。∠ B 的角平分线与到边 AB 的高相交于点 P。BP 是多少？</w:t>
      </w:r>
    </w:p>
    <w:p>
      <w:pPr>
        <w:spacing w:before="0" w:after="120" w:line="300" w:lineRule="auto"/>
      </w:pPr>
      <w:r>
        <w:rPr>
          <w:rFonts w:ascii="Times New Roman" w:hAnsi="Times New Roman" w:eastAsia="宋体"/>
          <w:b w:val="0"/>
          <w:i w:val="0"/>
          <w:sz w:val="21"/>
        </w:rPr>
        <w:t>（A）18　　（B）19　　（C）20　　（D）21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 ABC has side lengths AB = 80, BC = 45, and AC = 75. The bisector of ∠ B and the altitude to side AB intersect at point P. What is BP?</w:t>
      </w:r>
    </w:p>
    <w:p>
      <w:pPr>
        <w:spacing w:before="0" w:after="160" w:line="300" w:lineRule="auto"/>
      </w:pPr>
      <w:r>
        <w:rPr>
          <w:rFonts w:ascii="Times New Roman" w:hAnsi="Times New Roman" w:eastAsia="宋体"/>
          <w:b w:val="0"/>
          <w:i w:val="0"/>
          <w:color w:val="333333"/>
          <w:sz w:val="19"/>
        </w:rPr>
        <w:t>(A) 18　　(B) 19　　(C) 20　　(D) 21　　(E) 22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多项式 (z + i)(z + 2i)(z + 3i) + 10 在复平面中有三个根，其中 i = √(-1)。这些根所形成的三角形面积是多少？</w:t>
      </w:r>
    </w:p>
    <w:p>
      <w:pPr>
        <w:spacing w:before="0" w:after="120" w:line="300" w:lineRule="auto"/>
      </w:pPr>
      <w:r>
        <w:rPr>
          <w:rFonts w:ascii="Times New Roman" w:hAnsi="Times New Roman" w:eastAsia="宋体"/>
          <w:b w:val="0"/>
          <w:i w:val="0"/>
          <w:sz w:val="21"/>
        </w:rPr>
        <w:t>（A）6　　（B）8　　（C）10　　（D）12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polynomial (z + i)(z + 2i)(z + 3i) + 10 has three roots in the complex plane, where i = √(-1). What is the area of the triangle formed by these roots?</w:t>
      </w:r>
    </w:p>
    <w:p>
      <w:pPr>
        <w:spacing w:before="0" w:after="160" w:line="300" w:lineRule="auto"/>
      </w:pPr>
      <w:r>
        <w:rPr>
          <w:rFonts w:ascii="Times New Roman" w:hAnsi="Times New Roman" w:eastAsia="宋体"/>
          <w:b w:val="0"/>
          <w:i w:val="0"/>
          <w:color w:val="333333"/>
          <w:sz w:val="19"/>
        </w:rPr>
        <w:t>(A) 6　　(B) 8　　(C) 10　　(D) 12　　(E) 14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有多少个有序三元组 (x, y, z)，其中三个分量是互不相同且不超过 8 的非负整数，并满足 xy &gt; z、zx &gt; y 和 yz &gt; x？</w:t>
      </w:r>
    </w:p>
    <w:p>
      <w:pPr>
        <w:spacing w:before="0" w:after="120" w:line="300" w:lineRule="auto"/>
      </w:pPr>
      <w:r>
        <w:rPr>
          <w:rFonts w:ascii="Times New Roman" w:hAnsi="Times New Roman" w:eastAsia="宋体"/>
          <w:b w:val="0"/>
          <w:i w:val="0"/>
          <w:sz w:val="21"/>
        </w:rPr>
        <w:t>（A）36　　（B）84　　（C）186　　（D）336　　（E）486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triples (x, y, z) of distinct nonnegative integers less than or equal to 8 satisfy xy &gt; z, zx &gt; y, and yz &gt; x?</w:t>
      </w:r>
    </w:p>
    <w:p>
      <w:pPr>
        <w:spacing w:before="0" w:after="160" w:line="300" w:lineRule="auto"/>
      </w:pPr>
      <w:r>
        <w:rPr>
          <w:rFonts w:ascii="Times New Roman" w:hAnsi="Times New Roman" w:eastAsia="宋体"/>
          <w:b w:val="0"/>
          <w:i w:val="0"/>
          <w:color w:val="333333"/>
          <w:sz w:val="19"/>
        </w:rPr>
        <w:t>(A) 36　　(B) 84　　(C) 186　　(D) 336　　(E) 486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a，b，和 c 是多项式 x³ + kx + 1 的根。求下面这个和：</w:t>
      </w:r>
    </w:p>
    <w:p>
      <w:pPr>
        <w:spacing w:before="0" w:after="80" w:line="300" w:lineRule="auto"/>
        <w:jc w:val="left"/>
      </w:pPr>
      <w:r>
        <w:rPr>
          <w:rFonts w:ascii="Times New Roman" w:hAnsi="Times New Roman" w:eastAsia="宋体"/>
          <w:b w:val="0"/>
          <w:i w:val="0"/>
          <w:sz w:val="21"/>
        </w:rPr>
        <w:t>a³b² + a²b³ + b³c²</w:t>
      </w:r>
    </w:p>
    <w:p>
      <w:pPr>
        <w:spacing w:before="0" w:after="80" w:line="300" w:lineRule="auto"/>
        <w:jc w:val="left"/>
      </w:pPr>
      <w:r>
        <w:rPr>
          <w:rFonts w:ascii="Times New Roman" w:hAnsi="Times New Roman" w:eastAsia="宋体"/>
          <w:b w:val="0"/>
          <w:i w:val="0"/>
          <w:sz w:val="21"/>
        </w:rPr>
        <w:t>+ b²c³ + c³a² + c²a³</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（A）-k　　（B）-k + 1　　（C）1　　（D）k - 1　　（E）k</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the roots of the polynomial x³ + kx + 1. What is the sum</w:t>
      </w:r>
    </w:p>
    <w:p>
      <w:pPr>
        <w:spacing w:before="0" w:after="80" w:line="300" w:lineRule="auto"/>
        <w:jc w:val="left"/>
      </w:pPr>
      <w:r>
        <w:rPr>
          <w:rFonts w:ascii="Times New Roman" w:hAnsi="Times New Roman" w:eastAsia="宋体"/>
          <w:b w:val="0"/>
          <w:i w:val="0"/>
          <w:color w:val="333333"/>
          <w:sz w:val="19"/>
        </w:rPr>
        <w:t>a³b² + a²b³ + b³c²</w:t>
      </w:r>
    </w:p>
    <w:p>
      <w:pPr>
        <w:spacing w:before="0" w:after="80" w:line="300" w:lineRule="auto"/>
        <w:jc w:val="left"/>
      </w:pPr>
      <w:r>
        <w:rPr>
          <w:rFonts w:ascii="Times New Roman" w:hAnsi="Times New Roman" w:eastAsia="宋体"/>
          <w:b w:val="0"/>
          <w:i w:val="0"/>
          <w:color w:val="333333"/>
          <w:sz w:val="19"/>
        </w:rPr>
        <w:t>+ b²c³ + c³a² + c²a³?</w:t>
      </w:r>
    </w:p>
    <w:p>
      <w:pPr>
        <w:spacing w:before="0" w:after="160" w:line="300" w:lineRule="auto"/>
      </w:pPr>
      <w:r>
        <w:rPr>
          <w:rFonts w:ascii="Times New Roman" w:hAnsi="Times New Roman" w:eastAsia="宋体"/>
          <w:b w:val="0"/>
          <w:i w:val="0"/>
          <w:color w:val="333333"/>
          <w:sz w:val="19"/>
        </w:rPr>
        <w:t>(A) -k　　(B) -k + 1　　(C) 1　　(D) k - 1　　(E) k</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下图所示五面体的底面是一个 13 × 8 的矩形，它的侧面包括两个底边长为 8、两腰长为 13 的等腰三角形，以及两个底边长分别为 7 和 13、非平行边长为 13 的等腰梯形。</w:t>
      </w:r>
    </w:p>
    <w:p>
      <w:pPr>
        <w:spacing w:before="80" w:after="80"/>
        <w:jc w:val="center"/>
      </w:pPr>
      <w:r>
        <w:drawing>
          <wp:inline xmlns:a="http://schemas.openxmlformats.org/drawingml/2006/main" xmlns:pic="http://schemas.openxmlformats.org/drawingml/2006/picture">
            <wp:extent cx="1948059" cy="1909156"/>
            <wp:docPr id="7" name="Picture 7"/>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1948059" cy="1909156"/>
                    </a:xfrm>
                    <a:prstGeom prst="rect"/>
                  </pic:spPr>
                </pic:pic>
              </a:graphicData>
            </a:graphic>
          </wp:inline>
        </w:drawing>
      </w:r>
    </w:p>
    <w:p>
      <w:pPr>
        <w:spacing w:before="0" w:after="80" w:line="300" w:lineRule="auto"/>
        <w:jc w:val="left"/>
      </w:pPr>
      <w:r>
        <w:rPr>
          <w:rFonts w:ascii="Times New Roman" w:hAnsi="Times New Roman" w:eastAsia="宋体"/>
          <w:b w:val="0"/>
          <w:i w:val="0"/>
          <w:sz w:val="21"/>
        </w:rPr>
        <w:t>这个五面体的体积是多少？</w:t>
      </w:r>
    </w:p>
    <w:p>
      <w:pPr>
        <w:spacing w:before="0" w:after="120" w:line="300" w:lineRule="auto"/>
      </w:pPr>
      <w:r>
        <w:rPr>
          <w:rFonts w:ascii="Times New Roman" w:hAnsi="Times New Roman" w:eastAsia="宋体"/>
          <w:b w:val="0"/>
          <w:i w:val="0"/>
          <w:sz w:val="21"/>
        </w:rPr>
        <w:t>（A）416　　（B）520　　（C）528　　（D）676　　（E）832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of the pentahedron shown below is a 13 × 8 rectangle, and its lateral faces are two isosceles triangles with base of length 8 and congruent sides of length 13, and two isosceles trapezoids with bases of lengths 7 and 13 and nonparallel sides of length 13.</w:t>
      </w:r>
    </w:p>
    <w:p>
      <w:pPr>
        <w:spacing w:before="80" w:after="80"/>
        <w:jc w:val="center"/>
      </w:pPr>
      <w:r>
        <w:drawing>
          <wp:inline xmlns:a="http://schemas.openxmlformats.org/drawingml/2006/main" xmlns:pic="http://schemas.openxmlformats.org/drawingml/2006/picture">
            <wp:extent cx="1948059" cy="1909156"/>
            <wp:docPr id="8" name="Picture 8"/>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1948059" cy="190915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What is the volume of the pentahedron?</w:t>
      </w:r>
    </w:p>
    <w:p>
      <w:pPr>
        <w:spacing w:before="0" w:after="160" w:line="300" w:lineRule="auto"/>
      </w:pPr>
      <w:r>
        <w:rPr>
          <w:rFonts w:ascii="Times New Roman" w:hAnsi="Times New Roman" w:eastAsia="宋体"/>
          <w:b w:val="0"/>
          <w:i w:val="0"/>
          <w:color w:val="333333"/>
          <w:sz w:val="19"/>
        </w:rPr>
        <w:t>(A) 416　　(B) 520　　(C) 528　　(D) 676　　(E) 832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存在唯一一个由非负整数组成的有序三元组 (a, k, m)，使得</w:t>
      </w:r>
    </w:p>
    <w:p>
      <w:pPr>
        <w:spacing w:before="0" w:after="80" w:line="300" w:lineRule="auto"/>
        <w:jc w:val="left"/>
      </w:pPr>
      <w:r>
        <w:rPr>
          <w:rFonts w:ascii="Times New Roman" w:hAnsi="Times New Roman" w:eastAsia="宋体"/>
          <w:b w:val="0"/>
          <w:i w:val="0"/>
          <w:sz w:val="21"/>
        </w:rPr>
        <w:t>small (4ᵃ + 4ᵃ⁺ᵏ + 4ᵃ⁺²ᵏ + ⋯ + 4ᵃ⁺ᵐᵏ)/(2ᵃ + 2ᵃ⁺ᵏ + 2ᵃ⁺²ᵏ + ⋯ + 2ᵃ⁺ᵐᵏ)</w:t>
      </w:r>
    </w:p>
    <w:p>
      <w:pPr>
        <w:spacing w:before="0" w:after="80" w:line="300" w:lineRule="auto"/>
        <w:jc w:val="left"/>
      </w:pPr>
      <w:r>
        <w:rPr>
          <w:rFonts w:ascii="Times New Roman" w:hAnsi="Times New Roman" w:eastAsia="宋体"/>
          <w:b w:val="0"/>
          <w:i w:val="0"/>
          <w:sz w:val="21"/>
        </w:rPr>
        <w:t>= 964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a + k + m 是多少？</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is a unique ordered triple (a, k, m) of nonnegative integers such that</w:t>
      </w:r>
    </w:p>
    <w:p>
      <w:pPr>
        <w:spacing w:before="0" w:after="80" w:line="300" w:lineRule="auto"/>
        <w:jc w:val="left"/>
      </w:pPr>
      <w:r>
        <w:rPr>
          <w:rFonts w:ascii="Times New Roman" w:hAnsi="Times New Roman" w:eastAsia="宋体"/>
          <w:b w:val="0"/>
          <w:i w:val="0"/>
          <w:color w:val="333333"/>
          <w:sz w:val="19"/>
        </w:rPr>
        <w:t>small (4ᵃ + 4ᵃ⁺ᵏ + 4ᵃ⁺²ᵏ + ⋯ + 4ᵃ⁺ᵐᵏ)/(2ᵃ + 2ᵃ⁺ᵏ + 2ᵃ⁺²ᵏ + ⋯ + 2ᵃ⁺ᵐᵏ)</w:t>
      </w:r>
    </w:p>
    <w:p>
      <w:pPr>
        <w:spacing w:before="0" w:after="80" w:line="300" w:lineRule="auto"/>
        <w:jc w:val="left"/>
      </w:pPr>
      <w:r>
        <w:rPr>
          <w:rFonts w:ascii="Times New Roman" w:hAnsi="Times New Roman" w:eastAsia="宋体"/>
          <w:b w:val="0"/>
          <w:i w:val="0"/>
          <w:color w:val="333333"/>
          <w:sz w:val="19"/>
        </w:rPr>
        <w:t>= 964.</w:t>
      </w:r>
    </w:p>
    <w:p>
      <w:pPr>
        <w:spacing w:before="0" w:after="80" w:line="300" w:lineRule="auto"/>
        <w:jc w:val="left"/>
      </w:pPr>
      <w:r>
        <w:rPr>
          <w:rFonts w:ascii="Times New Roman" w:hAnsi="Times New Roman" w:eastAsia="宋体"/>
          <w:b w:val="0"/>
          <w:i w:val="0"/>
          <w:color w:val="333333"/>
          <w:sz w:val="19"/>
        </w:rPr>
        <w:t>What is a + k + m?</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从 0 到 1 之间独立均匀随机地选出三个实数。这三个数中最大的那个数大于另外两个数各自的 2 倍的概率是多少？（换句话说，如果所选的数为 a ≥ b ≥ c，则 a &gt; 2b。）</w:t>
      </w:r>
    </w:p>
    <w:p>
      <w:pPr>
        <w:spacing w:before="0" w:after="120" w:line="300" w:lineRule="auto"/>
      </w:pPr>
      <w:r>
        <w:rPr>
          <w:rFonts w:ascii="Times New Roman" w:hAnsi="Times New Roman" w:eastAsia="宋体"/>
          <w:b w:val="0"/>
          <w:i w:val="0"/>
          <w:sz w:val="21"/>
        </w:rPr>
        <w:t>（A）1/12　　（B）1/9　　（C）1/8　　（D）1/6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real numbers are chosen independently and uniformly at random between 0 and 1. What is the probability that the greatest of these three numbers is greater than 2 times each of the other two numbers? (In other words, if the chosen numbers are a ≥ b ≥ c, then a &gt; 2b.)</w:t>
      </w:r>
    </w:p>
    <w:p>
      <w:pPr>
        <w:spacing w:before="0" w:after="160" w:line="300" w:lineRule="auto"/>
      </w:pPr>
      <w:r>
        <w:rPr>
          <w:rFonts w:ascii="Times New Roman" w:hAnsi="Times New Roman" w:eastAsia="宋体"/>
          <w:b w:val="0"/>
          <w:i w:val="0"/>
          <w:color w:val="333333"/>
          <w:sz w:val="19"/>
        </w:rPr>
        <w:t>(A) 1/12　　(B) 1/9　　(C) 1/8　　(D) 1/6　　(E) 1/4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若一个正整数不重复使用任何数字，没有数字 0，并且没有任何数字同时与两个更大的数字相邻，则称它为公平数。例如，196，23，和 12463 是公平数，但 1546，320，和 34321 不是。共有多少个公平正整数？</w:t>
      </w:r>
    </w:p>
    <w:p>
      <w:pPr>
        <w:spacing w:before="0" w:after="120" w:line="300" w:lineRule="auto"/>
      </w:pPr>
      <w:r>
        <w:rPr>
          <w:rFonts w:ascii="Times New Roman" w:hAnsi="Times New Roman" w:eastAsia="宋体"/>
          <w:b w:val="0"/>
          <w:i w:val="0"/>
          <w:sz w:val="21"/>
        </w:rPr>
        <w:t>（A）511　　（B）2584　　（C）9841　　（D）17711　　（E）19682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positive integer fair if no digit is used more than once, it has no 0s, and no digit is adjacent to two greater digits. For example, 196, 23, and 12463 are fair, but 1546, 320, and 34321 are not fair. How many fair positive integers are there?</w:t>
      </w:r>
    </w:p>
    <w:p>
      <w:pPr>
        <w:spacing w:before="0" w:after="160" w:line="300" w:lineRule="auto"/>
      </w:pPr>
      <w:r>
        <w:rPr>
          <w:rFonts w:ascii="Times New Roman" w:hAnsi="Times New Roman" w:eastAsia="宋体"/>
          <w:b w:val="0"/>
          <w:i w:val="0"/>
          <w:color w:val="333333"/>
          <w:sz w:val="19"/>
        </w:rPr>
        <w:t>(A) 511　　(B) 2584　　(C) 9841　　(D) 17711　　(E) 19682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一个半径为 r 的圆被 12 个半径为 1 的圆围住，这些圆与中央圆外切，并且相邻的圆彼此相切，如图所示。那么 r 可以写成 √(a) + √(b) + c，其中 a，b，和 c 是整数。a + b + c 是多少？</w:t>
      </w:r>
    </w:p>
    <w:p>
      <w:pPr>
        <w:spacing w:before="80" w:after="80"/>
        <w:jc w:val="center"/>
      </w:pPr>
      <w:r>
        <w:drawing>
          <wp:inline xmlns:a="http://schemas.openxmlformats.org/drawingml/2006/main" xmlns:pic="http://schemas.openxmlformats.org/drawingml/2006/picture">
            <wp:extent cx="2464006" cy="2464006"/>
            <wp:docPr id="9" name="Picture 9"/>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2464006" cy="2464006"/>
                    </a:xfrm>
                    <a:prstGeom prst="rect"/>
                  </pic:spPr>
                </pic:pic>
              </a:graphicData>
            </a:graphic>
          </wp:inline>
        </w:drawing>
      </w:r>
    </w:p>
    <w:p>
      <w:pPr>
        <w:spacing w:before="0" w:after="120" w:line="300" w:lineRule="auto"/>
      </w:pPr>
      <w:r>
        <w:rPr>
          <w:rFonts w:ascii="Times New Roman" w:hAnsi="Times New Roman" w:eastAsia="宋体"/>
          <w:b w:val="0"/>
          <w:i w:val="0"/>
          <w:sz w:val="21"/>
        </w:rPr>
        <w:t>（A）3　　（B）5　　（C）7　　（D）9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r is surrounded by 12 circles of radius 1, externally tangent to the central circle and sequentially tangent to each other, as shown. Then r can be written as √(a) + √(b) + c, where a, b, and c are integers. What is a + b + c?</w:t>
      </w:r>
    </w:p>
    <w:p>
      <w:pPr>
        <w:spacing w:before="80" w:after="80"/>
        <w:jc w:val="center"/>
      </w:pPr>
      <w:r>
        <w:drawing>
          <wp:inline xmlns:a="http://schemas.openxmlformats.org/drawingml/2006/main" xmlns:pic="http://schemas.openxmlformats.org/drawingml/2006/picture">
            <wp:extent cx="2464006" cy="2464006"/>
            <wp:docPr id="10" name="Picture 10"/>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2464006" cy="246400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5　　(C) 7　　(D) 9　　(E) 11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多项式 P(x) 和 Q(x) 都是 3 次，首项系数都是 1，并且它们的根都属于 {1, 2, 3, 4, 5}。函数 f(x) = (P(x))/(Q(x)) 具有如下性质：存在实数 a &lt; b &lt; c &lt; d，使得所有满足 f(x) ≤ 0 的实数 x 的集合由闭区间 [a, b] 与开区间 (c, d) 组成。可能有多少个函数 f(x)？</w:t>
      </w:r>
    </w:p>
    <w:p>
      <w:pPr>
        <w:spacing w:before="0" w:after="120" w:line="300" w:lineRule="auto"/>
      </w:pPr>
      <w:r>
        <w:rPr>
          <w:rFonts w:ascii="Times New Roman" w:hAnsi="Times New Roman" w:eastAsia="宋体"/>
          <w:b w:val="0"/>
          <w:i w:val="0"/>
          <w:sz w:val="21"/>
        </w:rPr>
        <w:t>（A）7　　（B）9　　（C）11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Polynomials P(x) and Q(x) each have degree 3 and leading coefficient 1, and their roots are all elements of {1, 2, 3, 4, 5}. The function f(x) = (P(x))/(Q(x)) has the property that there exist real numbers a &lt; b &lt; c &lt; d such that the set of all real numbers x such that f(x) ≤ 0 consists of the closed interval [a, b] together with the open interval (c, d). How many functions f(x) are possible?</w:t>
      </w:r>
    </w:p>
    <w:p>
      <w:pPr>
        <w:spacing w:before="0" w:after="160" w:line="300" w:lineRule="auto"/>
      </w:pPr>
      <w:r>
        <w:rPr>
          <w:rFonts w:ascii="Times New Roman" w:hAnsi="Times New Roman" w:eastAsia="宋体"/>
          <w:b w:val="0"/>
          <w:i w:val="0"/>
          <w:color w:val="333333"/>
          <w:sz w:val="19"/>
        </w:rPr>
        <w:t>(A) 7　　(B) 9　　(C) 11　　(D) 12　　(E) 13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B　A　B　D　B　C　E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A　B　D　D　C　D　A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C　A　E　C　C　E</w:t>
      </w:r>
    </w:p>
    <w:p>
      <w:pPr>
        <w:spacing w:before="0" w:after="200" w:line="300" w:lineRule="auto"/>
      </w:pPr>
      <w:r>
        <w:rPr>
          <w:rFonts w:ascii="Times New Roman" w:hAnsi="Times New Roman" w:eastAsia="宋体"/>
          <w:b w:val="0"/>
          <w:i w:val="0"/>
          <w:color w:val="666666"/>
          <w:sz w:val="18"/>
        </w:rPr>
        <w:t>答案串：EBABDBCEEBABDDCDACECAECCE</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设 t 为从 1:30 起经过的小时数。Andy 向北行驶了 8t 英里，而 Betsy 晚一小时出发，向东行驶了 12(t-1) 英里。</w:t>
      </w:r>
    </w:p>
    <w:p>
      <w:pPr>
        <w:spacing w:before="0" w:after="80" w:line="300" w:lineRule="auto"/>
        <w:jc w:val="left"/>
      </w:pPr>
      <w:r>
        <w:rPr>
          <w:rFonts w:ascii="Times New Roman" w:hAnsi="Times New Roman" w:eastAsia="宋体"/>
          <w:b w:val="0"/>
          <w:i w:val="0"/>
          <w:sz w:val="21"/>
        </w:rPr>
        <w:t>令两人的距离相等，得到</w:t>
      </w:r>
    </w:p>
    <w:p>
      <w:pPr>
        <w:spacing w:before="0" w:after="80" w:line="300" w:lineRule="auto"/>
        <w:jc w:val="left"/>
      </w:pPr>
      <w:r>
        <w:rPr>
          <w:rFonts w:ascii="Times New Roman" w:hAnsi="Times New Roman" w:eastAsia="宋体"/>
          <w:b w:val="0"/>
          <w:i w:val="0"/>
          <w:sz w:val="21"/>
        </w:rPr>
        <w:t>8t = 12(t-1)，</w:t>
      </w:r>
    </w:p>
    <w:p>
      <w:pPr>
        <w:spacing w:before="0" w:after="80" w:line="300" w:lineRule="auto"/>
        <w:jc w:val="left"/>
      </w:pPr>
      <w:r>
        <w:rPr>
          <w:rFonts w:ascii="Times New Roman" w:hAnsi="Times New Roman" w:eastAsia="宋体"/>
          <w:b w:val="0"/>
          <w:i w:val="0"/>
          <w:sz w:val="21"/>
        </w:rPr>
        <w:t>所以 4t = 12，t = 3。</w:t>
      </w:r>
    </w:p>
    <w:p>
      <w:pPr>
        <w:spacing w:before="0" w:after="80" w:line="300" w:lineRule="auto"/>
        <w:jc w:val="left"/>
      </w:pPr>
      <w:r>
        <w:rPr>
          <w:rFonts w:ascii="Times New Roman" w:hAnsi="Times New Roman" w:eastAsia="宋体"/>
          <w:b w:val="0"/>
          <w:i w:val="0"/>
          <w:sz w:val="21"/>
        </w:rPr>
        <w:t>从 1:30 算起，三小时后的时间是 4:30。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number of hours since 1:30. Andy has traveled 8t miles north, and Betsy, who started an hour later, has traveled 12(t-1) miles east.</w:t>
      </w:r>
    </w:p>
    <w:p>
      <w:pPr>
        <w:spacing w:before="0" w:after="80" w:line="300" w:lineRule="auto"/>
        <w:jc w:val="left"/>
      </w:pPr>
      <w:r>
        <w:rPr>
          <w:rFonts w:ascii="Times New Roman" w:hAnsi="Times New Roman" w:eastAsia="宋体"/>
          <w:b w:val="0"/>
          <w:i w:val="0"/>
          <w:color w:val="333333"/>
          <w:sz w:val="19"/>
        </w:rPr>
        <w:t>Setting the distances equal,</w:t>
      </w:r>
    </w:p>
    <w:p>
      <w:pPr>
        <w:spacing w:before="0" w:after="80" w:line="300" w:lineRule="auto"/>
        <w:jc w:val="left"/>
      </w:pPr>
      <w:r>
        <w:rPr>
          <w:rFonts w:ascii="Times New Roman" w:hAnsi="Times New Roman" w:eastAsia="宋体"/>
          <w:b w:val="0"/>
          <w:i w:val="0"/>
          <w:color w:val="333333"/>
          <w:sz w:val="19"/>
        </w:rPr>
        <w:t>8t = 12(t-1),</w:t>
      </w:r>
    </w:p>
    <w:p>
      <w:pPr>
        <w:spacing w:before="0" w:after="80" w:line="300" w:lineRule="auto"/>
        <w:jc w:val="left"/>
      </w:pPr>
      <w:r>
        <w:rPr>
          <w:rFonts w:ascii="Times New Roman" w:hAnsi="Times New Roman" w:eastAsia="宋体"/>
          <w:b w:val="0"/>
          <w:i w:val="0"/>
          <w:color w:val="333333"/>
          <w:sz w:val="19"/>
        </w:rPr>
        <w:t>so 4t = 12 and t = 3.</w:t>
      </w:r>
    </w:p>
    <w:p>
      <w:pPr>
        <w:spacing w:before="0" w:after="80" w:line="300" w:lineRule="auto"/>
        <w:jc w:val="left"/>
      </w:pPr>
      <w:r>
        <w:rPr>
          <w:rFonts w:ascii="Times New Roman" w:hAnsi="Times New Roman" w:eastAsia="宋体"/>
          <w:b w:val="0"/>
          <w:i w:val="0"/>
          <w:color w:val="333333"/>
          <w:sz w:val="19"/>
        </w:rPr>
        <w:t>Three hours after 1:30 is 4:30.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第一盒中有 5 磅花生、2 磅腰果和 3 磅杏仁。加入 x 磅第二种混合物会增加 0.2x 磅花生和 0.4x 磅腰果。</w:t>
      </w:r>
    </w:p>
    <w:p>
      <w:pPr>
        <w:spacing w:before="0" w:after="80" w:line="300" w:lineRule="auto"/>
        <w:jc w:val="left"/>
      </w:pPr>
      <w:r>
        <w:rPr>
          <w:rFonts w:ascii="Times New Roman" w:hAnsi="Times New Roman" w:eastAsia="宋体"/>
          <w:b w:val="0"/>
          <w:i w:val="0"/>
          <w:sz w:val="21"/>
        </w:rPr>
        <w:t>新的花生比例是 40%，所以</w:t>
      </w:r>
    </w:p>
    <w:p>
      <w:pPr>
        <w:spacing w:before="0" w:after="80" w:line="300" w:lineRule="auto"/>
        <w:jc w:val="left"/>
      </w:pPr>
      <w:r>
        <w:rPr>
          <w:rFonts w:ascii="Times New Roman" w:hAnsi="Times New Roman" w:eastAsia="宋体"/>
          <w:b w:val="0"/>
          <w:i w:val="0"/>
          <w:sz w:val="21"/>
        </w:rPr>
        <w:t>5+0.2x/10+x=0.4。</w:t>
      </w:r>
    </w:p>
    <w:p>
      <w:pPr>
        <w:spacing w:before="0" w:after="80" w:line="300" w:lineRule="auto"/>
        <w:jc w:val="left"/>
      </w:pPr>
      <w:r>
        <w:rPr>
          <w:rFonts w:ascii="Times New Roman" w:hAnsi="Times New Roman" w:eastAsia="宋体"/>
          <w:b w:val="0"/>
          <w:i w:val="0"/>
          <w:sz w:val="21"/>
        </w:rPr>
        <w:t>这给出 5+0.2x=4+0.4x，所以 x=5。</w:t>
      </w:r>
    </w:p>
    <w:p>
      <w:pPr>
        <w:spacing w:before="0" w:after="80" w:line="300" w:lineRule="auto"/>
        <w:jc w:val="left"/>
      </w:pPr>
      <w:r>
        <w:rPr>
          <w:rFonts w:ascii="Times New Roman" w:hAnsi="Times New Roman" w:eastAsia="宋体"/>
          <w:b w:val="0"/>
          <w:i w:val="0"/>
          <w:sz w:val="21"/>
        </w:rPr>
        <w:t>现在腰果总量为 2 + 0.4(5) = 4 磅。</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box has 5 lb peanuts, 2 lb cashews, and 3 lb almonds. Adding x pounds of the second mix contributes 0.2x lb peanuts and 0.4x lb cashews.</w:t>
      </w:r>
    </w:p>
    <w:p>
      <w:pPr>
        <w:spacing w:before="0" w:after="80" w:line="300" w:lineRule="auto"/>
        <w:jc w:val="left"/>
      </w:pPr>
      <w:r>
        <w:rPr>
          <w:rFonts w:ascii="Times New Roman" w:hAnsi="Times New Roman" w:eastAsia="宋体"/>
          <w:b w:val="0"/>
          <w:i w:val="0"/>
          <w:color w:val="333333"/>
          <w:sz w:val="19"/>
        </w:rPr>
        <w:t>The new peanut fraction is 40%, so</w:t>
      </w:r>
    </w:p>
    <w:p>
      <w:pPr>
        <w:spacing w:before="0" w:after="80" w:line="300" w:lineRule="auto"/>
        <w:jc w:val="left"/>
      </w:pPr>
      <w:r>
        <w:rPr>
          <w:rFonts w:ascii="Times New Roman" w:hAnsi="Times New Roman" w:eastAsia="宋体"/>
          <w:b w:val="0"/>
          <w:i w:val="0"/>
          <w:color w:val="333333"/>
          <w:sz w:val="19"/>
        </w:rPr>
        <w:t>5+0.2x/10+x=0.4.</w:t>
      </w:r>
    </w:p>
    <w:p>
      <w:pPr>
        <w:spacing w:before="0" w:after="80" w:line="300" w:lineRule="auto"/>
        <w:jc w:val="left"/>
      </w:pPr>
      <w:r>
        <w:rPr>
          <w:rFonts w:ascii="Times New Roman" w:hAnsi="Times New Roman" w:eastAsia="宋体"/>
          <w:b w:val="0"/>
          <w:i w:val="0"/>
          <w:color w:val="333333"/>
          <w:sz w:val="19"/>
        </w:rPr>
        <w:t>This gives 5+0.2x=4+0.4x, so x=5.</w:t>
      </w:r>
    </w:p>
    <w:p>
      <w:pPr>
        <w:spacing w:before="0" w:after="80" w:line="300" w:lineRule="auto"/>
        <w:jc w:val="left"/>
      </w:pPr>
      <w:r>
        <w:rPr>
          <w:rFonts w:ascii="Times New Roman" w:hAnsi="Times New Roman" w:eastAsia="宋体"/>
          <w:b w:val="0"/>
          <w:i w:val="0"/>
          <w:color w:val="333333"/>
          <w:sz w:val="19"/>
        </w:rPr>
        <w:t>The cashews now total 2 + 0.4(5) = 4 pounds.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设学生人数为 s，Ash 的年龄为 a。学生年龄总和为 12s，加入 Ash 后得到</w:t>
      </w:r>
    </w:p>
    <w:p>
      <w:pPr>
        <w:spacing w:before="0" w:after="80" w:line="300" w:lineRule="auto"/>
        <w:jc w:val="left"/>
      </w:pPr>
      <w:r>
        <w:rPr>
          <w:rFonts w:ascii="Times New Roman" w:hAnsi="Times New Roman" w:eastAsia="宋体"/>
          <w:b w:val="0"/>
          <w:i w:val="0"/>
          <w:sz w:val="21"/>
        </w:rPr>
        <w:t>12s + a = 14(s+1)</w:t>
      </w:r>
    </w:p>
    <w:p>
      <w:pPr>
        <w:spacing w:before="0" w:after="80" w:line="300" w:lineRule="auto"/>
        <w:jc w:val="left"/>
      </w:pPr>
      <w:r>
        <w:rPr>
          <w:rFonts w:ascii="Times New Roman" w:hAnsi="Times New Roman" w:eastAsia="宋体"/>
          <w:b w:val="0"/>
          <w:i w:val="0"/>
          <w:sz w:val="21"/>
        </w:rPr>
        <w:t>implies a = 2s + 14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老师有 15 - s 人，年龄总和为 55(15-s)，加入 Ash 后得到</w:t>
      </w:r>
    </w:p>
    <w:p>
      <w:pPr>
        <w:spacing w:before="0" w:after="80" w:line="300" w:lineRule="auto"/>
        <w:jc w:val="left"/>
      </w:pPr>
      <w:r>
        <w:rPr>
          <w:rFonts w:ascii="Times New Roman" w:hAnsi="Times New Roman" w:eastAsia="宋体"/>
          <w:b w:val="0"/>
          <w:i w:val="0"/>
          <w:sz w:val="21"/>
        </w:rPr>
        <w:t>55(15-s) + a = 52(16-s)</w:t>
      </w:r>
    </w:p>
    <w:p>
      <w:pPr>
        <w:spacing w:before="0" w:after="80" w:line="300" w:lineRule="auto"/>
        <w:jc w:val="left"/>
      </w:pPr>
      <w:r>
        <w:rPr>
          <w:rFonts w:ascii="Times New Roman" w:hAnsi="Times New Roman" w:eastAsia="宋体"/>
          <w:b w:val="0"/>
          <w:i w:val="0"/>
          <w:sz w:val="21"/>
        </w:rPr>
        <w:t>implies a = 3s + 7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 2s+14 = 3s+7，得 s = 7，所以 a = 2(7)+14 = 28。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number of students and a be Ash’s age. The students’ ages total 12s, and adding Ash gives</w:t>
      </w:r>
    </w:p>
    <w:p>
      <w:pPr>
        <w:spacing w:before="0" w:after="80" w:line="300" w:lineRule="auto"/>
        <w:jc w:val="left"/>
      </w:pPr>
      <w:r>
        <w:rPr>
          <w:rFonts w:ascii="Times New Roman" w:hAnsi="Times New Roman" w:eastAsia="宋体"/>
          <w:b w:val="0"/>
          <w:i w:val="0"/>
          <w:color w:val="333333"/>
          <w:sz w:val="19"/>
        </w:rPr>
        <w:t>12s + a = 14(s+1)</w:t>
      </w:r>
    </w:p>
    <w:p>
      <w:pPr>
        <w:spacing w:before="0" w:after="80" w:line="300" w:lineRule="auto"/>
        <w:jc w:val="left"/>
      </w:pPr>
      <w:r>
        <w:rPr>
          <w:rFonts w:ascii="Times New Roman" w:hAnsi="Times New Roman" w:eastAsia="宋体"/>
          <w:b w:val="0"/>
          <w:i w:val="0"/>
          <w:color w:val="333333"/>
          <w:sz w:val="19"/>
        </w:rPr>
        <w:t>implies a = 2s + 14.</w:t>
      </w:r>
    </w:p>
    <w:p>
      <w:pPr>
        <w:spacing w:before="0" w:after="80" w:line="300" w:lineRule="auto"/>
        <w:jc w:val="left"/>
      </w:pPr>
      <w:r>
        <w:rPr>
          <w:rFonts w:ascii="Times New Roman" w:hAnsi="Times New Roman" w:eastAsia="宋体"/>
          <w:b w:val="0"/>
          <w:i w:val="0"/>
          <w:color w:val="333333"/>
          <w:sz w:val="19"/>
        </w:rPr>
        <w:t>There are 15 - s teachers with ages totaling 55(15-s), and adding Ash gives</w:t>
      </w:r>
    </w:p>
    <w:p>
      <w:pPr>
        <w:spacing w:before="0" w:after="80" w:line="300" w:lineRule="auto"/>
        <w:jc w:val="left"/>
      </w:pPr>
      <w:r>
        <w:rPr>
          <w:rFonts w:ascii="Times New Roman" w:hAnsi="Times New Roman" w:eastAsia="宋体"/>
          <w:b w:val="0"/>
          <w:i w:val="0"/>
          <w:color w:val="333333"/>
          <w:sz w:val="19"/>
        </w:rPr>
        <w:t>55(15-s) + a = 52(16-s)</w:t>
      </w:r>
    </w:p>
    <w:p>
      <w:pPr>
        <w:spacing w:before="0" w:after="80" w:line="300" w:lineRule="auto"/>
        <w:jc w:val="left"/>
      </w:pPr>
      <w:r>
        <w:rPr>
          <w:rFonts w:ascii="Times New Roman" w:hAnsi="Times New Roman" w:eastAsia="宋体"/>
          <w:b w:val="0"/>
          <w:i w:val="0"/>
          <w:color w:val="333333"/>
          <w:sz w:val="19"/>
        </w:rPr>
        <w:t>implies a = 3s + 7.</w:t>
      </w:r>
    </w:p>
    <w:p>
      <w:pPr>
        <w:spacing w:before="0" w:after="80" w:line="300" w:lineRule="auto"/>
        <w:jc w:val="left"/>
      </w:pPr>
      <w:r>
        <w:rPr>
          <w:rFonts w:ascii="Times New Roman" w:hAnsi="Times New Roman" w:eastAsia="宋体"/>
          <w:b w:val="0"/>
          <w:i w:val="0"/>
          <w:color w:val="333333"/>
          <w:sz w:val="19"/>
        </w:rPr>
        <w:t>Setting 2s+14 = 3s+7 gives s = 7, so a = 2(7)+14 = 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设 T 为真陈述的数量。这四个陈述分别断言 T ≥ 1、T ≥ 2、T ≤ 2 和 T ≤ 3。</w:t>
      </w:r>
    </w:p>
    <w:p>
      <w:pPr>
        <w:spacing w:before="0" w:after="80" w:line="300" w:lineRule="auto"/>
        <w:jc w:val="left"/>
      </w:pPr>
      <w:r>
        <w:rPr>
          <w:rFonts w:ascii="Times New Roman" w:hAnsi="Times New Roman" w:eastAsia="宋体"/>
          <w:b w:val="0"/>
          <w:i w:val="0"/>
          <w:sz w:val="21"/>
        </w:rPr>
        <w:t>检查 T = 3：条件 T≥1、T≥2、T≤3 成立，也就是第一、第二、第四个陈述为真；而 T≤2 不成立，也就是第三个陈述为假。恰好有 3 个陈述为真，与 T = 3 一致。</w:t>
      </w:r>
    </w:p>
    <w:p>
      <w:pPr>
        <w:spacing w:before="0" w:after="80" w:line="300" w:lineRule="auto"/>
        <w:jc w:val="left"/>
      </w:pPr>
      <w:r>
        <w:rPr>
          <w:rFonts w:ascii="Times New Roman" w:hAnsi="Times New Roman" w:eastAsia="宋体"/>
          <w:b w:val="0"/>
          <w:i w:val="0"/>
          <w:sz w:val="21"/>
        </w:rPr>
        <w:t>对 T=0,1,2,3,4，成立的条件个数依次为 2,3,4,3,2，所以没有其他值是自洽的。因此恰好有一个陈述是假的。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number of true statements. The statements assert T ≥ 1, T ≥ 2, T ≤ 2, and T ≤ 3, respectively.</w:t>
      </w:r>
    </w:p>
    <w:p>
      <w:pPr>
        <w:spacing w:before="0" w:after="80" w:line="300" w:lineRule="auto"/>
        <w:jc w:val="left"/>
      </w:pPr>
      <w:r>
        <w:rPr>
          <w:rFonts w:ascii="Times New Roman" w:hAnsi="Times New Roman" w:eastAsia="宋体"/>
          <w:b w:val="0"/>
          <w:i w:val="0"/>
          <w:color w:val="333333"/>
          <w:sz w:val="19"/>
        </w:rPr>
        <w:t>Testing T = 3: the conditions T≥1, T≥2, T≤3 hold (statements one, two, four) and T≤2 fails (statement three). Exactly 3 statements are true, matching T = 3.</w:t>
      </w:r>
    </w:p>
    <w:p>
      <w:pPr>
        <w:spacing w:before="0" w:after="80" w:line="300" w:lineRule="auto"/>
        <w:jc w:val="left"/>
      </w:pPr>
      <w:r>
        <w:rPr>
          <w:rFonts w:ascii="Times New Roman" w:hAnsi="Times New Roman" w:eastAsia="宋体"/>
          <w:b w:val="0"/>
          <w:i w:val="0"/>
          <w:color w:val="333333"/>
          <w:sz w:val="19"/>
        </w:rPr>
        <w:t>For T=0,1,2,3,4, the respective numbers of true conditions are 2,3,4,3,2, so no other value is self-consistent. Therefore exactly one statement is false.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设外层正方形面积为 1。嵌套正方形的面积为 1, k², k⁴, …，因此第 n 个正方形与第 (n+1) 个正方形之间的环带面积为 k²ⁿ(1-k²)。</w:t>
      </w:r>
    </w:p>
    <w:p>
      <w:pPr>
        <w:spacing w:before="0" w:after="80" w:line="300" w:lineRule="auto"/>
        <w:jc w:val="left"/>
      </w:pPr>
      <w:r>
        <w:rPr>
          <w:rFonts w:ascii="Times New Roman" w:hAnsi="Times New Roman" w:eastAsia="宋体"/>
          <w:b w:val="0"/>
          <w:i w:val="0"/>
          <w:sz w:val="21"/>
        </w:rPr>
        <w:t>阴影环带是交替的那些，即 n = 0, 2, 4, …，总面积为</w:t>
      </w:r>
    </w:p>
    <w:p>
      <w:pPr>
        <w:spacing w:before="0" w:after="80" w:line="300" w:lineRule="auto"/>
        <w:jc w:val="left"/>
      </w:pPr>
      <w:r>
        <w:rPr>
          <w:rFonts w:ascii="Times New Roman" w:hAnsi="Times New Roman" w:eastAsia="宋体"/>
          <w:b w:val="0"/>
          <w:i w:val="0"/>
          <w:sz w:val="21"/>
        </w:rPr>
        <w:t>Σⱼ₌₀^(∞) k^(4j)(1-k²) = 1-k²/1-k⁴</w:t>
      </w:r>
    </w:p>
    <w:p>
      <w:pPr>
        <w:spacing w:before="0" w:after="80" w:line="300" w:lineRule="auto"/>
        <w:jc w:val="left"/>
      </w:pPr>
      <w:r>
        <w:rPr>
          <w:rFonts w:ascii="Times New Roman" w:hAnsi="Times New Roman" w:eastAsia="宋体"/>
          <w:b w:val="0"/>
          <w:i w:val="0"/>
          <w:sz w:val="21"/>
        </w:rPr>
        <w:t>= 1/1+k²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 1/1+k² = 16/25，得 1 + k² = 25/16，所以 k² = 9/16，k = 3/4。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outer square have area 1. The nested squares have areas 1, k², k⁴, …, so the ring between the nth and (n+1)th squares has area k²ⁿ(1-k²).</w:t>
      </w:r>
    </w:p>
    <w:p>
      <w:pPr>
        <w:spacing w:before="0" w:after="80" w:line="300" w:lineRule="auto"/>
        <w:jc w:val="left"/>
      </w:pPr>
      <w:r>
        <w:rPr>
          <w:rFonts w:ascii="Times New Roman" w:hAnsi="Times New Roman" w:eastAsia="宋体"/>
          <w:b w:val="0"/>
          <w:i w:val="0"/>
          <w:color w:val="333333"/>
          <w:sz w:val="19"/>
        </w:rPr>
        <w:t>The shaded rings are the alternate ones n = 0, 2, 4, …, with total area</w:t>
      </w:r>
    </w:p>
    <w:p>
      <w:pPr>
        <w:spacing w:before="0" w:after="80" w:line="300" w:lineRule="auto"/>
        <w:jc w:val="left"/>
      </w:pPr>
      <w:r>
        <w:rPr>
          <w:rFonts w:ascii="Times New Roman" w:hAnsi="Times New Roman" w:eastAsia="宋体"/>
          <w:b w:val="0"/>
          <w:i w:val="0"/>
          <w:color w:val="333333"/>
          <w:sz w:val="19"/>
        </w:rPr>
        <w:t>Σⱼ₌₀^(∞) k^(4j)(1-k²) = 1-k²/1-k⁴</w:t>
      </w:r>
    </w:p>
    <w:p>
      <w:pPr>
        <w:spacing w:before="0" w:after="80" w:line="300" w:lineRule="auto"/>
        <w:jc w:val="left"/>
      </w:pPr>
      <w:r>
        <w:rPr>
          <w:rFonts w:ascii="Times New Roman" w:hAnsi="Times New Roman" w:eastAsia="宋体"/>
          <w:b w:val="0"/>
          <w:i w:val="0"/>
          <w:color w:val="333333"/>
          <w:sz w:val="19"/>
        </w:rPr>
        <w:t>= 1/1+k².</w:t>
      </w:r>
    </w:p>
    <w:p>
      <w:pPr>
        <w:spacing w:before="0" w:after="80" w:line="300" w:lineRule="auto"/>
        <w:jc w:val="left"/>
      </w:pPr>
      <w:r>
        <w:rPr>
          <w:rFonts w:ascii="Times New Roman" w:hAnsi="Times New Roman" w:eastAsia="宋体"/>
          <w:b w:val="0"/>
          <w:i w:val="0"/>
          <w:color w:val="333333"/>
          <w:sz w:val="19"/>
        </w:rPr>
        <w:t>Setting 1/1+k² = 16/25 gives 1 + k² = 25/16, so k² = 9/16 and k = 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给学生选择 2 把椅子、给老师选择 2 把椅子，共有 C(6, 2)C(4, 2) = 15 · 6 = 90 种等可能结果。</w:t>
      </w:r>
    </w:p>
    <w:p>
      <w:pPr>
        <w:spacing w:before="0" w:after="80" w:line="300" w:lineRule="auto"/>
        <w:jc w:val="left"/>
      </w:pPr>
      <w:r>
        <w:rPr>
          <w:rFonts w:ascii="Times New Roman" w:hAnsi="Times New Roman" w:eastAsia="宋体"/>
          <w:b w:val="0"/>
          <w:i w:val="0"/>
          <w:sz w:val="21"/>
        </w:rPr>
        <w:t>圆桌周围有 6 对相邻椅子。学生可以得到任意一对相邻椅子；在剩下的 4 把椅子中，老师正好有 3 对相邻椅子可选。因此有 6 · 3 = 18 种有利结果。</w:t>
      </w:r>
    </w:p>
    <w:p>
      <w:pPr>
        <w:spacing w:before="0" w:after="80" w:line="300" w:lineRule="auto"/>
        <w:jc w:val="left"/>
      </w:pPr>
      <w:r>
        <w:rPr>
          <w:rFonts w:ascii="Times New Roman" w:hAnsi="Times New Roman" w:eastAsia="宋体"/>
          <w:b w:val="0"/>
          <w:i w:val="0"/>
          <w:sz w:val="21"/>
        </w:rPr>
        <w:t>所求概率为 18/90 = 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Choosing 2 chairs for the students and 2 for the teachers gives C(6, 2)C(4, 2) = 15 · 6 = 90 equally likely outcomes.</w:t>
      </w:r>
    </w:p>
    <w:p>
      <w:pPr>
        <w:spacing w:before="0" w:after="80" w:line="300" w:lineRule="auto"/>
        <w:jc w:val="left"/>
      </w:pPr>
      <w:r>
        <w:rPr>
          <w:rFonts w:ascii="Times New Roman" w:hAnsi="Times New Roman" w:eastAsia="宋体"/>
          <w:b w:val="0"/>
          <w:i w:val="0"/>
          <w:color w:val="333333"/>
          <w:sz w:val="19"/>
        </w:rPr>
        <w:t>A round table has 6 adjacent pairs of chairs. Give the students any adjacent pair; among the remaining 4 chairs there are exactly 3 adjacent pairs for the teachers. That is 6 · 3 = 18 favorable outcomes.</w:t>
      </w:r>
    </w:p>
    <w:p>
      <w:pPr>
        <w:spacing w:before="0" w:after="80" w:line="300" w:lineRule="auto"/>
        <w:jc w:val="left"/>
      </w:pPr>
      <w:r>
        <w:rPr>
          <w:rFonts w:ascii="Times New Roman" w:hAnsi="Times New Roman" w:eastAsia="宋体"/>
          <w:b w:val="0"/>
          <w:i w:val="0"/>
          <w:color w:val="333333"/>
          <w:sz w:val="19"/>
        </w:rPr>
        <w:t>The probability is 18/90 =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取对数，log v = log k + alog n + blog m。</w:t>
      </w:r>
    </w:p>
    <w:p>
      <w:pPr>
        <w:spacing w:before="0" w:after="80" w:line="300" w:lineRule="auto"/>
        <w:jc w:val="left"/>
      </w:pPr>
      <w:r>
        <w:rPr>
          <w:rFonts w:ascii="Times New Roman" w:hAnsi="Times New Roman" w:eastAsia="宋体"/>
          <w:b w:val="0"/>
          <w:i w:val="0"/>
          <w:sz w:val="21"/>
        </w:rPr>
        <w:t>当 n = 5 时，式子变为 log v = (log k + alog 5) + blog m，与 4 + 2log m 对应，所以 b = 2，且 log k + alog 5 = 4。</w:t>
      </w:r>
    </w:p>
    <w:p>
      <w:pPr>
        <w:spacing w:before="0" w:after="80" w:line="300" w:lineRule="auto"/>
        <w:jc w:val="left"/>
      </w:pPr>
      <w:r>
        <w:rPr>
          <w:rFonts w:ascii="Times New Roman" w:hAnsi="Times New Roman" w:eastAsia="宋体"/>
          <w:b w:val="0"/>
          <w:i w:val="0"/>
          <w:sz w:val="21"/>
        </w:rPr>
        <w:t>当 m = 25 时，式子变为 log v = (log k + blog 25) + alog n，与 4 + 4log n 对应，所以 a = 4，且 log k + 2log 25 = 4。</w:t>
      </w:r>
    </w:p>
    <w:p>
      <w:pPr>
        <w:spacing w:before="0" w:after="80" w:line="300" w:lineRule="auto"/>
        <w:jc w:val="left"/>
      </w:pPr>
      <w:r>
        <w:rPr>
          <w:rFonts w:ascii="Times New Roman" w:hAnsi="Times New Roman" w:eastAsia="宋体"/>
          <w:b w:val="0"/>
          <w:i w:val="0"/>
          <w:sz w:val="21"/>
        </w:rPr>
        <w:t>因此 log k = 4 - log 625 = log10000/625 = log 16，所以 k = 16。于是 k + a + b = 16 + 4 + 2 = 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logarithms, log v = log k + alog n + blog m.</w:t>
      </w:r>
    </w:p>
    <w:p>
      <w:pPr>
        <w:spacing w:before="0" w:after="80" w:line="300" w:lineRule="auto"/>
        <w:jc w:val="left"/>
      </w:pPr>
      <w:r>
        <w:rPr>
          <w:rFonts w:ascii="Times New Roman" w:hAnsi="Times New Roman" w:eastAsia="宋体"/>
          <w:b w:val="0"/>
          <w:i w:val="0"/>
          <w:color w:val="333333"/>
          <w:sz w:val="19"/>
        </w:rPr>
        <w:t>With n = 5, this reads log v = (log k + alog 5) + blog m, matching 4 + 2log m, so b = 2 and log k + alog 5 = 4.</w:t>
      </w:r>
    </w:p>
    <w:p>
      <w:pPr>
        <w:spacing w:before="0" w:after="80" w:line="300" w:lineRule="auto"/>
        <w:jc w:val="left"/>
      </w:pPr>
      <w:r>
        <w:rPr>
          <w:rFonts w:ascii="Times New Roman" w:hAnsi="Times New Roman" w:eastAsia="宋体"/>
          <w:b w:val="0"/>
          <w:i w:val="0"/>
          <w:color w:val="333333"/>
          <w:sz w:val="19"/>
        </w:rPr>
        <w:t>With m = 25, it reads log v = (log k + blog 25) + alog n, matching 4 + 4log n, so a = 4 and log k + 2log 25 = 4.</w:t>
      </w:r>
    </w:p>
    <w:p>
      <w:pPr>
        <w:spacing w:before="0" w:after="80" w:line="300" w:lineRule="auto"/>
        <w:jc w:val="left"/>
      </w:pPr>
      <w:r>
        <w:rPr>
          <w:rFonts w:ascii="Times New Roman" w:hAnsi="Times New Roman" w:eastAsia="宋体"/>
          <w:b w:val="0"/>
          <w:i w:val="0"/>
          <w:color w:val="333333"/>
          <w:sz w:val="19"/>
        </w:rPr>
        <w:t>Then log k = 4 - log 625 = log10000/625 = log 16, so k = 16. Hence k + a + b = 16 + 4 + 2 = 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圆周角 ∠ BEC = 30° 对着弧 BC = 60°，所以同样对着弧 BC 的 ∠ BAC 等于 30°。同理，∠ CAD = 30°。</w:t>
      </w:r>
    </w:p>
    <w:p>
      <w:pPr>
        <w:spacing w:before="0" w:after="80" w:line="300" w:lineRule="auto"/>
        <w:jc w:val="left"/>
      </w:pPr>
      <w:r>
        <w:rPr>
          <w:rFonts w:ascii="Times New Roman" w:hAnsi="Times New Roman" w:eastAsia="宋体"/>
          <w:b w:val="0"/>
          <w:i w:val="0"/>
          <w:sz w:val="21"/>
        </w:rPr>
        <w:t>因此 AC 平分 ∠ BAD = 60°。在 △ ABD 中，</w:t>
      </w:r>
    </w:p>
    <w:p>
      <w:pPr>
        <w:spacing w:before="0" w:after="80" w:line="300" w:lineRule="auto"/>
        <w:jc w:val="left"/>
      </w:pPr>
      <w:r>
        <w:rPr>
          <w:rFonts w:ascii="Times New Roman" w:hAnsi="Times New Roman" w:eastAsia="宋体"/>
          <w:b w:val="0"/>
          <w:i w:val="0"/>
          <w:sz w:val="21"/>
        </w:rPr>
        <w:t>BD² = 9² + 24²</w:t>
      </w:r>
    </w:p>
    <w:p>
      <w:pPr>
        <w:spacing w:before="0" w:after="80" w:line="300" w:lineRule="auto"/>
        <w:jc w:val="left"/>
      </w:pPr>
      <w:r>
        <w:rPr>
          <w:rFonts w:ascii="Times New Roman" w:hAnsi="Times New Roman" w:eastAsia="宋体"/>
          <w:b w:val="0"/>
          <w:i w:val="0"/>
          <w:sz w:val="21"/>
        </w:rPr>
        <w:t>- 2(9)(24)cos 60°</w:t>
      </w:r>
    </w:p>
    <w:p>
      <w:pPr>
        <w:spacing w:before="0" w:after="80" w:line="300" w:lineRule="auto"/>
        <w:jc w:val="left"/>
      </w:pPr>
      <w:r>
        <w:rPr>
          <w:rFonts w:ascii="Times New Roman" w:hAnsi="Times New Roman" w:eastAsia="宋体"/>
          <w:b w:val="0"/>
          <w:i w:val="0"/>
          <w:sz w:val="21"/>
        </w:rPr>
        <w:t>= 657 - 216 = 441，</w:t>
      </w:r>
    </w:p>
    <w:p>
      <w:pPr>
        <w:spacing w:before="0" w:after="80" w:line="300" w:lineRule="auto"/>
        <w:jc w:val="left"/>
      </w:pPr>
      <w:r>
        <w:rPr>
          <w:rFonts w:ascii="Times New Roman" w:hAnsi="Times New Roman" w:eastAsia="宋体"/>
          <w:b w:val="0"/>
          <w:i w:val="0"/>
          <w:sz w:val="21"/>
        </w:rPr>
        <w:t>所以 BD = 21。</w:t>
      </w:r>
    </w:p>
    <w:p>
      <w:pPr>
        <w:spacing w:before="0" w:after="80" w:line="300" w:lineRule="auto"/>
        <w:jc w:val="left"/>
      </w:pPr>
      <w:r>
        <w:rPr>
          <w:rFonts w:ascii="Times New Roman" w:hAnsi="Times New Roman" w:eastAsia="宋体"/>
          <w:b w:val="0"/>
          <w:i w:val="0"/>
          <w:sz w:val="21"/>
        </w:rPr>
        <w:t>因为 AF（沿着 AC）平分 ∠ BAD， 由角平分线定理， BF/FD = AB/AD = 9/24 = 3/8。因此 BF = 3/11· 21 = 63/11。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inscribed angle ∠ BEC = 30° subtends arc BC = 60°, so ∠ BAC, which also subtends arc BC, equals 30°. Likewise ∠ CAD = 30°.</w:t>
      </w:r>
    </w:p>
    <w:p>
      <w:pPr>
        <w:spacing w:before="0" w:after="80" w:line="300" w:lineRule="auto"/>
        <w:jc w:val="left"/>
      </w:pPr>
      <w:r>
        <w:rPr>
          <w:rFonts w:ascii="Times New Roman" w:hAnsi="Times New Roman" w:eastAsia="宋体"/>
          <w:b w:val="0"/>
          <w:i w:val="0"/>
          <w:color w:val="333333"/>
          <w:sz w:val="19"/>
        </w:rPr>
        <w:t>Thus AC bisects ∠ BAD = 60°. In △ ABD,</w:t>
      </w:r>
    </w:p>
    <w:p>
      <w:pPr>
        <w:spacing w:before="0" w:after="80" w:line="300" w:lineRule="auto"/>
        <w:jc w:val="left"/>
      </w:pPr>
      <w:r>
        <w:rPr>
          <w:rFonts w:ascii="Times New Roman" w:hAnsi="Times New Roman" w:eastAsia="宋体"/>
          <w:b w:val="0"/>
          <w:i w:val="0"/>
          <w:color w:val="333333"/>
          <w:sz w:val="19"/>
        </w:rPr>
        <w:t>BD² = 9² + 24²</w:t>
      </w:r>
    </w:p>
    <w:p>
      <w:pPr>
        <w:spacing w:before="0" w:after="80" w:line="300" w:lineRule="auto"/>
        <w:jc w:val="left"/>
      </w:pPr>
      <w:r>
        <w:rPr>
          <w:rFonts w:ascii="Times New Roman" w:hAnsi="Times New Roman" w:eastAsia="宋体"/>
          <w:b w:val="0"/>
          <w:i w:val="0"/>
          <w:color w:val="333333"/>
          <w:sz w:val="19"/>
        </w:rPr>
        <w:t>- 2(9)(24)cos 60°</w:t>
      </w:r>
    </w:p>
    <w:p>
      <w:pPr>
        <w:spacing w:before="0" w:after="80" w:line="300" w:lineRule="auto"/>
        <w:jc w:val="left"/>
      </w:pPr>
      <w:r>
        <w:rPr>
          <w:rFonts w:ascii="Times New Roman" w:hAnsi="Times New Roman" w:eastAsia="宋体"/>
          <w:b w:val="0"/>
          <w:i w:val="0"/>
          <w:color w:val="333333"/>
          <w:sz w:val="19"/>
        </w:rPr>
        <w:t>= 657 - 216 = 441,</w:t>
      </w:r>
    </w:p>
    <w:p>
      <w:pPr>
        <w:spacing w:before="0" w:after="80" w:line="300" w:lineRule="auto"/>
        <w:jc w:val="left"/>
      </w:pPr>
      <w:r>
        <w:rPr>
          <w:rFonts w:ascii="Times New Roman" w:hAnsi="Times New Roman" w:eastAsia="宋体"/>
          <w:b w:val="0"/>
          <w:i w:val="0"/>
          <w:color w:val="333333"/>
          <w:sz w:val="19"/>
        </w:rPr>
        <w:t>so BD = 21.</w:t>
      </w:r>
    </w:p>
    <w:p>
      <w:pPr>
        <w:spacing w:before="0" w:after="80" w:line="300" w:lineRule="auto"/>
        <w:jc w:val="left"/>
      </w:pPr>
      <w:r>
        <w:rPr>
          <w:rFonts w:ascii="Times New Roman" w:hAnsi="Times New Roman" w:eastAsia="宋体"/>
          <w:b w:val="0"/>
          <w:i w:val="0"/>
          <w:color w:val="333333"/>
          <w:sz w:val="19"/>
        </w:rPr>
        <w:t>Since AF (along AC) bisects ∠ BAD, the Angle Bisector Theorem gives BF/FD = AB/AD = 9/24 = 3/8. Hence BF = 3/11· 21 = 63/11.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计算得 w² = (2+i)² = 3 + 4i，所以这些点是 (2,1) 和 (3,4)。</w:t>
      </w:r>
    </w:p>
    <w:p>
      <w:pPr>
        <w:spacing w:before="0" w:after="80" w:line="300" w:lineRule="auto"/>
        <w:jc w:val="left"/>
      </w:pPr>
      <w:r>
        <w:rPr>
          <w:rFonts w:ascii="Times New Roman" w:hAnsi="Times New Roman" w:eastAsia="宋体"/>
          <w:b w:val="0"/>
          <w:i w:val="0"/>
          <w:sz w:val="21"/>
        </w:rPr>
        <w:t>过它们的直线斜率为 4-1/3-2 = 3，因而方程为 y = 3x - 5。令 y = 0 得到 x = 5/3。</w:t>
      </w:r>
    </w:p>
    <w:p>
      <w:pPr>
        <w:spacing w:before="0" w:after="80" w:line="300" w:lineRule="auto"/>
        <w:jc w:val="left"/>
      </w:pPr>
      <w:r>
        <w:rPr>
          <w:rFonts w:ascii="Times New Roman" w:hAnsi="Times New Roman" w:eastAsia="宋体"/>
          <w:b w:val="0"/>
          <w:i w:val="0"/>
          <w:sz w:val="21"/>
        </w:rPr>
        <w:t>所以 r = 5/3。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Compute w² = (2+i)² = 3 + 4i, so the points are (2,1) and (3,4).</w:t>
      </w:r>
    </w:p>
    <w:p>
      <w:pPr>
        <w:spacing w:before="0" w:after="80" w:line="300" w:lineRule="auto"/>
        <w:jc w:val="left"/>
      </w:pPr>
      <w:r>
        <w:rPr>
          <w:rFonts w:ascii="Times New Roman" w:hAnsi="Times New Roman" w:eastAsia="宋体"/>
          <w:b w:val="0"/>
          <w:i w:val="0"/>
          <w:color w:val="333333"/>
          <w:sz w:val="19"/>
        </w:rPr>
        <w:t>The line through them has slope 4-1/3-2 = 3, giving y = 3x - 5. Setting y = 0 yields x = 5/3.</w:t>
      </w:r>
    </w:p>
    <w:p>
      <w:pPr>
        <w:spacing w:before="0" w:after="80" w:line="300" w:lineRule="auto"/>
        <w:jc w:val="left"/>
      </w:pPr>
      <w:r>
        <w:rPr>
          <w:rFonts w:ascii="Times New Roman" w:hAnsi="Times New Roman" w:eastAsia="宋体"/>
          <w:b w:val="0"/>
          <w:i w:val="0"/>
          <w:color w:val="333333"/>
          <w:sz w:val="19"/>
        </w:rPr>
        <w:t>So r = 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设 R₁ = OA = OD，R₂ = OB = OC，并设 α = ∠ AOD = ∠ BOC（两条射线重合）。劣弧 BC 的长度为 R₂α = 2π，而优弧 AD 是其反向的大弧，所以 R₁(2π - α) = 2π。</w:t>
      </w:r>
    </w:p>
    <w:p>
      <w:pPr>
        <w:spacing w:before="0" w:after="80" w:line="300" w:lineRule="auto"/>
        <w:jc w:val="left"/>
      </w:pPr>
      <w:r>
        <w:rPr>
          <w:rFonts w:ascii="Times New Roman" w:hAnsi="Times New Roman" w:eastAsia="宋体"/>
          <w:b w:val="0"/>
          <w:i w:val="0"/>
          <w:sz w:val="21"/>
        </w:rPr>
        <w:t>每条线段 AB = CD = R₂ - R₁ = 2π。</w:t>
      </w:r>
    </w:p>
    <w:p>
      <w:pPr>
        <w:spacing w:before="0" w:after="80" w:line="300" w:lineRule="auto"/>
        <w:jc w:val="left"/>
      </w:pPr>
      <w:r>
        <w:rPr>
          <w:rFonts w:ascii="Times New Roman" w:hAnsi="Times New Roman" w:eastAsia="宋体"/>
          <w:b w:val="0"/>
          <w:i w:val="0"/>
          <w:sz w:val="21"/>
        </w:rPr>
        <w:t>由前两个方程，R₂ = 2π/α，R₁ = 2π/(2π - α)。代入 R₂ - R₁ = 2π 并两边除以 2π，得到</w:t>
      </w:r>
    </w:p>
    <w:p>
      <w:pPr>
        <w:spacing w:before="0" w:after="80" w:line="300" w:lineRule="auto"/>
        <w:jc w:val="left"/>
      </w:pPr>
      <w:r>
        <w:rPr>
          <w:rFonts w:ascii="Times New Roman" w:hAnsi="Times New Roman" w:eastAsia="宋体"/>
          <w:b w:val="0"/>
          <w:i w:val="0"/>
          <w:sz w:val="21"/>
        </w:rPr>
        <w:t>1/α - 1/(2π - α) = 1，</w:t>
      </w:r>
    </w:p>
    <w:p>
      <w:pPr>
        <w:spacing w:before="0" w:after="80" w:line="300" w:lineRule="auto"/>
        <w:jc w:val="left"/>
      </w:pPr>
      <w:r>
        <w:rPr>
          <w:rFonts w:ascii="Times New Roman" w:hAnsi="Times New Roman" w:eastAsia="宋体"/>
          <w:b w:val="0"/>
          <w:i w:val="0"/>
          <w:sz w:val="21"/>
        </w:rPr>
        <w:t>它可化简为 α² - 2(1+π)α + 2π = 0。</w:t>
      </w:r>
    </w:p>
    <w:p>
      <w:pPr>
        <w:spacing w:before="0" w:after="80" w:line="300" w:lineRule="auto"/>
        <w:jc w:val="left"/>
      </w:pPr>
      <w:r>
        <w:rPr>
          <w:rFonts w:ascii="Times New Roman" w:hAnsi="Times New Roman" w:eastAsia="宋体"/>
          <w:b w:val="0"/>
          <w:i w:val="0"/>
          <w:sz w:val="21"/>
        </w:rPr>
        <w:t>较大的根大于 2π，不可能是这段劣弧的圆心角，所以 α = (1+π) - √(1+π²)。于是</w:t>
      </w:r>
    </w:p>
    <w:p>
      <w:pPr>
        <w:spacing w:before="0" w:after="80" w:line="300" w:lineRule="auto"/>
        <w:jc w:val="left"/>
      </w:pPr>
      <w:r>
        <w:rPr>
          <w:rFonts w:ascii="Times New Roman" w:hAnsi="Times New Roman" w:eastAsia="宋体"/>
          <w:b w:val="0"/>
          <w:i w:val="0"/>
          <w:sz w:val="21"/>
        </w:rPr>
        <w:t>R₁ = 2π/(2π - α)</w:t>
      </w:r>
    </w:p>
    <w:p>
      <w:pPr>
        <w:spacing w:before="0" w:after="80" w:line="300" w:lineRule="auto"/>
        <w:jc w:val="left"/>
      </w:pPr>
      <w:r>
        <w:rPr>
          <w:rFonts w:ascii="Times New Roman" w:hAnsi="Times New Roman" w:eastAsia="宋体"/>
          <w:b w:val="0"/>
          <w:i w:val="0"/>
          <w:sz w:val="21"/>
        </w:rPr>
        <w:t>= 2π/(π - 1 + √(1+π²))</w:t>
      </w:r>
    </w:p>
    <w:p>
      <w:pPr>
        <w:spacing w:before="0" w:after="80" w:line="300" w:lineRule="auto"/>
        <w:jc w:val="left"/>
      </w:pPr>
      <w:r>
        <w:rPr>
          <w:rFonts w:ascii="Times New Roman" w:hAnsi="Times New Roman" w:eastAsia="宋体"/>
          <w:b w:val="0"/>
          <w:i w:val="0"/>
          <w:sz w:val="21"/>
        </w:rPr>
        <w:t>= 1 - π + √(1+π²)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其中最后一步作了有理化（分母乘以 √(1+π²) - (π-1) 等于 2π）。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R₁ = OA = OD and R₂ = OB = OC, and let α = ∠ AOD = ∠ BOC (the rays coincide). The minor arc BC has length R₂α = 2π, and the major arc AD is the reflex arc, so R₁(2π - α) = 2π.</w:t>
      </w:r>
    </w:p>
    <w:p>
      <w:pPr>
        <w:spacing w:before="0" w:after="80" w:line="300" w:lineRule="auto"/>
        <w:jc w:val="left"/>
      </w:pPr>
      <w:r>
        <w:rPr>
          <w:rFonts w:ascii="Times New Roman" w:hAnsi="Times New Roman" w:eastAsia="宋体"/>
          <w:b w:val="0"/>
          <w:i w:val="0"/>
          <w:color w:val="333333"/>
          <w:sz w:val="19"/>
        </w:rPr>
        <w:t>Each segment AB = CD = R₂ - R₁ = 2π.</w:t>
      </w:r>
    </w:p>
    <w:p>
      <w:pPr>
        <w:spacing w:before="0" w:after="80" w:line="300" w:lineRule="auto"/>
        <w:jc w:val="left"/>
      </w:pPr>
      <w:r>
        <w:rPr>
          <w:rFonts w:ascii="Times New Roman" w:hAnsi="Times New Roman" w:eastAsia="宋体"/>
          <w:b w:val="0"/>
          <w:i w:val="0"/>
          <w:color w:val="333333"/>
          <w:sz w:val="19"/>
        </w:rPr>
        <w:t>From the first two equations, R₂ = 2π/α and R₁ = 2π/(2π - α). Substituting into R₂ - R₁ = 2π and dividing by 2π gives</w:t>
      </w:r>
    </w:p>
    <w:p>
      <w:pPr>
        <w:spacing w:before="0" w:after="80" w:line="300" w:lineRule="auto"/>
        <w:jc w:val="left"/>
      </w:pPr>
      <w:r>
        <w:rPr>
          <w:rFonts w:ascii="Times New Roman" w:hAnsi="Times New Roman" w:eastAsia="宋体"/>
          <w:b w:val="0"/>
          <w:i w:val="0"/>
          <w:color w:val="333333"/>
          <w:sz w:val="19"/>
        </w:rPr>
        <w:t>1/α - 1/(2π - α) = 1,</w:t>
      </w:r>
    </w:p>
    <w:p>
      <w:pPr>
        <w:spacing w:before="0" w:after="80" w:line="300" w:lineRule="auto"/>
        <w:jc w:val="left"/>
      </w:pPr>
      <w:r>
        <w:rPr>
          <w:rFonts w:ascii="Times New Roman" w:hAnsi="Times New Roman" w:eastAsia="宋体"/>
          <w:b w:val="0"/>
          <w:i w:val="0"/>
          <w:color w:val="333333"/>
          <w:sz w:val="19"/>
        </w:rPr>
        <w:t>which simplifies to α² - 2(1+π)α + 2π = 0.</w:t>
      </w:r>
    </w:p>
    <w:p>
      <w:pPr>
        <w:spacing w:before="0" w:after="80" w:line="300" w:lineRule="auto"/>
        <w:jc w:val="left"/>
      </w:pPr>
      <w:r>
        <w:rPr>
          <w:rFonts w:ascii="Times New Roman" w:hAnsi="Times New Roman" w:eastAsia="宋体"/>
          <w:b w:val="0"/>
          <w:i w:val="0"/>
          <w:color w:val="333333"/>
          <w:sz w:val="19"/>
        </w:rPr>
        <w:t>The larger root is greater than 2π, so it cannot be an angle of this minor arc. Thus α = (1+π) - √(1+π²). Then</w:t>
      </w:r>
    </w:p>
    <w:p>
      <w:pPr>
        <w:spacing w:before="0" w:after="80" w:line="300" w:lineRule="auto"/>
        <w:jc w:val="left"/>
      </w:pPr>
      <w:r>
        <w:rPr>
          <w:rFonts w:ascii="Times New Roman" w:hAnsi="Times New Roman" w:eastAsia="宋体"/>
          <w:b w:val="0"/>
          <w:i w:val="0"/>
          <w:color w:val="333333"/>
          <w:sz w:val="19"/>
        </w:rPr>
        <w:t>R₁ = 2π/(2π - α)</w:t>
      </w:r>
    </w:p>
    <w:p>
      <w:pPr>
        <w:spacing w:before="0" w:after="80" w:line="300" w:lineRule="auto"/>
        <w:jc w:val="left"/>
      </w:pPr>
      <w:r>
        <w:rPr>
          <w:rFonts w:ascii="Times New Roman" w:hAnsi="Times New Roman" w:eastAsia="宋体"/>
          <w:b w:val="0"/>
          <w:i w:val="0"/>
          <w:color w:val="333333"/>
          <w:sz w:val="19"/>
        </w:rPr>
        <w:t>= 2π/(π - 1 + √(1+π²))</w:t>
      </w:r>
    </w:p>
    <w:p>
      <w:pPr>
        <w:spacing w:before="0" w:after="80" w:line="300" w:lineRule="auto"/>
        <w:jc w:val="left"/>
      </w:pPr>
      <w:r>
        <w:rPr>
          <w:rFonts w:ascii="Times New Roman" w:hAnsi="Times New Roman" w:eastAsia="宋体"/>
          <w:b w:val="0"/>
          <w:i w:val="0"/>
          <w:color w:val="333333"/>
          <w:sz w:val="19"/>
        </w:rPr>
        <w:t>= 1 - π + √(1+π²),</w:t>
      </w:r>
    </w:p>
    <w:p>
      <w:pPr>
        <w:spacing w:before="0" w:after="80" w:line="300" w:lineRule="auto"/>
        <w:jc w:val="left"/>
      </w:pPr>
      <w:r>
        <w:rPr>
          <w:rFonts w:ascii="Times New Roman" w:hAnsi="Times New Roman" w:eastAsia="宋体"/>
          <w:b w:val="0"/>
          <w:i w:val="0"/>
          <w:color w:val="333333"/>
          <w:sz w:val="19"/>
        </w:rPr>
        <w:t>after rationalizing (the denominator times √(1+π²) - (π-1) equals 2π).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由于 B 和 C 都在直线 y = 27 上，边 BC 是水平的，所以从 A 作的高是竖直直线 x = 2。</w:t>
      </w:r>
    </w:p>
    <w:p>
      <w:pPr>
        <w:spacing w:before="0" w:after="80" w:line="300" w:lineRule="auto"/>
        <w:jc w:val="left"/>
      </w:pPr>
      <w:r>
        <w:rPr>
          <w:rFonts w:ascii="Times New Roman" w:hAnsi="Times New Roman" w:eastAsia="宋体"/>
          <w:b w:val="0"/>
          <w:i w:val="0"/>
          <w:sz w:val="21"/>
        </w:rPr>
        <w:t>边 AC 的斜率为 (27 - 31)/(18 - 2) = -1/4，所以从 B 作的高斜率为 4：</w:t>
      </w:r>
    </w:p>
    <w:p>
      <w:pPr>
        <w:spacing w:before="0" w:after="80" w:line="300" w:lineRule="auto"/>
        <w:jc w:val="left"/>
      </w:pPr>
      <w:r>
        <w:rPr>
          <w:rFonts w:ascii="Times New Roman" w:hAnsi="Times New Roman" w:eastAsia="宋体"/>
          <w:b w:val="0"/>
          <w:i w:val="0"/>
          <w:sz w:val="21"/>
        </w:rPr>
        <w:t>y - 27 = 4(x - 8)。</w:t>
      </w:r>
    </w:p>
    <w:p>
      <w:pPr>
        <w:spacing w:before="0" w:after="80" w:line="300" w:lineRule="auto"/>
        <w:jc w:val="left"/>
      </w:pPr>
      <w:r>
        <w:rPr>
          <w:rFonts w:ascii="Times New Roman" w:hAnsi="Times New Roman" w:eastAsia="宋体"/>
          <w:b w:val="0"/>
          <w:i w:val="0"/>
          <w:sz w:val="21"/>
        </w:rPr>
        <w:t>当 x = 2 时，y = 27 + 4(2 - 8) = 3。垂心为 (2, 3)，坐标和为 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B and C both have y = 27, side BC is horizontal and the altitude from A is the vertical line x = 2.</w:t>
      </w:r>
    </w:p>
    <w:p>
      <w:pPr>
        <w:spacing w:before="0" w:after="80" w:line="300" w:lineRule="auto"/>
        <w:jc w:val="left"/>
      </w:pPr>
      <w:r>
        <w:rPr>
          <w:rFonts w:ascii="Times New Roman" w:hAnsi="Times New Roman" w:eastAsia="宋体"/>
          <w:b w:val="0"/>
          <w:i w:val="0"/>
          <w:color w:val="333333"/>
          <w:sz w:val="19"/>
        </w:rPr>
        <w:t>Side AC has slope (27 - 31)/(18 - 2) = -1/4, so the altitude from B has slope 4:</w:t>
      </w:r>
    </w:p>
    <w:p>
      <w:pPr>
        <w:spacing w:before="0" w:after="80" w:line="300" w:lineRule="auto"/>
        <w:jc w:val="left"/>
      </w:pPr>
      <w:r>
        <w:rPr>
          <w:rFonts w:ascii="Times New Roman" w:hAnsi="Times New Roman" w:eastAsia="宋体"/>
          <w:b w:val="0"/>
          <w:i w:val="0"/>
          <w:color w:val="333333"/>
          <w:sz w:val="19"/>
        </w:rPr>
        <w:t>y - 27 = 4(x - 8).</w:t>
      </w:r>
    </w:p>
    <w:p>
      <w:pPr>
        <w:spacing w:before="0" w:after="80" w:line="300" w:lineRule="auto"/>
        <w:jc w:val="left"/>
      </w:pPr>
      <w:r>
        <w:rPr>
          <w:rFonts w:ascii="Times New Roman" w:hAnsi="Times New Roman" w:eastAsia="宋体"/>
          <w:b w:val="0"/>
          <w:i w:val="0"/>
          <w:color w:val="333333"/>
          <w:sz w:val="19"/>
        </w:rPr>
        <w:t>At x = 2, y = 27 + 4(2 - 8) = 3. The orthocenter is (2, 3), with coordinate sum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每个因式 kx² - 4x - 3 的判别式为 16 + 12k &gt; 0，所以它有两个实根；总共有 4050 个根。</w:t>
      </w:r>
    </w:p>
    <w:p>
      <w:pPr>
        <w:spacing w:before="0" w:after="80" w:line="300" w:lineRule="auto"/>
        <w:jc w:val="left"/>
      </w:pPr>
      <w:r>
        <w:rPr>
          <w:rFonts w:ascii="Times New Roman" w:hAnsi="Times New Roman" w:eastAsia="宋体"/>
          <w:b w:val="0"/>
          <w:i w:val="0"/>
          <w:sz w:val="21"/>
        </w:rPr>
        <w:t>对 kx² - 4x - 3 的根，倒数之和为 和/积 = (4/k)/(-3/k) = -4/3，与 k 无关。</w:t>
      </w:r>
    </w:p>
    <w:p>
      <w:pPr>
        <w:spacing w:before="0" w:after="80" w:line="300" w:lineRule="auto"/>
        <w:jc w:val="left"/>
      </w:pPr>
      <w:r>
        <w:rPr>
          <w:rFonts w:ascii="Times New Roman" w:hAnsi="Times New Roman" w:eastAsia="宋体"/>
          <w:b w:val="0"/>
          <w:i w:val="0"/>
          <w:sz w:val="21"/>
        </w:rPr>
        <w:t>对全部 2025 个因式求和，Σ 1/r = 2025(-4/3) = -2700。调和平均数为</w:t>
      </w:r>
    </w:p>
    <w:p>
      <w:pPr>
        <w:spacing w:before="0" w:after="80" w:line="300" w:lineRule="auto"/>
        <w:jc w:val="left"/>
      </w:pPr>
      <w:r>
        <w:rPr>
          <w:rFonts w:ascii="Times New Roman" w:hAnsi="Times New Roman" w:eastAsia="宋体"/>
          <w:b w:val="0"/>
          <w:i w:val="0"/>
          <w:sz w:val="21"/>
        </w:rPr>
        <w:t>4050/-2700 = -3/2。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factor kx² - 4x - 3 has discriminant 16 + 12k &gt; 0, so it has two real roots; there are 4050 roots in all.</w:t>
      </w:r>
    </w:p>
    <w:p>
      <w:pPr>
        <w:spacing w:before="0" w:after="80" w:line="300" w:lineRule="auto"/>
        <w:jc w:val="left"/>
      </w:pPr>
      <w:r>
        <w:rPr>
          <w:rFonts w:ascii="Times New Roman" w:hAnsi="Times New Roman" w:eastAsia="宋体"/>
          <w:b w:val="0"/>
          <w:i w:val="0"/>
          <w:color w:val="333333"/>
          <w:sz w:val="19"/>
        </w:rPr>
        <w:t>For the roots of kx² - 4x - 3, the sum of reciprocals is sum/product = (4/k)/(-3/k) = -4/3, independent of k.</w:t>
      </w:r>
    </w:p>
    <w:p>
      <w:pPr>
        <w:spacing w:before="0" w:after="80" w:line="300" w:lineRule="auto"/>
        <w:jc w:val="left"/>
      </w:pPr>
      <w:r>
        <w:rPr>
          <w:rFonts w:ascii="Times New Roman" w:hAnsi="Times New Roman" w:eastAsia="宋体"/>
          <w:b w:val="0"/>
          <w:i w:val="0"/>
          <w:color w:val="333333"/>
          <w:sz w:val="19"/>
        </w:rPr>
        <w:t>Summing over all 2025 factors, Σ 1/r = 2025(-4/3) = -2700. The harmonic mean is</w:t>
      </w:r>
    </w:p>
    <w:p>
      <w:pPr>
        <w:spacing w:before="0" w:after="80" w:line="300" w:lineRule="auto"/>
        <w:jc w:val="left"/>
      </w:pPr>
      <w:r>
        <w:rPr>
          <w:rFonts w:ascii="Times New Roman" w:hAnsi="Times New Roman" w:eastAsia="宋体"/>
          <w:b w:val="0"/>
          <w:i w:val="0"/>
          <w:color w:val="333333"/>
          <w:sz w:val="19"/>
        </w:rPr>
        <w:t>4050/-2700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要避免五个连续整数，只需去掉两个元素（例如 5 和 10），而去掉一个元素不可能同时击中两个不相交的区块 {1,…,5} 和 {9,…,13}。因此 N = 11。</w:t>
      </w:r>
    </w:p>
    <w:p>
      <w:pPr>
        <w:spacing w:before="0" w:after="80" w:line="300" w:lineRule="auto"/>
        <w:jc w:val="left"/>
      </w:pPr>
      <w:r>
        <w:rPr>
          <w:rFonts w:ascii="Times New Roman" w:hAnsi="Times New Roman" w:eastAsia="宋体"/>
          <w:b w:val="0"/>
          <w:i w:val="0"/>
          <w:sz w:val="21"/>
        </w:rPr>
        <w:t>从 13 个元素中选 11 个，等价于去掉 2 个，共有 C(13, 2) = 78 种。所选集合不含五个连续整数，当且仅当两个被去掉的元素合起来与每个窗口 {t, t+1, t+2, t+3, t+4} 相交，其中 t = 1, …, 9。</w:t>
      </w:r>
    </w:p>
    <w:p>
      <w:pPr>
        <w:spacing w:before="0" w:after="80" w:line="300" w:lineRule="auto"/>
        <w:jc w:val="left"/>
      </w:pPr>
      <w:r>
        <w:rPr>
          <w:rFonts w:ascii="Times New Roman" w:hAnsi="Times New Roman" w:eastAsia="宋体"/>
          <w:b w:val="0"/>
          <w:i w:val="0"/>
          <w:sz w:val="21"/>
        </w:rPr>
        <w:t>这迫使一个被去掉的元素在 {1,…,5} 中，另一个在 {9,…,13} 中，并且两者相距不超过 5。有效的去法为 {4,9}、{5,9} 和 {5,10}，共 3 种。</w:t>
      </w:r>
    </w:p>
    <w:p>
      <w:pPr>
        <w:spacing w:before="0" w:after="80" w:line="300" w:lineRule="auto"/>
        <w:jc w:val="left"/>
      </w:pPr>
      <w:r>
        <w:rPr>
          <w:rFonts w:ascii="Times New Roman" w:hAnsi="Times New Roman" w:eastAsia="宋体"/>
          <w:b w:val="0"/>
          <w:i w:val="0"/>
          <w:sz w:val="21"/>
        </w:rPr>
        <w:t>概率为 3/78 = 1/26。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avoid five consecutive integers, it suffices to remove two elements (for example 5 and 10), and no single removal can hit both disjoint blocks {1,…,5} and {9,…,13}. Thus N = 11.</w:t>
      </w:r>
    </w:p>
    <w:p>
      <w:pPr>
        <w:spacing w:before="0" w:after="80" w:line="300" w:lineRule="auto"/>
        <w:jc w:val="left"/>
      </w:pPr>
      <w:r>
        <w:rPr>
          <w:rFonts w:ascii="Times New Roman" w:hAnsi="Times New Roman" w:eastAsia="宋体"/>
          <w:b w:val="0"/>
          <w:i w:val="0"/>
          <w:color w:val="333333"/>
          <w:sz w:val="19"/>
        </w:rPr>
        <w:t>Choosing 11 of 13 elements is the same as removing 2, which can be done in C(13, 2) = 78 ways. The chosen set avoids five consecutive integers exactly when the two removed elements together intersect every window {t, t+1, t+2, t+3, t+4} for t = 1, …, 9.</w:t>
      </w:r>
    </w:p>
    <w:p>
      <w:pPr>
        <w:spacing w:before="0" w:after="80" w:line="300" w:lineRule="auto"/>
        <w:jc w:val="left"/>
      </w:pPr>
      <w:r>
        <w:rPr>
          <w:rFonts w:ascii="Times New Roman" w:hAnsi="Times New Roman" w:eastAsia="宋体"/>
          <w:b w:val="0"/>
          <w:i w:val="0"/>
          <w:color w:val="333333"/>
          <w:sz w:val="19"/>
        </w:rPr>
        <w:t>This forces one removed element in {1,…,5}, the other in {9,…,13}, and the two within 5 of each other. The valid removals are {4,9}, {5,9}, and {5,10}, giving 3 of them.</w:t>
      </w:r>
    </w:p>
    <w:p>
      <w:pPr>
        <w:spacing w:before="0" w:after="80" w:line="300" w:lineRule="auto"/>
        <w:jc w:val="left"/>
      </w:pPr>
      <w:r>
        <w:rPr>
          <w:rFonts w:ascii="Times New Roman" w:hAnsi="Times New Roman" w:eastAsia="宋体"/>
          <w:b w:val="0"/>
          <w:i w:val="0"/>
          <w:color w:val="333333"/>
          <w:sz w:val="19"/>
        </w:rPr>
        <w:t>The probability is 3/78 = 1/26.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离心率相同，则 b = a√(1 - e²)，所以面积 π a b ∝ a²。面积之比为 2025，因此 a₁/a₂ = √(2025) = 45，其中 a₁, a₂ 是两个半长轴。</w:t>
      </w:r>
    </w:p>
    <w:p>
      <w:pPr>
        <w:spacing w:before="0" w:after="80" w:line="300" w:lineRule="auto"/>
        <w:jc w:val="left"/>
      </w:pPr>
      <w:r>
        <w:rPr>
          <w:rFonts w:ascii="Times New Roman" w:hAnsi="Times New Roman" w:eastAsia="宋体"/>
          <w:b w:val="0"/>
          <w:i w:val="0"/>
          <w:sz w:val="21"/>
        </w:rPr>
        <w:t>两个椭圆共用焦点 G。在大椭圆中，G 是右焦点，所以右顶点位于 G 右侧 a₁ - c₁ 处。在小椭圆中，G 是左焦点，所以右顶点位于 G 右侧 a₂ + c₂ 处。内切使这两个点重合：</w:t>
      </w:r>
    </w:p>
    <w:p>
      <w:pPr>
        <w:spacing w:before="0" w:after="80" w:line="300" w:lineRule="auto"/>
        <w:jc w:val="left"/>
      </w:pPr>
      <w:r>
        <w:rPr>
          <w:rFonts w:ascii="Times New Roman" w:hAnsi="Times New Roman" w:eastAsia="宋体"/>
          <w:b w:val="0"/>
          <w:i w:val="0"/>
          <w:sz w:val="21"/>
        </w:rPr>
        <w:t>a₁ - c₁ = a₂ + c₂。</w:t>
      </w:r>
    </w:p>
    <w:p>
      <w:pPr>
        <w:spacing w:before="0" w:after="80" w:line="300" w:lineRule="auto"/>
        <w:jc w:val="left"/>
      </w:pPr>
      <w:r>
        <w:rPr>
          <w:rFonts w:ascii="Times New Roman" w:hAnsi="Times New Roman" w:eastAsia="宋体"/>
          <w:b w:val="0"/>
          <w:i w:val="0"/>
          <w:sz w:val="21"/>
        </w:rPr>
        <w:t>利用 c = ea，得 a₁(1 - e) = a₂(1 + e)，所以 45(1 - e) = 1 + e，从而 46e = 44，e = 22/23。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the same eccentricity, b = a√(1 - e²), so the area π a b ∝ a². The area ratio 2025 gives a₁/a₂ = √(2025) = 45, where a₁, a₂ are the semi-major axes.</w:t>
      </w:r>
    </w:p>
    <w:p>
      <w:pPr>
        <w:spacing w:before="0" w:after="80" w:line="300" w:lineRule="auto"/>
        <w:jc w:val="left"/>
      </w:pPr>
      <w:r>
        <w:rPr>
          <w:rFonts w:ascii="Times New Roman" w:hAnsi="Times New Roman" w:eastAsia="宋体"/>
          <w:b w:val="0"/>
          <w:i w:val="0"/>
          <w:color w:val="333333"/>
          <w:sz w:val="19"/>
        </w:rPr>
        <w:t>Both ellipses share focus G. On the large ellipse G is the right focus, so its right vertex lies a₁ - c₁ to the right of G. On the small ellipse G is the left focus, so its right vertex lies a₂ + c₂ to the right of G. Internal tangency makes these coincide:</w:t>
      </w:r>
    </w:p>
    <w:p>
      <w:pPr>
        <w:spacing w:before="0" w:after="80" w:line="300" w:lineRule="auto"/>
        <w:jc w:val="left"/>
      </w:pPr>
      <w:r>
        <w:rPr>
          <w:rFonts w:ascii="Times New Roman" w:hAnsi="Times New Roman" w:eastAsia="宋体"/>
          <w:b w:val="0"/>
          <w:i w:val="0"/>
          <w:color w:val="333333"/>
          <w:sz w:val="19"/>
        </w:rPr>
        <w:t>a₁ - c₁ = a₂ + c₂.</w:t>
      </w:r>
    </w:p>
    <w:p>
      <w:pPr>
        <w:spacing w:before="0" w:after="80" w:line="300" w:lineRule="auto"/>
        <w:jc w:val="left"/>
      </w:pPr>
      <w:r>
        <w:rPr>
          <w:rFonts w:ascii="Times New Roman" w:hAnsi="Times New Roman" w:eastAsia="宋体"/>
          <w:b w:val="0"/>
          <w:i w:val="0"/>
          <w:color w:val="333333"/>
          <w:sz w:val="19"/>
        </w:rPr>
        <w:t>Using c = ea, a₁(1 - e) = a₂(1 + e), so 45(1 - e) = 1 + e, giving 46e = 44 and e = 22/23.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集合 {11, 12, …, 20} 有 10 个元素，并且是无和集，因为其中任意两个元素之和至少为 22 &gt; 20。</w:t>
      </w:r>
    </w:p>
    <w:p>
      <w:pPr>
        <w:spacing w:before="0" w:after="80" w:line="300" w:lineRule="auto"/>
        <w:jc w:val="left"/>
      </w:pPr>
      <w:r>
        <w:rPr>
          <w:rFonts w:ascii="Times New Roman" w:hAnsi="Times New Roman" w:eastAsia="宋体"/>
          <w:b w:val="0"/>
          <w:i w:val="0"/>
          <w:sz w:val="21"/>
        </w:rPr>
        <w:t>为了证明上界，设 a₁ &lt; a₂ &lt; ⋯ &lt; aₖ 是一个无和子集。对每个 i &lt; k，差 aₖ - aᵢ 不能在 S 中，因为若在，则 (aₖ - aᵢ) + aᵢ = aₖ ∈ S，违反无和性。</w:t>
      </w:r>
    </w:p>
    <w:p>
      <w:pPr>
        <w:spacing w:before="0" w:after="80" w:line="300" w:lineRule="auto"/>
        <w:jc w:val="left"/>
      </w:pPr>
      <w:r>
        <w:rPr>
          <w:rFonts w:ascii="Times New Roman" w:hAnsi="Times New Roman" w:eastAsia="宋体"/>
          <w:b w:val="0"/>
          <w:i w:val="0"/>
          <w:sz w:val="21"/>
        </w:rPr>
        <w:t>这 k - 1 个差互不相同，属于 {1, …, 19}，并且与 S 的 k 个元素不相交。所以 k + (k - 1) ≤ 20，得到 k ≤ 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{11, 12, …, 20} has 10 elements and is sum-free, since any two elements sum to at least 22 &gt; 20.</w:t>
      </w:r>
    </w:p>
    <w:p>
      <w:pPr>
        <w:spacing w:before="0" w:after="80" w:line="300" w:lineRule="auto"/>
        <w:jc w:val="left"/>
      </w:pPr>
      <w:r>
        <w:rPr>
          <w:rFonts w:ascii="Times New Roman" w:hAnsi="Times New Roman" w:eastAsia="宋体"/>
          <w:b w:val="0"/>
          <w:i w:val="0"/>
          <w:color w:val="333333"/>
          <w:sz w:val="19"/>
        </w:rPr>
        <w:t>For the upper bound, let a₁ &lt; a₂ &lt; ⋯ &lt; aₖ be a sum-free subset. Each difference aₖ - aᵢ for i &lt; k cannot lie in S, because (aₖ - aᵢ) + aᵢ = aₖ ∈ S would violate sum-freeness.</w:t>
      </w:r>
    </w:p>
    <w:p>
      <w:pPr>
        <w:spacing w:before="0" w:after="80" w:line="300" w:lineRule="auto"/>
        <w:jc w:val="left"/>
      </w:pPr>
      <w:r>
        <w:rPr>
          <w:rFonts w:ascii="Times New Roman" w:hAnsi="Times New Roman" w:eastAsia="宋体"/>
          <w:b w:val="0"/>
          <w:i w:val="0"/>
          <w:color w:val="333333"/>
          <w:sz w:val="19"/>
        </w:rPr>
        <w:t>These k - 1 differences are distinct, lie in {1, …, 19}, and are disjoint from the k elements of S. So k + (k - 1) ≤ 20, giving k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由余弦定理，</w:t>
      </w:r>
    </w:p>
    <w:p>
      <w:pPr>
        <w:spacing w:before="0" w:after="80" w:line="300" w:lineRule="auto"/>
        <w:jc w:val="left"/>
      </w:pPr>
      <w:r>
        <w:rPr>
          <w:rFonts w:ascii="Times New Roman" w:hAnsi="Times New Roman" w:eastAsia="宋体"/>
          <w:b w:val="0"/>
          <w:i w:val="0"/>
          <w:sz w:val="21"/>
        </w:rPr>
        <w:t>cos B = (80² + 45² - 75²)/(2 · 80 · 45)</w:t>
      </w:r>
    </w:p>
    <w:p>
      <w:pPr>
        <w:spacing w:before="0" w:after="80" w:line="300" w:lineRule="auto"/>
        <w:jc w:val="left"/>
      </w:pPr>
      <w:r>
        <w:rPr>
          <w:rFonts w:ascii="Times New Roman" w:hAnsi="Times New Roman" w:eastAsia="宋体"/>
          <w:b w:val="0"/>
          <w:i w:val="0"/>
          <w:sz w:val="21"/>
        </w:rPr>
        <w:t>= 2800/7200 = 7/18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到 AB 的高是从 C 作出的，其垂足在边 AB 上，距 B 的距离为 BCcos B = 45 · 7/18 = 17.5。</w:t>
      </w:r>
    </w:p>
    <w:p>
      <w:pPr>
        <w:spacing w:before="0" w:after="80" w:line="300" w:lineRule="auto"/>
        <w:jc w:val="left"/>
      </w:pPr>
      <w:r>
        <w:rPr>
          <w:rFonts w:ascii="Times New Roman" w:hAnsi="Times New Roman" w:eastAsia="宋体"/>
          <w:b w:val="0"/>
          <w:i w:val="0"/>
          <w:sz w:val="21"/>
        </w:rPr>
        <w:t>沿着从 B 出发的角平分线，平行于 AB 的分量是 BPcosB/2，它必须到达高的垂足：BPcosB/2 = 17.5。</w:t>
      </w:r>
    </w:p>
    <w:p>
      <w:pPr>
        <w:spacing w:before="0" w:after="80" w:line="300" w:lineRule="auto"/>
        <w:jc w:val="left"/>
      </w:pPr>
      <w:r>
        <w:rPr>
          <w:rFonts w:ascii="Times New Roman" w:hAnsi="Times New Roman" w:eastAsia="宋体"/>
          <w:b w:val="0"/>
          <w:i w:val="0"/>
          <w:sz w:val="21"/>
        </w:rPr>
        <w:t>因为 cosB/2 = √((1 + 7/18)/2) = √(25/36) = 5/6，所以 BP = 17.5/(5/6) = 21。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Law of Cosines,</w:t>
      </w:r>
    </w:p>
    <w:p>
      <w:pPr>
        <w:spacing w:before="0" w:after="80" w:line="300" w:lineRule="auto"/>
        <w:jc w:val="left"/>
      </w:pPr>
      <w:r>
        <w:rPr>
          <w:rFonts w:ascii="Times New Roman" w:hAnsi="Times New Roman" w:eastAsia="宋体"/>
          <w:b w:val="0"/>
          <w:i w:val="0"/>
          <w:color w:val="333333"/>
          <w:sz w:val="19"/>
        </w:rPr>
        <w:t>cos B = (80² + 45² - 75²)/(2 · 80 · 45)</w:t>
      </w:r>
    </w:p>
    <w:p>
      <w:pPr>
        <w:spacing w:before="0" w:after="80" w:line="300" w:lineRule="auto"/>
        <w:jc w:val="left"/>
      </w:pPr>
      <w:r>
        <w:rPr>
          <w:rFonts w:ascii="Times New Roman" w:hAnsi="Times New Roman" w:eastAsia="宋体"/>
          <w:b w:val="0"/>
          <w:i w:val="0"/>
          <w:color w:val="333333"/>
          <w:sz w:val="19"/>
        </w:rPr>
        <w:t>= 2800/7200 = 7/18.</w:t>
      </w:r>
    </w:p>
    <w:p>
      <w:pPr>
        <w:spacing w:before="0" w:after="80" w:line="300" w:lineRule="auto"/>
        <w:jc w:val="left"/>
      </w:pPr>
      <w:r>
        <w:rPr>
          <w:rFonts w:ascii="Times New Roman" w:hAnsi="Times New Roman" w:eastAsia="宋体"/>
          <w:b w:val="0"/>
          <w:i w:val="0"/>
          <w:color w:val="333333"/>
          <w:sz w:val="19"/>
        </w:rPr>
        <w:t>The altitude to AB is drawn from C, and its foot is at distance BCcos B = 45 · 7/18 = 17.5 from B along AB.</w:t>
      </w:r>
    </w:p>
    <w:p>
      <w:pPr>
        <w:spacing w:before="0" w:after="80" w:line="300" w:lineRule="auto"/>
        <w:jc w:val="left"/>
      </w:pPr>
      <w:r>
        <w:rPr>
          <w:rFonts w:ascii="Times New Roman" w:hAnsi="Times New Roman" w:eastAsia="宋体"/>
          <w:b w:val="0"/>
          <w:i w:val="0"/>
          <w:color w:val="333333"/>
          <w:sz w:val="19"/>
        </w:rPr>
        <w:t>Along the bisector from B, the component parallel to AB is BPcosB/2, which must reach the altitude’s foot: BPcosB/2 = 17.5.</w:t>
      </w:r>
    </w:p>
    <w:p>
      <w:pPr>
        <w:spacing w:before="0" w:after="80" w:line="300" w:lineRule="auto"/>
        <w:jc w:val="left"/>
      </w:pPr>
      <w:r>
        <w:rPr>
          <w:rFonts w:ascii="Times New Roman" w:hAnsi="Times New Roman" w:eastAsia="宋体"/>
          <w:b w:val="0"/>
          <w:i w:val="0"/>
          <w:color w:val="333333"/>
          <w:sz w:val="19"/>
        </w:rPr>
        <w:t>Since cosB/2 = √((1 + 7/18)/2) = √(25/36) = 5/6, we get BP = 17.5/(5/6) = 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根的和为 -6i，所以重心为 -2i。代入 z = u - 2i，得</w:t>
      </w:r>
    </w:p>
    <w:p>
      <w:pPr>
        <w:spacing w:before="0" w:after="80" w:line="300" w:lineRule="auto"/>
        <w:jc w:val="left"/>
      </w:pPr>
      <w:r>
        <w:rPr>
          <w:rFonts w:ascii="Times New Roman" w:hAnsi="Times New Roman" w:eastAsia="宋体"/>
          <w:b w:val="0"/>
          <w:i w:val="0"/>
          <w:sz w:val="21"/>
        </w:rPr>
        <w:t>(u - i)(u)(u + i) + 10</w:t>
      </w:r>
    </w:p>
    <w:p>
      <w:pPr>
        <w:spacing w:before="0" w:after="80" w:line="300" w:lineRule="auto"/>
        <w:jc w:val="left"/>
      </w:pPr>
      <w:r>
        <w:rPr>
          <w:rFonts w:ascii="Times New Roman" w:hAnsi="Times New Roman" w:eastAsia="宋体"/>
          <w:b w:val="0"/>
          <w:i w:val="0"/>
          <w:sz w:val="21"/>
        </w:rPr>
        <w:t>= u(u² + 1) + 10</w:t>
      </w:r>
    </w:p>
    <w:p>
      <w:pPr>
        <w:spacing w:before="0" w:after="80" w:line="300" w:lineRule="auto"/>
        <w:jc w:val="left"/>
      </w:pPr>
      <w:r>
        <w:rPr>
          <w:rFonts w:ascii="Times New Roman" w:hAnsi="Times New Roman" w:eastAsia="宋体"/>
          <w:b w:val="0"/>
          <w:i w:val="0"/>
          <w:sz w:val="21"/>
        </w:rPr>
        <w:t>= u³ + u + 10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u = -2 是一个根，u³ + u + 10 = (u + 2)(u² - 2u + 5)，所以根为 u = -2 和 u = 1 ± 2i。</w:t>
      </w:r>
    </w:p>
    <w:p>
      <w:pPr>
        <w:spacing w:before="0" w:after="80" w:line="300" w:lineRule="auto"/>
        <w:jc w:val="left"/>
      </w:pPr>
      <w:r>
        <w:rPr>
          <w:rFonts w:ascii="Times New Roman" w:hAnsi="Times New Roman" w:eastAsia="宋体"/>
          <w:b w:val="0"/>
          <w:i w:val="0"/>
          <w:sz w:val="21"/>
        </w:rPr>
        <w:t>这些点是 (-2, 0)、(1, 2)、(1, -2)。(1, 2) 与 (1, -2) 之间的底边长为 4，到 (-2, 0) 的水平距离为 3，所以面积为 1/2(4)(3) = 6。平移不改变面积。</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roots is -6i, so the centroid is -2i. Substituting z = u - 2i,</w:t>
      </w:r>
    </w:p>
    <w:p>
      <w:pPr>
        <w:spacing w:before="0" w:after="80" w:line="300" w:lineRule="auto"/>
        <w:jc w:val="left"/>
      </w:pPr>
      <w:r>
        <w:rPr>
          <w:rFonts w:ascii="Times New Roman" w:hAnsi="Times New Roman" w:eastAsia="宋体"/>
          <w:b w:val="0"/>
          <w:i w:val="0"/>
          <w:color w:val="333333"/>
          <w:sz w:val="19"/>
        </w:rPr>
        <w:t>(u - i)(u)(u + i) + 10</w:t>
      </w:r>
    </w:p>
    <w:p>
      <w:pPr>
        <w:spacing w:before="0" w:after="80" w:line="300" w:lineRule="auto"/>
        <w:jc w:val="left"/>
      </w:pPr>
      <w:r>
        <w:rPr>
          <w:rFonts w:ascii="Times New Roman" w:hAnsi="Times New Roman" w:eastAsia="宋体"/>
          <w:b w:val="0"/>
          <w:i w:val="0"/>
          <w:color w:val="333333"/>
          <w:sz w:val="19"/>
        </w:rPr>
        <w:t>= u(u² + 1) + 10</w:t>
      </w:r>
    </w:p>
    <w:p>
      <w:pPr>
        <w:spacing w:before="0" w:after="80" w:line="300" w:lineRule="auto"/>
        <w:jc w:val="left"/>
      </w:pPr>
      <w:r>
        <w:rPr>
          <w:rFonts w:ascii="Times New Roman" w:hAnsi="Times New Roman" w:eastAsia="宋体"/>
          <w:b w:val="0"/>
          <w:i w:val="0"/>
          <w:color w:val="333333"/>
          <w:sz w:val="19"/>
        </w:rPr>
        <w:t>= u³ + u + 10.</w:t>
      </w:r>
    </w:p>
    <w:p>
      <w:pPr>
        <w:spacing w:before="0" w:after="80" w:line="300" w:lineRule="auto"/>
        <w:jc w:val="left"/>
      </w:pPr>
      <w:r>
        <w:rPr>
          <w:rFonts w:ascii="Times New Roman" w:hAnsi="Times New Roman" w:eastAsia="宋体"/>
          <w:b w:val="0"/>
          <w:i w:val="0"/>
          <w:color w:val="333333"/>
          <w:sz w:val="19"/>
        </w:rPr>
        <w:t>Since u = -2 is a root, u³ + u + 10 = (u + 2)(u² - 2u + 5), giving roots u = -2 and u = 1 ± 2i.</w:t>
      </w:r>
    </w:p>
    <w:p>
      <w:pPr>
        <w:spacing w:before="0" w:after="80" w:line="300" w:lineRule="auto"/>
        <w:jc w:val="left"/>
      </w:pPr>
      <w:r>
        <w:rPr>
          <w:rFonts w:ascii="Times New Roman" w:hAnsi="Times New Roman" w:eastAsia="宋体"/>
          <w:b w:val="0"/>
          <w:i w:val="0"/>
          <w:color w:val="333333"/>
          <w:sz w:val="19"/>
        </w:rPr>
        <w:t>These are the points (-2, 0), (1, 2), (1, -2). The base between (1, 2) and (1, -2) has length 4, at horizontal distance 3 from (-2, 0), so the area is 1/2(4)(3) = 6. Translation does not change the area.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如果某个变量为 0，例如 z = 0，那么 zx = 0 &gt; y 不可能成立。因此 x, y, z ∈ {1, …, 8} 是互不相同的正整数。</w:t>
      </w:r>
    </w:p>
    <w:p>
      <w:pPr>
        <w:spacing w:before="0" w:after="80" w:line="300" w:lineRule="auto"/>
        <w:jc w:val="left"/>
      </w:pPr>
      <w:r>
        <w:rPr>
          <w:rFonts w:ascii="Times New Roman" w:hAnsi="Times New Roman" w:eastAsia="宋体"/>
          <w:b w:val="0"/>
          <w:i w:val="0"/>
          <w:sz w:val="21"/>
        </w:rPr>
        <w:t>条件是对称的。对互异的数值 a &lt; b &lt; c 有 ac &gt; b 和 bc &gt; a 自动成立，所以唯一真正的限制是 ab &gt; c。只要它成立，所有 6 种排列都可行。</w:t>
      </w:r>
    </w:p>
    <w:p>
      <w:pPr>
        <w:spacing w:before="0" w:after="80" w:line="300" w:lineRule="auto"/>
        <w:jc w:val="left"/>
      </w:pPr>
      <w:r>
        <w:rPr>
          <w:rFonts w:ascii="Times New Roman" w:hAnsi="Times New Roman" w:eastAsia="宋体"/>
          <w:b w:val="0"/>
          <w:i w:val="0"/>
          <w:sz w:val="21"/>
        </w:rPr>
        <w:t>对每个可能的最小值 a，满足 ab&gt; c 的数对 a&lt; b&lt; c≤8 的个数为</w:t>
      </w:r>
    </w:p>
    <w:tbl>
      <w:tblPr>
        <w:tblW w:type="auto" w:w="0"/>
        <w:jc w:val="center"/>
        <w:tblLayout w:type="autofit"/>
        <w:tblLook w:firstColumn="1" w:firstRow="1" w:lastColumn="0" w:lastRow="0" w:noHBand="0" w:noVBand="1" w:val="04A0"/>
      </w:tblPr>
      <w:tblGrid>
        <w:gridCol w:w="1345"/>
        <w:gridCol w:w="1345"/>
        <w:gridCol w:w="1345"/>
        <w:gridCol w:w="1345"/>
        <w:gridCol w:w="1345"/>
        <w:gridCol w:w="1345"/>
        <w:gridCol w:w="1345"/>
      </w:tblGrid>
      <w:tr>
        <w:tc>
          <w:tcPr>
            <w:tcW w:type="dxa" w:w="1345"/>
            <w:tcBorders>
              <w:bottom w:val="single" w:sz="8" w:space="0" w:color="000000"/>
            </w:tcBorders>
          </w:tcPr>
          <w:p>
            <w:pPr>
              <w:spacing w:before="20" w:after="20" w:line="240" w:lineRule="auto"/>
              <w:jc w:val="center"/>
            </w:pPr>
            <w:r/>
            <w:r>
              <w:rPr>
                <w:rFonts w:ascii="Times New Roman" w:hAnsi="Times New Roman" w:eastAsia="宋体"/>
                <w:b w:val="0"/>
                <w:i w:val="0"/>
                <w:sz w:val="20"/>
              </w:rPr>
              <w:t>a</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1</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2</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3</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4</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5</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6</w:t>
            </w:r>
          </w:p>
        </w:tc>
      </w:tr>
      <w:tr>
        <w:tc>
          <w:tcPr>
            <w:tcW w:type="dxa" w:w="1345"/>
          </w:tcPr>
          <w:p>
            <w:pPr>
              <w:spacing w:before="20" w:after="20" w:line="240" w:lineRule="auto"/>
              <w:jc w:val="center"/>
            </w:pPr>
            <w:r/>
            <w:r>
              <w:rPr>
                <w:rFonts w:ascii="Times New Roman" w:hAnsi="Times New Roman" w:eastAsia="宋体"/>
                <w:b w:val="0"/>
                <w:i w:val="0"/>
                <w:sz w:val="20"/>
              </w:rPr>
              <w:t>个数</w:t>
            </w:r>
          </w:p>
        </w:tc>
        <w:tc>
          <w:tcPr>
            <w:tcW w:type="dxa" w:w="1345"/>
          </w:tcPr>
          <w:p>
            <w:pPr>
              <w:spacing w:before="20" w:after="20" w:line="240" w:lineRule="auto"/>
              <w:jc w:val="right"/>
            </w:pPr>
            <w:r/>
            <w:r>
              <w:rPr>
                <w:rFonts w:ascii="Times New Roman" w:hAnsi="Times New Roman" w:eastAsia="宋体"/>
                <w:b w:val="0"/>
                <w:i w:val="0"/>
                <w:sz w:val="20"/>
              </w:rPr>
              <w:t>0</w:t>
            </w:r>
          </w:p>
        </w:tc>
        <w:tc>
          <w:tcPr>
            <w:tcW w:type="dxa" w:w="1345"/>
          </w:tcPr>
          <w:p>
            <w:pPr>
              <w:spacing w:before="20" w:after="20" w:line="240" w:lineRule="auto"/>
              <w:jc w:val="right"/>
            </w:pPr>
            <w:r/>
            <w:r>
              <w:rPr>
                <w:rFonts w:ascii="Times New Roman" w:hAnsi="Times New Roman" w:eastAsia="宋体"/>
                <w:b w:val="0"/>
                <w:i w:val="0"/>
                <w:sz w:val="20"/>
              </w:rPr>
              <w:t>11</w:t>
            </w:r>
          </w:p>
        </w:tc>
        <w:tc>
          <w:tcPr>
            <w:tcW w:type="dxa" w:w="1345"/>
          </w:tcPr>
          <w:p>
            <w:pPr>
              <w:spacing w:before="20" w:after="20" w:line="240" w:lineRule="auto"/>
              <w:jc w:val="right"/>
            </w:pPr>
            <w:r/>
            <w:r>
              <w:rPr>
                <w:rFonts w:ascii="Times New Roman" w:hAnsi="Times New Roman" w:eastAsia="宋体"/>
                <w:b w:val="0"/>
                <w:i w:val="0"/>
                <w:sz w:val="20"/>
              </w:rPr>
              <w:t>10</w:t>
            </w:r>
          </w:p>
        </w:tc>
        <w:tc>
          <w:tcPr>
            <w:tcW w:type="dxa" w:w="1345"/>
          </w:tcPr>
          <w:p>
            <w:pPr>
              <w:spacing w:before="20" w:after="20" w:line="240" w:lineRule="auto"/>
              <w:jc w:val="right"/>
            </w:pPr>
            <w:r/>
            <w:r>
              <w:rPr>
                <w:rFonts w:ascii="Times New Roman" w:hAnsi="Times New Roman" w:eastAsia="宋体"/>
                <w:b w:val="0"/>
                <w:i w:val="0"/>
                <w:sz w:val="20"/>
              </w:rPr>
              <w:t>6</w:t>
            </w:r>
          </w:p>
        </w:tc>
        <w:tc>
          <w:tcPr>
            <w:tcW w:type="dxa" w:w="1345"/>
          </w:tcPr>
          <w:p>
            <w:pPr>
              <w:spacing w:before="20" w:after="20" w:line="240" w:lineRule="auto"/>
              <w:jc w:val="right"/>
            </w:pPr>
            <w:r/>
            <w:r>
              <w:rPr>
                <w:rFonts w:ascii="Times New Roman" w:hAnsi="Times New Roman" w:eastAsia="宋体"/>
                <w:b w:val="0"/>
                <w:i w:val="0"/>
                <w:sz w:val="20"/>
              </w:rPr>
              <w:t>3</w:t>
            </w:r>
          </w:p>
        </w:tc>
        <w:tc>
          <w:tcPr>
            <w:tcW w:type="dxa" w:w="1345"/>
          </w:tcPr>
          <w:p>
            <w:pPr>
              <w:spacing w:before="20" w:after="20" w:line="240" w:lineRule="auto"/>
              <w:jc w:val="right"/>
            </w:pPr>
            <w:r/>
            <w:r>
              <w:rPr>
                <w:rFonts w:ascii="Times New Roman" w:hAnsi="Times New Roman" w:eastAsia="宋体"/>
                <w:b w:val="0"/>
                <w:i w:val="0"/>
                <w:sz w:val="20"/>
              </w:rPr>
              <w:t>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对固定的 a,b，这个个数来自在 b+1 与 min(8,ab-1) 之间选取 c。因此共有 31 个无序三元组，而且每个三元组的全部 6 种排序都可行。答案为 6·31=186。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any variable is 0, say z = 0, then zx = 0 &gt; y is impossible. So x, y, z ∈ {1, …, 8} are distinct positive integers.</w:t>
      </w:r>
    </w:p>
    <w:p>
      <w:pPr>
        <w:spacing w:before="0" w:after="80" w:line="300" w:lineRule="auto"/>
        <w:jc w:val="left"/>
      </w:pPr>
      <w:r>
        <w:rPr>
          <w:rFonts w:ascii="Times New Roman" w:hAnsi="Times New Roman" w:eastAsia="宋体"/>
          <w:b w:val="0"/>
          <w:i w:val="0"/>
          <w:color w:val="333333"/>
          <w:sz w:val="19"/>
        </w:rPr>
        <w:t>The conditions are symmetric. For distinct values a &lt; b &lt; c, we have ac &gt; b and bc &gt; a automatically, so the only real constraint is ab &gt; c. When it holds, all 6 orderings work.</w:t>
      </w:r>
    </w:p>
    <w:p>
      <w:pPr>
        <w:spacing w:before="0" w:after="80" w:line="300" w:lineRule="auto"/>
        <w:jc w:val="left"/>
      </w:pPr>
      <w:r>
        <w:rPr>
          <w:rFonts w:ascii="Times New Roman" w:hAnsi="Times New Roman" w:eastAsia="宋体"/>
          <w:b w:val="0"/>
          <w:i w:val="0"/>
          <w:color w:val="333333"/>
          <w:sz w:val="19"/>
        </w:rPr>
        <w:t>For each possible smallest value a, the numbers of pairs a&lt; b&lt; c≤8 satisfying ab&gt; c are</w:t>
      </w:r>
    </w:p>
    <w:tbl>
      <w:tblPr>
        <w:tblW w:type="auto" w:w="0"/>
        <w:jc w:val="center"/>
        <w:tblLayout w:type="autofit"/>
        <w:tblLook w:firstColumn="1" w:firstRow="1" w:lastColumn="0" w:lastRow="0" w:noHBand="0" w:noVBand="1" w:val="04A0"/>
      </w:tblPr>
      <w:tblGrid>
        <w:gridCol w:w="1345"/>
        <w:gridCol w:w="1345"/>
        <w:gridCol w:w="1345"/>
        <w:gridCol w:w="1345"/>
        <w:gridCol w:w="1345"/>
        <w:gridCol w:w="1345"/>
        <w:gridCol w:w="1345"/>
      </w:tblGrid>
      <w:tr>
        <w:tc>
          <w:tcPr>
            <w:tcW w:type="dxa" w:w="1345"/>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a</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1</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2</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3</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4</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5</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6</w:t>
            </w:r>
          </w:p>
        </w:tc>
      </w:tr>
      <w:tr>
        <w:tc>
          <w:tcPr>
            <w:tcW w:type="dxa" w:w="1345"/>
          </w:tcPr>
          <w:p>
            <w:pPr>
              <w:spacing w:before="20" w:after="20" w:line="240" w:lineRule="auto"/>
              <w:jc w:val="center"/>
            </w:pPr>
            <w:r/>
            <w:r>
              <w:rPr>
                <w:rFonts w:ascii="Times New Roman" w:hAnsi="Times New Roman" w:eastAsia="宋体"/>
                <w:b w:val="0"/>
                <w:i w:val="0"/>
                <w:color w:val="333333"/>
                <w:sz w:val="19"/>
              </w:rPr>
              <w:t>count</w:t>
            </w:r>
          </w:p>
        </w:tc>
        <w:tc>
          <w:tcPr>
            <w:tcW w:type="dxa" w:w="1345"/>
          </w:tcPr>
          <w:p>
            <w:pPr>
              <w:spacing w:before="20" w:after="20" w:line="240" w:lineRule="auto"/>
              <w:jc w:val="right"/>
            </w:pPr>
            <w:r/>
            <w:r>
              <w:rPr>
                <w:rFonts w:ascii="Times New Roman" w:hAnsi="Times New Roman" w:eastAsia="宋体"/>
                <w:b w:val="0"/>
                <w:i w:val="0"/>
                <w:color w:val="333333"/>
                <w:sz w:val="19"/>
              </w:rPr>
              <w:t>0</w:t>
            </w:r>
          </w:p>
        </w:tc>
        <w:tc>
          <w:tcPr>
            <w:tcW w:type="dxa" w:w="1345"/>
          </w:tcPr>
          <w:p>
            <w:pPr>
              <w:spacing w:before="20" w:after="20" w:line="240" w:lineRule="auto"/>
              <w:jc w:val="right"/>
            </w:pPr>
            <w:r/>
            <w:r>
              <w:rPr>
                <w:rFonts w:ascii="Times New Roman" w:hAnsi="Times New Roman" w:eastAsia="宋体"/>
                <w:b w:val="0"/>
                <w:i w:val="0"/>
                <w:color w:val="333333"/>
                <w:sz w:val="19"/>
              </w:rPr>
              <w:t>11</w:t>
            </w:r>
          </w:p>
        </w:tc>
        <w:tc>
          <w:tcPr>
            <w:tcW w:type="dxa" w:w="1345"/>
          </w:tcPr>
          <w:p>
            <w:pPr>
              <w:spacing w:before="20" w:after="20" w:line="240" w:lineRule="auto"/>
              <w:jc w:val="right"/>
            </w:pPr>
            <w:r/>
            <w:r>
              <w:rPr>
                <w:rFonts w:ascii="Times New Roman" w:hAnsi="Times New Roman" w:eastAsia="宋体"/>
                <w:b w:val="0"/>
                <w:i w:val="0"/>
                <w:color w:val="333333"/>
                <w:sz w:val="19"/>
              </w:rPr>
              <w:t>10</w:t>
            </w:r>
          </w:p>
        </w:tc>
        <w:tc>
          <w:tcPr>
            <w:tcW w:type="dxa" w:w="1345"/>
          </w:tcPr>
          <w:p>
            <w:pPr>
              <w:spacing w:before="20" w:after="20" w:line="240" w:lineRule="auto"/>
              <w:jc w:val="right"/>
            </w:pPr>
            <w:r/>
            <w:r>
              <w:rPr>
                <w:rFonts w:ascii="Times New Roman" w:hAnsi="Times New Roman" w:eastAsia="宋体"/>
                <w:b w:val="0"/>
                <w:i w:val="0"/>
                <w:color w:val="333333"/>
                <w:sz w:val="19"/>
              </w:rPr>
              <w:t>6</w:t>
            </w:r>
          </w:p>
        </w:tc>
        <w:tc>
          <w:tcPr>
            <w:tcW w:type="dxa" w:w="1345"/>
          </w:tcPr>
          <w:p>
            <w:pPr>
              <w:spacing w:before="20" w:after="20" w:line="240" w:lineRule="auto"/>
              <w:jc w:val="right"/>
            </w:pPr>
            <w:r/>
            <w:r>
              <w:rPr>
                <w:rFonts w:ascii="Times New Roman" w:hAnsi="Times New Roman" w:eastAsia="宋体"/>
                <w:b w:val="0"/>
                <w:i w:val="0"/>
                <w:color w:val="333333"/>
                <w:sz w:val="19"/>
              </w:rPr>
              <w:t>3</w:t>
            </w:r>
          </w:p>
        </w:tc>
        <w:tc>
          <w:tcPr>
            <w:tcW w:type="dxa" w:w="1345"/>
          </w:tcPr>
          <w:p>
            <w:pPr>
              <w:spacing w:before="20" w:after="20" w:line="240" w:lineRule="auto"/>
              <w:jc w:val="right"/>
            </w:pPr>
            <w:r/>
            <w:r>
              <w:rPr>
                <w:rFonts w:ascii="Times New Roman" w:hAnsi="Times New Roman" w:eastAsia="宋体"/>
                <w:b w:val="0"/>
                <w:i w:val="0"/>
                <w:color w:val="333333"/>
                <w:sz w:val="19"/>
              </w:rPr>
              <w:t>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For fixed a,b, this count comes from choosing c between b+1 and min(8,ab-1). Thus there are 31 unordered triples, and all 6 orderings of each work. The answer is 6·31=186.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由韦达定理，a + b + c = 0， ab + bc + ca = k， 且 abc = -1。</w:t>
      </w:r>
    </w:p>
    <w:p>
      <w:pPr>
        <w:spacing w:before="0" w:after="80" w:line="300" w:lineRule="auto"/>
        <w:jc w:val="left"/>
      </w:pPr>
      <w:r>
        <w:rPr>
          <w:rFonts w:ascii="Times New Roman" w:hAnsi="Times New Roman" w:eastAsia="宋体"/>
          <w:b w:val="0"/>
          <w:i w:val="0"/>
          <w:sz w:val="21"/>
        </w:rPr>
        <w:t>将原和分组为</w:t>
      </w:r>
    </w:p>
    <w:p>
      <w:pPr>
        <w:spacing w:before="0" w:after="80" w:line="300" w:lineRule="auto"/>
        <w:jc w:val="left"/>
      </w:pPr>
      <w:r>
        <w:rPr>
          <w:rFonts w:ascii="Times New Roman" w:hAnsi="Times New Roman" w:eastAsia="宋体"/>
          <w:b w:val="0"/>
          <w:i w:val="0"/>
          <w:sz w:val="21"/>
        </w:rPr>
        <w:t>a²b²(a + b) + b²c²(b + c)</w:t>
      </w:r>
    </w:p>
    <w:p>
      <w:pPr>
        <w:spacing w:before="0" w:after="80" w:line="300" w:lineRule="auto"/>
        <w:jc w:val="left"/>
      </w:pPr>
      <w:r>
        <w:rPr>
          <w:rFonts w:ascii="Times New Roman" w:hAnsi="Times New Roman" w:eastAsia="宋体"/>
          <w:b w:val="0"/>
          <w:i w:val="0"/>
          <w:sz w:val="21"/>
        </w:rPr>
        <w:t>+ c²a²(c + a)。</w:t>
      </w:r>
    </w:p>
    <w:p>
      <w:pPr>
        <w:spacing w:before="0" w:after="80" w:line="300" w:lineRule="auto"/>
        <w:jc w:val="left"/>
      </w:pPr>
      <w:r>
        <w:rPr>
          <w:rFonts w:ascii="Times New Roman" w:hAnsi="Times New Roman" w:eastAsia="宋体"/>
          <w:b w:val="0"/>
          <w:i w:val="0"/>
          <w:sz w:val="21"/>
        </w:rPr>
        <w:t>因为 a + b + c = 0，所以 a + b = -c、b + c = -a、c + a = -b。</w:t>
      </w:r>
    </w:p>
    <w:p>
      <w:pPr>
        <w:spacing w:before="0" w:after="80" w:line="300" w:lineRule="auto"/>
        <w:jc w:val="left"/>
      </w:pPr>
      <w:r>
        <w:rPr>
          <w:rFonts w:ascii="Times New Roman" w:hAnsi="Times New Roman" w:eastAsia="宋体"/>
          <w:b w:val="0"/>
          <w:i w:val="0"/>
          <w:sz w:val="21"/>
        </w:rPr>
        <w:t>因此原和等于</w:t>
      </w:r>
    </w:p>
    <w:p>
      <w:pPr>
        <w:spacing w:before="0" w:after="80" w:line="300" w:lineRule="auto"/>
        <w:jc w:val="left"/>
      </w:pPr>
      <w:r>
        <w:rPr>
          <w:rFonts w:ascii="Times New Roman" w:hAnsi="Times New Roman" w:eastAsia="宋体"/>
          <w:b w:val="0"/>
          <w:i w:val="0"/>
          <w:sz w:val="21"/>
        </w:rPr>
        <w:t>-a²b² c - ab²c² - a²bc²</w:t>
      </w:r>
    </w:p>
    <w:p>
      <w:pPr>
        <w:spacing w:before="0" w:after="80" w:line="300" w:lineRule="auto"/>
        <w:jc w:val="left"/>
      </w:pPr>
      <w:r>
        <w:rPr>
          <w:rFonts w:ascii="Times New Roman" w:hAnsi="Times New Roman" w:eastAsia="宋体"/>
          <w:b w:val="0"/>
          <w:i w:val="0"/>
          <w:sz w:val="21"/>
        </w:rPr>
        <w:t>= -abc(ab + bc + ca)</w:t>
      </w:r>
    </w:p>
    <w:p>
      <w:pPr>
        <w:spacing w:before="0" w:after="80" w:line="300" w:lineRule="auto"/>
        <w:jc w:val="left"/>
      </w:pPr>
      <w:r>
        <w:rPr>
          <w:rFonts w:ascii="Times New Roman" w:hAnsi="Times New Roman" w:eastAsia="宋体"/>
          <w:b w:val="0"/>
          <w:i w:val="0"/>
          <w:sz w:val="21"/>
        </w:rPr>
        <w:t>= -(-1)(k) = k。</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 a + b + c = 0, ab + bc + ca = k, and abc = -1.</w:t>
      </w:r>
    </w:p>
    <w:p>
      <w:pPr>
        <w:spacing w:before="0" w:after="80" w:line="300" w:lineRule="auto"/>
        <w:jc w:val="left"/>
      </w:pPr>
      <w:r>
        <w:rPr>
          <w:rFonts w:ascii="Times New Roman" w:hAnsi="Times New Roman" w:eastAsia="宋体"/>
          <w:b w:val="0"/>
          <w:i w:val="0"/>
          <w:color w:val="333333"/>
          <w:sz w:val="19"/>
        </w:rPr>
        <w:t>Group the sum as</w:t>
      </w:r>
    </w:p>
    <w:p>
      <w:pPr>
        <w:spacing w:before="0" w:after="80" w:line="300" w:lineRule="auto"/>
        <w:jc w:val="left"/>
      </w:pPr>
      <w:r>
        <w:rPr>
          <w:rFonts w:ascii="Times New Roman" w:hAnsi="Times New Roman" w:eastAsia="宋体"/>
          <w:b w:val="0"/>
          <w:i w:val="0"/>
          <w:color w:val="333333"/>
          <w:sz w:val="19"/>
        </w:rPr>
        <w:t>a²b²(a + b) + b²c²(b + c)</w:t>
      </w:r>
    </w:p>
    <w:p>
      <w:pPr>
        <w:spacing w:before="0" w:after="80" w:line="300" w:lineRule="auto"/>
        <w:jc w:val="left"/>
      </w:pPr>
      <w:r>
        <w:rPr>
          <w:rFonts w:ascii="Times New Roman" w:hAnsi="Times New Roman" w:eastAsia="宋体"/>
          <w:b w:val="0"/>
          <w:i w:val="0"/>
          <w:color w:val="333333"/>
          <w:sz w:val="19"/>
        </w:rPr>
        <w:t>+ c²a²(c + a).</w:t>
      </w:r>
    </w:p>
    <w:p>
      <w:pPr>
        <w:spacing w:before="0" w:after="80" w:line="300" w:lineRule="auto"/>
        <w:jc w:val="left"/>
      </w:pPr>
      <w:r>
        <w:rPr>
          <w:rFonts w:ascii="Times New Roman" w:hAnsi="Times New Roman" w:eastAsia="宋体"/>
          <w:b w:val="0"/>
          <w:i w:val="0"/>
          <w:color w:val="333333"/>
          <w:sz w:val="19"/>
        </w:rPr>
        <w:t>Since a + b + c = 0, we have a + b = -c, b + c = -a, c + a = -b.</w:t>
      </w:r>
    </w:p>
    <w:p>
      <w:pPr>
        <w:spacing w:before="0" w:after="80" w:line="300" w:lineRule="auto"/>
        <w:jc w:val="left"/>
      </w:pPr>
      <w:r>
        <w:rPr>
          <w:rFonts w:ascii="Times New Roman" w:hAnsi="Times New Roman" w:eastAsia="宋体"/>
          <w:b w:val="0"/>
          <w:i w:val="0"/>
          <w:color w:val="333333"/>
          <w:sz w:val="19"/>
        </w:rPr>
        <w:t>So the sum equals</w:t>
      </w:r>
    </w:p>
    <w:p>
      <w:pPr>
        <w:spacing w:before="0" w:after="80" w:line="300" w:lineRule="auto"/>
        <w:jc w:val="left"/>
      </w:pPr>
      <w:r>
        <w:rPr>
          <w:rFonts w:ascii="Times New Roman" w:hAnsi="Times New Roman" w:eastAsia="宋体"/>
          <w:b w:val="0"/>
          <w:i w:val="0"/>
          <w:color w:val="333333"/>
          <w:sz w:val="19"/>
        </w:rPr>
        <w:t>-a²b² c - ab²c² - a²bc²</w:t>
      </w:r>
    </w:p>
    <w:p>
      <w:pPr>
        <w:spacing w:before="0" w:after="80" w:line="300" w:lineRule="auto"/>
        <w:jc w:val="left"/>
      </w:pPr>
      <w:r>
        <w:rPr>
          <w:rFonts w:ascii="Times New Roman" w:hAnsi="Times New Roman" w:eastAsia="宋体"/>
          <w:b w:val="0"/>
          <w:i w:val="0"/>
          <w:color w:val="333333"/>
          <w:sz w:val="19"/>
        </w:rPr>
        <w:t>= -abc(ab + bc + ca)</w:t>
      </w:r>
    </w:p>
    <w:p>
      <w:pPr>
        <w:spacing w:before="0" w:after="80" w:line="300" w:lineRule="auto"/>
        <w:jc w:val="left"/>
      </w:pPr>
      <w:r>
        <w:rPr>
          <w:rFonts w:ascii="Times New Roman" w:hAnsi="Times New Roman" w:eastAsia="宋体"/>
          <w:b w:val="0"/>
          <w:i w:val="0"/>
          <w:color w:val="333333"/>
          <w:sz w:val="19"/>
        </w:rPr>
        <w:t>= -(-1)(k) = 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顶部是一条长为 7 的棱，居中位于底面上方某个高度 h。它的两个端点分别在 13 × 8 底面的 (3, 4) 和 (10, 4) 上方。从端点到一个底面顶点的斜边长为 √(3² + 4² + h²) = 13，所以 h = 12。</w:t>
      </w:r>
    </w:p>
    <w:p>
      <w:pPr>
        <w:spacing w:before="0" w:after="80" w:line="300" w:lineRule="auto"/>
        <w:jc w:val="left"/>
      </w:pPr>
      <w:r>
        <w:rPr>
          <w:rFonts w:ascii="Times New Roman" w:hAnsi="Times New Roman" w:eastAsia="宋体"/>
          <w:b w:val="0"/>
          <w:i w:val="0"/>
          <w:sz w:val="21"/>
        </w:rPr>
        <w:t>在高度 z 处，水平截面是一个矩形，尺寸为 (13 - z/2) 乘 (8 - 2z/3)。当 z = 0 时面积为 104；当 z = 6 时面积为 10 · 4 = 40；当 z = 12 时顶棱面积为 0。</w:t>
      </w:r>
    </w:p>
    <w:p>
      <w:pPr>
        <w:spacing w:before="0" w:after="80" w:line="300" w:lineRule="auto"/>
        <w:jc w:val="left"/>
      </w:pPr>
      <w:r>
        <w:rPr>
          <w:rFonts w:ascii="Times New Roman" w:hAnsi="Times New Roman" w:eastAsia="宋体"/>
          <w:b w:val="0"/>
          <w:i w:val="0"/>
          <w:sz w:val="21"/>
        </w:rPr>
        <w:t>由棱台公式，</w:t>
      </w:r>
    </w:p>
    <w:p>
      <w:pPr>
        <w:spacing w:before="0" w:after="80" w:line="300" w:lineRule="auto"/>
        <w:jc w:val="left"/>
      </w:pPr>
      <w:r>
        <w:rPr>
          <w:rFonts w:ascii="Times New Roman" w:hAnsi="Times New Roman" w:eastAsia="宋体"/>
          <w:b w:val="0"/>
          <w:i w:val="0"/>
          <w:sz w:val="21"/>
        </w:rPr>
        <w:t>V = 12/6(104 + 4 · 40 + 0)</w:t>
      </w:r>
    </w:p>
    <w:p>
      <w:pPr>
        <w:spacing w:before="0" w:after="80" w:line="300" w:lineRule="auto"/>
        <w:jc w:val="left"/>
      </w:pPr>
      <w:r>
        <w:rPr>
          <w:rFonts w:ascii="Times New Roman" w:hAnsi="Times New Roman" w:eastAsia="宋体"/>
          <w:b w:val="0"/>
          <w:i w:val="0"/>
          <w:sz w:val="21"/>
        </w:rPr>
        <w:t>= 2(264) = 528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top is a ridge of length 7, centered above the base at some height h. Its endpoints sit above (3, 4) and (10, 4) of the 13 × 8 base. A slant edge to a base corner has length √(3² + 4² + h²) = 13, so h = 12.</w:t>
      </w:r>
    </w:p>
    <w:p>
      <w:pPr>
        <w:spacing w:before="0" w:after="80" w:line="300" w:lineRule="auto"/>
        <w:jc w:val="left"/>
      </w:pPr>
      <w:r>
        <w:rPr>
          <w:rFonts w:ascii="Times New Roman" w:hAnsi="Times New Roman" w:eastAsia="宋体"/>
          <w:b w:val="0"/>
          <w:i w:val="0"/>
          <w:color w:val="333333"/>
          <w:sz w:val="19"/>
        </w:rPr>
        <w:t>At height z, the horizontal cross-section is a rectangle measuring (13 - z/2) by (8 - 2z/3). At z = 0 its area is 104; at z = 6 it is 10 · 4 = 40; at z = 12 the ridge has area 0.</w:t>
      </w:r>
    </w:p>
    <w:p>
      <w:pPr>
        <w:spacing w:before="0" w:after="80" w:line="300" w:lineRule="auto"/>
        <w:jc w:val="left"/>
      </w:pPr>
      <w:r>
        <w:rPr>
          <w:rFonts w:ascii="Times New Roman" w:hAnsi="Times New Roman" w:eastAsia="宋体"/>
          <w:b w:val="0"/>
          <w:i w:val="0"/>
          <w:color w:val="333333"/>
          <w:sz w:val="19"/>
        </w:rPr>
        <w:t>By the prismatoid formula,</w:t>
      </w:r>
    </w:p>
    <w:p>
      <w:pPr>
        <w:spacing w:before="0" w:after="80" w:line="300" w:lineRule="auto"/>
        <w:jc w:val="left"/>
      </w:pPr>
      <w:r>
        <w:rPr>
          <w:rFonts w:ascii="Times New Roman" w:hAnsi="Times New Roman" w:eastAsia="宋体"/>
          <w:b w:val="0"/>
          <w:i w:val="0"/>
          <w:color w:val="333333"/>
          <w:sz w:val="19"/>
        </w:rPr>
        <w:t>V = 12/6(104 + 4 · 40 + 0)</w:t>
      </w:r>
    </w:p>
    <w:p>
      <w:pPr>
        <w:spacing w:before="0" w:after="80" w:line="300" w:lineRule="auto"/>
        <w:jc w:val="left"/>
      </w:pPr>
      <w:r>
        <w:rPr>
          <w:rFonts w:ascii="Times New Roman" w:hAnsi="Times New Roman" w:eastAsia="宋体"/>
          <w:b w:val="0"/>
          <w:i w:val="0"/>
          <w:color w:val="333333"/>
          <w:sz w:val="19"/>
        </w:rPr>
        <w:t>= 2(264) = 528.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如果 k=0 或 m=0，原比值就是 2ᵃ，不可能等于 964。所以 k,m&gt;0。</w:t>
      </w:r>
    </w:p>
    <w:p>
      <w:pPr>
        <w:spacing w:before="0" w:after="80" w:line="300" w:lineRule="auto"/>
        <w:jc w:val="left"/>
      </w:pPr>
      <w:r>
        <w:rPr>
          <w:rFonts w:ascii="Times New Roman" w:hAnsi="Times New Roman" w:eastAsia="宋体"/>
          <w:b w:val="0"/>
          <w:i w:val="0"/>
          <w:sz w:val="21"/>
        </w:rPr>
        <w:t>对等比级数求和，分子为 4ᵃ(4ᵏ⁽ᵐ⁺¹⁾ - 1)/(4ᵏ - 1)，分母为 2ᵃ(2ᵏ⁽ᵐ⁺¹⁾ - 1)/(2ᵏ - 1)。利用 4^(N) - 1 = (2^(N) - 1)(2^(N) + 1)，比值化简为</w:t>
      </w:r>
    </w:p>
    <w:p>
      <w:pPr>
        <w:spacing w:before="0" w:after="80" w:line="300" w:lineRule="auto"/>
        <w:jc w:val="left"/>
      </w:pPr>
      <w:r>
        <w:rPr>
          <w:rFonts w:ascii="Times New Roman" w:hAnsi="Times New Roman" w:eastAsia="宋体"/>
          <w:b w:val="0"/>
          <w:i w:val="0"/>
          <w:sz w:val="21"/>
        </w:rPr>
        <w:t>2ᵃ · (2ᵏ⁽ᵐ⁺¹⁾ + 1)/(2ᵏ + 1) = 964。</w:t>
      </w:r>
    </w:p>
    <w:p>
      <w:pPr>
        <w:spacing w:before="0" w:after="80" w:line="300" w:lineRule="auto"/>
        <w:jc w:val="left"/>
      </w:pPr>
      <w:r>
        <w:rPr>
          <w:rFonts w:ascii="Times New Roman" w:hAnsi="Times New Roman" w:eastAsia="宋体"/>
          <w:b w:val="0"/>
          <w:i w:val="0"/>
          <w:sz w:val="21"/>
        </w:rPr>
        <w:t>左边的分数是奇数除以奇数，所以它的 2 的指数为 0。因为 964=2²·241，必须有 a=2，并且</w:t>
      </w:r>
    </w:p>
    <w:p>
      <w:pPr>
        <w:spacing w:before="0" w:after="80" w:line="300" w:lineRule="auto"/>
        <w:jc w:val="left"/>
      </w:pPr>
      <w:r>
        <w:rPr>
          <w:rFonts w:ascii="Times New Roman" w:hAnsi="Times New Roman" w:eastAsia="宋体"/>
          <w:b w:val="0"/>
          <w:i w:val="0"/>
          <w:sz w:val="21"/>
        </w:rPr>
        <w:t>2ᵏ⁽ᵐ⁺¹⁾+1=241(2ᵏ+1)。</w:t>
      </w:r>
    </w:p>
    <w:p>
      <w:pPr>
        <w:spacing w:before="0" w:after="80" w:line="300" w:lineRule="auto"/>
        <w:jc w:val="left"/>
      </w:pPr>
      <w:r>
        <w:rPr>
          <w:rFonts w:ascii="Times New Roman" w:hAnsi="Times New Roman" w:eastAsia="宋体"/>
          <w:b w:val="0"/>
          <w:i w:val="0"/>
          <w:sz w:val="21"/>
        </w:rPr>
        <w:t>将此式模 2ᵏ 化简，得到 240 是 2ᵏ 的倍数，所以 k≤4。当 k=1,2,3 时，所需的 2 的幂将分别为 722,1204,2168，而它们都不是 2 的幂。然而当 k=4 时，241(2⁴+1)=4097=2¹²+1，所以 k(m+1)=12 且 m=2。这也证明了解的唯一性。</w:t>
      </w:r>
    </w:p>
    <w:p>
      <w:pPr>
        <w:spacing w:before="0" w:after="80" w:line="300" w:lineRule="auto"/>
        <w:jc w:val="left"/>
      </w:pPr>
      <w:r>
        <w:rPr>
          <w:rFonts w:ascii="Times New Roman" w:hAnsi="Times New Roman" w:eastAsia="宋体"/>
          <w:b w:val="0"/>
          <w:i w:val="0"/>
          <w:sz w:val="21"/>
        </w:rPr>
        <w:t>于是 a + k + m = 2 + 4 + 2 = 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k=0 or m=0, the original ratio is just 2ᵃ, which cannot equal 964. Hence k,m&gt;0.</w:t>
      </w:r>
    </w:p>
    <w:p>
      <w:pPr>
        <w:spacing w:before="0" w:after="80" w:line="300" w:lineRule="auto"/>
        <w:jc w:val="left"/>
      </w:pPr>
      <w:r>
        <w:rPr>
          <w:rFonts w:ascii="Times New Roman" w:hAnsi="Times New Roman" w:eastAsia="宋体"/>
          <w:b w:val="0"/>
          <w:i w:val="0"/>
          <w:color w:val="333333"/>
          <w:sz w:val="19"/>
        </w:rPr>
        <w:t>Summing the geometric series, the numerator is 4ᵃ(4ᵏ⁽ᵐ⁺¹⁾ - 1)/(4ᵏ - 1) and the denominator is 2ᵃ(2ᵏ⁽ᵐ⁺¹⁾ - 1)/(2ᵏ - 1). Using 4^(N) - 1 = (2^(N) - 1)(2^(N) + 1), the ratio simplifies to</w:t>
      </w:r>
    </w:p>
    <w:p>
      <w:pPr>
        <w:spacing w:before="0" w:after="80" w:line="300" w:lineRule="auto"/>
        <w:jc w:val="left"/>
      </w:pPr>
      <w:r>
        <w:rPr>
          <w:rFonts w:ascii="Times New Roman" w:hAnsi="Times New Roman" w:eastAsia="宋体"/>
          <w:b w:val="0"/>
          <w:i w:val="0"/>
          <w:color w:val="333333"/>
          <w:sz w:val="19"/>
        </w:rPr>
        <w:t>2ᵃ · (2ᵏ⁽ᵐ⁺¹⁾ + 1)/(2ᵏ + 1) = 964.</w:t>
      </w:r>
    </w:p>
    <w:p>
      <w:pPr>
        <w:spacing w:before="0" w:after="80" w:line="300" w:lineRule="auto"/>
        <w:jc w:val="left"/>
      </w:pPr>
      <w:r>
        <w:rPr>
          <w:rFonts w:ascii="Times New Roman" w:hAnsi="Times New Roman" w:eastAsia="宋体"/>
          <w:b w:val="0"/>
          <w:i w:val="0"/>
          <w:color w:val="333333"/>
          <w:sz w:val="19"/>
        </w:rPr>
        <w:t>The fraction on the left is odd over odd, so its power of 2 is 0. Since 964=2²·241, we must have a=2, and</w:t>
      </w:r>
    </w:p>
    <w:p>
      <w:pPr>
        <w:spacing w:before="0" w:after="80" w:line="300" w:lineRule="auto"/>
        <w:jc w:val="left"/>
      </w:pPr>
      <w:r>
        <w:rPr>
          <w:rFonts w:ascii="Times New Roman" w:hAnsi="Times New Roman" w:eastAsia="宋体"/>
          <w:b w:val="0"/>
          <w:i w:val="0"/>
          <w:color w:val="333333"/>
          <w:sz w:val="19"/>
        </w:rPr>
        <w:t>2ᵏ⁽ᵐ⁺¹⁾+1=241(2ᵏ+1).</w:t>
      </w:r>
    </w:p>
    <w:p>
      <w:pPr>
        <w:spacing w:before="0" w:after="80" w:line="300" w:lineRule="auto"/>
        <w:jc w:val="left"/>
      </w:pPr>
      <w:r>
        <w:rPr>
          <w:rFonts w:ascii="Times New Roman" w:hAnsi="Times New Roman" w:eastAsia="宋体"/>
          <w:b w:val="0"/>
          <w:i w:val="0"/>
          <w:color w:val="333333"/>
          <w:sz w:val="19"/>
        </w:rPr>
        <w:t>Reducing this equation modulo 2ᵏ shows that 240 is divisible by 2ᵏ, so k≤4. For k=1,2,3, the required powers of 2 would be 722,1204,2168, none of which is a power of 2. For k=4, however, 241(2⁴+1)=4097=2¹²+1, so k(m+1)=12 and m=2. This also proves uniqueness.</w:t>
      </w:r>
    </w:p>
    <w:p>
      <w:pPr>
        <w:spacing w:before="0" w:after="80" w:line="300" w:lineRule="auto"/>
        <w:jc w:val="left"/>
      </w:pPr>
      <w:r>
        <w:rPr>
          <w:rFonts w:ascii="Times New Roman" w:hAnsi="Times New Roman" w:eastAsia="宋体"/>
          <w:b w:val="0"/>
          <w:i w:val="0"/>
          <w:color w:val="333333"/>
          <w:sz w:val="19"/>
        </w:rPr>
        <w:t>Then a + k + m = 2 + 4 + 2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将数按大小排列为 x₁ &gt; x₂ &gt; x₃；顺序统计量在这个区域上的联合密度为 6。所求事件为 x₁ &gt; 2x₂。</w:t>
      </w:r>
    </w:p>
    <w:p>
      <w:pPr>
        <w:spacing w:before="0" w:after="80" w:line="300" w:lineRule="auto"/>
        <w:jc w:val="left"/>
      </w:pPr>
      <w:r>
        <w:rPr>
          <w:rFonts w:ascii="Times New Roman" w:hAnsi="Times New Roman" w:eastAsia="宋体"/>
          <w:b w:val="0"/>
          <w:i w:val="0"/>
          <w:sz w:val="21"/>
        </w:rPr>
        <w:t>对 x₃ 从 0 到 x₂ 积分，会贡献因子 x₂。于是</w:t>
      </w:r>
    </w:p>
    <w:p>
      <w:pPr>
        <w:spacing w:before="0" w:after="80" w:line="300" w:lineRule="auto"/>
        <w:jc w:val="left"/>
      </w:pPr>
      <w:r>
        <w:rPr>
          <w:rFonts w:ascii="Times New Roman" w:hAnsi="Times New Roman" w:eastAsia="宋体"/>
          <w:b w:val="0"/>
          <w:i w:val="0"/>
          <w:sz w:val="21"/>
        </w:rPr>
        <w:t>P = 6∫₀^(1/2) x₂∫_(2x₂)¹ dx₁ dx₂</w:t>
      </w:r>
    </w:p>
    <w:p>
      <w:pPr>
        <w:spacing w:before="0" w:after="80" w:line="300" w:lineRule="auto"/>
        <w:jc w:val="left"/>
      </w:pPr>
      <w:r>
        <w:rPr>
          <w:rFonts w:ascii="Times New Roman" w:hAnsi="Times New Roman" w:eastAsia="宋体"/>
          <w:b w:val="0"/>
          <w:i w:val="0"/>
          <w:sz w:val="21"/>
        </w:rPr>
        <w:t>= 6∫₀^(1/2) x₂(1 - 2x₂) dx₂</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这等于 6(1/8 - 1/12) = 6 · 1/24 = 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Order the values as x₁ &gt; x₂ &gt; x₃; the joint density of the order statistics is 6 on this region. The event is x₁ &gt; 2x₂.</w:t>
      </w:r>
    </w:p>
    <w:p>
      <w:pPr>
        <w:spacing w:before="0" w:after="80" w:line="300" w:lineRule="auto"/>
        <w:jc w:val="left"/>
      </w:pPr>
      <w:r>
        <w:rPr>
          <w:rFonts w:ascii="Times New Roman" w:hAnsi="Times New Roman" w:eastAsia="宋体"/>
          <w:b w:val="0"/>
          <w:i w:val="0"/>
          <w:color w:val="333333"/>
          <w:sz w:val="19"/>
        </w:rPr>
        <w:t>Integrating x₃ from 0 to x₂ contributes a factor of x₂. Then</w:t>
      </w:r>
    </w:p>
    <w:p>
      <w:pPr>
        <w:spacing w:before="0" w:after="80" w:line="300" w:lineRule="auto"/>
        <w:jc w:val="left"/>
      </w:pPr>
      <w:r>
        <w:rPr>
          <w:rFonts w:ascii="Times New Roman" w:hAnsi="Times New Roman" w:eastAsia="宋体"/>
          <w:b w:val="0"/>
          <w:i w:val="0"/>
          <w:color w:val="333333"/>
          <w:sz w:val="19"/>
        </w:rPr>
        <w:t>P = 6∫₀^(1/2) x₂∫_(2x₂)¹ dx₁ dx₂</w:t>
      </w:r>
    </w:p>
    <w:p>
      <w:pPr>
        <w:spacing w:before="0" w:after="80" w:line="300" w:lineRule="auto"/>
        <w:jc w:val="left"/>
      </w:pPr>
      <w:r>
        <w:rPr>
          <w:rFonts w:ascii="Times New Roman" w:hAnsi="Times New Roman" w:eastAsia="宋体"/>
          <w:b w:val="0"/>
          <w:i w:val="0"/>
          <w:color w:val="333333"/>
          <w:sz w:val="19"/>
        </w:rPr>
        <w:t>= 6∫₀^(1/2) x₂(1 - 2x₂) dx₂.</w:t>
      </w:r>
    </w:p>
    <w:p>
      <w:pPr>
        <w:spacing w:before="0" w:after="80" w:line="300" w:lineRule="auto"/>
        <w:jc w:val="left"/>
      </w:pPr>
      <w:r>
        <w:rPr>
          <w:rFonts w:ascii="Times New Roman" w:hAnsi="Times New Roman" w:eastAsia="宋体"/>
          <w:b w:val="0"/>
          <w:i w:val="0"/>
          <w:color w:val="333333"/>
          <w:sz w:val="19"/>
        </w:rPr>
        <w:t>This equals 6(1/8 - 1/12) = 6 · 1/24 =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数字互不相同，并且来自 {1, …, 9}，条件“没有数字同时与两个更大的数字相邻”等价于没有内部数字小于它的两个相邻数字。</w:t>
      </w:r>
    </w:p>
    <w:p>
      <w:pPr>
        <w:spacing w:before="0" w:after="80" w:line="300" w:lineRule="auto"/>
        <w:jc w:val="left"/>
      </w:pPr>
      <w:r>
        <w:rPr>
          <w:rFonts w:ascii="Times New Roman" w:hAnsi="Times New Roman" w:eastAsia="宋体"/>
          <w:b w:val="0"/>
          <w:i w:val="0"/>
          <w:sz w:val="21"/>
        </w:rPr>
        <w:t>对固定的 n 个数字，从大到小插入来构造排列；每个新的较小数字必须放在当前排列的两个端点之一，因此有 2ⁿ⁻¹ 个有效排列。</w:t>
      </w:r>
    </w:p>
    <w:p>
      <w:pPr>
        <w:spacing w:before="0" w:after="80" w:line="300" w:lineRule="auto"/>
        <w:jc w:val="left"/>
      </w:pPr>
      <w:r>
        <w:rPr>
          <w:rFonts w:ascii="Times New Roman" w:hAnsi="Times New Roman" w:eastAsia="宋体"/>
          <w:b w:val="0"/>
          <w:i w:val="0"/>
          <w:sz w:val="21"/>
        </w:rPr>
        <w:t>对所有非空数字子集求和，</w:t>
      </w:r>
    </w:p>
    <w:p>
      <w:pPr>
        <w:spacing w:before="0" w:after="80" w:line="300" w:lineRule="auto"/>
        <w:jc w:val="left"/>
      </w:pPr>
      <w:r>
        <w:rPr>
          <w:rFonts w:ascii="Times New Roman" w:hAnsi="Times New Roman" w:eastAsia="宋体"/>
          <w:b w:val="0"/>
          <w:i w:val="0"/>
          <w:sz w:val="21"/>
        </w:rPr>
        <w:t>Σₙ₌₁⁹C(9, n)2ⁿ⁻¹</w:t>
      </w:r>
    </w:p>
    <w:p>
      <w:pPr>
        <w:spacing w:before="0" w:after="80" w:line="300" w:lineRule="auto"/>
        <w:jc w:val="left"/>
      </w:pPr>
      <w:r>
        <w:rPr>
          <w:rFonts w:ascii="Times New Roman" w:hAnsi="Times New Roman" w:eastAsia="宋体"/>
          <w:b w:val="0"/>
          <w:i w:val="0"/>
          <w:sz w:val="21"/>
        </w:rPr>
        <w:t>= 1/2Σₙ₌₁⁹C(9, n)2ⁿ</w:t>
      </w:r>
    </w:p>
    <w:p>
      <w:pPr>
        <w:spacing w:before="0" w:after="80" w:line="300" w:lineRule="auto"/>
        <w:jc w:val="left"/>
      </w:pPr>
      <w:r>
        <w:rPr>
          <w:rFonts w:ascii="Times New Roman" w:hAnsi="Times New Roman" w:eastAsia="宋体"/>
          <w:b w:val="0"/>
          <w:i w:val="0"/>
          <w:sz w:val="21"/>
        </w:rPr>
        <w:t>= (3⁹ - 1)/2 = 19682/2 = 9841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digits are distinct and drawn from {1, …, 9}, and “no digit adjacent to two greater digits” means no interior digit is smaller than both neighbors.</w:t>
      </w:r>
    </w:p>
    <w:p>
      <w:pPr>
        <w:spacing w:before="0" w:after="80" w:line="300" w:lineRule="auto"/>
        <w:jc w:val="left"/>
      </w:pPr>
      <w:r>
        <w:rPr>
          <w:rFonts w:ascii="Times New Roman" w:hAnsi="Times New Roman" w:eastAsia="宋体"/>
          <w:b w:val="0"/>
          <w:i w:val="0"/>
          <w:color w:val="333333"/>
          <w:sz w:val="19"/>
        </w:rPr>
        <w:t>For a fixed set of n digits, build the arrangement by inserting digits from largest to smallest; each new (smaller) digit must go to one of the two ends, giving 2ⁿ⁻¹ valid arrangements.</w:t>
      </w:r>
    </w:p>
    <w:p>
      <w:pPr>
        <w:spacing w:before="0" w:after="80" w:line="300" w:lineRule="auto"/>
        <w:jc w:val="left"/>
      </w:pPr>
      <w:r>
        <w:rPr>
          <w:rFonts w:ascii="Times New Roman" w:hAnsi="Times New Roman" w:eastAsia="宋体"/>
          <w:b w:val="0"/>
          <w:i w:val="0"/>
          <w:color w:val="333333"/>
          <w:sz w:val="19"/>
        </w:rPr>
        <w:t>Summing over all nonempty digit subsets,</w:t>
      </w:r>
    </w:p>
    <w:p>
      <w:pPr>
        <w:spacing w:before="0" w:after="80" w:line="300" w:lineRule="auto"/>
        <w:jc w:val="left"/>
      </w:pPr>
      <w:r>
        <w:rPr>
          <w:rFonts w:ascii="Times New Roman" w:hAnsi="Times New Roman" w:eastAsia="宋体"/>
          <w:b w:val="0"/>
          <w:i w:val="0"/>
          <w:color w:val="333333"/>
          <w:sz w:val="19"/>
        </w:rPr>
        <w:t>Σₙ₌₁⁹C(9, n)2ⁿ⁻¹</w:t>
      </w:r>
    </w:p>
    <w:p>
      <w:pPr>
        <w:spacing w:before="0" w:after="80" w:line="300" w:lineRule="auto"/>
        <w:jc w:val="left"/>
      </w:pPr>
      <w:r>
        <w:rPr>
          <w:rFonts w:ascii="Times New Roman" w:hAnsi="Times New Roman" w:eastAsia="宋体"/>
          <w:b w:val="0"/>
          <w:i w:val="0"/>
          <w:color w:val="333333"/>
          <w:sz w:val="19"/>
        </w:rPr>
        <w:t>= 1/2Σₙ₌₁⁹C(9, n)2ⁿ</w:t>
      </w:r>
    </w:p>
    <w:p>
      <w:pPr>
        <w:spacing w:before="0" w:after="80" w:line="300" w:lineRule="auto"/>
        <w:jc w:val="left"/>
      </w:pPr>
      <w:r>
        <w:rPr>
          <w:rFonts w:ascii="Times New Roman" w:hAnsi="Times New Roman" w:eastAsia="宋体"/>
          <w:b w:val="0"/>
          <w:i w:val="0"/>
          <w:color w:val="333333"/>
          <w:sz w:val="19"/>
        </w:rPr>
        <w:t>= (3⁹ - 1)/2 = 19682/2 = 9841.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12 个外圆的圆心位于半径为 r + 1 的圆上，形成一个正 12 边形。相邻圆心距离为 2（两个圆半径都为 1），它们之间的圆心角为 30°。</w:t>
      </w:r>
    </w:p>
    <w:p>
      <w:pPr>
        <w:spacing w:before="0" w:after="80" w:line="300" w:lineRule="auto"/>
        <w:jc w:val="left"/>
      </w:pPr>
      <w:r>
        <w:rPr>
          <w:rFonts w:ascii="Times New Roman" w:hAnsi="Times New Roman" w:eastAsia="宋体"/>
          <w:b w:val="0"/>
          <w:i w:val="0"/>
          <w:sz w:val="21"/>
        </w:rPr>
        <w:t>因此 2(r + 1)sin 15° = 2，所以 r + 1 = 1/(sin 15°)。由于 sin 15° = (√(6) - √(2))/4，</w:t>
      </w:r>
    </w:p>
    <w:p>
      <w:pPr>
        <w:spacing w:before="0" w:after="80" w:line="300" w:lineRule="auto"/>
        <w:jc w:val="left"/>
      </w:pPr>
      <w:r>
        <w:rPr>
          <w:rFonts w:ascii="Times New Roman" w:hAnsi="Times New Roman" w:eastAsia="宋体"/>
          <w:b w:val="0"/>
          <w:i w:val="0"/>
          <w:sz w:val="21"/>
        </w:rPr>
        <w:t>r + 1 = 4/(√(6) - √(2)) = √(6) + √(2)。</w:t>
      </w:r>
    </w:p>
    <w:p>
      <w:pPr>
        <w:spacing w:before="0" w:after="80" w:line="300" w:lineRule="auto"/>
        <w:jc w:val="left"/>
      </w:pPr>
      <w:r>
        <w:rPr>
          <w:rFonts w:ascii="Times New Roman" w:hAnsi="Times New Roman" w:eastAsia="宋体"/>
          <w:b w:val="0"/>
          <w:i w:val="0"/>
          <w:sz w:val="21"/>
        </w:rPr>
        <w:t>于是 r = √(6) + √(2) - 1，所以 a + b + c = 6 + 2 - 1 = 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centers of the 12 outer circles lie on a circle of radius r + 1, forming a regular 12-gon. Adjacent centers are 2 apart (both circles have radius 1), and the central angle between them is 30°.</w:t>
      </w:r>
    </w:p>
    <w:p>
      <w:pPr>
        <w:spacing w:before="0" w:after="80" w:line="300" w:lineRule="auto"/>
        <w:jc w:val="left"/>
      </w:pPr>
      <w:r>
        <w:rPr>
          <w:rFonts w:ascii="Times New Roman" w:hAnsi="Times New Roman" w:eastAsia="宋体"/>
          <w:b w:val="0"/>
          <w:i w:val="0"/>
          <w:color w:val="333333"/>
          <w:sz w:val="19"/>
        </w:rPr>
        <w:t>Thus 2(r + 1)sin 15° = 2, so r + 1 = 1/(sin 15°). Since sin 15° = (√(6) - √(2))/4,</w:t>
      </w:r>
    </w:p>
    <w:p>
      <w:pPr>
        <w:spacing w:before="0" w:after="80" w:line="300" w:lineRule="auto"/>
        <w:jc w:val="left"/>
      </w:pPr>
      <w:r>
        <w:rPr>
          <w:rFonts w:ascii="Times New Roman" w:hAnsi="Times New Roman" w:eastAsia="宋体"/>
          <w:b w:val="0"/>
          <w:i w:val="0"/>
          <w:color w:val="333333"/>
          <w:sz w:val="19"/>
        </w:rPr>
        <w:t>r + 1 = 4/(√(6) - √(2)) = √(6) + √(2).</w:t>
      </w:r>
    </w:p>
    <w:p>
      <w:pPr>
        <w:spacing w:before="0" w:after="80" w:line="300" w:lineRule="auto"/>
        <w:jc w:val="left"/>
      </w:pPr>
      <w:r>
        <w:rPr>
          <w:rFonts w:ascii="Times New Roman" w:hAnsi="Times New Roman" w:eastAsia="宋体"/>
          <w:b w:val="0"/>
          <w:i w:val="0"/>
          <w:color w:val="333333"/>
          <w:sz w:val="19"/>
        </w:rPr>
        <w:t>Then r = √(6) + √(2) - 1, so a + b + c = 6 + 2 - 1 =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本题已作废：按题面作答，正确答案不在选项中。下面给出计数。</w:t>
      </w:r>
    </w:p>
    <w:p>
      <w:pPr>
        <w:spacing w:before="0" w:after="80" w:line="300" w:lineRule="auto"/>
        <w:jc w:val="left"/>
      </w:pPr>
      <w:r>
        <w:rPr>
          <w:rFonts w:ascii="Times New Roman" w:hAnsi="Times New Roman" w:eastAsia="宋体"/>
          <w:b w:val="0"/>
          <w:i w:val="0"/>
          <w:sz w:val="21"/>
        </w:rPr>
        <w:t>对于 {f ≤ 0} = [a, b] ∪ (c, d)，闭区间端点 a, b 必须是 P 的零点，且在这些点 Q≠0，而 c,d 必须是极点。因此符号的变化必须与下面这个函数一致：</w:t>
      </w:r>
    </w:p>
    <w:p>
      <w:pPr>
        <w:spacing w:before="0" w:after="80" w:line="300" w:lineRule="auto"/>
        <w:jc w:val="left"/>
      </w:pPr>
      <w:r>
        <w:rPr>
          <w:rFonts w:ascii="Times New Roman" w:hAnsi="Times New Roman" w:eastAsia="宋体"/>
          <w:b w:val="0"/>
          <w:i w:val="0"/>
          <w:sz w:val="21"/>
        </w:rPr>
        <w:t>g(x)=((x-a)(x-b))/((x-c)(x-d))。</w:t>
      </w:r>
    </w:p>
    <w:p>
      <w:pPr>
        <w:spacing w:before="0" w:after="80" w:line="300" w:lineRule="auto"/>
        <w:jc w:val="left"/>
      </w:pPr>
      <w:r>
        <w:rPr>
          <w:rFonts w:ascii="Times New Roman" w:hAnsi="Times New Roman" w:eastAsia="宋体"/>
          <w:b w:val="0"/>
          <w:i w:val="0"/>
          <w:sz w:val="21"/>
        </w:rPr>
        <w:t>P 中未使用的第三个因子必须与 Q 中未使用的第三个因子相同；否则会多出零点、极点或符号变化。</w:t>
      </w:r>
    </w:p>
    <w:p>
      <w:pPr>
        <w:spacing w:before="0" w:after="80" w:line="300" w:lineRule="auto"/>
        <w:jc w:val="left"/>
      </w:pPr>
      <w:r>
        <w:rPr>
          <w:rFonts w:ascii="Times New Roman" w:hAnsi="Times New Roman" w:eastAsia="宋体"/>
          <w:b w:val="0"/>
          <w:i w:val="0"/>
          <w:sz w:val="21"/>
        </w:rPr>
        <w:t>如果这个公共因子是 a,b,c,d 之外的第五个值，它不能在任一区间内部形成空点。在五个数从小到大的排列中，它只能位于 a 之前、b 与 c 之间，或 d 之后，因此给出 3 个函数。</w:t>
      </w:r>
    </w:p>
    <w:p>
      <w:pPr>
        <w:spacing w:before="0" w:after="80" w:line="300" w:lineRule="auto"/>
        <w:jc w:val="left"/>
      </w:pPr>
      <w:r>
        <w:rPr>
          <w:rFonts w:ascii="Times New Roman" w:hAnsi="Times New Roman" w:eastAsia="宋体"/>
          <w:b w:val="0"/>
          <w:i w:val="0"/>
          <w:sz w:val="21"/>
        </w:rPr>
        <w:t>另一种可能是公共因子等于 c 或 d。对 a,b,c,d 的每一种选择（共 C(5, 4)=5 种），这两个多项式对化简为同一个公式 g，且定义域相同（都排除 c,d），所以只定义一个函数。这再给出 5 个函数，按题面字面理解总数为 3+5=8。</w:t>
      </w:r>
    </w:p>
    <w:p>
      <w:pPr>
        <w:spacing w:before="0" w:after="80" w:line="300" w:lineRule="auto"/>
        <w:jc w:val="left"/>
      </w:pPr>
      <w:r>
        <w:rPr>
          <w:rFonts w:ascii="Times New Roman" w:hAnsi="Times New Roman" w:eastAsia="宋体"/>
          <w:b w:val="0"/>
          <w:i w:val="0"/>
          <w:sz w:val="21"/>
        </w:rPr>
        <w:t>如果在后五种情形中把两个多项式对分别计数，就会得到 3+2·5=13，即临时答案 (E)，但这没有回答题目所问的函数个数。因此印刷的选项都不正确。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This problem was voided: as written, its answer is not among the choices. Here is the count.</w:t>
      </w:r>
    </w:p>
    <w:p>
      <w:pPr>
        <w:spacing w:before="0" w:after="80" w:line="300" w:lineRule="auto"/>
        <w:jc w:val="left"/>
      </w:pPr>
      <w:r>
        <w:rPr>
          <w:rFonts w:ascii="Times New Roman" w:hAnsi="Times New Roman" w:eastAsia="宋体"/>
          <w:b w:val="0"/>
          <w:i w:val="0"/>
          <w:color w:val="333333"/>
          <w:sz w:val="19"/>
        </w:rPr>
        <w:t>For {f ≤ 0} = [a, b] ∪ (c, d), the endpoints a, b of the closed interval must be zeros of P at which Q≠0, while c,d must be poles. The required sign pattern is therefore that of</w:t>
      </w:r>
    </w:p>
    <w:p>
      <w:pPr>
        <w:spacing w:before="0" w:after="80" w:line="300" w:lineRule="auto"/>
        <w:jc w:val="left"/>
      </w:pPr>
      <w:r>
        <w:rPr>
          <w:rFonts w:ascii="Times New Roman" w:hAnsi="Times New Roman" w:eastAsia="宋体"/>
          <w:b w:val="0"/>
          <w:i w:val="0"/>
          <w:color w:val="333333"/>
          <w:sz w:val="19"/>
        </w:rPr>
        <w:t>g(x)=((x-a)(x-b))/((x-c)(x-d)).</w:t>
      </w:r>
    </w:p>
    <w:p>
      <w:pPr>
        <w:spacing w:before="0" w:after="80" w:line="300" w:lineRule="auto"/>
        <w:jc w:val="left"/>
      </w:pPr>
      <w:r>
        <w:rPr>
          <w:rFonts w:ascii="Times New Roman" w:hAnsi="Times New Roman" w:eastAsia="宋体"/>
          <w:b w:val="0"/>
          <w:i w:val="0"/>
          <w:color w:val="333333"/>
          <w:sz w:val="19"/>
        </w:rPr>
        <w:t>The unused third factor of P must match the unused third factor of Q; otherwise there would be an extra zero, pole, or sign change.</w:t>
      </w:r>
    </w:p>
    <w:p>
      <w:pPr>
        <w:spacing w:before="0" w:after="80" w:line="300" w:lineRule="auto"/>
        <w:jc w:val="left"/>
      </w:pPr>
      <w:r>
        <w:rPr>
          <w:rFonts w:ascii="Times New Roman" w:hAnsi="Times New Roman" w:eastAsia="宋体"/>
          <w:b w:val="0"/>
          <w:i w:val="0"/>
          <w:color w:val="333333"/>
          <w:sz w:val="19"/>
        </w:rPr>
        <w:t>If the common factor is the fifth value not among a,b,c,d, it cannot make a hole inside either interval. In the ordered list of five values it may therefore occur before a, between b and c, or after d, giving 3 functions.</w:t>
      </w:r>
    </w:p>
    <w:p>
      <w:pPr>
        <w:spacing w:before="0" w:after="80" w:line="300" w:lineRule="auto"/>
        <w:jc w:val="left"/>
      </w:pPr>
      <w:r>
        <w:rPr>
          <w:rFonts w:ascii="Times New Roman" w:hAnsi="Times New Roman" w:eastAsia="宋体"/>
          <w:b w:val="0"/>
          <w:i w:val="0"/>
          <w:color w:val="333333"/>
          <w:sz w:val="19"/>
        </w:rPr>
        <w:t>Alternatively, the common factor can equal c or d. For each of the C(5, 4)=5 choices of a,b,c,d, these two polynomial pairs simplify to the same formula g and have the same domain (both omit c,d), so they define only one function. This gives 5 more functions, for a literal total of 3+5=8.</w:t>
      </w:r>
    </w:p>
    <w:p>
      <w:pPr>
        <w:spacing w:before="0" w:after="80" w:line="300" w:lineRule="auto"/>
        <w:jc w:val="left"/>
      </w:pPr>
      <w:r>
        <w:rPr>
          <w:rFonts w:ascii="Times New Roman" w:hAnsi="Times New Roman" w:eastAsia="宋体"/>
          <w:b w:val="0"/>
          <w:i w:val="0"/>
          <w:color w:val="333333"/>
          <w:sz w:val="19"/>
        </w:rPr>
        <w:t>Counting the two polynomial pairs separately in each of the last five cases gives 3+2·5=13, the provisional answer (E), but that does not answer the stated question about functions. Thus none of the printed choices is correct.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