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2024B AMC 12 真题与解答</w:t>
      </w:r>
    </w:p>
    <w:p>
      <w:pPr>
        <w:spacing w:before="0" w:after="40" w:line="300" w:lineRule="auto"/>
        <w:jc w:val="center"/>
      </w:pPr>
      <w:r>
        <w:rPr>
          <w:rFonts w:ascii="Times New Roman" w:hAnsi="Times New Roman" w:eastAsia="宋体"/>
          <w:b w:val="0"/>
          <w:i w:val="0"/>
          <w:color w:val="555555"/>
          <w:sz w:val="21"/>
        </w:rPr>
        <w:t>American Mathematics Competitions 12 · 中英双语</w:t>
      </w:r>
    </w:p>
    <w:p>
      <w:pPr>
        <w:spacing w:before="0" w:after="280" w:line="300" w:lineRule="auto"/>
        <w:jc w:val="center"/>
      </w:pPr>
      <w:r>
        <w:rPr>
          <w:rFonts w:ascii="Times New Roman" w:hAnsi="Times New Roman" w:eastAsia="宋体"/>
          <w:b w:val="0"/>
          <w:i w:val="0"/>
          <w:color w:val="555555"/>
          <w:sz w:val="19"/>
        </w:rPr>
        <w:t>共 25 题，限时 75 分钟；答对得 6 分，未答得 1.5 分，答错 0 分，满分 150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一长队人从左到右排列。从左数第 1013 个人也是从右数第 1010 个人。队伍中共有多少人？</w:t>
      </w:r>
    </w:p>
    <w:p>
      <w:pPr>
        <w:spacing w:before="0" w:after="120" w:line="300" w:lineRule="auto"/>
      </w:pPr>
      <w:r>
        <w:rPr>
          <w:rFonts w:ascii="Times New Roman" w:hAnsi="Times New Roman" w:eastAsia="宋体"/>
          <w:b w:val="0"/>
          <w:i w:val="0"/>
          <w:sz w:val="21"/>
        </w:rPr>
        <w:t>（A）2021　　（B）2022　　（C）2023　　（D）2024　　（E）2025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a long line of people arranged left to right, the 1013th person from the left is also the 1010th person from the right. How many people are in the line?</w:t>
      </w:r>
    </w:p>
    <w:p>
      <w:pPr>
        <w:spacing w:before="0" w:after="160" w:line="300" w:lineRule="auto"/>
      </w:pPr>
      <w:r>
        <w:rPr>
          <w:rFonts w:ascii="Times New Roman" w:hAnsi="Times New Roman" w:eastAsia="宋体"/>
          <w:b w:val="0"/>
          <w:i w:val="0"/>
          <w:color w:val="333333"/>
          <w:sz w:val="19"/>
        </w:rPr>
        <w:t>(A) 2021　　(B) 2022　　(C) 2023　　(D) 2024　　(E) 2025</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求 10! - 7! · 6! 的值。</w:t>
      </w:r>
    </w:p>
    <w:p>
      <w:pPr>
        <w:spacing w:before="0" w:after="120" w:line="300" w:lineRule="auto"/>
      </w:pPr>
      <w:r>
        <w:rPr>
          <w:rFonts w:ascii="Times New Roman" w:hAnsi="Times New Roman" w:eastAsia="宋体"/>
          <w:b w:val="0"/>
          <w:i w:val="0"/>
          <w:sz w:val="21"/>
        </w:rPr>
        <w:t>（A）-120　　（B）0　　（C）120　　（D）600　　（E）720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10! - 7! · 6!?</w:t>
      </w:r>
    </w:p>
    <w:p>
      <w:pPr>
        <w:spacing w:before="0" w:after="160" w:line="300" w:lineRule="auto"/>
      </w:pPr>
      <w:r>
        <w:rPr>
          <w:rFonts w:ascii="Times New Roman" w:hAnsi="Times New Roman" w:eastAsia="宋体"/>
          <w:b w:val="0"/>
          <w:i w:val="0"/>
          <w:color w:val="333333"/>
          <w:sz w:val="19"/>
        </w:rPr>
        <w:t>(A) -120　　(B) 0　　(C) 120　　(D) 600　　(E) 720</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有多少个整数 x 满足 |2x| ≤ 7π？</w:t>
      </w:r>
    </w:p>
    <w:p>
      <w:pPr>
        <w:spacing w:before="0" w:after="120" w:line="300" w:lineRule="auto"/>
      </w:pPr>
      <w:r>
        <w:rPr>
          <w:rFonts w:ascii="Times New Roman" w:hAnsi="Times New Roman" w:eastAsia="宋体"/>
          <w:b w:val="0"/>
          <w:i w:val="0"/>
          <w:sz w:val="21"/>
        </w:rPr>
        <w:t>（A）16　　（B）17　　（C）19　　（D）20　　（E）21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how many integer values of x is |2x| ≤ 7π?</w:t>
      </w:r>
    </w:p>
    <w:p>
      <w:pPr>
        <w:spacing w:before="0" w:after="160" w:line="300" w:lineRule="auto"/>
      </w:pPr>
      <w:r>
        <w:rPr>
          <w:rFonts w:ascii="Times New Roman" w:hAnsi="Times New Roman" w:eastAsia="宋体"/>
          <w:b w:val="0"/>
          <w:i w:val="0"/>
          <w:color w:val="333333"/>
          <w:sz w:val="19"/>
        </w:rPr>
        <w:t>(A) 16　　(B) 17　　(C) 19　　(D) 20　　(E) 21</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编号为 1，2，3，… 的球按如下步骤放入标为 A，B，C，D、E 的 5 个箱子。球 1 放入箱 A，球 2 和 3 放入箱 B。接下来的三个球放入箱 C，接下来的 4 个球放入箱 D，如此继续，放入箱 E 后再循环回箱 A。（例如球 22，23，…，28 在此过程第 7 步放入箱 B。）球 2024 放入哪个箱？</w:t>
      </w:r>
    </w:p>
    <w:p>
      <w:pPr>
        <w:spacing w:before="0" w:after="120" w:line="300" w:lineRule="auto"/>
      </w:pPr>
      <w:r>
        <w:rPr>
          <w:rFonts w:ascii="Times New Roman" w:hAnsi="Times New Roman" w:eastAsia="宋体"/>
          <w:b w:val="0"/>
          <w:i w:val="0"/>
          <w:sz w:val="21"/>
        </w:rPr>
        <w:t>（A）A　　（B）B　　（C）C　　（D）D　　（E）E</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Balls numbered 1, 2, 3, … are deposited in 5 bins, labeled A, B, C, D, and E, using the following procedure. Ball 1 is deposited in bin A, and balls 2 and 3 are deposited in B. The next three balls are deposited in bin C, the next 4 in bin D, and so on, cycling back to bin A after balls are deposited in bin E. (For example, 22, 23, …, 28 are deposited in bin B at step 7 of this process.) In which bin is ball 2024 deposited?</w:t>
      </w:r>
    </w:p>
    <w:p>
      <w:pPr>
        <w:spacing w:before="0" w:after="160" w:line="300" w:lineRule="auto"/>
      </w:pPr>
      <w:r>
        <w:rPr>
          <w:rFonts w:ascii="Times New Roman" w:hAnsi="Times New Roman" w:eastAsia="宋体"/>
          <w:b w:val="0"/>
          <w:i w:val="0"/>
          <w:color w:val="333333"/>
          <w:sz w:val="19"/>
        </w:rPr>
        <w:t>(A) A　　(B) B　　(C) C　　(D) D　　(E) E</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在下面的表达式中，Melanie 把若干个加号改成了减号：</w:t>
      </w:r>
    </w:p>
    <w:p>
      <w:pPr>
        <w:spacing w:before="0" w:after="80" w:line="300" w:lineRule="auto"/>
        <w:jc w:val="left"/>
      </w:pPr>
      <w:r>
        <w:rPr>
          <w:rFonts w:ascii="Times New Roman" w:hAnsi="Times New Roman" w:eastAsia="宋体"/>
          <w:b w:val="0"/>
          <w:i w:val="0"/>
          <w:sz w:val="21"/>
        </w:rPr>
        <w:t>1 + 3 + 5 + 7 + ⋯ + 97 + 99</w:t>
      </w:r>
    </w:p>
    <w:p>
      <w:pPr>
        <w:spacing w:before="0" w:after="80" w:line="300" w:lineRule="auto"/>
        <w:jc w:val="left"/>
      </w:pPr>
      <w:r>
        <w:rPr>
          <w:rFonts w:ascii="Times New Roman" w:hAnsi="Times New Roman" w:eastAsia="宋体"/>
          <w:b w:val="0"/>
          <w:i w:val="0"/>
          <w:sz w:val="21"/>
        </w:rPr>
        <w:t>新表达式求值后为负数。Melanie 至少需要把多少个加号改成减号？</w:t>
      </w:r>
    </w:p>
    <w:p>
      <w:pPr>
        <w:spacing w:before="0" w:after="120" w:line="300" w:lineRule="auto"/>
      </w:pPr>
      <w:r>
        <w:rPr>
          <w:rFonts w:ascii="Times New Roman" w:hAnsi="Times New Roman" w:eastAsia="宋体"/>
          <w:b w:val="0"/>
          <w:i w:val="0"/>
          <w:sz w:val="21"/>
        </w:rPr>
        <w:t>（A）14　　（B）15　　（C）16　　（D）17　　（E）18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following expression, Melanie changed some of the plus signs to minus signs:</w:t>
      </w:r>
    </w:p>
    <w:p>
      <w:pPr>
        <w:spacing w:before="0" w:after="80" w:line="300" w:lineRule="auto"/>
        <w:jc w:val="left"/>
      </w:pPr>
      <w:r>
        <w:rPr>
          <w:rFonts w:ascii="Times New Roman" w:hAnsi="Times New Roman" w:eastAsia="宋体"/>
          <w:b w:val="0"/>
          <w:i w:val="0"/>
          <w:color w:val="333333"/>
          <w:sz w:val="19"/>
        </w:rPr>
        <w:t>1 + 3 + 5 + 7 + ⋯ + 97 + 99</w:t>
      </w:r>
    </w:p>
    <w:p>
      <w:pPr>
        <w:spacing w:before="0" w:after="80" w:line="300" w:lineRule="auto"/>
        <w:jc w:val="left"/>
      </w:pPr>
      <w:r>
        <w:rPr>
          <w:rFonts w:ascii="Times New Roman" w:hAnsi="Times New Roman" w:eastAsia="宋体"/>
          <w:b w:val="0"/>
          <w:i w:val="0"/>
          <w:color w:val="333333"/>
          <w:sz w:val="19"/>
        </w:rPr>
        <w:t>When the new expression was evaluated, it was negative. What is the least number of plus signs that Melanie could have changed to minus signs?</w:t>
      </w:r>
    </w:p>
    <w:p>
      <w:pPr>
        <w:spacing w:before="0" w:after="160" w:line="300" w:lineRule="auto"/>
      </w:pPr>
      <w:r>
        <w:rPr>
          <w:rFonts w:ascii="Times New Roman" w:hAnsi="Times New Roman" w:eastAsia="宋体"/>
          <w:b w:val="0"/>
          <w:i w:val="0"/>
          <w:color w:val="333333"/>
          <w:sz w:val="19"/>
        </w:rPr>
        <w:t>(A) 14　　(B) 15　　(C) 16　　(D) 17　　(E) 18</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美国国债预计到 2033 年将达到 5 · 10¹³ 美元。这个美元数用 5 进制数字写出时有多少位？（本题中取 log₁₀ 5 近似为 0.7 已足够。）</w:t>
      </w:r>
    </w:p>
    <w:p>
      <w:pPr>
        <w:spacing w:before="0" w:after="120" w:line="300" w:lineRule="auto"/>
      </w:pPr>
      <w:r>
        <w:rPr>
          <w:rFonts w:ascii="Times New Roman" w:hAnsi="Times New Roman" w:eastAsia="宋体"/>
          <w:b w:val="0"/>
          <w:i w:val="0"/>
          <w:sz w:val="21"/>
        </w:rPr>
        <w:t>（A）18　　（B）20　　（C）22　　（D）24　　（E）26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national debt of the United States is on track to reach 5 · 10¹³ dollars by 2033. How many digits does this number of dollars have when written as a numeral in base 5? (The approximation of log₁₀ 5 as 0.7 is sufficient for this problem.)</w:t>
      </w:r>
    </w:p>
    <w:p>
      <w:pPr>
        <w:spacing w:before="0" w:after="160" w:line="300" w:lineRule="auto"/>
      </w:pPr>
      <w:r>
        <w:rPr>
          <w:rFonts w:ascii="Times New Roman" w:hAnsi="Times New Roman" w:eastAsia="宋体"/>
          <w:b w:val="0"/>
          <w:i w:val="0"/>
          <w:color w:val="333333"/>
          <w:sz w:val="19"/>
        </w:rPr>
        <w:t>(A) 18　　(B) 20　　(C) 22　　(D) 24　　(E) 26</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下图中，WXYZ 是一个长方形，且 WX = 4、WZ = 8。点 M 在 XY 上，点 A 在 YZ 上，且 ∠ WMA 是直角。三角形 △ WXM 和 △ WAZ 的面积相等。求 △ WMA 的面积。</w:t>
      </w:r>
    </w:p>
    <w:p>
      <w:pPr>
        <w:spacing w:before="80" w:after="80"/>
        <w:jc w:val="center"/>
      </w:pPr>
      <w:r>
        <w:drawing>
          <wp:inline xmlns:a="http://schemas.openxmlformats.org/drawingml/2006/main" xmlns:pic="http://schemas.openxmlformats.org/drawingml/2006/picture">
            <wp:extent cx="2409848" cy="1336901"/>
            <wp:docPr id="1" name="Picture 1"/>
            <wp:cNvGraphicFramePr>
              <a:graphicFrameLocks noChangeAspect="1"/>
            </wp:cNvGraphicFramePr>
            <a:graphic>
              <a:graphicData uri="http://schemas.openxmlformats.org/drawingml/2006/picture">
                <pic:pic>
                  <pic:nvPicPr>
                    <pic:cNvPr id="0" name="q07-1@300dpi.png"/>
                    <pic:cNvPicPr/>
                  </pic:nvPicPr>
                  <pic:blipFill>
                    <a:blip r:embed="rId9"/>
                    <a:stretch>
                      <a:fillRect/>
                    </a:stretch>
                  </pic:blipFill>
                  <pic:spPr>
                    <a:xfrm>
                      <a:off x="0" y="0"/>
                      <a:ext cx="2409848" cy="1336901"/>
                    </a:xfrm>
                    <a:prstGeom prst="rect"/>
                  </pic:spPr>
                </pic:pic>
              </a:graphicData>
            </a:graphic>
          </wp:inline>
        </w:drawing>
      </w:r>
    </w:p>
    <w:p>
      <w:pPr>
        <w:spacing w:before="0" w:after="120" w:line="300" w:lineRule="auto"/>
      </w:pPr>
      <w:r>
        <w:rPr>
          <w:rFonts w:ascii="Times New Roman" w:hAnsi="Times New Roman" w:eastAsia="宋体"/>
          <w:b w:val="0"/>
          <w:i w:val="0"/>
          <w:sz w:val="21"/>
        </w:rPr>
        <w:t>（A）13　　（B）14　　（C）15　　（D）16　　（E）17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figure below WXYZ is a rectangle with WX = 4 and WZ = 8. Point M lies on XY, point A lies on YZ, and ∠ WMA is a right angle. The areas of △ WXM and △ WAZ are equal. What is the area of △ WMA?</w:t>
      </w:r>
    </w:p>
    <w:p>
      <w:pPr>
        <w:spacing w:before="80" w:after="80"/>
        <w:jc w:val="center"/>
      </w:pPr>
      <w:r>
        <w:drawing>
          <wp:inline xmlns:a="http://schemas.openxmlformats.org/drawingml/2006/main" xmlns:pic="http://schemas.openxmlformats.org/drawingml/2006/picture">
            <wp:extent cx="2409848" cy="1336901"/>
            <wp:docPr id="2" name="Picture 2"/>
            <wp:cNvGraphicFramePr>
              <a:graphicFrameLocks noChangeAspect="1"/>
            </wp:cNvGraphicFramePr>
            <a:graphic>
              <a:graphicData uri="http://schemas.openxmlformats.org/drawingml/2006/picture">
                <pic:pic>
                  <pic:nvPicPr>
                    <pic:cNvPr id="0" name="q07-1@300dpi.png"/>
                    <pic:cNvPicPr/>
                  </pic:nvPicPr>
                  <pic:blipFill>
                    <a:blip r:embed="rId9"/>
                    <a:stretch>
                      <a:fillRect/>
                    </a:stretch>
                  </pic:blipFill>
                  <pic:spPr>
                    <a:xfrm>
                      <a:off x="0" y="0"/>
                      <a:ext cx="2409848" cy="1336901"/>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13　　(B) 14　　(C) 15　　(D) 16　　(E) 17</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哪个 x 值满足</w:t>
      </w:r>
    </w:p>
    <w:p>
      <w:pPr>
        <w:spacing w:before="0" w:after="80" w:line="300" w:lineRule="auto"/>
        <w:jc w:val="left"/>
      </w:pPr>
      <w:r>
        <w:rPr>
          <w:rFonts w:ascii="Times New Roman" w:hAnsi="Times New Roman" w:eastAsia="宋体"/>
          <w:b w:val="0"/>
          <w:i w:val="0"/>
          <w:sz w:val="21"/>
        </w:rPr>
        <w:t>(log₂ x · log₃ x)/(log₂ x + log₃ x) = 2？</w:t>
      </w:r>
    </w:p>
    <w:p>
      <w:pPr>
        <w:spacing w:before="0" w:after="120" w:line="300" w:lineRule="auto"/>
      </w:pPr>
      <w:r>
        <w:rPr>
          <w:rFonts w:ascii="Times New Roman" w:hAnsi="Times New Roman" w:eastAsia="宋体"/>
          <w:b w:val="0"/>
          <w:i w:val="0"/>
          <w:sz w:val="21"/>
        </w:rPr>
        <w:t>（A）25　　（B）32　　（C）36　　（D）42　　（E）48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value of x satisfies</w:t>
      </w:r>
    </w:p>
    <w:p>
      <w:pPr>
        <w:spacing w:before="0" w:after="80" w:line="300" w:lineRule="auto"/>
        <w:jc w:val="left"/>
      </w:pPr>
      <w:r>
        <w:rPr>
          <w:rFonts w:ascii="Times New Roman" w:hAnsi="Times New Roman" w:eastAsia="宋体"/>
          <w:b w:val="0"/>
          <w:i w:val="0"/>
          <w:color w:val="333333"/>
          <w:sz w:val="19"/>
        </w:rPr>
        <w:t>(log₂ x · log₃ x)/(log₂ x + log₃ x) = 2?</w:t>
      </w:r>
    </w:p>
    <w:p>
      <w:pPr>
        <w:spacing w:before="0" w:after="160" w:line="300" w:lineRule="auto"/>
      </w:pPr>
      <w:r>
        <w:rPr>
          <w:rFonts w:ascii="Times New Roman" w:hAnsi="Times New Roman" w:eastAsia="宋体"/>
          <w:b w:val="0"/>
          <w:i w:val="0"/>
          <w:color w:val="333333"/>
          <w:sz w:val="19"/>
        </w:rPr>
        <w:t>(A) 25　　(B) 32　　(C) 36　　(D) 42　　(E) 48</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一个飞镖靶是坐标平面中的区域 B，由满足 |x| + |y| ≤ 8 的点 (x, y) 组成。目标区域 T 由满足 (x² + y² - 25)² ≤ 49 的点组成。飞镖随机落在 B 中一点。飞镖落在 T 中的概率可表示为 m/n · π，其中 m 和 n 是互质正整数。求 m + n。</w:t>
      </w:r>
    </w:p>
    <w:p>
      <w:pPr>
        <w:spacing w:before="0" w:after="120" w:line="300" w:lineRule="auto"/>
      </w:pPr>
      <w:r>
        <w:rPr>
          <w:rFonts w:ascii="Times New Roman" w:hAnsi="Times New Roman" w:eastAsia="宋体"/>
          <w:b w:val="0"/>
          <w:i w:val="0"/>
          <w:sz w:val="21"/>
        </w:rPr>
        <w:t>（A）39　　（B）71　　（C）73　　（D）75　　（E）135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dartboard is the region B in the coordinate plane consisting of points (x, y) such that |x| + |y| ≤ 8. A target T is the region where (x² + y² - 25)² ≤ 49. A dart is thrown and lands at a random point in B. The probability that the dart lands in T can be expressed as m/n · π, where m and n are relatively prime positive integers. What is m + n?</w:t>
      </w:r>
    </w:p>
    <w:p>
      <w:pPr>
        <w:spacing w:before="0" w:after="160" w:line="300" w:lineRule="auto"/>
      </w:pPr>
      <w:r>
        <w:rPr>
          <w:rFonts w:ascii="Times New Roman" w:hAnsi="Times New Roman" w:eastAsia="宋体"/>
          <w:b w:val="0"/>
          <w:i w:val="0"/>
          <w:color w:val="333333"/>
          <w:sz w:val="19"/>
        </w:rPr>
        <w:t>(A) 39　　(B) 71　　(C) 73　　(D) 75　　(E) 135</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一个含 9 个实数的列表包括 1、2.2、3.2、5.2、6.2、7，以及满足 x ≤ y ≤ z 的 x，y，z。列表的极差为 7，且平均数和中位数都是正整数。有多少个有序三元组 (x, y, z) 可行？</w:t>
      </w:r>
    </w:p>
    <w:p>
      <w:pPr>
        <w:spacing w:before="0" w:after="120" w:line="300" w:lineRule="auto"/>
      </w:pPr>
      <w:r>
        <w:rPr>
          <w:rFonts w:ascii="Times New Roman" w:hAnsi="Times New Roman" w:eastAsia="宋体"/>
          <w:b w:val="0"/>
          <w:i w:val="0"/>
          <w:sz w:val="21"/>
        </w:rPr>
        <w:t>（A）1　　（B）2　　（C）3　　（D）4　　（E）无限多个</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list of 9 real numbers consists of 1, 2.2, 3.2, 5.2, 6.2, and 7, as well as x, y, z with x ≤ y ≤ z. The range of the list is 7, and the mean and median are both positive integers. How many ordered triples (x, y, z) are possible?</w:t>
      </w:r>
    </w:p>
    <w:p>
      <w:pPr>
        <w:spacing w:before="0" w:after="160" w:line="300" w:lineRule="auto"/>
      </w:pPr>
      <w:r>
        <w:rPr>
          <w:rFonts w:ascii="Times New Roman" w:hAnsi="Times New Roman" w:eastAsia="宋体"/>
          <w:b w:val="0"/>
          <w:i w:val="0"/>
          <w:color w:val="333333"/>
          <w:sz w:val="19"/>
        </w:rPr>
        <w:t>(A) 1　　(B) 2　　(C) 3　　(D) 4　　(E) infinitely many</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令 xₙ = sin²(n°)。求 x₁，x₂，x₃，…，x₉₀ 的平均数。</w:t>
      </w:r>
    </w:p>
    <w:p>
      <w:pPr>
        <w:spacing w:before="0" w:after="120" w:line="300" w:lineRule="auto"/>
      </w:pPr>
      <w:r>
        <w:rPr>
          <w:rFonts w:ascii="Times New Roman" w:hAnsi="Times New Roman" w:eastAsia="宋体"/>
          <w:b w:val="0"/>
          <w:i w:val="0"/>
          <w:sz w:val="21"/>
        </w:rPr>
        <w:t>（A）11/45　　（B）22/45　　（C）89/180　　（D）1/2　　（E）91/180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xₙ = sin²(n°). What is the mean of x₁, x₂, x₃, …, x₉₀?</w:t>
      </w:r>
    </w:p>
    <w:p>
      <w:pPr>
        <w:spacing w:before="0" w:after="160" w:line="300" w:lineRule="auto"/>
      </w:pPr>
      <w:r>
        <w:rPr>
          <w:rFonts w:ascii="Times New Roman" w:hAnsi="Times New Roman" w:eastAsia="宋体"/>
          <w:b w:val="0"/>
          <w:i w:val="0"/>
          <w:color w:val="333333"/>
          <w:sz w:val="19"/>
        </w:rPr>
        <w:t>(A) 11/45　　(B) 22/45　　(C) 89/180　　(D) 1/2　　(E) 91/180</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设 z 是一个虚部为正、实部大于 1、且 |z| = 2 的复数。在复平面中，四点 0，z，z²、z³ 是一个面积为 15 的四边形的顶点。z 的虚部是多少？</w:t>
      </w:r>
    </w:p>
    <w:p>
      <w:pPr>
        <w:spacing w:before="0" w:after="120" w:line="300" w:lineRule="auto"/>
      </w:pPr>
      <w:r>
        <w:rPr>
          <w:rFonts w:ascii="Times New Roman" w:hAnsi="Times New Roman" w:eastAsia="宋体"/>
          <w:b w:val="0"/>
          <w:i w:val="0"/>
          <w:sz w:val="21"/>
        </w:rPr>
        <w:t>（A）3/4　　（B）1　　（C）4/3　　（D）3/2　　（E）5/3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Suppose z is a complex number with positive imaginary part, with real part greater than 1, and with |z| = 2. In the complex plane, the four points 0, z, z², and z³ are the vertices of a quadrilateral with area 15. What is the imaginary part of z?</w:t>
      </w:r>
    </w:p>
    <w:p>
      <w:pPr>
        <w:spacing w:before="0" w:after="160" w:line="300" w:lineRule="auto"/>
      </w:pPr>
      <w:r>
        <w:rPr>
          <w:rFonts w:ascii="Times New Roman" w:hAnsi="Times New Roman" w:eastAsia="宋体"/>
          <w:b w:val="0"/>
          <w:i w:val="0"/>
          <w:color w:val="333333"/>
          <w:sz w:val="19"/>
        </w:rPr>
        <w:t>(A) 3/4　　(B) 1　　(C) 4/3　　(D) 3/2　　(E) 5/3</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实数 x，y，h 和 k 满足方程组</w:t>
      </w:r>
    </w:p>
    <w:p>
      <w:pPr>
        <w:spacing w:before="0" w:after="80" w:line="300" w:lineRule="auto"/>
        <w:jc w:val="left"/>
      </w:pPr>
      <w:r>
        <w:rPr>
          <w:rFonts w:ascii="Times New Roman" w:hAnsi="Times New Roman" w:eastAsia="宋体"/>
          <w:b w:val="0"/>
          <w:i w:val="0"/>
          <w:sz w:val="21"/>
        </w:rPr>
        <w:t>x² + y² - 6x - 8y = h</w:t>
      </w:r>
    </w:p>
    <w:p>
      <w:pPr>
        <w:spacing w:before="0" w:after="80" w:line="300" w:lineRule="auto"/>
        <w:jc w:val="left"/>
      </w:pPr>
      <w:r>
        <w:rPr>
          <w:rFonts w:ascii="Times New Roman" w:hAnsi="Times New Roman" w:eastAsia="宋体"/>
          <w:b w:val="0"/>
          <w:i w:val="0"/>
          <w:sz w:val="21"/>
        </w:rPr>
        <w:t>x² + y² - 10x + 4y = k。</w:t>
      </w:r>
    </w:p>
    <w:p>
      <w:pPr>
        <w:spacing w:before="0" w:after="80" w:line="300" w:lineRule="auto"/>
        <w:jc w:val="left"/>
      </w:pPr>
      <w:r>
        <w:rPr>
          <w:rFonts w:ascii="Times New Roman" w:hAnsi="Times New Roman" w:eastAsia="宋体"/>
          <w:b w:val="0"/>
          <w:i w:val="0"/>
          <w:sz w:val="21"/>
        </w:rPr>
        <w:t>求 h + k 的最小可能值。</w:t>
      </w:r>
    </w:p>
    <w:p>
      <w:pPr>
        <w:spacing w:before="0" w:after="120" w:line="300" w:lineRule="auto"/>
      </w:pPr>
      <w:r>
        <w:rPr>
          <w:rFonts w:ascii="Times New Roman" w:hAnsi="Times New Roman" w:eastAsia="宋体"/>
          <w:b w:val="0"/>
          <w:i w:val="0"/>
          <w:sz w:val="21"/>
        </w:rPr>
        <w:t>（A）-54　　（B）-46　　（C）-34　　（D）-16　　（E）16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real numbers x, y, h, and k that satisfy the system of equations</w:t>
      </w:r>
    </w:p>
    <w:p>
      <w:pPr>
        <w:spacing w:before="0" w:after="80" w:line="300" w:lineRule="auto"/>
        <w:jc w:val="left"/>
      </w:pPr>
      <w:r>
        <w:rPr>
          <w:rFonts w:ascii="Times New Roman" w:hAnsi="Times New Roman" w:eastAsia="宋体"/>
          <w:b w:val="0"/>
          <w:i w:val="0"/>
          <w:color w:val="333333"/>
          <w:sz w:val="19"/>
        </w:rPr>
        <w:t>x² + y² - 6x - 8y = h</w:t>
      </w:r>
    </w:p>
    <w:p>
      <w:pPr>
        <w:spacing w:before="0" w:after="80" w:line="300" w:lineRule="auto"/>
        <w:jc w:val="left"/>
      </w:pPr>
      <w:r>
        <w:rPr>
          <w:rFonts w:ascii="Times New Roman" w:hAnsi="Times New Roman" w:eastAsia="宋体"/>
          <w:b w:val="0"/>
          <w:i w:val="0"/>
          <w:color w:val="333333"/>
          <w:sz w:val="19"/>
        </w:rPr>
        <w:t>x² + y² - 10x + 4y = k.</w:t>
      </w:r>
    </w:p>
    <w:p>
      <w:pPr>
        <w:spacing w:before="0" w:after="80" w:line="300" w:lineRule="auto"/>
        <w:jc w:val="left"/>
      </w:pPr>
      <w:r>
        <w:rPr>
          <w:rFonts w:ascii="Times New Roman" w:hAnsi="Times New Roman" w:eastAsia="宋体"/>
          <w:b w:val="0"/>
          <w:i w:val="0"/>
          <w:color w:val="333333"/>
          <w:sz w:val="19"/>
        </w:rPr>
        <w:t>What is the minimum possible value of h + k?</w:t>
      </w:r>
    </w:p>
    <w:p>
      <w:pPr>
        <w:spacing w:before="0" w:after="160" w:line="300" w:lineRule="auto"/>
      </w:pPr>
      <w:r>
        <w:rPr>
          <w:rFonts w:ascii="Times New Roman" w:hAnsi="Times New Roman" w:eastAsia="宋体"/>
          <w:b w:val="0"/>
          <w:i w:val="0"/>
          <w:color w:val="333333"/>
          <w:sz w:val="19"/>
        </w:rPr>
        <w:t>(A) -54　　(B) -46　　(C) -34　　(D) -16　　(E) 16</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一个整数的 100 次方除以 125 时，可能得到多少种不同余数？</w:t>
      </w:r>
    </w:p>
    <w:p>
      <w:pPr>
        <w:spacing w:before="0" w:after="120" w:line="300" w:lineRule="auto"/>
      </w:pPr>
      <w:r>
        <w:rPr>
          <w:rFonts w:ascii="Times New Roman" w:hAnsi="Times New Roman" w:eastAsia="宋体"/>
          <w:b w:val="0"/>
          <w:i w:val="0"/>
          <w:sz w:val="21"/>
        </w:rPr>
        <w:t>（A）1　　（B）2　　（C）5　　（D）25　　（E）125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different remainders can result when the 100th power of an integer is divided by 125?</w:t>
      </w:r>
    </w:p>
    <w:p>
      <w:pPr>
        <w:spacing w:before="0" w:after="160" w:line="300" w:lineRule="auto"/>
      </w:pPr>
      <w:r>
        <w:rPr>
          <w:rFonts w:ascii="Times New Roman" w:hAnsi="Times New Roman" w:eastAsia="宋体"/>
          <w:b w:val="0"/>
          <w:i w:val="0"/>
          <w:color w:val="333333"/>
          <w:sz w:val="19"/>
        </w:rPr>
        <w:t>(A) 1　　(B) 2　　(C) 5　　(D) 25　　(E) 125</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坐标平面中一个三角形的顶点为 A(log₂ 1, log₂ 2)，B(log₂ 3, log₂ 4)，和 C(log₂ 7, log₂ 8)。△ ABC 的面积是多少？</w:t>
      </w:r>
    </w:p>
    <w:p>
      <w:pPr>
        <w:spacing w:before="0" w:after="120" w:line="300" w:lineRule="auto"/>
      </w:pPr>
      <w:r>
        <w:rPr>
          <w:rFonts w:ascii="Times New Roman" w:hAnsi="Times New Roman" w:eastAsia="宋体"/>
          <w:b w:val="0"/>
          <w:i w:val="0"/>
          <w:sz w:val="21"/>
        </w:rPr>
        <w:t>（A）log₂ (√(3))/7　　（B）log₂ 3/(√(7))　　（C）log₂ 7/(√(3))　　（D）log₂ 11/(√(7))　　（E）log₂ 11/(√(3))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triangle in the coordinate plane has vertices A(log₂ 1, log₂ 2), B(log₂ 3, log₂ 4), and C(log₂ 7, log₂ 8). What is the area of △ ABC?</w:t>
      </w:r>
    </w:p>
    <w:p>
      <w:pPr>
        <w:spacing w:before="0" w:after="160" w:line="300" w:lineRule="auto"/>
      </w:pPr>
      <w:r>
        <w:rPr>
          <w:rFonts w:ascii="Times New Roman" w:hAnsi="Times New Roman" w:eastAsia="宋体"/>
          <w:b w:val="0"/>
          <w:i w:val="0"/>
          <w:color w:val="333333"/>
          <w:sz w:val="19"/>
        </w:rPr>
        <w:t>(A) log₂ (√(3))/7　　(B) log₂ 3/(√(7))　　(C) log₂ 7/(√(3))　　(D) log₂ 11/(√(7))　　(E) log₂ 11/(√(3))</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16 个人要被分成 4 个不可区分的 4 人委员会。每个委员会有一名主席和一名秘书。不同分配方式数可写为 3^(r) M，其中 r、M 是正整数，且 M 不被 3 整除。求 r。</w:t>
      </w:r>
    </w:p>
    <w:p>
      <w:pPr>
        <w:spacing w:before="0" w:after="120" w:line="300" w:lineRule="auto"/>
      </w:pPr>
      <w:r>
        <w:rPr>
          <w:rFonts w:ascii="Times New Roman" w:hAnsi="Times New Roman" w:eastAsia="宋体"/>
          <w:b w:val="0"/>
          <w:i w:val="0"/>
          <w:sz w:val="21"/>
        </w:rPr>
        <w:t>（A）5　　（B）6　　（C）7　　（D）8　　（E）9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group of 16 people will be partitioned into 4 indistinguishable 4-person committees. Each committee will have one chairperson and one secretary. The number of different ways to make these assignments can be written as 3^(r) M, where r and M are positive integers and M is not divisible by 3. What is r?</w:t>
      </w:r>
    </w:p>
    <w:p>
      <w:pPr>
        <w:spacing w:before="0" w:after="160" w:line="300" w:lineRule="auto"/>
      </w:pPr>
      <w:r>
        <w:rPr>
          <w:rFonts w:ascii="Times New Roman" w:hAnsi="Times New Roman" w:eastAsia="宋体"/>
          <w:b w:val="0"/>
          <w:i w:val="0"/>
          <w:color w:val="333333"/>
          <w:sz w:val="19"/>
        </w:rPr>
        <w:t>(A) 5　　(B) 6　　(C) 7　　(D) 8　　(E) 9</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从绝对值不超过 10 的整数集合中，不放回地随机选取整数 a、b。多项式 x³ + ax² + bx + 6 有 3 个不同整数根的概率是多少？</w:t>
      </w:r>
    </w:p>
    <w:p>
      <w:pPr>
        <w:spacing w:before="0" w:after="120" w:line="300" w:lineRule="auto"/>
      </w:pPr>
      <w:r>
        <w:rPr>
          <w:rFonts w:ascii="Times New Roman" w:hAnsi="Times New Roman" w:eastAsia="宋体"/>
          <w:b w:val="0"/>
          <w:i w:val="0"/>
          <w:sz w:val="21"/>
        </w:rPr>
        <w:t>（A）1/240　　（B）1/221　　（C）1/105　　（D）1/84　　（E）1/63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Integers a and b are randomly chosen without replacement from the set of integers with absolute value not exceeding 10. What is the probability that the polynomial x³ + ax² + bx + 6 has 3 distinct integer roots?</w:t>
      </w:r>
    </w:p>
    <w:p>
      <w:pPr>
        <w:spacing w:before="0" w:after="160" w:line="300" w:lineRule="auto"/>
      </w:pPr>
      <w:r>
        <w:rPr>
          <w:rFonts w:ascii="Times New Roman" w:hAnsi="Times New Roman" w:eastAsia="宋体"/>
          <w:b w:val="0"/>
          <w:i w:val="0"/>
          <w:color w:val="333333"/>
          <w:sz w:val="19"/>
        </w:rPr>
        <w:t>(A) 1/240　　(B) 1/221　　(C) 1/105　　(D) 1/84　　(E) 1/63</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Fibonacci 数定义为 F₁ = 1、F₂ = 1，且对 n ≥ 3，有 Fₙ = Fₙ₋₁ + Fₙ₋₂。求</w:t>
      </w:r>
    </w:p>
    <w:p>
      <w:pPr>
        <w:spacing w:before="0" w:after="80" w:line="300" w:lineRule="auto"/>
        <w:jc w:val="left"/>
      </w:pPr>
      <w:r>
        <w:rPr>
          <w:rFonts w:ascii="Times New Roman" w:hAnsi="Times New Roman" w:eastAsia="宋体"/>
          <w:b w:val="0"/>
          <w:i w:val="0"/>
          <w:sz w:val="21"/>
        </w:rPr>
        <w:t>F₂/F₁ + F₄/F₂ + F₆/F₃ + ⋯ + F₂₀/F₁₀？</w:t>
      </w:r>
    </w:p>
    <w:p>
      <w:pPr>
        <w:spacing w:before="0" w:after="120" w:line="300" w:lineRule="auto"/>
      </w:pPr>
      <w:r>
        <w:rPr>
          <w:rFonts w:ascii="Times New Roman" w:hAnsi="Times New Roman" w:eastAsia="宋体"/>
          <w:b w:val="0"/>
          <w:i w:val="0"/>
          <w:sz w:val="21"/>
        </w:rPr>
        <w:t>（A）318　　（B）319　　（C）320　　（D）321　　（E）322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Fibonacci numbers are defined by F₁ = 1, F₂ = 1, and Fₙ = Fₙ₋₁ + Fₙ₋₂ for n ≥ 3. What is</w:t>
      </w:r>
    </w:p>
    <w:p>
      <w:pPr>
        <w:spacing w:before="0" w:after="80" w:line="300" w:lineRule="auto"/>
        <w:jc w:val="left"/>
      </w:pPr>
      <w:r>
        <w:rPr>
          <w:rFonts w:ascii="Times New Roman" w:hAnsi="Times New Roman" w:eastAsia="宋体"/>
          <w:b w:val="0"/>
          <w:i w:val="0"/>
          <w:color w:val="333333"/>
          <w:sz w:val="19"/>
        </w:rPr>
        <w:t>F₂/F₁ + F₄/F₂ + F₆/F₃ + ⋯ + F₂₀/F₁₀?</w:t>
      </w:r>
    </w:p>
    <w:p>
      <w:pPr>
        <w:spacing w:before="0" w:after="160" w:line="300" w:lineRule="auto"/>
      </w:pPr>
      <w:r>
        <w:rPr>
          <w:rFonts w:ascii="Times New Roman" w:hAnsi="Times New Roman" w:eastAsia="宋体"/>
          <w:b w:val="0"/>
          <w:i w:val="0"/>
          <w:color w:val="333333"/>
          <w:sz w:val="19"/>
        </w:rPr>
        <w:t>(A) 318　　(B) 319　　(C) 320　　(D) 321　　(E) 322</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边长为 14 的等边三角形 △ ABC 绕其中心旋转角 θ（其中 0 &lt; θ &lt; 60°），得到三角形 △ DEF。见图。六边形 ADBECF 的面积为 91√(3)。tanθ 是多少？</w:t>
      </w:r>
    </w:p>
    <w:p>
      <w:pPr>
        <w:spacing w:before="80" w:after="80"/>
        <w:jc w:val="center"/>
      </w:pPr>
      <w:r>
        <w:drawing>
          <wp:inline xmlns:a="http://schemas.openxmlformats.org/drawingml/2006/main" xmlns:pic="http://schemas.openxmlformats.org/drawingml/2006/picture">
            <wp:extent cx="2091199" cy="1991652"/>
            <wp:docPr id="3" name="Picture 3"/>
            <wp:cNvGraphicFramePr>
              <a:graphicFrameLocks noChangeAspect="1"/>
            </wp:cNvGraphicFramePr>
            <a:graphic>
              <a:graphicData uri="http://schemas.openxmlformats.org/drawingml/2006/picture">
                <pic:pic>
                  <pic:nvPicPr>
                    <pic:cNvPr id="0" name="q19-1@300dpi.png"/>
                    <pic:cNvPicPr/>
                  </pic:nvPicPr>
                  <pic:blipFill>
                    <a:blip r:embed="rId10"/>
                    <a:stretch>
                      <a:fillRect/>
                    </a:stretch>
                  </pic:blipFill>
                  <pic:spPr>
                    <a:xfrm>
                      <a:off x="0" y="0"/>
                      <a:ext cx="2091199" cy="1991652"/>
                    </a:xfrm>
                    <a:prstGeom prst="rect"/>
                  </pic:spPr>
                </pic:pic>
              </a:graphicData>
            </a:graphic>
          </wp:inline>
        </w:drawing>
      </w:r>
    </w:p>
    <w:p>
      <w:pPr>
        <w:spacing w:before="0" w:after="120" w:line="300" w:lineRule="auto"/>
      </w:pPr>
      <w:r>
        <w:rPr>
          <w:rFonts w:ascii="Times New Roman" w:hAnsi="Times New Roman" w:eastAsia="宋体"/>
          <w:b w:val="0"/>
          <w:i w:val="0"/>
          <w:sz w:val="21"/>
        </w:rPr>
        <w:t>（A）3/4　　（B）(5√(3))/11　　（C）4/5　　（D）11/13　　（E）(7√(3))/13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Equilateral △ ABC with side length 14 is rotated about its center by angle θ, where 0 &lt; θ &lt; 60°, to form △ DEF. See the figure. The area of hexagon ADBECF is 91√(3). What is tanθ?</w:t>
      </w:r>
    </w:p>
    <w:p>
      <w:pPr>
        <w:spacing w:before="80" w:after="80"/>
        <w:jc w:val="center"/>
      </w:pPr>
      <w:r>
        <w:drawing>
          <wp:inline xmlns:a="http://schemas.openxmlformats.org/drawingml/2006/main" xmlns:pic="http://schemas.openxmlformats.org/drawingml/2006/picture">
            <wp:extent cx="2091199" cy="1991652"/>
            <wp:docPr id="4" name="Picture 4"/>
            <wp:cNvGraphicFramePr>
              <a:graphicFrameLocks noChangeAspect="1"/>
            </wp:cNvGraphicFramePr>
            <a:graphic>
              <a:graphicData uri="http://schemas.openxmlformats.org/drawingml/2006/picture">
                <pic:pic>
                  <pic:nvPicPr>
                    <pic:cNvPr id="0" name="q19-1@300dpi.png"/>
                    <pic:cNvPicPr/>
                  </pic:nvPicPr>
                  <pic:blipFill>
                    <a:blip r:embed="rId10"/>
                    <a:stretch>
                      <a:fillRect/>
                    </a:stretch>
                  </pic:blipFill>
                  <pic:spPr>
                    <a:xfrm>
                      <a:off x="0" y="0"/>
                      <a:ext cx="2091199" cy="1991652"/>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3/4　　(B) (5√(3))/11　　(C) 4/5　　(D) 11/13　　(E) (7√(3))/13</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设 A，B 和 C 是平面上的点，且 AB = 40、AC = 42。令 x 为从 A 到 BC 中点的线段长度。定义函数 f，令 f(x) 为 △ ABC 的面积。那么 f 的定义域是开区间 (p, q)，且 f(x) 的最大值 r 在 x = s 时取得。求 p + q + r + s。</w:t>
      </w:r>
    </w:p>
    <w:p>
      <w:pPr>
        <w:spacing w:before="0" w:after="120" w:line="300" w:lineRule="auto"/>
      </w:pPr>
      <w:r>
        <w:rPr>
          <w:rFonts w:ascii="Times New Roman" w:hAnsi="Times New Roman" w:eastAsia="宋体"/>
          <w:b w:val="0"/>
          <w:i w:val="0"/>
          <w:sz w:val="21"/>
        </w:rPr>
        <w:t>（A）909　　（B）910　　（C）911　　（D）912　　（E）913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Suppose A, B, and C are points in the plane with AB = 40 and AC = 42, and let x be the length of the line segment from A to the midpoint of BC. Define a function f by letting f(x) be the area of △ ABC. Then the domain of f is an open interval (p, q), and the maximum value r of f(x) occurs at x = s. What is p + q + r + s?</w:t>
      </w:r>
    </w:p>
    <w:p>
      <w:pPr>
        <w:spacing w:before="0" w:after="160" w:line="300" w:lineRule="auto"/>
      </w:pPr>
      <w:r>
        <w:rPr>
          <w:rFonts w:ascii="Times New Roman" w:hAnsi="Times New Roman" w:eastAsia="宋体"/>
          <w:b w:val="0"/>
          <w:i w:val="0"/>
          <w:color w:val="333333"/>
          <w:sz w:val="19"/>
        </w:rPr>
        <w:t>(A) 909　　(B) 910　　(C) 911　　(D) 912　　(E) 913</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三个不同直角三角形的最小角度数之和为 90°。这三个三角形的边长都是本原勾股数三元组。其中两个是 3-4-5 和 5-12-13。第三个三角形的周长是多少？</w:t>
      </w:r>
    </w:p>
    <w:p>
      <w:pPr>
        <w:spacing w:before="0" w:after="120" w:line="300" w:lineRule="auto"/>
      </w:pPr>
      <w:r>
        <w:rPr>
          <w:rFonts w:ascii="Times New Roman" w:hAnsi="Times New Roman" w:eastAsia="宋体"/>
          <w:b w:val="0"/>
          <w:i w:val="0"/>
          <w:sz w:val="21"/>
        </w:rPr>
        <w:t>（A）40　　（B）126　　（C）154　　（D）176　　（E）208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measures of the smallest angles of three different right triangles sum to 90°. All three triangles have side lengths that are primitive Pythagorean triples. Two of them are 3-4-5 and 5-12-13. What is the perimeter of the third triangle?</w:t>
      </w:r>
    </w:p>
    <w:p>
      <w:pPr>
        <w:spacing w:before="0" w:after="160" w:line="300" w:lineRule="auto"/>
      </w:pPr>
      <w:r>
        <w:rPr>
          <w:rFonts w:ascii="Times New Roman" w:hAnsi="Times New Roman" w:eastAsia="宋体"/>
          <w:b w:val="0"/>
          <w:i w:val="0"/>
          <w:color w:val="333333"/>
          <w:sz w:val="19"/>
        </w:rPr>
        <w:t>(A) 40　　(B) 126　　(C) 154　　(D) 176　　(E) 208</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设 △ ABC 为整数边长三角形，且满足 ∠ B = 2∠ A。这种三角形的最小可能周长是多少？</w:t>
      </w:r>
    </w:p>
    <w:p>
      <w:pPr>
        <w:spacing w:before="0" w:after="120" w:line="300" w:lineRule="auto"/>
      </w:pPr>
      <w:r>
        <w:rPr>
          <w:rFonts w:ascii="Times New Roman" w:hAnsi="Times New Roman" w:eastAsia="宋体"/>
          <w:b w:val="0"/>
          <w:i w:val="0"/>
          <w:sz w:val="21"/>
        </w:rPr>
        <w:t>（A）13　　（B）14　　（C）15　　（D）16　　（E）17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 ABC be a triangle with integer side lengths and the property that ∠ B = 2∠ A. What is the least possible perimeter of such a triangle?</w:t>
      </w:r>
    </w:p>
    <w:p>
      <w:pPr>
        <w:spacing w:before="0" w:after="160" w:line="300" w:lineRule="auto"/>
      </w:pPr>
      <w:r>
        <w:rPr>
          <w:rFonts w:ascii="Times New Roman" w:hAnsi="Times New Roman" w:eastAsia="宋体"/>
          <w:b w:val="0"/>
          <w:i w:val="0"/>
          <w:color w:val="333333"/>
          <w:sz w:val="19"/>
        </w:rPr>
        <w:t>(A) 13　　(B) 14　　(C) 15　　(D) 16　　(E) 17</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一个直棱锥的底面是边长为 1 的正八边形 ABCDEFGH，顶点为 V。线段 AV 与 DV 垂直。该棱锥高度的平方是多少？</w:t>
      </w:r>
    </w:p>
    <w:p>
      <w:pPr>
        <w:spacing w:before="0" w:after="120" w:line="300" w:lineRule="auto"/>
      </w:pPr>
      <w:r>
        <w:rPr>
          <w:rFonts w:ascii="Times New Roman" w:hAnsi="Times New Roman" w:eastAsia="宋体"/>
          <w:b w:val="0"/>
          <w:i w:val="0"/>
          <w:sz w:val="21"/>
        </w:rPr>
        <w:t>（A）1　　（B）(1 + √(2))/2　　（C）√(2)　　（D）3/2　　（E）(2 + √(2))/3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right pyramid has regular octagon ABCDEFGH with side length 1 as its base and apex V. Segments AV and DV are perpendicular. What is the square of the height of the pyramid?</w:t>
      </w:r>
    </w:p>
    <w:p>
      <w:pPr>
        <w:spacing w:before="0" w:after="160" w:line="300" w:lineRule="auto"/>
      </w:pPr>
      <w:r>
        <w:rPr>
          <w:rFonts w:ascii="Times New Roman" w:hAnsi="Times New Roman" w:eastAsia="宋体"/>
          <w:b w:val="0"/>
          <w:i w:val="0"/>
          <w:color w:val="333333"/>
          <w:sz w:val="19"/>
        </w:rPr>
        <w:t>(A) 1　　(B) (1 + √(2))/2　　(C) √(2)　　(D) 3/2　　(E) (2 + √(2))/3</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有多少个正整数有序三元组 (a, b, c)，满足 a ≤ b ≤ c ≤ 9，并且存在一个非退化三角形 △ ABC，其内切圆半径为整数，且 a、b、c 分别是从 A 到 BC、从 B 到 AC、从 C 到 AB 的高？（回忆：三角形的内切圆半径，是能内接于该三角形的最大圆的半径。）</w:t>
      </w:r>
    </w:p>
    <w:p>
      <w:pPr>
        <w:spacing w:before="0" w:after="120" w:line="300" w:lineRule="auto"/>
      </w:pPr>
      <w:r>
        <w:rPr>
          <w:rFonts w:ascii="Times New Roman" w:hAnsi="Times New Roman" w:eastAsia="宋体"/>
          <w:b w:val="0"/>
          <w:i w:val="0"/>
          <w:sz w:val="21"/>
        </w:rPr>
        <w:t>（A）2　　（B）3　　（C）4　　（D）5　　（E）6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number of ordered triples (a, b, c) of positive integers, with a ≤ b ≤ c ≤ 9, such that there exists a (non-degenerate) triangle △ ABC with an integer inradius for which a, b, and c are the lengths of the altitudes from A to BC, B to AC, and C to AB, respectively? (Recall that the inradius of a triangle is the radius of the largest possible circle that can be inscribed in the triangle.)</w:t>
      </w:r>
    </w:p>
    <w:p>
      <w:pPr>
        <w:spacing w:before="0" w:after="160" w:line="300" w:lineRule="auto"/>
      </w:pPr>
      <w:r>
        <w:rPr>
          <w:rFonts w:ascii="Times New Roman" w:hAnsi="Times New Roman" w:eastAsia="宋体"/>
          <w:b w:val="0"/>
          <w:i w:val="0"/>
          <w:color w:val="333333"/>
          <w:sz w:val="19"/>
        </w:rPr>
        <w:t>(A) 2　　(B) 3　　(C) 4　　(D) 5　　(E) 6</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Pablo 要用红色或蓝色颜料、条纹或圆点图案装饰 6 个相同的白球。他会对每个球的颜色和图案各掷一次公平硬币，共 12 次决策。颜料干后，他把 6 个球放入一个盒子。Frida 从盒子中随机取一个球，并记录其颜色和图案。事件“Frida 取到的球是红色”和“Frida 取到的球是条纹”是否独立，取决于 Pablo 的掷硬币结果。这两个事件独立的概率可写为 m/n，其中 m 和 n 是互质正整数。m 是多少？（回忆：若两个事件 A 和 B 满足 P(A 且 B) = P(A)· P(B)，则它们独立。）</w:t>
      </w:r>
    </w:p>
    <w:p>
      <w:pPr>
        <w:spacing w:before="0" w:after="120" w:line="300" w:lineRule="auto"/>
      </w:pPr>
      <w:r>
        <w:rPr>
          <w:rFonts w:ascii="Times New Roman" w:hAnsi="Times New Roman" w:eastAsia="宋体"/>
          <w:b w:val="0"/>
          <w:i w:val="0"/>
          <w:sz w:val="21"/>
        </w:rPr>
        <w:t>（A）243　　（B）245　　（C）247　　（D）249　　（E）251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Pablo will decorate each of 6 identical white balls with either a striped or a dotted pattern, using either red or blue paint. He will decide on the color and pattern for each ball by flipping a fair coin for each of the 12 decisions he must make. After the paint dries, he will place the 6 balls in an urn. Frida will randomly select one ball from the urn and note its color and pattern. The events “the ball Frida selects is red” and “the ball Frida selects is striped” may or may not be independent, depending on the outcome of Pablo’s coin flips. The probability that these two events are independent can be written as m/n, where m and n are relatively prime positive integers. What is m? (Recall that two events A and B are independent if P(A and B) = P(A)· P(B).)</w:t>
      </w:r>
    </w:p>
    <w:p>
      <w:pPr>
        <w:spacing w:before="0" w:after="160" w:line="300" w:lineRule="auto"/>
      </w:pPr>
      <w:r>
        <w:rPr>
          <w:rFonts w:ascii="Times New Roman" w:hAnsi="Times New Roman" w:eastAsia="宋体"/>
          <w:b w:val="0"/>
          <w:i w:val="0"/>
          <w:color w:val="333333"/>
          <w:sz w:val="19"/>
        </w:rPr>
        <w:t>(A) 243　　(B) 245　　(C) 247　　(D) 249　　(E) 251</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B　B　E　D　B　B　C　C　B</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C　E　D　C　B　B　A　C　B</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B　C　C　C　B　B　A</w:t>
      </w:r>
    </w:p>
    <w:p>
      <w:pPr>
        <w:spacing w:before="0" w:after="200" w:line="300" w:lineRule="auto"/>
      </w:pPr>
      <w:r>
        <w:rPr>
          <w:rFonts w:ascii="Times New Roman" w:hAnsi="Times New Roman" w:eastAsia="宋体"/>
          <w:b w:val="0"/>
          <w:i w:val="0"/>
          <w:color w:val="666666"/>
          <w:sz w:val="18"/>
        </w:rPr>
        <w:t>答案串：BBEDBBCCBCEDCBBACBBCCCBBA</w:t>
      </w:r>
    </w:p>
    <w:p>
      <w:pPr>
        <w:spacing w:before="200" w:after="80" w:line="300" w:lineRule="auto"/>
      </w:pPr>
      <w:r>
        <w:rPr>
          <w:rFonts w:ascii="Times New Roman" w:hAnsi="Times New Roman" w:eastAsia="宋体"/>
          <w:b/>
          <w:i w:val="0"/>
          <w:sz w:val="23"/>
        </w:rPr>
        <w:t>第 1 题　答案 B</w:t>
      </w:r>
    </w:p>
    <w:p>
      <w:pPr>
        <w:spacing w:before="0" w:after="80" w:line="300" w:lineRule="auto"/>
        <w:jc w:val="left"/>
      </w:pPr>
      <w:r>
        <w:rPr>
          <w:rFonts w:ascii="Times New Roman" w:hAnsi="Times New Roman" w:eastAsia="宋体"/>
          <w:b w:val="0"/>
          <w:i w:val="0"/>
          <w:sz w:val="21"/>
        </w:rPr>
        <w:t>目标人物左边有 1013 - 1 = 1012 人，右边有 1010 - 1 = 1009 人。包括此人自己，总人数为 1012 + 1009 + 1 = 2022。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target person has 1013 - 1 = 1012 people to the left and 1010 - 1 = 1009 people to the right. Including the person themself, the line has 1012 + 1009 + 1 = 2022 people.</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B</w:t>
      </w:r>
    </w:p>
    <w:p>
      <w:pPr>
        <w:spacing w:before="0" w:after="80" w:line="300" w:lineRule="auto"/>
        <w:jc w:val="left"/>
      </w:pPr>
      <w:r>
        <w:rPr>
          <w:rFonts w:ascii="Times New Roman" w:hAnsi="Times New Roman" w:eastAsia="宋体"/>
          <w:b w:val="0"/>
          <w:i w:val="0"/>
          <w:sz w:val="21"/>
        </w:rPr>
        <w:t>注意 6! = 720 = 8 · 9 · 10。因此</w:t>
      </w:r>
    </w:p>
    <w:p>
      <w:pPr>
        <w:spacing w:before="0" w:after="80" w:line="300" w:lineRule="auto"/>
        <w:jc w:val="left"/>
      </w:pPr>
      <w:r>
        <w:rPr>
          <w:rFonts w:ascii="Times New Roman" w:hAnsi="Times New Roman" w:eastAsia="宋体"/>
          <w:b w:val="0"/>
          <w:i w:val="0"/>
          <w:sz w:val="21"/>
        </w:rPr>
        <w:t>7! · 6! = 7! · (8 · 9 · 10) = 10!。</w:t>
      </w:r>
    </w:p>
    <w:p>
      <w:pPr>
        <w:spacing w:before="0" w:after="80" w:line="300" w:lineRule="auto"/>
        <w:jc w:val="left"/>
      </w:pPr>
      <w:r>
        <w:rPr>
          <w:rFonts w:ascii="Times New Roman" w:hAnsi="Times New Roman" w:eastAsia="宋体"/>
          <w:b w:val="0"/>
          <w:i w:val="0"/>
          <w:sz w:val="21"/>
        </w:rPr>
        <w:t>所以 10! - 7! · 6! = 10! - 10! = 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Note that 6! = 720 = 8 · 9 · 10. Therefore</w:t>
      </w:r>
    </w:p>
    <w:p>
      <w:pPr>
        <w:spacing w:before="0" w:after="80" w:line="300" w:lineRule="auto"/>
        <w:jc w:val="left"/>
      </w:pPr>
      <w:r>
        <w:rPr>
          <w:rFonts w:ascii="Times New Roman" w:hAnsi="Times New Roman" w:eastAsia="宋体"/>
          <w:b w:val="0"/>
          <w:i w:val="0"/>
          <w:color w:val="333333"/>
          <w:sz w:val="19"/>
        </w:rPr>
        <w:t>7! · 6! = 7! · (8 · 9 · 10) = 10!.</w:t>
      </w:r>
    </w:p>
    <w:p>
      <w:pPr>
        <w:spacing w:before="0" w:after="80" w:line="300" w:lineRule="auto"/>
        <w:jc w:val="left"/>
      </w:pPr>
      <w:r>
        <w:rPr>
          <w:rFonts w:ascii="Times New Roman" w:hAnsi="Times New Roman" w:eastAsia="宋体"/>
          <w:b w:val="0"/>
          <w:i w:val="0"/>
          <w:color w:val="333333"/>
          <w:sz w:val="19"/>
        </w:rPr>
        <w:t>So 10! - 7! · 6! = 10! - 10! = 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E</w:t>
      </w:r>
    </w:p>
    <w:p>
      <w:pPr>
        <w:spacing w:before="0" w:after="80" w:line="300" w:lineRule="auto"/>
        <w:jc w:val="left"/>
      </w:pPr>
      <w:r>
        <w:rPr>
          <w:rFonts w:ascii="Times New Roman" w:hAnsi="Times New Roman" w:eastAsia="宋体"/>
          <w:b w:val="0"/>
          <w:i w:val="0"/>
          <w:sz w:val="21"/>
        </w:rPr>
        <w:t>不等式 |2x| ≤ 7π 等价于 |x| ≤ 7π/2 ≈ 10.99。满足条件的整数从 -10 到 10，共有 10 + 10 + 1 = 21 个。</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inequality |2x| ≤ 7π is equivalent to |x| ≤ 7π/2 ≈ 10.99. The integers satisfying this run from -10 to 10, which is 10 + 10 + 1 = 21 values.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D</w:t>
      </w:r>
    </w:p>
    <w:p>
      <w:pPr>
        <w:spacing w:before="0" w:after="80" w:line="300" w:lineRule="auto"/>
        <w:jc w:val="left"/>
      </w:pPr>
      <w:r>
        <w:rPr>
          <w:rFonts w:ascii="Times New Roman" w:hAnsi="Times New Roman" w:eastAsia="宋体"/>
          <w:b w:val="0"/>
          <w:i w:val="0"/>
          <w:sz w:val="21"/>
        </w:rPr>
        <w:t>第 k 步放入 k 个球，所以第 k 步后共放入 (k(k+1))/2 个球。又 (63 · 64)/2 = 2016 而 (64 · 65)/2 = 2080，所以球 2024 在第 64 步。</w:t>
      </w:r>
    </w:p>
    <w:p>
      <w:pPr>
        <w:spacing w:before="0" w:after="80" w:line="300" w:lineRule="auto"/>
        <w:jc w:val="left"/>
      </w:pPr>
      <w:r>
        <w:rPr>
          <w:rFonts w:ascii="Times New Roman" w:hAnsi="Times New Roman" w:eastAsia="宋体"/>
          <w:b w:val="0"/>
          <w:i w:val="0"/>
          <w:sz w:val="21"/>
        </w:rPr>
        <w:t>步骤按 A, B, C, D, E 循环，所以第 k 步使用位置 (k-1) bmod 5 的箱。这里 (64 - 1) bmod 5 = 63 bmod 5 = 3，即第四个箱 D。</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Step k deposits k balls, so after step k a total of (k(k+1))/2 balls have been placed. Since (63 · 64)/2 = 2016 and (64 · 65)/2 = 2080, ball 2024 falls in step 64.</w:t>
      </w:r>
    </w:p>
    <w:p>
      <w:pPr>
        <w:spacing w:before="0" w:after="80" w:line="300" w:lineRule="auto"/>
        <w:jc w:val="left"/>
      </w:pPr>
      <w:r>
        <w:rPr>
          <w:rFonts w:ascii="Times New Roman" w:hAnsi="Times New Roman" w:eastAsia="宋体"/>
          <w:b w:val="0"/>
          <w:i w:val="0"/>
          <w:color w:val="333333"/>
          <w:sz w:val="19"/>
        </w:rPr>
        <w:t>The steps cycle through the bins A, B, C, D, E, so step k uses position (k-1) bmod 5. Here (64 - 1) bmod 5 = 63 bmod 5 = 3, which is the fourth bin, D.</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B</w:t>
      </w:r>
    </w:p>
    <w:p>
      <w:pPr>
        <w:spacing w:before="0" w:after="80" w:line="300" w:lineRule="auto"/>
        <w:jc w:val="left"/>
      </w:pPr>
      <w:r>
        <w:rPr>
          <w:rFonts w:ascii="Times New Roman" w:hAnsi="Times New Roman" w:eastAsia="宋体"/>
          <w:b w:val="0"/>
          <w:i w:val="0"/>
          <w:sz w:val="21"/>
        </w:rPr>
        <w:t>原表达式是前 50 个正奇数之和，等于 50² = 2500。把值为 v 的项从 + 改为 -，总和会减少 2v，所以要使结果为负，翻号项的和必须大于 2500/2 = 1250。</w:t>
      </w:r>
    </w:p>
    <w:p>
      <w:pPr>
        <w:spacing w:before="0" w:after="80" w:line="300" w:lineRule="auto"/>
        <w:jc w:val="left"/>
      </w:pPr>
      <w:r>
        <w:rPr>
          <w:rFonts w:ascii="Times New Roman" w:hAnsi="Times New Roman" w:eastAsia="宋体"/>
          <w:b w:val="0"/>
          <w:i w:val="0"/>
          <w:sz w:val="21"/>
        </w:rPr>
        <w:t>为使项数尽量少，应从 99, 97, 95, … 开始翻号。最大的 k 个奇数之和为 k(100 - k)。当 k = 14 时，14 · 86 = 1204 ≤ 1250；当 k = 15 时，15 · 85 = 1275 &gt; 1250。所以 15 个足够，而 14 个不够。</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original expression sums the first 50 odd numbers, giving 50² = 2500. Changing a term of value v from + to - decreases the total by 2v, so to make the result negative the flipped terms must total more than 2500/2 = 1250.</w:t>
      </w:r>
    </w:p>
    <w:p>
      <w:pPr>
        <w:spacing w:before="0" w:after="80" w:line="300" w:lineRule="auto"/>
        <w:jc w:val="left"/>
      </w:pPr>
      <w:r>
        <w:rPr>
          <w:rFonts w:ascii="Times New Roman" w:hAnsi="Times New Roman" w:eastAsia="宋体"/>
          <w:b w:val="0"/>
          <w:i w:val="0"/>
          <w:color w:val="333333"/>
          <w:sz w:val="19"/>
        </w:rPr>
        <w:t>To use as few terms as possible, flip the largest odd numbers 99, 97, 95, … The largest k of them sum to k(100 - k). With k = 14 this is 14 · 86 = 1204 ≤ 1250, but with k = 15 it is 15 · 85 = 1275 &gt; 1250. So 15 sign changes suffice and 14 do not.</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B</w:t>
      </w:r>
    </w:p>
    <w:p>
      <w:pPr>
        <w:spacing w:before="0" w:after="80" w:line="300" w:lineRule="auto"/>
        <w:jc w:val="left"/>
      </w:pPr>
      <w:r>
        <w:rPr>
          <w:rFonts w:ascii="Times New Roman" w:hAnsi="Times New Roman" w:eastAsia="宋体"/>
          <w:b w:val="0"/>
          <w:i w:val="0"/>
          <w:sz w:val="21"/>
        </w:rPr>
        <w:t>N 的 5 进制位数是 ⌊ log₅ N ⌋ + 1。对于 N = 5 · 10¹³，有</w:t>
      </w:r>
    </w:p>
    <w:p>
      <w:pPr>
        <w:spacing w:before="0" w:after="80" w:line="300" w:lineRule="auto"/>
        <w:jc w:val="left"/>
      </w:pPr>
      <w:r>
        <w:rPr>
          <w:rFonts w:ascii="Times New Roman" w:hAnsi="Times New Roman" w:eastAsia="宋体"/>
          <w:b w:val="0"/>
          <w:i w:val="0"/>
          <w:sz w:val="21"/>
        </w:rPr>
        <w:t>log₁₀ N = 13 + log₁₀ 5 = 13.7。</w:t>
      </w:r>
    </w:p>
    <w:p>
      <w:pPr>
        <w:spacing w:before="0" w:after="80" w:line="300" w:lineRule="auto"/>
        <w:jc w:val="left"/>
      </w:pPr>
      <w:r>
        <w:rPr>
          <w:rFonts w:ascii="Times New Roman" w:hAnsi="Times New Roman" w:eastAsia="宋体"/>
          <w:b w:val="0"/>
          <w:i w:val="0"/>
          <w:sz w:val="21"/>
        </w:rPr>
        <w:t>换底可得 log₅ N = 13.7/(log₁₀ 5) = 13.7/0.7 = 19.57…。</w:t>
      </w:r>
    </w:p>
    <w:p>
      <w:pPr>
        <w:spacing w:before="0" w:after="80" w:line="300" w:lineRule="auto"/>
        <w:jc w:val="left"/>
      </w:pPr>
      <w:r>
        <w:rPr>
          <w:rFonts w:ascii="Times New Roman" w:hAnsi="Times New Roman" w:eastAsia="宋体"/>
          <w:b w:val="0"/>
          <w:i w:val="0"/>
          <w:sz w:val="21"/>
        </w:rPr>
        <w:t>因此位数为 ⌊ 19.57 ⌋ + 1 = 19 + 1 = 20。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of digits of N in base 5 is ⌊ log₅ N ⌋ + 1. With N = 5 · 10¹³,</w:t>
      </w:r>
    </w:p>
    <w:p>
      <w:pPr>
        <w:spacing w:before="0" w:after="80" w:line="300" w:lineRule="auto"/>
        <w:jc w:val="left"/>
      </w:pPr>
      <w:r>
        <w:rPr>
          <w:rFonts w:ascii="Times New Roman" w:hAnsi="Times New Roman" w:eastAsia="宋体"/>
          <w:b w:val="0"/>
          <w:i w:val="0"/>
          <w:color w:val="333333"/>
          <w:sz w:val="19"/>
        </w:rPr>
        <w:t>log₁₀ N = 13 + log₁₀ 5 = 13.7.</w:t>
      </w:r>
    </w:p>
    <w:p>
      <w:pPr>
        <w:spacing w:before="0" w:after="80" w:line="300" w:lineRule="auto"/>
        <w:jc w:val="left"/>
      </w:pPr>
      <w:r>
        <w:rPr>
          <w:rFonts w:ascii="Times New Roman" w:hAnsi="Times New Roman" w:eastAsia="宋体"/>
          <w:b w:val="0"/>
          <w:i w:val="0"/>
          <w:color w:val="333333"/>
          <w:sz w:val="19"/>
        </w:rPr>
        <w:t>Converting bases, log₅ N = 13.7/(log₁₀ 5) = 13.7/0.7 = 19.57…</w:t>
      </w:r>
    </w:p>
    <w:p>
      <w:pPr>
        <w:spacing w:before="0" w:after="80" w:line="300" w:lineRule="auto"/>
        <w:jc w:val="left"/>
      </w:pPr>
      <w:r>
        <w:rPr>
          <w:rFonts w:ascii="Times New Roman" w:hAnsi="Times New Roman" w:eastAsia="宋体"/>
          <w:b w:val="0"/>
          <w:i w:val="0"/>
          <w:color w:val="333333"/>
          <w:sz w:val="19"/>
        </w:rPr>
        <w:t>Thus the number of digits is ⌊ 19.57 ⌋ + 1 = 19 + 1 = 20.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C</w:t>
      </w:r>
    </w:p>
    <w:p>
      <w:pPr>
        <w:spacing w:before="0" w:after="80" w:line="300" w:lineRule="auto"/>
        <w:jc w:val="left"/>
      </w:pPr>
      <w:r>
        <w:rPr>
          <w:rFonts w:ascii="Times New Roman" w:hAnsi="Times New Roman" w:eastAsia="宋体"/>
          <w:b w:val="0"/>
          <w:i w:val="0"/>
          <w:sz w:val="21"/>
        </w:rPr>
        <w:t>设 X = (0,0)、W = (0,4)、Y = (8,0)、Z = (8,4)，其中 M = (m, 0) 在 XY 上，A = (8, a) 在 YZ 上。</w:t>
      </w:r>
    </w:p>
    <w:p>
      <w:pPr>
        <w:spacing w:before="0" w:after="80" w:line="300" w:lineRule="auto"/>
        <w:jc w:val="left"/>
      </w:pPr>
      <w:r>
        <w:rPr>
          <w:rFonts w:ascii="Times New Roman" w:hAnsi="Times New Roman" w:eastAsia="宋体"/>
          <w:b w:val="0"/>
          <w:i w:val="0"/>
          <w:sz w:val="21"/>
        </w:rPr>
        <w:t>因为 ∠ WMA = 90°，所以 overrightarrowMW · overrightarrowMA = (-m)(8-m) + 4a = 0，即 4a = m(8-m)。面积为 [△ WXM] = 1/2 · 4 · m = 2m 而 [△ WAZ] = 1/2 · 8 · (4 - a) = 4(4 - a)。面积相等给出 m = 8 - 2a。</w:t>
      </w:r>
    </w:p>
    <w:p>
      <w:pPr>
        <w:spacing w:before="0" w:after="80" w:line="300" w:lineRule="auto"/>
        <w:jc w:val="left"/>
      </w:pPr>
      <w:r>
        <w:rPr>
          <w:rFonts w:ascii="Times New Roman" w:hAnsi="Times New Roman" w:eastAsia="宋体"/>
          <w:b w:val="0"/>
          <w:i w:val="0"/>
          <w:sz w:val="21"/>
        </w:rPr>
        <w:t>把 a = 8-m/2 代入 4a = m(8-m)，得 2(8-m) = m(8-m)，所以 m = 2，a = 3。另一个代数根 m=8 会导致 M=A=Y，此时 ∠ WMA 没有定义，所以不成立。于是取 W = (0,4)、M = (2,0)、A = (8,3)，得</w:t>
      </w:r>
    </w:p>
    <w:p>
      <w:pPr>
        <w:spacing w:before="0" w:after="80" w:line="300" w:lineRule="auto"/>
        <w:jc w:val="left"/>
      </w:pPr>
      <w:r>
        <w:rPr>
          <w:rFonts w:ascii="Times New Roman" w:hAnsi="Times New Roman" w:eastAsia="宋体"/>
          <w:b w:val="0"/>
          <w:i w:val="0"/>
          <w:sz w:val="21"/>
        </w:rPr>
        <w:t>[△ WMA] = 1/2 |2(3 - 4) + 8(4 - 0)|</w:t>
      </w:r>
    </w:p>
    <w:p>
      <w:pPr>
        <w:spacing w:before="0" w:after="80" w:line="300" w:lineRule="auto"/>
        <w:jc w:val="left"/>
      </w:pPr>
      <w:r>
        <w:rPr>
          <w:rFonts w:ascii="Times New Roman" w:hAnsi="Times New Roman" w:eastAsia="宋体"/>
          <w:b w:val="0"/>
          <w:i w:val="0"/>
          <w:sz w:val="21"/>
        </w:rPr>
        <w:t>= 1/2 (30) = 15</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Set X = (0,0), W = (0,4), Y = (8,0), Z = (8,4), with M = (m, 0) on XY and A = (8, a) on YZ.</w:t>
      </w:r>
    </w:p>
    <w:p>
      <w:pPr>
        <w:spacing w:before="0" w:after="80" w:line="300" w:lineRule="auto"/>
        <w:jc w:val="left"/>
      </w:pPr>
      <w:r>
        <w:rPr>
          <w:rFonts w:ascii="Times New Roman" w:hAnsi="Times New Roman" w:eastAsia="宋体"/>
          <w:b w:val="0"/>
          <w:i w:val="0"/>
          <w:color w:val="333333"/>
          <w:sz w:val="19"/>
        </w:rPr>
        <w:t>Since ∠ WMA = 90°, overrightarrowMW · overrightarrowMA = (-m)(8-m) + 4a = 0, so 4a = m(8-m). The areas give [△ WXM] = 1/2 · 4 · m = 2m and [△ WAZ] = 1/2 · 8 · (4 - a) = 4(4 - a). Setting these equal yields m = 8 - 2a.</w:t>
      </w:r>
    </w:p>
    <w:p>
      <w:pPr>
        <w:spacing w:before="0" w:after="80" w:line="300" w:lineRule="auto"/>
        <w:jc w:val="left"/>
      </w:pPr>
      <w:r>
        <w:rPr>
          <w:rFonts w:ascii="Times New Roman" w:hAnsi="Times New Roman" w:eastAsia="宋体"/>
          <w:b w:val="0"/>
          <w:i w:val="0"/>
          <w:color w:val="333333"/>
          <w:sz w:val="19"/>
        </w:rPr>
        <w:t>Substituting a = 8-m/2 into 4a = m(8-m) gives 2(8-m) = m(8-m), so m = 2 and a = 3. The other algebraic root, m=8, gives M=A=Y and no defined angle ∠ WMA, so it is invalid. Then with W = (0,4), M = (2,0), A = (8,3),</w:t>
      </w:r>
    </w:p>
    <w:p>
      <w:pPr>
        <w:spacing w:before="0" w:after="80" w:line="300" w:lineRule="auto"/>
        <w:jc w:val="left"/>
      </w:pPr>
      <w:r>
        <w:rPr>
          <w:rFonts w:ascii="Times New Roman" w:hAnsi="Times New Roman" w:eastAsia="宋体"/>
          <w:b w:val="0"/>
          <w:i w:val="0"/>
          <w:color w:val="333333"/>
          <w:sz w:val="19"/>
        </w:rPr>
        <w:t>[△ WMA] = 1/2 |2(3 - 4) + 8(4 - 0)|</w:t>
      </w:r>
    </w:p>
    <w:p>
      <w:pPr>
        <w:spacing w:before="0" w:after="80" w:line="300" w:lineRule="auto"/>
        <w:jc w:val="left"/>
      </w:pPr>
      <w:r>
        <w:rPr>
          <w:rFonts w:ascii="Times New Roman" w:hAnsi="Times New Roman" w:eastAsia="宋体"/>
          <w:b w:val="0"/>
          <w:i w:val="0"/>
          <w:color w:val="333333"/>
          <w:sz w:val="19"/>
        </w:rPr>
        <w:t>= 1/2 (30) = 15.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C</w:t>
      </w:r>
    </w:p>
    <w:p>
      <w:pPr>
        <w:spacing w:before="0" w:after="80" w:line="300" w:lineRule="auto"/>
        <w:jc w:val="left"/>
      </w:pPr>
      <w:r>
        <w:rPr>
          <w:rFonts w:ascii="Times New Roman" w:hAnsi="Times New Roman" w:eastAsia="宋体"/>
          <w:b w:val="0"/>
          <w:i w:val="0"/>
          <w:sz w:val="21"/>
        </w:rPr>
        <w:t>分子分母同除以 log₂ x · log₃ x，左边变为</w:t>
      </w:r>
    </w:p>
    <w:p>
      <w:pPr>
        <w:spacing w:before="0" w:after="80" w:line="300" w:lineRule="auto"/>
        <w:jc w:val="left"/>
      </w:pPr>
      <w:r>
        <w:rPr>
          <w:rFonts w:ascii="Times New Roman" w:hAnsi="Times New Roman" w:eastAsia="宋体"/>
          <w:b w:val="0"/>
          <w:i w:val="0"/>
          <w:sz w:val="21"/>
        </w:rPr>
        <w:t>1/(1/(log₂ x) + 1/(log₃ x))</w:t>
      </w:r>
    </w:p>
    <w:p>
      <w:pPr>
        <w:spacing w:before="0" w:after="80" w:line="300" w:lineRule="auto"/>
        <w:jc w:val="left"/>
      </w:pPr>
      <w:r>
        <w:rPr>
          <w:rFonts w:ascii="Times New Roman" w:hAnsi="Times New Roman" w:eastAsia="宋体"/>
          <w:b w:val="0"/>
          <w:i w:val="0"/>
          <w:sz w:val="21"/>
        </w:rPr>
        <w:t>= 1/(logₓ 2 + logₓ 3)</w:t>
      </w:r>
    </w:p>
    <w:p>
      <w:pPr>
        <w:spacing w:before="0" w:after="80" w:line="300" w:lineRule="auto"/>
        <w:jc w:val="left"/>
      </w:pPr>
      <w:r>
        <w:rPr>
          <w:rFonts w:ascii="Times New Roman" w:hAnsi="Times New Roman" w:eastAsia="宋体"/>
          <w:b w:val="0"/>
          <w:i w:val="0"/>
          <w:sz w:val="21"/>
        </w:rPr>
        <w:t>= 1/(logₓ 6)</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 1/(logₓ 6) = 2，即 logₓ 6 = 1/2，也就是 x^(1/2) = 6。</w:t>
      </w:r>
    </w:p>
    <w:p>
      <w:pPr>
        <w:spacing w:before="0" w:after="80" w:line="300" w:lineRule="auto"/>
        <w:jc w:val="left"/>
      </w:pPr>
      <w:r>
        <w:rPr>
          <w:rFonts w:ascii="Times New Roman" w:hAnsi="Times New Roman" w:eastAsia="宋体"/>
          <w:b w:val="0"/>
          <w:i w:val="0"/>
          <w:sz w:val="21"/>
        </w:rPr>
        <w:t>因此 x = 36。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Dividing top and bottom by log₂ x · log₃ x, the left side becomes</w:t>
      </w:r>
    </w:p>
    <w:p>
      <w:pPr>
        <w:spacing w:before="0" w:after="80" w:line="300" w:lineRule="auto"/>
        <w:jc w:val="left"/>
      </w:pPr>
      <w:r>
        <w:rPr>
          <w:rFonts w:ascii="Times New Roman" w:hAnsi="Times New Roman" w:eastAsia="宋体"/>
          <w:b w:val="0"/>
          <w:i w:val="0"/>
          <w:color w:val="333333"/>
          <w:sz w:val="19"/>
        </w:rPr>
        <w:t>1/(1/(log₂ x) + 1/(log₃ x))</w:t>
      </w:r>
    </w:p>
    <w:p>
      <w:pPr>
        <w:spacing w:before="0" w:after="80" w:line="300" w:lineRule="auto"/>
        <w:jc w:val="left"/>
      </w:pPr>
      <w:r>
        <w:rPr>
          <w:rFonts w:ascii="Times New Roman" w:hAnsi="Times New Roman" w:eastAsia="宋体"/>
          <w:b w:val="0"/>
          <w:i w:val="0"/>
          <w:color w:val="333333"/>
          <w:sz w:val="19"/>
        </w:rPr>
        <w:t>= 1/(logₓ 2 + logₓ 3)</w:t>
      </w:r>
    </w:p>
    <w:p>
      <w:pPr>
        <w:spacing w:before="0" w:after="80" w:line="300" w:lineRule="auto"/>
        <w:jc w:val="left"/>
      </w:pPr>
      <w:r>
        <w:rPr>
          <w:rFonts w:ascii="Times New Roman" w:hAnsi="Times New Roman" w:eastAsia="宋体"/>
          <w:b w:val="0"/>
          <w:i w:val="0"/>
          <w:color w:val="333333"/>
          <w:sz w:val="19"/>
        </w:rPr>
        <w:t>= 1/(logₓ 6).</w:t>
      </w:r>
    </w:p>
    <w:p>
      <w:pPr>
        <w:spacing w:before="0" w:after="80" w:line="300" w:lineRule="auto"/>
        <w:jc w:val="left"/>
      </w:pPr>
      <w:r>
        <w:rPr>
          <w:rFonts w:ascii="Times New Roman" w:hAnsi="Times New Roman" w:eastAsia="宋体"/>
          <w:b w:val="0"/>
          <w:i w:val="0"/>
          <w:color w:val="333333"/>
          <w:sz w:val="19"/>
        </w:rPr>
        <w:t>So 1/(logₓ 6) = 2, meaning logₓ 6 = 1/2, i.e. x^(1/2) = 6.</w:t>
      </w:r>
    </w:p>
    <w:p>
      <w:pPr>
        <w:spacing w:before="0" w:after="80" w:line="300" w:lineRule="auto"/>
        <w:jc w:val="left"/>
      </w:pPr>
      <w:r>
        <w:rPr>
          <w:rFonts w:ascii="Times New Roman" w:hAnsi="Times New Roman" w:eastAsia="宋体"/>
          <w:b w:val="0"/>
          <w:i w:val="0"/>
          <w:color w:val="333333"/>
          <w:sz w:val="19"/>
        </w:rPr>
        <w:t>Therefore x = 36.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B</w:t>
      </w:r>
    </w:p>
    <w:p>
      <w:pPr>
        <w:spacing w:before="0" w:after="80" w:line="300" w:lineRule="auto"/>
        <w:jc w:val="left"/>
      </w:pPr>
      <w:r>
        <w:rPr>
          <w:rFonts w:ascii="Times New Roman" w:hAnsi="Times New Roman" w:eastAsia="宋体"/>
          <w:b w:val="0"/>
          <w:i w:val="0"/>
          <w:sz w:val="21"/>
        </w:rPr>
        <w:t>飞镖靶 |x| + |y| ≤ 8 是一个对角线长为 16 的正方形，面积为 1/2 · 16 · 16 = 128。目标条件 (x² + y² - 25)² ≤ 49 等价于 -7 ≤ x² + y² - 25 ≤ 7，即 18 ≤ x² + y² ≤ 32，这是一个面积为 π(32 - 18) = 14π 的圆环。</w:t>
      </w:r>
    </w:p>
    <w:p>
      <w:pPr>
        <w:spacing w:before="0" w:after="80" w:line="300" w:lineRule="auto"/>
        <w:jc w:val="left"/>
      </w:pPr>
      <w:r>
        <w:rPr>
          <w:rFonts w:ascii="Times New Roman" w:hAnsi="Times New Roman" w:eastAsia="宋体"/>
          <w:b w:val="0"/>
          <w:i w:val="0"/>
          <w:sz w:val="21"/>
        </w:rPr>
        <w:t>原点到正方形一条边（如 x + y = 8）的距离为 8/(√(2)) = √(32)，正好等于环形区域外半径，所以整个环形区域都在 B 内。概率为 14π/128 = 7/64π，因此 m + n = 7 + 64 = 71。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dartboard |x| + |y| ≤ 8 is a square with diagonals 16, so its area is 1/2 · 16 · 16 = 128. The target condition (x² + y² - 25)² ≤ 49 means -7 ≤ x² + y² - 25 ≤ 7, i.e. 18 ≤ x² + y² ≤ 32, an annulus of area π(32 - 18) = 14π.</w:t>
      </w:r>
    </w:p>
    <w:p>
      <w:pPr>
        <w:spacing w:before="0" w:after="80" w:line="300" w:lineRule="auto"/>
        <w:jc w:val="left"/>
      </w:pPr>
      <w:r>
        <w:rPr>
          <w:rFonts w:ascii="Times New Roman" w:hAnsi="Times New Roman" w:eastAsia="宋体"/>
          <w:b w:val="0"/>
          <w:i w:val="0"/>
          <w:color w:val="333333"/>
          <w:sz w:val="19"/>
        </w:rPr>
        <w:t>The distance from the origin to a side of the square (for instance x + y = 8) is 8/(√(2)) = √(32), exactly the annulus’s outer radius. So the annulus is tangent to the square and lies entirely within B. The probability is 14π/128 = 7/64π, giving m + n = 7 + 64 = 71.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C</w:t>
      </w:r>
    </w:p>
    <w:p>
      <w:pPr>
        <w:spacing w:before="0" w:after="80" w:line="300" w:lineRule="auto"/>
        <w:jc w:val="left"/>
      </w:pPr>
      <w:r>
        <w:rPr>
          <w:rFonts w:ascii="Times New Roman" w:hAnsi="Times New Roman" w:eastAsia="宋体"/>
          <w:b w:val="0"/>
          <w:i w:val="0"/>
          <w:sz w:val="21"/>
        </w:rPr>
        <w:t>六个固定数之和为 24.8，取值范围为 [1,7]。整个列表的最小值与最大值有三种可能的安排。</w:t>
      </w:r>
    </w:p>
    <w:p>
      <w:pPr>
        <w:spacing w:before="0" w:after="80" w:line="300" w:lineRule="auto"/>
        <w:jc w:val="left"/>
      </w:pPr>
      <w:r>
        <w:rPr>
          <w:rFonts w:ascii="Times New Roman" w:hAnsi="Times New Roman" w:eastAsia="宋体"/>
          <w:b w:val="0"/>
          <w:i w:val="0"/>
          <w:sz w:val="21"/>
        </w:rPr>
        <w:t>若最小值与最大值为 0 和 7，则 x=0 且 z≤7。此时平均数为整数只能取 3 或 4，分别要求 y+z=2.2 或 11.2。前者使中位数变成 2.2。后者若要中位数为整数，必须 y=5，从而 z=6.2。这给出 (0,5,6.2)。</w:t>
      </w:r>
    </w:p>
    <w:p>
      <w:pPr>
        <w:spacing w:before="0" w:after="80" w:line="300" w:lineRule="auto"/>
        <w:jc w:val="left"/>
      </w:pPr>
      <w:r>
        <w:rPr>
          <w:rFonts w:ascii="Times New Roman" w:hAnsi="Times New Roman" w:eastAsia="宋体"/>
          <w:b w:val="0"/>
          <w:i w:val="0"/>
          <w:sz w:val="21"/>
        </w:rPr>
        <w:t>若最小值与最大值为 1 和 8，则 z=8，而平均数为整数要求 x+y=3.2 或 12.2。前者使中位数变成 3.2；后者只有在 x=6, y=6.2 时中位数才是整数。这给出 (6,6.2,8)。</w:t>
      </w:r>
    </w:p>
    <w:p>
      <w:pPr>
        <w:spacing w:before="0" w:after="80" w:line="300" w:lineRule="auto"/>
        <w:jc w:val="left"/>
      </w:pPr>
      <w:r>
        <w:rPr>
          <w:rFonts w:ascii="Times New Roman" w:hAnsi="Times New Roman" w:eastAsia="宋体"/>
          <w:b w:val="0"/>
          <w:i w:val="0"/>
          <w:sz w:val="21"/>
        </w:rPr>
        <w:t>最后，若两个极值都由新数给出，写成 x=t, z=t+7，其中 0&lt; t&lt;1。平均数必须为 4，所以 y=4.2-2t。中位数是 1,2.2,3.2,5.2,6.2,7,y 中的第四个数；只有当 y=4 时它才是整数，此时 t=0.1。于是第三个三元组是 (0.1,4,7.1)，总共恰有 3 个。</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six fixed numbers sum to 24.8 and span [1,7]. There are three possible arrangements of the overall extremes.</w:t>
      </w:r>
    </w:p>
    <w:p>
      <w:pPr>
        <w:spacing w:before="0" w:after="80" w:line="300" w:lineRule="auto"/>
        <w:jc w:val="left"/>
      </w:pPr>
      <w:r>
        <w:rPr>
          <w:rFonts w:ascii="Times New Roman" w:hAnsi="Times New Roman" w:eastAsia="宋体"/>
          <w:b w:val="0"/>
          <w:i w:val="0"/>
          <w:color w:val="333333"/>
          <w:sz w:val="19"/>
        </w:rPr>
        <w:t>If the extremes are 0 and 7, then x=0 and z≤7. The only possible integer means are 3 and 4, requiring y+z=2.2 or 11.2. The first makes the median 2.2. In the second, an integer median forces y=5, hence z=6.2. This gives (0,5,6.2).</w:t>
      </w:r>
    </w:p>
    <w:p>
      <w:pPr>
        <w:spacing w:before="0" w:after="80" w:line="300" w:lineRule="auto"/>
        <w:jc w:val="left"/>
      </w:pPr>
      <w:r>
        <w:rPr>
          <w:rFonts w:ascii="Times New Roman" w:hAnsi="Times New Roman" w:eastAsia="宋体"/>
          <w:b w:val="0"/>
          <w:i w:val="0"/>
          <w:color w:val="333333"/>
          <w:sz w:val="19"/>
        </w:rPr>
        <w:t>If the extremes are 1 and 8, then z=8 and the integer mean forces x+y=3.2 or 12.2. The first makes the median 3.2; the second has an integer median only for x=6, y=6.2. This gives (6,6.2,8).</w:t>
      </w:r>
    </w:p>
    <w:p>
      <w:pPr>
        <w:spacing w:before="0" w:after="80" w:line="300" w:lineRule="auto"/>
        <w:jc w:val="left"/>
      </w:pPr>
      <w:r>
        <w:rPr>
          <w:rFonts w:ascii="Times New Roman" w:hAnsi="Times New Roman" w:eastAsia="宋体"/>
          <w:b w:val="0"/>
          <w:i w:val="0"/>
          <w:color w:val="333333"/>
          <w:sz w:val="19"/>
        </w:rPr>
        <w:t>Finally, if both extremes are new, write x=t, z=t+7 with 0&lt; t&lt;1. The mean must be 4, so y=4.2-2t. The median is the fourth number among 1,2.2,3.2,5.2,6.2,7,y; it is an integer only when y=4, giving t=0.1. Thus the third triple is (0.1,4,7.1), and there are exactly 3 in all.</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E</w:t>
      </w:r>
    </w:p>
    <w:p>
      <w:pPr>
        <w:spacing w:before="0" w:after="80" w:line="300" w:lineRule="auto"/>
        <w:jc w:val="left"/>
      </w:pPr>
      <w:r>
        <w:rPr>
          <w:rFonts w:ascii="Times New Roman" w:hAnsi="Times New Roman" w:eastAsia="宋体"/>
          <w:b w:val="0"/>
          <w:i w:val="0"/>
          <w:sz w:val="21"/>
        </w:rPr>
        <w:t>由 sin²θ = (1 - cos 2θ)/2，可得</w:t>
      </w:r>
    </w:p>
    <w:p>
      <w:pPr>
        <w:spacing w:before="0" w:after="80" w:line="300" w:lineRule="auto"/>
        <w:jc w:val="left"/>
      </w:pPr>
      <w:r>
        <w:rPr>
          <w:rFonts w:ascii="Times New Roman" w:hAnsi="Times New Roman" w:eastAsia="宋体"/>
          <w:b w:val="0"/>
          <w:i w:val="0"/>
          <w:sz w:val="21"/>
        </w:rPr>
        <w:t>Σₙ₌₁⁹⁰ sin²(n°) = 90/2</w:t>
      </w:r>
    </w:p>
    <w:p>
      <w:pPr>
        <w:spacing w:before="0" w:after="80" w:line="300" w:lineRule="auto"/>
        <w:jc w:val="left"/>
      </w:pPr>
      <w:r>
        <w:rPr>
          <w:rFonts w:ascii="Times New Roman" w:hAnsi="Times New Roman" w:eastAsia="宋体"/>
          <w:b w:val="0"/>
          <w:i w:val="0"/>
          <w:sz w:val="21"/>
        </w:rPr>
        <w:t>- 1/2 Σₙ₌₁⁹⁰cos(2n°)。</w:t>
      </w:r>
    </w:p>
    <w:p>
      <w:pPr>
        <w:spacing w:before="0" w:after="80" w:line="300" w:lineRule="auto"/>
        <w:jc w:val="left"/>
      </w:pPr>
      <w:r>
        <w:rPr>
          <w:rFonts w:ascii="Times New Roman" w:hAnsi="Times New Roman" w:eastAsia="宋体"/>
          <w:b w:val="0"/>
          <w:i w:val="0"/>
          <w:sz w:val="21"/>
        </w:rPr>
        <w:t>在余弦和中，n 与 90 - n 的项满足 cos(2n°) + cos(180° - 2n°) = 0，且 cos 90° = 0，最后只剩 cos 180° = -1。</w:t>
      </w:r>
    </w:p>
    <w:p>
      <w:pPr>
        <w:spacing w:before="0" w:after="80" w:line="300" w:lineRule="auto"/>
        <w:jc w:val="left"/>
      </w:pPr>
      <w:r>
        <w:rPr>
          <w:rFonts w:ascii="Times New Roman" w:hAnsi="Times New Roman" w:eastAsia="宋体"/>
          <w:b w:val="0"/>
          <w:i w:val="0"/>
          <w:sz w:val="21"/>
        </w:rPr>
        <w:t>所以总和为 45 - 1/2(-1) = 45.5，平均数为 45.5/90 = 91/180。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Using sin²θ = (1 - cos 2θ)/2,</w:t>
      </w:r>
    </w:p>
    <w:p>
      <w:pPr>
        <w:spacing w:before="0" w:after="80" w:line="300" w:lineRule="auto"/>
        <w:jc w:val="left"/>
      </w:pPr>
      <w:r>
        <w:rPr>
          <w:rFonts w:ascii="Times New Roman" w:hAnsi="Times New Roman" w:eastAsia="宋体"/>
          <w:b w:val="0"/>
          <w:i w:val="0"/>
          <w:color w:val="333333"/>
          <w:sz w:val="19"/>
        </w:rPr>
        <w:t>Σₙ₌₁⁹⁰ sin²(n°) = 90/2</w:t>
      </w:r>
    </w:p>
    <w:p>
      <w:pPr>
        <w:spacing w:before="0" w:after="80" w:line="300" w:lineRule="auto"/>
        <w:jc w:val="left"/>
      </w:pPr>
      <w:r>
        <w:rPr>
          <w:rFonts w:ascii="Times New Roman" w:hAnsi="Times New Roman" w:eastAsia="宋体"/>
          <w:b w:val="0"/>
          <w:i w:val="0"/>
          <w:color w:val="333333"/>
          <w:sz w:val="19"/>
        </w:rPr>
        <w:t>- 1/2 Σₙ₌₁⁹⁰cos(2n°).</w:t>
      </w:r>
    </w:p>
    <w:p>
      <w:pPr>
        <w:spacing w:before="0" w:after="80" w:line="300" w:lineRule="auto"/>
        <w:jc w:val="left"/>
      </w:pPr>
      <w:r>
        <w:rPr>
          <w:rFonts w:ascii="Times New Roman" w:hAnsi="Times New Roman" w:eastAsia="宋体"/>
          <w:b w:val="0"/>
          <w:i w:val="0"/>
          <w:color w:val="333333"/>
          <w:sz w:val="19"/>
        </w:rPr>
        <w:t>In the cosine sum, the terms for n and 90 - n satisfy cos(2n°) + cos(180° - 2n°) = 0, and cos 90° = 0, so everything cancels except cos 180° = -1.</w:t>
      </w:r>
    </w:p>
    <w:p>
      <w:pPr>
        <w:spacing w:before="0" w:after="80" w:line="300" w:lineRule="auto"/>
        <w:jc w:val="left"/>
      </w:pPr>
      <w:r>
        <w:rPr>
          <w:rFonts w:ascii="Times New Roman" w:hAnsi="Times New Roman" w:eastAsia="宋体"/>
          <w:b w:val="0"/>
          <w:i w:val="0"/>
          <w:color w:val="333333"/>
          <w:sz w:val="19"/>
        </w:rPr>
        <w:t>Hence the sum is 45 - 1/2(-1) = 45.5, and the mean is 45.5/90 = 91/180.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D</w:t>
      </w:r>
    </w:p>
    <w:p>
      <w:pPr>
        <w:spacing w:before="0" w:after="80" w:line="300" w:lineRule="auto"/>
        <w:jc w:val="left"/>
      </w:pPr>
      <w:r>
        <w:rPr>
          <w:rFonts w:ascii="Times New Roman" w:hAnsi="Times New Roman" w:eastAsia="宋体"/>
          <w:b w:val="0"/>
          <w:i w:val="0"/>
          <w:sz w:val="21"/>
        </w:rPr>
        <w:t>对顶点 0, z, z², z³，鞋带公式给出面积</w:t>
      </w:r>
    </w:p>
    <w:p>
      <w:pPr>
        <w:spacing w:before="0" w:after="80" w:line="300" w:lineRule="auto"/>
        <w:jc w:val="left"/>
      </w:pPr>
      <w:r>
        <w:rPr>
          <w:rFonts w:ascii="Times New Roman" w:hAnsi="Times New Roman" w:eastAsia="宋体"/>
          <w:b w:val="0"/>
          <w:i w:val="0"/>
          <w:sz w:val="21"/>
        </w:rPr>
        <w:t>1/2 |Im(z z² + z² z³)|</w:t>
      </w:r>
    </w:p>
    <w:p>
      <w:pPr>
        <w:spacing w:before="0" w:after="80" w:line="300" w:lineRule="auto"/>
        <w:jc w:val="left"/>
      </w:pPr>
      <w:r>
        <w:rPr>
          <w:rFonts w:ascii="Times New Roman" w:hAnsi="Times New Roman" w:eastAsia="宋体"/>
          <w:b w:val="0"/>
          <w:i w:val="0"/>
          <w:sz w:val="21"/>
        </w:rPr>
        <w:t>= 1/2 |Im((|z|² + |z|⁴)z)|</w:t>
      </w:r>
    </w:p>
    <w:p>
      <w:pPr>
        <w:spacing w:before="0" w:after="80" w:line="300" w:lineRule="auto"/>
        <w:jc w:val="left"/>
      </w:pPr>
      <w:r>
        <w:rPr>
          <w:rFonts w:ascii="Times New Roman" w:hAnsi="Times New Roman" w:eastAsia="宋体"/>
          <w:b w:val="0"/>
          <w:i w:val="0"/>
          <w:sz w:val="21"/>
        </w:rPr>
        <w:t>= 1/2(|z|² + |z|⁴)Im(z)</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由 |z| = 2，面积为 1/2(4 + 16)Im(z) = 10Im(z)。令 10Im(z) = 15，得 Im(z) = 3/2。又 Re(z) = √(4 - 9/4) = (√(7))/2 &gt; 1，满足条件。</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vertices 0, z, z², z³ the shoelace formula gives area</w:t>
      </w:r>
    </w:p>
    <w:p>
      <w:pPr>
        <w:spacing w:before="0" w:after="80" w:line="300" w:lineRule="auto"/>
        <w:jc w:val="left"/>
      </w:pPr>
      <w:r>
        <w:rPr>
          <w:rFonts w:ascii="Times New Roman" w:hAnsi="Times New Roman" w:eastAsia="宋体"/>
          <w:b w:val="0"/>
          <w:i w:val="0"/>
          <w:color w:val="333333"/>
          <w:sz w:val="19"/>
        </w:rPr>
        <w:t>1/2 |Im(z z² + z² z³)|</w:t>
      </w:r>
    </w:p>
    <w:p>
      <w:pPr>
        <w:spacing w:before="0" w:after="80" w:line="300" w:lineRule="auto"/>
        <w:jc w:val="left"/>
      </w:pPr>
      <w:r>
        <w:rPr>
          <w:rFonts w:ascii="Times New Roman" w:hAnsi="Times New Roman" w:eastAsia="宋体"/>
          <w:b w:val="0"/>
          <w:i w:val="0"/>
          <w:color w:val="333333"/>
          <w:sz w:val="19"/>
        </w:rPr>
        <w:t>= 1/2 |Im((|z|² + |z|⁴)z)|</w:t>
      </w:r>
    </w:p>
    <w:p>
      <w:pPr>
        <w:spacing w:before="0" w:after="80" w:line="300" w:lineRule="auto"/>
        <w:jc w:val="left"/>
      </w:pPr>
      <w:r>
        <w:rPr>
          <w:rFonts w:ascii="Times New Roman" w:hAnsi="Times New Roman" w:eastAsia="宋体"/>
          <w:b w:val="0"/>
          <w:i w:val="0"/>
          <w:color w:val="333333"/>
          <w:sz w:val="19"/>
        </w:rPr>
        <w:t>= 1/2(|z|² + |z|⁴)Im(z).</w:t>
      </w:r>
    </w:p>
    <w:p>
      <w:pPr>
        <w:spacing w:before="0" w:after="80" w:line="300" w:lineRule="auto"/>
        <w:jc w:val="left"/>
      </w:pPr>
      <w:r>
        <w:rPr>
          <w:rFonts w:ascii="Times New Roman" w:hAnsi="Times New Roman" w:eastAsia="宋体"/>
          <w:b w:val="0"/>
          <w:i w:val="0"/>
          <w:color w:val="333333"/>
          <w:sz w:val="19"/>
        </w:rPr>
        <w:t>With |z| = 2, this is 1/2(4 + 16)Im(z) = 10Im(z). Setting 10Im(z) = 15 gives Im(z) = 3/2. (Then Re(z) = √(4 - 9/4) = (√(7))/2 &gt; 1, as required.)</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C</w:t>
      </w:r>
    </w:p>
    <w:p>
      <w:pPr>
        <w:spacing w:before="0" w:after="80" w:line="300" w:lineRule="auto"/>
        <w:jc w:val="left"/>
      </w:pPr>
      <w:r>
        <w:rPr>
          <w:rFonts w:ascii="Times New Roman" w:hAnsi="Times New Roman" w:eastAsia="宋体"/>
          <w:b w:val="0"/>
          <w:i w:val="0"/>
          <w:sz w:val="21"/>
        </w:rPr>
        <w:t>两式相加，得</w:t>
      </w:r>
    </w:p>
    <w:p>
      <w:pPr>
        <w:spacing w:before="0" w:after="80" w:line="300" w:lineRule="auto"/>
        <w:jc w:val="left"/>
      </w:pPr>
      <w:r>
        <w:rPr>
          <w:rFonts w:ascii="Times New Roman" w:hAnsi="Times New Roman" w:eastAsia="宋体"/>
          <w:b w:val="0"/>
          <w:i w:val="0"/>
          <w:sz w:val="21"/>
        </w:rPr>
        <w:t>h + k = 2x² + 2y² - 16x - 4y</w:t>
      </w:r>
    </w:p>
    <w:p>
      <w:pPr>
        <w:spacing w:before="0" w:after="80" w:line="300" w:lineRule="auto"/>
        <w:jc w:val="left"/>
      </w:pPr>
      <w:r>
        <w:rPr>
          <w:rFonts w:ascii="Times New Roman" w:hAnsi="Times New Roman" w:eastAsia="宋体"/>
          <w:b w:val="0"/>
          <w:i w:val="0"/>
          <w:sz w:val="21"/>
        </w:rPr>
        <w:t>= 2(x - 4)²</w:t>
      </w:r>
    </w:p>
    <w:p>
      <w:pPr>
        <w:spacing w:before="0" w:after="80" w:line="300" w:lineRule="auto"/>
        <w:jc w:val="left"/>
      </w:pPr>
      <w:r>
        <w:rPr>
          <w:rFonts w:ascii="Times New Roman" w:hAnsi="Times New Roman" w:eastAsia="宋体"/>
          <w:b w:val="0"/>
          <w:i w:val="0"/>
          <w:sz w:val="21"/>
        </w:rPr>
        <w:t>+ 2(y - 1)² - 34。</w:t>
      </w:r>
    </w:p>
    <w:p>
      <w:pPr>
        <w:spacing w:before="0" w:after="80" w:line="300" w:lineRule="auto"/>
        <w:jc w:val="left"/>
      </w:pPr>
      <w:r>
        <w:rPr>
          <w:rFonts w:ascii="Times New Roman" w:hAnsi="Times New Roman" w:eastAsia="宋体"/>
          <w:b w:val="0"/>
          <w:i w:val="0"/>
          <w:sz w:val="21"/>
        </w:rPr>
        <w:t>两个平方项都非负，所以最小值在 x = 4、y = 1 时取得，为 h + k = -34。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Adding the equations,</w:t>
      </w:r>
    </w:p>
    <w:p>
      <w:pPr>
        <w:spacing w:before="0" w:after="80" w:line="300" w:lineRule="auto"/>
        <w:jc w:val="left"/>
      </w:pPr>
      <w:r>
        <w:rPr>
          <w:rFonts w:ascii="Times New Roman" w:hAnsi="Times New Roman" w:eastAsia="宋体"/>
          <w:b w:val="0"/>
          <w:i w:val="0"/>
          <w:color w:val="333333"/>
          <w:sz w:val="19"/>
        </w:rPr>
        <w:t>h + k = 2x² + 2y² - 16x - 4y</w:t>
      </w:r>
    </w:p>
    <w:p>
      <w:pPr>
        <w:spacing w:before="0" w:after="80" w:line="300" w:lineRule="auto"/>
        <w:jc w:val="left"/>
      </w:pPr>
      <w:r>
        <w:rPr>
          <w:rFonts w:ascii="Times New Roman" w:hAnsi="Times New Roman" w:eastAsia="宋体"/>
          <w:b w:val="0"/>
          <w:i w:val="0"/>
          <w:color w:val="333333"/>
          <w:sz w:val="19"/>
        </w:rPr>
        <w:t>= 2(x - 4)²</w:t>
      </w:r>
    </w:p>
    <w:p>
      <w:pPr>
        <w:spacing w:before="0" w:after="80" w:line="300" w:lineRule="auto"/>
        <w:jc w:val="left"/>
      </w:pPr>
      <w:r>
        <w:rPr>
          <w:rFonts w:ascii="Times New Roman" w:hAnsi="Times New Roman" w:eastAsia="宋体"/>
          <w:b w:val="0"/>
          <w:i w:val="0"/>
          <w:color w:val="333333"/>
          <w:sz w:val="19"/>
        </w:rPr>
        <w:t>+ 2(y - 1)² - 34.</w:t>
      </w:r>
    </w:p>
    <w:p>
      <w:pPr>
        <w:spacing w:before="0" w:after="80" w:line="300" w:lineRule="auto"/>
        <w:jc w:val="left"/>
      </w:pPr>
      <w:r>
        <w:rPr>
          <w:rFonts w:ascii="Times New Roman" w:hAnsi="Times New Roman" w:eastAsia="宋体"/>
          <w:b w:val="0"/>
          <w:i w:val="0"/>
          <w:color w:val="333333"/>
          <w:sz w:val="19"/>
        </w:rPr>
        <w:t>Both squared terms are nonnegative, so the minimum occurs at x = 4, y = 1, giving h + k = -34.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B</w:t>
      </w:r>
    </w:p>
    <w:p>
      <w:pPr>
        <w:spacing w:before="0" w:after="80" w:line="300" w:lineRule="auto"/>
        <w:jc w:val="left"/>
      </w:pPr>
      <w:r>
        <w:rPr>
          <w:rFonts w:ascii="Times New Roman" w:hAnsi="Times New Roman" w:eastAsia="宋体"/>
          <w:b w:val="0"/>
          <w:i w:val="0"/>
          <w:sz w:val="21"/>
        </w:rPr>
        <w:t>若 n 与 5 互质，则由 φ(125) = 100 和 Euler 定理可得 n¹⁰⁰ ≡ 1 pmod125。若 n 是 5 的倍数，则 n¹⁰⁰ 被 5¹⁰⁰ 整除，因而也被 125 整除，余数为 0。</w:t>
      </w:r>
    </w:p>
    <w:p>
      <w:pPr>
        <w:spacing w:before="0" w:after="80" w:line="300" w:lineRule="auto"/>
        <w:jc w:val="left"/>
      </w:pPr>
      <w:r>
        <w:rPr>
          <w:rFonts w:ascii="Times New Roman" w:hAnsi="Times New Roman" w:eastAsia="宋体"/>
          <w:b w:val="0"/>
          <w:i w:val="0"/>
          <w:sz w:val="21"/>
        </w:rPr>
        <w:t>因此只可能出现余数 0 和 1，共 2 种。</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n is coprime to 5, then since φ(125) = 100, Euler’s theorem gives n¹⁰⁰ ≡ 1 pmod125. If n is a multiple of 5, then n¹⁰⁰ is divisible by 5¹⁰⁰, hence by 125, leaving remainder 0.</w:t>
      </w:r>
    </w:p>
    <w:p>
      <w:pPr>
        <w:spacing w:before="0" w:after="80" w:line="300" w:lineRule="auto"/>
        <w:jc w:val="left"/>
      </w:pPr>
      <w:r>
        <w:rPr>
          <w:rFonts w:ascii="Times New Roman" w:hAnsi="Times New Roman" w:eastAsia="宋体"/>
          <w:b w:val="0"/>
          <w:i w:val="0"/>
          <w:color w:val="333333"/>
          <w:sz w:val="19"/>
        </w:rPr>
        <w:t>So the only possible remainders are 0 and 1, which is 2 distinct values.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B</w:t>
      </w:r>
    </w:p>
    <w:p>
      <w:pPr>
        <w:spacing w:before="0" w:after="80" w:line="300" w:lineRule="auto"/>
        <w:jc w:val="left"/>
      </w:pPr>
      <w:r>
        <w:rPr>
          <w:rFonts w:ascii="Times New Roman" w:hAnsi="Times New Roman" w:eastAsia="宋体"/>
          <w:b w:val="0"/>
          <w:i w:val="0"/>
          <w:sz w:val="21"/>
        </w:rPr>
        <w:t>顶点为 A = (0, 1)、B = (log₂ 3, 2)、C = (log₂ 7, 3)。由鞋带公式，</w:t>
      </w:r>
    </w:p>
    <w:p>
      <w:pPr>
        <w:spacing w:before="0" w:after="80" w:line="300" w:lineRule="auto"/>
        <w:jc w:val="left"/>
      </w:pPr>
      <w:r>
        <w:rPr>
          <w:rFonts w:ascii="Times New Roman" w:hAnsi="Times New Roman" w:eastAsia="宋体"/>
          <w:b w:val="0"/>
          <w:i w:val="0"/>
          <w:sz w:val="21"/>
        </w:rPr>
        <w:t>[△ ABC]</w:t>
      </w:r>
    </w:p>
    <w:p>
      <w:pPr>
        <w:spacing w:before="0" w:after="80" w:line="300" w:lineRule="auto"/>
        <w:jc w:val="left"/>
      </w:pPr>
      <w:r>
        <w:rPr>
          <w:rFonts w:ascii="Times New Roman" w:hAnsi="Times New Roman" w:eastAsia="宋体"/>
          <w:b w:val="0"/>
          <w:i w:val="0"/>
          <w:sz w:val="21"/>
        </w:rPr>
        <w:t>=1/2 |2log₂ 3-log₂ 7|</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该式等于 1/2log₂ 9/7 = log₂ √(9/7) = log₂ 3/(√(7))。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vertices are A = (0, 1), B = (log₂ 3, 2), C = (log₂ 7, 3). By the shoelace formula,</w:t>
      </w:r>
    </w:p>
    <w:p>
      <w:pPr>
        <w:spacing w:before="0" w:after="80" w:line="300" w:lineRule="auto"/>
        <w:jc w:val="left"/>
      </w:pPr>
      <w:r>
        <w:rPr>
          <w:rFonts w:ascii="Times New Roman" w:hAnsi="Times New Roman" w:eastAsia="宋体"/>
          <w:b w:val="0"/>
          <w:i w:val="0"/>
          <w:color w:val="333333"/>
          <w:sz w:val="19"/>
        </w:rPr>
        <w:t>[△ ABC]</w:t>
      </w:r>
    </w:p>
    <w:p>
      <w:pPr>
        <w:spacing w:before="0" w:after="80" w:line="300" w:lineRule="auto"/>
        <w:jc w:val="left"/>
      </w:pPr>
      <w:r>
        <w:rPr>
          <w:rFonts w:ascii="Times New Roman" w:hAnsi="Times New Roman" w:eastAsia="宋体"/>
          <w:b w:val="0"/>
          <w:i w:val="0"/>
          <w:color w:val="333333"/>
          <w:sz w:val="19"/>
        </w:rPr>
        <w:t>=1/2 |2log₂ 3-log₂ 7|.</w:t>
      </w:r>
    </w:p>
    <w:p>
      <w:pPr>
        <w:spacing w:before="0" w:after="80" w:line="300" w:lineRule="auto"/>
        <w:jc w:val="left"/>
      </w:pPr>
      <w:r>
        <w:rPr>
          <w:rFonts w:ascii="Times New Roman" w:hAnsi="Times New Roman" w:eastAsia="宋体"/>
          <w:b w:val="0"/>
          <w:i w:val="0"/>
          <w:color w:val="333333"/>
          <w:sz w:val="19"/>
        </w:rPr>
        <w:t>This equals 1/2log₂ 9/7 = log₂ √(9/7) = log₂ 3/(√(7)).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A</w:t>
      </w:r>
    </w:p>
    <w:p>
      <w:pPr>
        <w:spacing w:before="0" w:after="80" w:line="300" w:lineRule="auto"/>
        <w:jc w:val="left"/>
      </w:pPr>
      <w:r>
        <w:rPr>
          <w:rFonts w:ascii="Times New Roman" w:hAnsi="Times New Roman" w:eastAsia="宋体"/>
          <w:b w:val="0"/>
          <w:i w:val="0"/>
          <w:sz w:val="21"/>
        </w:rPr>
        <w:t>将 16 人分成 4 个不可区分的 4 人组有 (16!)/((4!)⁴ 4!) 种。每个委员会选主席和秘书有 4 · 3 = 12 种选择，贡献因子 12⁴。所以总数为 (16!)/((4!)⁴ 4!)· 12⁴。</w:t>
      </w:r>
    </w:p>
    <w:p>
      <w:pPr>
        <w:spacing w:before="0" w:after="80" w:line="300" w:lineRule="auto"/>
        <w:jc w:val="left"/>
      </w:pPr>
      <w:r>
        <w:rPr>
          <w:rFonts w:ascii="Times New Roman" w:hAnsi="Times New Roman" w:eastAsia="宋体"/>
          <w:b w:val="0"/>
          <w:i w:val="0"/>
          <w:sz w:val="21"/>
        </w:rPr>
        <w:t>只计数因子 3：16! 贡献 ⌊ 16/3⌋ + ⌊ 16/9⌋ = 6 个；分母 (4!)⁴ 4! 贡献 4 + 1 = 5 个；而 12⁴ = (2²· 3)⁴ 贡献 4 个。因此 r = 6 - 5 + 4 = 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of ways to split 16 people into 4 indistinguishable groups of 4 is (16!)/((4!)⁴ 4!). Each committee then chooses a chairperson and a secretary in 4 · 3 = 12 ways, contributing 12⁴. So the total is (16!)/((4!)⁴ 4!)· 12⁴.</w:t>
      </w:r>
    </w:p>
    <w:p>
      <w:pPr>
        <w:spacing w:before="0" w:after="80" w:line="300" w:lineRule="auto"/>
        <w:jc w:val="left"/>
      </w:pPr>
      <w:r>
        <w:rPr>
          <w:rFonts w:ascii="Times New Roman" w:hAnsi="Times New Roman" w:eastAsia="宋体"/>
          <w:b w:val="0"/>
          <w:i w:val="0"/>
          <w:color w:val="333333"/>
          <w:sz w:val="19"/>
        </w:rPr>
        <w:t>Counting factors of 3: 16! contributes ⌊ 16/3⌋ + ⌊ 16/9⌋ = 6. The denominator (4!)⁴ 4! contributes 4 + 1 = 5. And 12⁴ = (2²· 3)⁴ contributes 4. Thus r = 6 - 5 + 4 = 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C</w:t>
      </w:r>
    </w:p>
    <w:p>
      <w:pPr>
        <w:spacing w:before="0" w:after="80" w:line="300" w:lineRule="auto"/>
        <w:jc w:val="left"/>
      </w:pPr>
      <w:r>
        <w:rPr>
          <w:rFonts w:ascii="Times New Roman" w:hAnsi="Times New Roman" w:eastAsia="宋体"/>
          <w:b w:val="0"/>
          <w:i w:val="0"/>
          <w:sz w:val="21"/>
        </w:rPr>
        <w:t>集合中有 21 个整数，所以有 21 · 20 = 420 个有序选择 (a, b)。若多项式有不同整数根 p, q, r，则 pqr = -6，a = -(p + q + r)，b = pq + qr + rp。</w:t>
      </w:r>
    </w:p>
    <w:p>
      <w:pPr>
        <w:spacing w:before="0" w:after="80" w:line="300" w:lineRule="auto"/>
        <w:jc w:val="left"/>
      </w:pPr>
      <w:r>
        <w:rPr>
          <w:rFonts w:ascii="Times New Roman" w:hAnsi="Times New Roman" w:eastAsia="宋体"/>
          <w:b w:val="0"/>
          <w:i w:val="0"/>
          <w:sz w:val="21"/>
        </w:rPr>
        <w:t>乘积为 -6 的不同整数根三元组为 {1, 2, -3}，{1, -2, 3}，{-1, 2, 3}，{-1, -2, -3}，以及 {1, -1, 6}。它们给出 (a, b) = (0, -7)，(-2, -5)，(-4, 1)，(6, 11)，和 (-6, -1)。第四组有 b = 11 &gt; 10，无效；其余四组有效且互不相同。</w:t>
      </w:r>
    </w:p>
    <w:p>
      <w:pPr>
        <w:spacing w:before="0" w:after="80" w:line="300" w:lineRule="auto"/>
        <w:jc w:val="left"/>
      </w:pPr>
      <w:r>
        <w:rPr>
          <w:rFonts w:ascii="Times New Roman" w:hAnsi="Times New Roman" w:eastAsia="宋体"/>
          <w:b w:val="0"/>
          <w:i w:val="0"/>
          <w:sz w:val="21"/>
        </w:rPr>
        <w:t>所求概率为 4/420 = 1/105。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set has 21 integers, so there are 21 · 20 = 420 ordered choices of (a, b). If the polynomial has distinct integer roots p, q, r, then pqr = -6, a = -(p + q + r), and b = pq + qr + rp.</w:t>
      </w:r>
    </w:p>
    <w:p>
      <w:pPr>
        <w:spacing w:before="0" w:after="80" w:line="300" w:lineRule="auto"/>
        <w:jc w:val="left"/>
      </w:pPr>
      <w:r>
        <w:rPr>
          <w:rFonts w:ascii="Times New Roman" w:hAnsi="Times New Roman" w:eastAsia="宋体"/>
          <w:b w:val="0"/>
          <w:i w:val="0"/>
          <w:color w:val="333333"/>
          <w:sz w:val="19"/>
        </w:rPr>
        <w:t>The triples of distinct integers with product -6 are {1, 2, -3}, {1, -2, 3}, {-1, 2, 3}, {-1, -2, -3}, and {1, -1, 6}. These give (a, b) = (0, -7), (-2, -5), (-4, 1), (6, 11), and (-6, -1). The fourth has b = 11 &gt; 10, so it is invalid; the other four are valid and distinct.</w:t>
      </w:r>
    </w:p>
    <w:p>
      <w:pPr>
        <w:spacing w:before="0" w:after="80" w:line="300" w:lineRule="auto"/>
        <w:jc w:val="left"/>
      </w:pPr>
      <w:r>
        <w:rPr>
          <w:rFonts w:ascii="Times New Roman" w:hAnsi="Times New Roman" w:eastAsia="宋体"/>
          <w:b w:val="0"/>
          <w:i w:val="0"/>
          <w:color w:val="333333"/>
          <w:sz w:val="19"/>
        </w:rPr>
        <w:t>The probability is 4/420 = 1/105.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B</w:t>
      </w:r>
    </w:p>
    <w:p>
      <w:pPr>
        <w:spacing w:before="0" w:after="80" w:line="300" w:lineRule="auto"/>
        <w:jc w:val="left"/>
      </w:pPr>
      <w:r>
        <w:rPr>
          <w:rFonts w:ascii="Times New Roman" w:hAnsi="Times New Roman" w:eastAsia="宋体"/>
          <w:b w:val="0"/>
          <w:i w:val="0"/>
          <w:sz w:val="21"/>
        </w:rPr>
        <w:t>因为 F₂ₖ = Fₖ Lₖ，其中 Lₖ 为第 k 个 Lucas 数，所以 F₂ₖ/Fₖ = Lₖ。所求和为</w:t>
      </w:r>
    </w:p>
    <w:p>
      <w:pPr>
        <w:spacing w:before="0" w:after="80" w:line="300" w:lineRule="auto"/>
        <w:jc w:val="left"/>
      </w:pPr>
      <w:r>
        <w:rPr>
          <w:rFonts w:ascii="Times New Roman" w:hAnsi="Times New Roman" w:eastAsia="宋体"/>
          <w:b w:val="0"/>
          <w:i w:val="0"/>
          <w:sz w:val="21"/>
        </w:rPr>
        <w:t>L₁ + L₂ + ⋯ + L₁₀</w:t>
      </w:r>
    </w:p>
    <w:p>
      <w:pPr>
        <w:spacing w:before="0" w:after="80" w:line="300" w:lineRule="auto"/>
        <w:jc w:val="left"/>
      </w:pPr>
      <w:r>
        <w:rPr>
          <w:rFonts w:ascii="Times New Roman" w:hAnsi="Times New Roman" w:eastAsia="宋体"/>
          <w:b w:val="0"/>
          <w:i w:val="0"/>
          <w:sz w:val="21"/>
        </w:rPr>
        <w:t>= 1 + 3 + 4 + 7 + 11 + 18</w:t>
      </w:r>
    </w:p>
    <w:p>
      <w:pPr>
        <w:spacing w:before="0" w:after="80" w:line="300" w:lineRule="auto"/>
        <w:jc w:val="left"/>
      </w:pPr>
      <w:r>
        <w:rPr>
          <w:rFonts w:ascii="Times New Roman" w:hAnsi="Times New Roman" w:eastAsia="宋体"/>
          <w:b w:val="0"/>
          <w:i w:val="0"/>
          <w:sz w:val="21"/>
        </w:rPr>
        <w:t>+ 29 + 47 + 76 + 123</w:t>
      </w:r>
    </w:p>
    <w:p>
      <w:pPr>
        <w:spacing w:before="0" w:after="80" w:line="300" w:lineRule="auto"/>
        <w:jc w:val="left"/>
      </w:pPr>
      <w:r>
        <w:rPr>
          <w:rFonts w:ascii="Times New Roman" w:hAnsi="Times New Roman" w:eastAsia="宋体"/>
          <w:b w:val="0"/>
          <w:i w:val="0"/>
          <w:sz w:val="21"/>
        </w:rPr>
        <w:t>= 319。</w:t>
      </w:r>
    </w:p>
    <w:p>
      <w:pPr>
        <w:spacing w:before="0" w:after="80" w:line="300" w:lineRule="auto"/>
        <w:jc w:val="left"/>
      </w:pPr>
      <w:r>
        <w:rPr>
          <w:rFonts w:ascii="Times New Roman" w:hAnsi="Times New Roman" w:eastAsia="宋体"/>
          <w:b w:val="0"/>
          <w:i w:val="0"/>
          <w:sz w:val="21"/>
        </w:rPr>
        <w:t>等价地，L₁ + ⋯ + L₁₀ = L₁₂ - 3 = 322 - 3 = 319。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F₂ₖ = Fₖ Lₖ where Lₖ is the kth Lucas number, each term F₂ₖ/Fₖ = Lₖ. The sum is</w:t>
      </w:r>
    </w:p>
    <w:p>
      <w:pPr>
        <w:spacing w:before="0" w:after="80" w:line="300" w:lineRule="auto"/>
        <w:jc w:val="left"/>
      </w:pPr>
      <w:r>
        <w:rPr>
          <w:rFonts w:ascii="Times New Roman" w:hAnsi="Times New Roman" w:eastAsia="宋体"/>
          <w:b w:val="0"/>
          <w:i w:val="0"/>
          <w:color w:val="333333"/>
          <w:sz w:val="19"/>
        </w:rPr>
        <w:t>L₁ + L₂ + ⋯ + L₁₀</w:t>
      </w:r>
    </w:p>
    <w:p>
      <w:pPr>
        <w:spacing w:before="0" w:after="80" w:line="300" w:lineRule="auto"/>
        <w:jc w:val="left"/>
      </w:pPr>
      <w:r>
        <w:rPr>
          <w:rFonts w:ascii="Times New Roman" w:hAnsi="Times New Roman" w:eastAsia="宋体"/>
          <w:b w:val="0"/>
          <w:i w:val="0"/>
          <w:color w:val="333333"/>
          <w:sz w:val="19"/>
        </w:rPr>
        <w:t>= 1 + 3 + 4 + 7 + 11 + 18</w:t>
      </w:r>
    </w:p>
    <w:p>
      <w:pPr>
        <w:spacing w:before="0" w:after="80" w:line="300" w:lineRule="auto"/>
        <w:jc w:val="left"/>
      </w:pPr>
      <w:r>
        <w:rPr>
          <w:rFonts w:ascii="Times New Roman" w:hAnsi="Times New Roman" w:eastAsia="宋体"/>
          <w:b w:val="0"/>
          <w:i w:val="0"/>
          <w:color w:val="333333"/>
          <w:sz w:val="19"/>
        </w:rPr>
        <w:t>+ 29 + 47 + 76 + 123</w:t>
      </w:r>
    </w:p>
    <w:p>
      <w:pPr>
        <w:spacing w:before="0" w:after="80" w:line="300" w:lineRule="auto"/>
        <w:jc w:val="left"/>
      </w:pPr>
      <w:r>
        <w:rPr>
          <w:rFonts w:ascii="Times New Roman" w:hAnsi="Times New Roman" w:eastAsia="宋体"/>
          <w:b w:val="0"/>
          <w:i w:val="0"/>
          <w:color w:val="333333"/>
          <w:sz w:val="19"/>
        </w:rPr>
        <w:t>= 319.</w:t>
      </w:r>
    </w:p>
    <w:p>
      <w:pPr>
        <w:spacing w:before="0" w:after="80" w:line="300" w:lineRule="auto"/>
        <w:jc w:val="left"/>
      </w:pPr>
      <w:r>
        <w:rPr>
          <w:rFonts w:ascii="Times New Roman" w:hAnsi="Times New Roman" w:eastAsia="宋体"/>
          <w:b w:val="0"/>
          <w:i w:val="0"/>
          <w:color w:val="333333"/>
          <w:sz w:val="19"/>
        </w:rPr>
        <w:t>(Equivalently, L₁ + ⋯ + L₁₀ = L₁₂ - 3 = 322 - 3 = 319.)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B</w:t>
      </w:r>
    </w:p>
    <w:p>
      <w:pPr>
        <w:spacing w:before="0" w:after="80" w:line="300" w:lineRule="auto"/>
        <w:jc w:val="left"/>
      </w:pPr>
      <w:r>
        <w:rPr>
          <w:rFonts w:ascii="Times New Roman" w:hAnsi="Times New Roman" w:eastAsia="宋体"/>
          <w:b w:val="0"/>
          <w:i w:val="0"/>
          <w:sz w:val="21"/>
        </w:rPr>
        <w:t>六个顶点都在外接圆上，半径 R = 14/(√(3))，所以 R² = 196/3。圆心角在 θ 与 120° - θ 之间交替。六边形面积为</w:t>
      </w:r>
    </w:p>
    <w:p>
      <w:pPr>
        <w:spacing w:before="0" w:after="80" w:line="300" w:lineRule="auto"/>
        <w:jc w:val="left"/>
      </w:pPr>
      <w:r>
        <w:rPr>
          <w:rFonts w:ascii="Times New Roman" w:hAnsi="Times New Roman" w:eastAsia="宋体"/>
          <w:b w:val="0"/>
          <w:i w:val="0"/>
          <w:sz w:val="21"/>
        </w:rPr>
        <w:t>1/2 R²(3sinθ + 3sin(120° - θ))</w:t>
      </w:r>
    </w:p>
    <w:p>
      <w:pPr>
        <w:spacing w:before="0" w:after="80" w:line="300" w:lineRule="auto"/>
        <w:jc w:val="left"/>
      </w:pPr>
      <w:r>
        <w:rPr>
          <w:rFonts w:ascii="Times New Roman" w:hAnsi="Times New Roman" w:eastAsia="宋体"/>
          <w:b w:val="0"/>
          <w:i w:val="0"/>
          <w:sz w:val="21"/>
        </w:rPr>
        <w:t>= 98(sinθ + sin(120° - θ))</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由和差化积，sinθ + sin(120° - θ) = 2sin 60°cos(θ - 60°) = √(3)cos(60° - θ)。令面积为 91√(3)，得 √(3)cos(60° - θ) = (91√(3))/98 = (13√(3))/14，所以 cos(60° - θ) = 13/14，且 sin(60° - θ) = (3√(3))/14。</w:t>
      </w:r>
    </w:p>
    <w:p>
      <w:pPr>
        <w:spacing w:before="0" w:after="80" w:line="300" w:lineRule="auto"/>
        <w:jc w:val="left"/>
      </w:pPr>
      <w:r>
        <w:rPr>
          <w:rFonts w:ascii="Times New Roman" w:hAnsi="Times New Roman" w:eastAsia="宋体"/>
          <w:b w:val="0"/>
          <w:i w:val="0"/>
          <w:sz w:val="21"/>
        </w:rPr>
        <w:t>于是 tan(60° - θ) = (3√(3))/13，并且</w:t>
      </w:r>
    </w:p>
    <w:p>
      <w:pPr>
        <w:spacing w:before="0" w:after="80" w:line="300" w:lineRule="auto"/>
        <w:jc w:val="left"/>
      </w:pPr>
      <w:r>
        <w:rPr>
          <w:rFonts w:ascii="Times New Roman" w:hAnsi="Times New Roman" w:eastAsia="宋体"/>
          <w:b w:val="0"/>
          <w:i w:val="0"/>
          <w:sz w:val="21"/>
        </w:rPr>
        <w:t>tanθ = tan(60° - (60° - θ))</w:t>
      </w:r>
    </w:p>
    <w:p>
      <w:pPr>
        <w:spacing w:before="0" w:after="80" w:line="300" w:lineRule="auto"/>
        <w:jc w:val="left"/>
      </w:pPr>
      <w:r>
        <w:rPr>
          <w:rFonts w:ascii="Times New Roman" w:hAnsi="Times New Roman" w:eastAsia="宋体"/>
          <w:b w:val="0"/>
          <w:i w:val="0"/>
          <w:sz w:val="21"/>
        </w:rPr>
        <w:t>= (√(3) - (3√(3))/13)/(1 + √(3)·(3√(3))/13)</w:t>
      </w:r>
    </w:p>
    <w:p>
      <w:pPr>
        <w:spacing w:before="0" w:after="80" w:line="300" w:lineRule="auto"/>
        <w:jc w:val="left"/>
      </w:pPr>
      <w:r>
        <w:rPr>
          <w:rFonts w:ascii="Times New Roman" w:hAnsi="Times New Roman" w:eastAsia="宋体"/>
          <w:b w:val="0"/>
          <w:i w:val="0"/>
          <w:sz w:val="21"/>
        </w:rPr>
        <w:t>= ((10√(3))/13)/(22/13)</w:t>
      </w:r>
    </w:p>
    <w:p>
      <w:pPr>
        <w:spacing w:before="0" w:after="80" w:line="300" w:lineRule="auto"/>
        <w:jc w:val="left"/>
      </w:pPr>
      <w:r>
        <w:rPr>
          <w:rFonts w:ascii="Times New Roman" w:hAnsi="Times New Roman" w:eastAsia="宋体"/>
          <w:b w:val="0"/>
          <w:i w:val="0"/>
          <w:sz w:val="21"/>
        </w:rPr>
        <w:t>= (5√(3))/11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six vertices lie on the circumcircle of radius R = 14/(√(3)), so R² = 196/3. Going around, the central angles alternate between θ (three times) and 120° - θ (three times). The cyclic-hexagon area is</w:t>
      </w:r>
    </w:p>
    <w:p>
      <w:pPr>
        <w:spacing w:before="0" w:after="80" w:line="300" w:lineRule="auto"/>
        <w:jc w:val="left"/>
      </w:pPr>
      <w:r>
        <w:rPr>
          <w:rFonts w:ascii="Times New Roman" w:hAnsi="Times New Roman" w:eastAsia="宋体"/>
          <w:b w:val="0"/>
          <w:i w:val="0"/>
          <w:color w:val="333333"/>
          <w:sz w:val="19"/>
        </w:rPr>
        <w:t>1/2 R²(3sinθ + 3sin(120° - θ))</w:t>
      </w:r>
    </w:p>
    <w:p>
      <w:pPr>
        <w:spacing w:before="0" w:after="80" w:line="300" w:lineRule="auto"/>
        <w:jc w:val="left"/>
      </w:pPr>
      <w:r>
        <w:rPr>
          <w:rFonts w:ascii="Times New Roman" w:hAnsi="Times New Roman" w:eastAsia="宋体"/>
          <w:b w:val="0"/>
          <w:i w:val="0"/>
          <w:color w:val="333333"/>
          <w:sz w:val="19"/>
        </w:rPr>
        <w:t>= 98(sinθ + sin(120° - θ)).</w:t>
      </w:r>
    </w:p>
    <w:p>
      <w:pPr>
        <w:spacing w:before="0" w:after="80" w:line="300" w:lineRule="auto"/>
        <w:jc w:val="left"/>
      </w:pPr>
      <w:r>
        <w:rPr>
          <w:rFonts w:ascii="Times New Roman" w:hAnsi="Times New Roman" w:eastAsia="宋体"/>
          <w:b w:val="0"/>
          <w:i w:val="0"/>
          <w:color w:val="333333"/>
          <w:sz w:val="19"/>
        </w:rPr>
        <w:t>By sum-to-product, sinθ + sin(120° - θ) = 2sin 60°cos(θ - 60°) = √(3)cos(60° - θ). Setting the area to 91√(3) gives √(3)cos(60° - θ) = (91√(3))/98 = (13√(3))/14, so cos(60° - θ) = 13/14 and sin(60° - θ) = (3√(3))/14.</w:t>
      </w:r>
    </w:p>
    <w:p>
      <w:pPr>
        <w:spacing w:before="0" w:after="80" w:line="300" w:lineRule="auto"/>
        <w:jc w:val="left"/>
      </w:pPr>
      <w:r>
        <w:rPr>
          <w:rFonts w:ascii="Times New Roman" w:hAnsi="Times New Roman" w:eastAsia="宋体"/>
          <w:b w:val="0"/>
          <w:i w:val="0"/>
          <w:color w:val="333333"/>
          <w:sz w:val="19"/>
        </w:rPr>
        <w:t>Then tan(60° - θ) = (3√(3))/13, and</w:t>
      </w:r>
    </w:p>
    <w:p>
      <w:pPr>
        <w:spacing w:before="0" w:after="80" w:line="300" w:lineRule="auto"/>
        <w:jc w:val="left"/>
      </w:pPr>
      <w:r>
        <w:rPr>
          <w:rFonts w:ascii="Times New Roman" w:hAnsi="Times New Roman" w:eastAsia="宋体"/>
          <w:b w:val="0"/>
          <w:i w:val="0"/>
          <w:color w:val="333333"/>
          <w:sz w:val="19"/>
        </w:rPr>
        <w:t>tanθ = tan(60° - (60° - θ))</w:t>
      </w:r>
    </w:p>
    <w:p>
      <w:pPr>
        <w:spacing w:before="0" w:after="80" w:line="300" w:lineRule="auto"/>
        <w:jc w:val="left"/>
      </w:pPr>
      <w:r>
        <w:rPr>
          <w:rFonts w:ascii="Times New Roman" w:hAnsi="Times New Roman" w:eastAsia="宋体"/>
          <w:b w:val="0"/>
          <w:i w:val="0"/>
          <w:color w:val="333333"/>
          <w:sz w:val="19"/>
        </w:rPr>
        <w:t>= (√(3) - (3√(3))/13)/(1 + √(3)·(3√(3))/13)</w:t>
      </w:r>
    </w:p>
    <w:p>
      <w:pPr>
        <w:spacing w:before="0" w:after="80" w:line="300" w:lineRule="auto"/>
        <w:jc w:val="left"/>
      </w:pPr>
      <w:r>
        <w:rPr>
          <w:rFonts w:ascii="Times New Roman" w:hAnsi="Times New Roman" w:eastAsia="宋体"/>
          <w:b w:val="0"/>
          <w:i w:val="0"/>
          <w:color w:val="333333"/>
          <w:sz w:val="19"/>
        </w:rPr>
        <w:t>= ((10√(3))/13)/(22/13)</w:t>
      </w:r>
    </w:p>
    <w:p>
      <w:pPr>
        <w:spacing w:before="0" w:after="80" w:line="300" w:lineRule="auto"/>
        <w:jc w:val="left"/>
      </w:pPr>
      <w:r>
        <w:rPr>
          <w:rFonts w:ascii="Times New Roman" w:hAnsi="Times New Roman" w:eastAsia="宋体"/>
          <w:b w:val="0"/>
          <w:i w:val="0"/>
          <w:color w:val="333333"/>
          <w:sz w:val="19"/>
        </w:rPr>
        <w:t>= (5√(3))/11.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C</w:t>
      </w:r>
    </w:p>
    <w:p>
      <w:pPr>
        <w:spacing w:before="0" w:after="80" w:line="300" w:lineRule="auto"/>
        <w:jc w:val="left"/>
      </w:pPr>
      <w:r>
        <w:rPr>
          <w:rFonts w:ascii="Times New Roman" w:hAnsi="Times New Roman" w:eastAsia="宋体"/>
          <w:b w:val="0"/>
          <w:i w:val="0"/>
          <w:sz w:val="21"/>
        </w:rPr>
        <w:t>设 a = BC。中线长度满足 x² = (2· 1600 + 2· 1764 - a²)/4 = (6728 - a²)/4。三角形不等式要求 2 &lt; a &lt; 82，即 4 &lt; a² &lt; 6724，从而 1 &lt; x &lt; 41。所以 (p, q) = (1, 41)。</w:t>
      </w:r>
    </w:p>
    <w:p>
      <w:pPr>
        <w:spacing w:before="0" w:after="80" w:line="300" w:lineRule="auto"/>
        <w:jc w:val="left"/>
      </w:pPr>
      <w:r>
        <w:rPr>
          <w:rFonts w:ascii="Times New Roman" w:hAnsi="Times New Roman" w:eastAsia="宋体"/>
          <w:b w:val="0"/>
          <w:i w:val="0"/>
          <w:sz w:val="21"/>
        </w:rPr>
        <w:t>在 AB = 40、AC = 42 固定时，面积为 1/2· 40· 42sin A，当 ∠ A = 90° 时最大，得 r = 840。此时 a² = 40² + 42² = 3364，x² = (6728 - 3364)/4 = 841，所以 s = 29。</w:t>
      </w:r>
    </w:p>
    <w:p>
      <w:pPr>
        <w:spacing w:before="0" w:after="80" w:line="300" w:lineRule="auto"/>
        <w:jc w:val="left"/>
      </w:pPr>
      <w:r>
        <w:rPr>
          <w:rFonts w:ascii="Times New Roman" w:hAnsi="Times New Roman" w:eastAsia="宋体"/>
          <w:b w:val="0"/>
          <w:i w:val="0"/>
          <w:sz w:val="21"/>
        </w:rPr>
        <w:t>因此 p + q + r + s = 1 + 41 + 840 + 29 = 911。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 = BC. The median length gives x² = (2· 1600 + 2· 1764 - a²)/4 = (6728 - a²)/4. The triangle inequality requires 2 &lt; a &lt; 82, i.e. 4 &lt; a² &lt; 6724, which translates to 1 &lt; x &lt; 41. So (p, q) = (1, 41).</w:t>
      </w:r>
    </w:p>
    <w:p>
      <w:pPr>
        <w:spacing w:before="0" w:after="80" w:line="300" w:lineRule="auto"/>
        <w:jc w:val="left"/>
      </w:pPr>
      <w:r>
        <w:rPr>
          <w:rFonts w:ascii="Times New Roman" w:hAnsi="Times New Roman" w:eastAsia="宋体"/>
          <w:b w:val="0"/>
          <w:i w:val="0"/>
          <w:color w:val="333333"/>
          <w:sz w:val="19"/>
        </w:rPr>
        <w:t>With AB = 40 and AC = 42 fixed, the area 1/2· 40· 42sin A is largest when ∠ A = 90°, giving r = 840. Then a² = 40² + 42² = 3364, so x² = (6728 - 3364)/4 = 841, i.e. s = 29.</w:t>
      </w:r>
    </w:p>
    <w:p>
      <w:pPr>
        <w:spacing w:before="0" w:after="80" w:line="300" w:lineRule="auto"/>
        <w:jc w:val="left"/>
      </w:pPr>
      <w:r>
        <w:rPr>
          <w:rFonts w:ascii="Times New Roman" w:hAnsi="Times New Roman" w:eastAsia="宋体"/>
          <w:b w:val="0"/>
          <w:i w:val="0"/>
          <w:color w:val="333333"/>
          <w:sz w:val="19"/>
        </w:rPr>
        <w:t>Thus p + q + r + s = 1 + 41 + 840 + 29 = 911.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C</w:t>
      </w:r>
    </w:p>
    <w:p>
      <w:pPr>
        <w:spacing w:before="0" w:after="80" w:line="300" w:lineRule="auto"/>
        <w:jc w:val="left"/>
      </w:pPr>
      <w:r>
        <w:rPr>
          <w:rFonts w:ascii="Times New Roman" w:hAnsi="Times New Roman" w:eastAsia="宋体"/>
          <w:b w:val="0"/>
          <w:i w:val="0"/>
          <w:sz w:val="21"/>
        </w:rPr>
        <w:t>3-4-5 与 5-12-13 三角形的最小角 α, β 满足 tanα = 3/4，tanβ = 5/12。</w:t>
      </w:r>
    </w:p>
    <w:p>
      <w:pPr>
        <w:spacing w:before="0" w:after="80" w:line="300" w:lineRule="auto"/>
        <w:jc w:val="left"/>
      </w:pPr>
      <w:r>
        <w:rPr>
          <w:rFonts w:ascii="Times New Roman" w:hAnsi="Times New Roman" w:eastAsia="宋体"/>
          <w:b w:val="0"/>
          <w:i w:val="0"/>
          <w:sz w:val="21"/>
        </w:rPr>
        <w:t>tan(α + β) = (3/4 + 5/12)/(1 - 3/4·5/12)</w:t>
      </w:r>
    </w:p>
    <w:p>
      <w:pPr>
        <w:spacing w:before="0" w:after="80" w:line="300" w:lineRule="auto"/>
        <w:jc w:val="left"/>
      </w:pPr>
      <w:r>
        <w:rPr>
          <w:rFonts w:ascii="Times New Roman" w:hAnsi="Times New Roman" w:eastAsia="宋体"/>
          <w:b w:val="0"/>
          <w:i w:val="0"/>
          <w:sz w:val="21"/>
        </w:rPr>
        <w:t>= (14/12)/(33/48)</w:t>
      </w:r>
    </w:p>
    <w:p>
      <w:pPr>
        <w:spacing w:before="0" w:after="80" w:line="300" w:lineRule="auto"/>
        <w:jc w:val="left"/>
      </w:pPr>
      <w:r>
        <w:rPr>
          <w:rFonts w:ascii="Times New Roman" w:hAnsi="Times New Roman" w:eastAsia="宋体"/>
          <w:b w:val="0"/>
          <w:i w:val="0"/>
          <w:sz w:val="21"/>
        </w:rPr>
        <w:t>= 56/33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第三个最小角 γ 满足 γ = 90° - (α + β)，所以 tanγ = 33/56。直角边为 33、56 的直角三角形斜边为 √(33² + 56²) = √(4225) = 65，构成本原三元组，周长为 33 + 56 + 65 = 154。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smallest angles α, β of the 3-4-5 and 5-12-13 triangles have tanα = 3/4 and tanβ = 5/12. By the tangent addition formula,</w:t>
      </w:r>
    </w:p>
    <w:p>
      <w:pPr>
        <w:spacing w:before="0" w:after="80" w:line="300" w:lineRule="auto"/>
        <w:jc w:val="left"/>
      </w:pPr>
      <w:r>
        <w:rPr>
          <w:rFonts w:ascii="Times New Roman" w:hAnsi="Times New Roman" w:eastAsia="宋体"/>
          <w:b w:val="0"/>
          <w:i w:val="0"/>
          <w:color w:val="333333"/>
          <w:sz w:val="19"/>
        </w:rPr>
        <w:t>tan(α + β) = (3/4 + 5/12)/(1 - 3/4·5/12)</w:t>
      </w:r>
    </w:p>
    <w:p>
      <w:pPr>
        <w:spacing w:before="0" w:after="80" w:line="300" w:lineRule="auto"/>
        <w:jc w:val="left"/>
      </w:pPr>
      <w:r>
        <w:rPr>
          <w:rFonts w:ascii="Times New Roman" w:hAnsi="Times New Roman" w:eastAsia="宋体"/>
          <w:b w:val="0"/>
          <w:i w:val="0"/>
          <w:color w:val="333333"/>
          <w:sz w:val="19"/>
        </w:rPr>
        <w:t>= (14/12)/(33/48)</w:t>
      </w:r>
    </w:p>
    <w:p>
      <w:pPr>
        <w:spacing w:before="0" w:after="80" w:line="300" w:lineRule="auto"/>
        <w:jc w:val="left"/>
      </w:pPr>
      <w:r>
        <w:rPr>
          <w:rFonts w:ascii="Times New Roman" w:hAnsi="Times New Roman" w:eastAsia="宋体"/>
          <w:b w:val="0"/>
          <w:i w:val="0"/>
          <w:color w:val="333333"/>
          <w:sz w:val="19"/>
        </w:rPr>
        <w:t>= 56/33.</w:t>
      </w:r>
    </w:p>
    <w:p>
      <w:pPr>
        <w:spacing w:before="0" w:after="80" w:line="300" w:lineRule="auto"/>
        <w:jc w:val="left"/>
      </w:pPr>
      <w:r>
        <w:rPr>
          <w:rFonts w:ascii="Times New Roman" w:hAnsi="Times New Roman" w:eastAsia="宋体"/>
          <w:b w:val="0"/>
          <w:i w:val="0"/>
          <w:color w:val="333333"/>
          <w:sz w:val="19"/>
        </w:rPr>
        <w:t>The third smallest angle γ satisfies γ = 90° - (α + β), so tanγ = 33/56. The right triangle with legs 33 and 56 has hypotenuse √(33² + 56²) = √(4225) = 65, a primitive triple. Its perimeter is 33 + 56 + 65 = 154.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C</w:t>
      </w:r>
    </w:p>
    <w:p>
      <w:pPr>
        <w:spacing w:before="0" w:after="80" w:line="300" w:lineRule="auto"/>
        <w:jc w:val="left"/>
      </w:pPr>
      <w:r>
        <w:rPr>
          <w:rFonts w:ascii="Times New Roman" w:hAnsi="Times New Roman" w:eastAsia="宋体"/>
          <w:b w:val="0"/>
          <w:i w:val="0"/>
          <w:sz w:val="21"/>
        </w:rPr>
        <w:t>当 ∠ B = 2∠ A 时，边长满足 b² = a(a + c)，其中 a = BC、b = CA、c = AB。所以 c = (b² - a²)/a 必须是正整数，且三边必须构成非退化三角形。</w:t>
      </w:r>
    </w:p>
    <w:p>
      <w:pPr>
        <w:spacing w:before="0" w:after="80" w:line="300" w:lineRule="auto"/>
        <w:jc w:val="left"/>
      </w:pPr>
      <w:r>
        <w:rPr>
          <w:rFonts w:ascii="Times New Roman" w:hAnsi="Times New Roman" w:eastAsia="宋体"/>
          <w:b w:val="0"/>
          <w:i w:val="0"/>
          <w:sz w:val="21"/>
        </w:rPr>
        <w:t>又因为 ∠ B=2∠ A&gt;∠ A，所以 b&gt; a。周长为 a+b+c=b+b²/a&gt;2b，因此周长小于 15 就要求 b≤6。对 b=2,3,4,5,6，b² 的满足 a&lt; b 的因数给出下列可能的数对</w:t>
      </w:r>
    </w:p>
    <w:p>
      <w:pPr>
        <w:spacing w:before="0" w:after="80" w:line="300" w:lineRule="auto"/>
        <w:jc w:val="left"/>
      </w:pPr>
      <w:r>
        <w:rPr>
          <w:rFonts w:ascii="Times New Roman" w:hAnsi="Times New Roman" w:eastAsia="宋体"/>
          <w:b w:val="0"/>
          <w:i w:val="0"/>
          <w:sz w:val="21"/>
        </w:rPr>
        <w:t>(b,a)=(2,1),(3,1),</w:t>
      </w:r>
    </w:p>
    <w:p>
      <w:pPr>
        <w:spacing w:before="0" w:after="80" w:line="300" w:lineRule="auto"/>
        <w:jc w:val="left"/>
      </w:pPr>
      <w:r>
        <w:rPr>
          <w:rFonts w:ascii="Times New Roman" w:hAnsi="Times New Roman" w:eastAsia="宋体"/>
          <w:b w:val="0"/>
          <w:i w:val="0"/>
          <w:sz w:val="21"/>
        </w:rPr>
        <w:t>(4,1),(4,2),(5,1),</w:t>
      </w:r>
    </w:p>
    <w:p>
      <w:pPr>
        <w:spacing w:before="0" w:after="80" w:line="300" w:lineRule="auto"/>
        <w:jc w:val="left"/>
      </w:pPr>
      <w:r>
        <w:rPr>
          <w:rFonts w:ascii="Times New Roman" w:hAnsi="Times New Roman" w:eastAsia="宋体"/>
          <w:b w:val="0"/>
          <w:i w:val="0"/>
          <w:sz w:val="21"/>
        </w:rPr>
        <w:t>(6,1),(6,2),(6,3),(6,4)</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逐一代入可知，除了 (a,b)=(4,6) 给出 c=5 以外，其余都得到退化或不合法的三角形。因此 (4,5,6) 是第一个合法的三角形，其周长为 15。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When ∠ B = 2∠ A, the side lengths satisfy b² = a(a + c), where a = BC, b = CA, c = AB. So c = (b² - a²)/a must be a positive integer, and the sides must form a valid triangle.</w:t>
      </w:r>
    </w:p>
    <w:p>
      <w:pPr>
        <w:spacing w:before="0" w:after="80" w:line="300" w:lineRule="auto"/>
        <w:jc w:val="left"/>
      </w:pPr>
      <w:r>
        <w:rPr>
          <w:rFonts w:ascii="Times New Roman" w:hAnsi="Times New Roman" w:eastAsia="宋体"/>
          <w:b w:val="0"/>
          <w:i w:val="0"/>
          <w:color w:val="333333"/>
          <w:sz w:val="19"/>
        </w:rPr>
        <w:t>Also b&gt; a, because ∠ B=2∠ A&gt;∠ A. The perimeter is a+b+c=b+b²/a&gt;2b. Therefore a perimeter below 15 would require b≤6. For b=2,3,4,5,6, the divisors a&lt; b of b² give the possible pairs</w:t>
      </w:r>
    </w:p>
    <w:p>
      <w:pPr>
        <w:spacing w:before="0" w:after="80" w:line="300" w:lineRule="auto"/>
        <w:jc w:val="left"/>
      </w:pPr>
      <w:r>
        <w:rPr>
          <w:rFonts w:ascii="Times New Roman" w:hAnsi="Times New Roman" w:eastAsia="宋体"/>
          <w:b w:val="0"/>
          <w:i w:val="0"/>
          <w:color w:val="333333"/>
          <w:sz w:val="19"/>
        </w:rPr>
        <w:t>(b,a)=(2,1),(3,1),</w:t>
      </w:r>
    </w:p>
    <w:p>
      <w:pPr>
        <w:spacing w:before="0" w:after="80" w:line="300" w:lineRule="auto"/>
        <w:jc w:val="left"/>
      </w:pPr>
      <w:r>
        <w:rPr>
          <w:rFonts w:ascii="Times New Roman" w:hAnsi="Times New Roman" w:eastAsia="宋体"/>
          <w:b w:val="0"/>
          <w:i w:val="0"/>
          <w:color w:val="333333"/>
          <w:sz w:val="19"/>
        </w:rPr>
        <w:t>(4,1),(4,2),(5,1),</w:t>
      </w:r>
    </w:p>
    <w:p>
      <w:pPr>
        <w:spacing w:before="0" w:after="80" w:line="300" w:lineRule="auto"/>
        <w:jc w:val="left"/>
      </w:pPr>
      <w:r>
        <w:rPr>
          <w:rFonts w:ascii="Times New Roman" w:hAnsi="Times New Roman" w:eastAsia="宋体"/>
          <w:b w:val="0"/>
          <w:i w:val="0"/>
          <w:color w:val="333333"/>
          <w:sz w:val="19"/>
        </w:rPr>
        <w:t>(6,1),(6,2),(6,3),(6,4).</w:t>
      </w:r>
    </w:p>
    <w:p>
      <w:pPr>
        <w:spacing w:before="0" w:after="80" w:line="300" w:lineRule="auto"/>
        <w:jc w:val="left"/>
      </w:pPr>
      <w:r>
        <w:rPr>
          <w:rFonts w:ascii="Times New Roman" w:hAnsi="Times New Roman" w:eastAsia="宋体"/>
          <w:b w:val="0"/>
          <w:i w:val="0"/>
          <w:color w:val="333333"/>
          <w:sz w:val="19"/>
        </w:rPr>
        <w:t>Substitution gives a degenerate or invalid triangle in every case except (a,b)=(4,6), which gives c=5. Thus (4,5,6) is the first valid triangle, and its perimeter is 15.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B</w:t>
      </w:r>
    </w:p>
    <w:p>
      <w:pPr>
        <w:spacing w:before="0" w:after="80" w:line="300" w:lineRule="auto"/>
        <w:jc w:val="left"/>
      </w:pPr>
      <w:r>
        <w:rPr>
          <w:rFonts w:ascii="Times New Roman" w:hAnsi="Times New Roman" w:eastAsia="宋体"/>
          <w:b w:val="0"/>
          <w:i w:val="0"/>
          <w:sz w:val="21"/>
        </w:rPr>
        <w:t>令 R 为正八边形外接圆半径，L 为每条侧棱长，则 L² = h² + R²。由于 ∠ AVD = 90°，有 AD² = 2L²。</w:t>
      </w:r>
    </w:p>
    <w:p>
      <w:pPr>
        <w:spacing w:before="0" w:after="80" w:line="300" w:lineRule="auto"/>
        <w:jc w:val="left"/>
      </w:pPr>
      <w:r>
        <w:rPr>
          <w:rFonts w:ascii="Times New Roman" w:hAnsi="Times New Roman" w:eastAsia="宋体"/>
          <w:b w:val="0"/>
          <w:i w:val="0"/>
          <w:sz w:val="21"/>
        </w:rPr>
        <w:t>顶点 A 与 D 相隔三步，圆心角为 135°，所以 AD² = 2R²(1 - cos 135°) = R²(2 + √(2))。结合上式得 R²(2 + √(2)) = 2(h² + R²)，即 2h² = R²√(2)。</w:t>
      </w:r>
    </w:p>
    <w:p>
      <w:pPr>
        <w:spacing w:before="0" w:after="80" w:line="300" w:lineRule="auto"/>
        <w:jc w:val="left"/>
      </w:pPr>
      <w:r>
        <w:rPr>
          <w:rFonts w:ascii="Times New Roman" w:hAnsi="Times New Roman" w:eastAsia="宋体"/>
          <w:b w:val="0"/>
          <w:i w:val="0"/>
          <w:sz w:val="21"/>
        </w:rPr>
        <w:t>边长为 1 的正八边形满足 R² = 1/(2sin²(22.5°)) = (2 + √(2))/2。因此 h² = (R²√(2))/2 = ((2 + √(2))√(2))/4 = (2√(2) + 2)/4 = (1 + √(2))/2。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R be the circumradius of the octagon and L the length of each lateral edge, so L² = h² + R². Since ∠ AVD = 90°, AD² = 2L².</w:t>
      </w:r>
    </w:p>
    <w:p>
      <w:pPr>
        <w:spacing w:before="0" w:after="80" w:line="300" w:lineRule="auto"/>
        <w:jc w:val="left"/>
      </w:pPr>
      <w:r>
        <w:rPr>
          <w:rFonts w:ascii="Times New Roman" w:hAnsi="Times New Roman" w:eastAsia="宋体"/>
          <w:b w:val="0"/>
          <w:i w:val="0"/>
          <w:color w:val="333333"/>
          <w:sz w:val="19"/>
        </w:rPr>
        <w:t>Vertices A and D are three steps apart, a central angle of 135°, so AD² = 2R²(1 - cos 135°) = R²(2 + √(2)). Setting R²(2 + √(2)) = 2(h² + R²) gives 2h² = R²√(2).</w:t>
      </w:r>
    </w:p>
    <w:p>
      <w:pPr>
        <w:spacing w:before="0" w:after="80" w:line="300" w:lineRule="auto"/>
        <w:jc w:val="left"/>
      </w:pPr>
      <w:r>
        <w:rPr>
          <w:rFonts w:ascii="Times New Roman" w:hAnsi="Times New Roman" w:eastAsia="宋体"/>
          <w:b w:val="0"/>
          <w:i w:val="0"/>
          <w:color w:val="333333"/>
          <w:sz w:val="19"/>
        </w:rPr>
        <w:t>For a regular octagon of side 1, R² = 1/(2sin²(22.5°)) = (2 + √(2))/2. Therefore h² = (R²√(2))/2 = ((2 + √(2))√(2))/4 = (2√(2) + 2)/4 = (1 + √(2))/2.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B</w:t>
      </w:r>
    </w:p>
    <w:p>
      <w:pPr>
        <w:spacing w:before="0" w:after="80" w:line="300" w:lineRule="auto"/>
        <w:jc w:val="left"/>
      </w:pPr>
      <w:r>
        <w:rPr>
          <w:rFonts w:ascii="Times New Roman" w:hAnsi="Times New Roman" w:eastAsia="宋体"/>
          <w:b w:val="0"/>
          <w:i w:val="0"/>
          <w:sz w:val="21"/>
        </w:rPr>
        <w:t>将每条边写成 (2[△])/h，则半周长为 [△](1/a + 1/b + 1/c)。由 r = ([△])/s，可得 1/r = 1/a + 1/b + 1/c。我们需要该和等于正整数 r 的倒数 1/r。边长与 1/a, 1/b, 1/c 成比例，所以非退化条件要求 1/a &lt; 1/b + 1/c。</w:t>
      </w:r>
    </w:p>
    <w:p>
      <w:pPr>
        <w:spacing w:before="0" w:after="80" w:line="300" w:lineRule="auto"/>
        <w:jc w:val="left"/>
      </w:pPr>
      <w:r>
        <w:rPr>
          <w:rFonts w:ascii="Times New Roman" w:hAnsi="Times New Roman" w:eastAsia="宋体"/>
          <w:b w:val="0"/>
          <w:i w:val="0"/>
          <w:sz w:val="21"/>
        </w:rPr>
        <w:t>因为 a≤ b≤ c≤9，倒数之和至少为 3/c≥1/3，所以整数 r 只能是 1,2,3 之一。又 1/a&lt;1/r≤3/a，所以 r&lt; a≤3r。对这少数几组 r,a，把 b=a,a+1,…,9 代入</w:t>
      </w:r>
    </w:p>
    <w:p>
      <w:pPr>
        <w:spacing w:before="0" w:after="80" w:line="300" w:lineRule="auto"/>
        <w:jc w:val="left"/>
      </w:pPr>
      <w:r>
        <w:rPr>
          <w:rFonts w:ascii="Times New Roman" w:hAnsi="Times New Roman" w:eastAsia="宋体"/>
          <w:b w:val="0"/>
          <w:i w:val="0"/>
          <w:sz w:val="21"/>
        </w:rPr>
        <w:t>c=abr/ab-ar-br。</w:t>
      </w:r>
    </w:p>
    <w:p>
      <w:pPr>
        <w:spacing w:before="0" w:after="80" w:line="300" w:lineRule="auto"/>
        <w:jc w:val="left"/>
      </w:pPr>
      <w:r>
        <w:rPr>
          <w:rFonts w:ascii="Times New Roman" w:hAnsi="Times New Roman" w:eastAsia="宋体"/>
          <w:b w:val="0"/>
          <w:i w:val="0"/>
          <w:sz w:val="21"/>
        </w:rPr>
        <w:t>只保留满足 b≤ c≤9 的整数 c，就得到完整的列表</w:t>
      </w:r>
    </w:p>
    <w:tbl>
      <w:tblPr>
        <w:tblW w:type="auto" w:w="0"/>
        <w:jc w:val="center"/>
        <w:tblLayout w:type="autofit"/>
        <w:tblLook w:firstColumn="1" w:firstRow="1" w:lastColumn="0" w:lastRow="0" w:noHBand="0" w:noVBand="1" w:val="04A0"/>
      </w:tblPr>
      <w:tblGrid>
        <w:gridCol w:w="4706"/>
        <w:gridCol w:w="4706"/>
      </w:tblGrid>
      <w:tr>
        <w:tc>
          <w:tcPr>
            <w:tcW w:type="dxa" w:w="4706"/>
            <w:tcBorders>
              <w:bottom w:val="single" w:sz="8" w:space="0" w:color="000000"/>
            </w:tcBorders>
          </w:tcPr>
          <w:p>
            <w:pPr>
              <w:spacing w:before="20" w:after="20" w:line="240" w:lineRule="auto"/>
              <w:jc w:val="center"/>
            </w:pPr>
            <w:r/>
            <w:r>
              <w:rPr>
                <w:rFonts w:ascii="Times New Roman" w:hAnsi="Times New Roman" w:eastAsia="宋体"/>
                <w:b w:val="0"/>
                <w:i w:val="0"/>
                <w:sz w:val="20"/>
              </w:rPr>
              <w:t>r</w:t>
            </w:r>
          </w:p>
        </w:tc>
        <w:tc>
          <w:tcPr>
            <w:tcW w:type="dxa" w:w="4706"/>
            <w:tcBorders>
              <w:bottom w:val="single" w:sz="8" w:space="0" w:color="000000"/>
            </w:tcBorders>
          </w:tcPr>
          <w:p>
            <w:pPr>
              <w:spacing w:before="20" w:after="20" w:line="240" w:lineRule="auto"/>
              <w:jc w:val="left"/>
            </w:pPr>
            <w:r/>
            <w:r>
              <w:rPr>
                <w:rFonts w:ascii="Times New Roman" w:hAnsi="Times New Roman" w:eastAsia="宋体"/>
                <w:b w:val="0"/>
                <w:i w:val="0"/>
                <w:sz w:val="20"/>
              </w:rPr>
              <w:t>(a,b,c)</w:t>
            </w:r>
          </w:p>
        </w:tc>
      </w:tr>
      <w:tr>
        <w:tc>
          <w:tcPr>
            <w:tcW w:type="dxa" w:w="4706"/>
          </w:tcPr>
          <w:p>
            <w:pPr>
              <w:spacing w:before="20" w:after="20" w:line="240" w:lineRule="auto"/>
              <w:jc w:val="center"/>
            </w:pPr>
            <w:r/>
            <w:r>
              <w:rPr>
                <w:rFonts w:ascii="Times New Roman" w:hAnsi="Times New Roman" w:eastAsia="宋体"/>
                <w:b w:val="0"/>
                <w:i w:val="0"/>
                <w:sz w:val="20"/>
              </w:rPr>
              <w:t>1</w:t>
            </w:r>
          </w:p>
        </w:tc>
        <w:tc>
          <w:tcPr>
            <w:tcW w:type="dxa" w:w="4706"/>
          </w:tcPr>
          <w:p>
            <w:pPr>
              <w:spacing w:before="20" w:after="20" w:line="240" w:lineRule="auto"/>
              <w:jc w:val="left"/>
            </w:pPr>
            <w:r/>
            <w:r>
              <w:rPr>
                <w:rFonts w:ascii="Times New Roman" w:hAnsi="Times New Roman" w:eastAsia="宋体"/>
                <w:b w:val="0"/>
                <w:i w:val="0"/>
                <w:sz w:val="20"/>
              </w:rPr>
              <w:t>(2,3,6),(2,4,4),(3,3,3)</w:t>
            </w:r>
          </w:p>
        </w:tc>
      </w:tr>
      <w:tr>
        <w:tc>
          <w:tcPr>
            <w:tcW w:type="dxa" w:w="4706"/>
          </w:tcPr>
          <w:p>
            <w:pPr>
              <w:spacing w:before="20" w:after="20" w:line="240" w:lineRule="auto"/>
              <w:jc w:val="center"/>
            </w:pPr>
            <w:r/>
            <w:r>
              <w:rPr>
                <w:rFonts w:ascii="Times New Roman" w:hAnsi="Times New Roman" w:eastAsia="宋体"/>
                <w:b w:val="0"/>
                <w:i w:val="0"/>
                <w:sz w:val="20"/>
              </w:rPr>
              <w:t>2</w:t>
            </w:r>
          </w:p>
        </w:tc>
        <w:tc>
          <w:tcPr>
            <w:tcW w:type="dxa" w:w="4706"/>
          </w:tcPr>
          <w:p>
            <w:pPr>
              <w:spacing w:before="20" w:after="20" w:line="240" w:lineRule="auto"/>
              <w:jc w:val="left"/>
            </w:pPr>
            <w:r/>
            <w:r>
              <w:rPr>
                <w:rFonts w:ascii="Times New Roman" w:hAnsi="Times New Roman" w:eastAsia="宋体"/>
                <w:b w:val="0"/>
                <w:i w:val="0"/>
                <w:sz w:val="20"/>
              </w:rPr>
              <w:t>(4,8,8),(6,6,6)</w:t>
            </w:r>
          </w:p>
        </w:tc>
      </w:tr>
      <w:tr>
        <w:tc>
          <w:tcPr>
            <w:tcW w:type="dxa" w:w="4706"/>
          </w:tcPr>
          <w:p>
            <w:pPr>
              <w:spacing w:before="20" w:after="20" w:line="240" w:lineRule="auto"/>
              <w:jc w:val="center"/>
            </w:pPr>
            <w:r/>
            <w:r>
              <w:rPr>
                <w:rFonts w:ascii="Times New Roman" w:hAnsi="Times New Roman" w:eastAsia="宋体"/>
                <w:b w:val="0"/>
                <w:i w:val="0"/>
                <w:sz w:val="20"/>
              </w:rPr>
              <w:t>3</w:t>
            </w:r>
          </w:p>
        </w:tc>
        <w:tc>
          <w:tcPr>
            <w:tcW w:type="dxa" w:w="4706"/>
          </w:tcPr>
          <w:p>
            <w:pPr>
              <w:spacing w:before="20" w:after="20" w:line="240" w:lineRule="auto"/>
              <w:jc w:val="left"/>
            </w:pPr>
            <w:r/>
            <w:r>
              <w:rPr>
                <w:rFonts w:ascii="Times New Roman" w:hAnsi="Times New Roman" w:eastAsia="宋体"/>
                <w:b w:val="0"/>
                <w:i w:val="0"/>
                <w:sz w:val="20"/>
              </w:rPr>
              <w:t>(9,9,9)</w:t>
            </w:r>
          </w:p>
        </w:tc>
      </w:tr>
    </w:tbl>
    <w:p>
      <w:pPr>
        <w:spacing w:before="0" w:after="0" w:line="240" w:lineRule="auto"/>
      </w:pPr>
      <w:r>
        <w:rPr>
          <w:rFonts w:ascii="Times New Roman" w:hAnsi="Times New Roman" w:eastAsia="宋体"/>
          <w:b w:val="0"/>
          <w:i w:val="0"/>
          <w:sz w:val="8"/>
        </w:rPr>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其中三元组 (2,3,6),(2,4,4) 和 (4,8,8) 满足 1/a=1/b+1/c，因而给出退化三角形。剩下的三元组是 (3,3,3),(6,6,6) 和 (9,9,9)，所以答案是 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Writing each side as (2[△])/h, the semiperimeter is [△](1/a + 1/b + 1/c), so the inradius r = ([△])/s satisfies 1/r = 1/a + 1/b + 1/c. We need this to be 1/r for a positive integer r, with the sides (proportional to 1/a, 1/b, 1/c) forming a non-degenerate triangle, requiring 1/a &lt; 1/b + 1/c.</w:t>
      </w:r>
    </w:p>
    <w:p>
      <w:pPr>
        <w:spacing w:before="0" w:after="80" w:line="300" w:lineRule="auto"/>
        <w:jc w:val="left"/>
      </w:pPr>
      <w:r>
        <w:rPr>
          <w:rFonts w:ascii="Times New Roman" w:hAnsi="Times New Roman" w:eastAsia="宋体"/>
          <w:b w:val="0"/>
          <w:i w:val="0"/>
          <w:color w:val="333333"/>
          <w:sz w:val="19"/>
        </w:rPr>
        <w:t>Because a≤ b≤ c≤9, the reciprocal sum is at least 3/c≥1/3, so the integer r is one of 1,2,3. Also 1/a&lt;1/r≤3/a, so r&lt; a≤3r. For each of these few values of r,a, substitute b=a,a+1,…,9 into</w:t>
      </w:r>
    </w:p>
    <w:p>
      <w:pPr>
        <w:spacing w:before="0" w:after="80" w:line="300" w:lineRule="auto"/>
        <w:jc w:val="left"/>
      </w:pPr>
      <w:r>
        <w:rPr>
          <w:rFonts w:ascii="Times New Roman" w:hAnsi="Times New Roman" w:eastAsia="宋体"/>
          <w:b w:val="0"/>
          <w:i w:val="0"/>
          <w:color w:val="333333"/>
          <w:sz w:val="19"/>
        </w:rPr>
        <w:t>c=abr/ab-ar-br.</w:t>
      </w:r>
    </w:p>
    <w:p>
      <w:pPr>
        <w:spacing w:before="0" w:after="80" w:line="300" w:lineRule="auto"/>
        <w:jc w:val="left"/>
      </w:pPr>
      <w:r>
        <w:rPr>
          <w:rFonts w:ascii="Times New Roman" w:hAnsi="Times New Roman" w:eastAsia="宋体"/>
          <w:b w:val="0"/>
          <w:i w:val="0"/>
          <w:color w:val="333333"/>
          <w:sz w:val="19"/>
        </w:rPr>
        <w:t>Keeping only integral c with b≤ c≤9 gives the complete list</w:t>
      </w:r>
    </w:p>
    <w:tbl>
      <w:tblPr>
        <w:tblW w:type="auto" w:w="0"/>
        <w:jc w:val="center"/>
        <w:tblLayout w:type="autofit"/>
        <w:tblLook w:firstColumn="1" w:firstRow="1" w:lastColumn="0" w:lastRow="0" w:noHBand="0" w:noVBand="1" w:val="04A0"/>
      </w:tblPr>
      <w:tblGrid>
        <w:gridCol w:w="4706"/>
        <w:gridCol w:w="4706"/>
      </w:tblGrid>
      <w:tr>
        <w:tc>
          <w:tcPr>
            <w:tcW w:type="dxa" w:w="4706"/>
            <w:tcBorders>
              <w:bottom w:val="single" w:sz="8" w:space="0" w:color="000000"/>
            </w:tcBorders>
          </w:tcPr>
          <w:p>
            <w:pPr>
              <w:spacing w:before="20" w:after="20" w:line="240" w:lineRule="auto"/>
              <w:jc w:val="center"/>
            </w:pPr>
            <w:r/>
            <w:r>
              <w:rPr>
                <w:rFonts w:ascii="Times New Roman" w:hAnsi="Times New Roman" w:eastAsia="宋体"/>
                <w:b w:val="0"/>
                <w:i w:val="0"/>
                <w:color w:val="333333"/>
                <w:sz w:val="19"/>
              </w:rPr>
              <w:t>r</w:t>
            </w:r>
          </w:p>
        </w:tc>
        <w:tc>
          <w:tcPr>
            <w:tcW w:type="dxa" w:w="4706"/>
            <w:tcBorders>
              <w:bottom w:val="single" w:sz="8" w:space="0" w:color="000000"/>
            </w:tcBorders>
          </w:tcPr>
          <w:p>
            <w:pPr>
              <w:spacing w:before="20" w:after="20" w:line="240" w:lineRule="auto"/>
              <w:jc w:val="left"/>
            </w:pPr>
            <w:r/>
            <w:r>
              <w:rPr>
                <w:rFonts w:ascii="Times New Roman" w:hAnsi="Times New Roman" w:eastAsia="宋体"/>
                <w:b w:val="0"/>
                <w:i w:val="0"/>
                <w:color w:val="333333"/>
                <w:sz w:val="19"/>
              </w:rPr>
              <w:t>(a,b,c)</w:t>
            </w:r>
          </w:p>
        </w:tc>
      </w:tr>
      <w:tr>
        <w:tc>
          <w:tcPr>
            <w:tcW w:type="dxa" w:w="4706"/>
          </w:tcPr>
          <w:p>
            <w:pPr>
              <w:spacing w:before="20" w:after="20" w:line="240" w:lineRule="auto"/>
              <w:jc w:val="center"/>
            </w:pPr>
            <w:r/>
            <w:r>
              <w:rPr>
                <w:rFonts w:ascii="Times New Roman" w:hAnsi="Times New Roman" w:eastAsia="宋体"/>
                <w:b w:val="0"/>
                <w:i w:val="0"/>
                <w:color w:val="333333"/>
                <w:sz w:val="19"/>
              </w:rPr>
              <w:t>1</w:t>
            </w:r>
          </w:p>
        </w:tc>
        <w:tc>
          <w:tcPr>
            <w:tcW w:type="dxa" w:w="4706"/>
          </w:tcPr>
          <w:p>
            <w:pPr>
              <w:spacing w:before="20" w:after="20" w:line="240" w:lineRule="auto"/>
              <w:jc w:val="left"/>
            </w:pPr>
            <w:r/>
            <w:r>
              <w:rPr>
                <w:rFonts w:ascii="Times New Roman" w:hAnsi="Times New Roman" w:eastAsia="宋体"/>
                <w:b w:val="0"/>
                <w:i w:val="0"/>
                <w:color w:val="333333"/>
                <w:sz w:val="19"/>
              </w:rPr>
              <w:t>(2,3,6),(2,4,4),(3,3,3)</w:t>
            </w:r>
          </w:p>
        </w:tc>
      </w:tr>
      <w:tr>
        <w:tc>
          <w:tcPr>
            <w:tcW w:type="dxa" w:w="4706"/>
          </w:tcPr>
          <w:p>
            <w:pPr>
              <w:spacing w:before="20" w:after="20" w:line="240" w:lineRule="auto"/>
              <w:jc w:val="center"/>
            </w:pPr>
            <w:r/>
            <w:r>
              <w:rPr>
                <w:rFonts w:ascii="Times New Roman" w:hAnsi="Times New Roman" w:eastAsia="宋体"/>
                <w:b w:val="0"/>
                <w:i w:val="0"/>
                <w:color w:val="333333"/>
                <w:sz w:val="19"/>
              </w:rPr>
              <w:t>2</w:t>
            </w:r>
          </w:p>
        </w:tc>
        <w:tc>
          <w:tcPr>
            <w:tcW w:type="dxa" w:w="4706"/>
          </w:tcPr>
          <w:p>
            <w:pPr>
              <w:spacing w:before="20" w:after="20" w:line="240" w:lineRule="auto"/>
              <w:jc w:val="left"/>
            </w:pPr>
            <w:r/>
            <w:r>
              <w:rPr>
                <w:rFonts w:ascii="Times New Roman" w:hAnsi="Times New Roman" w:eastAsia="宋体"/>
                <w:b w:val="0"/>
                <w:i w:val="0"/>
                <w:color w:val="333333"/>
                <w:sz w:val="19"/>
              </w:rPr>
              <w:t>(4,8,8),(6,6,6)</w:t>
            </w:r>
          </w:p>
        </w:tc>
      </w:tr>
      <w:tr>
        <w:tc>
          <w:tcPr>
            <w:tcW w:type="dxa" w:w="4706"/>
          </w:tcPr>
          <w:p>
            <w:pPr>
              <w:spacing w:before="20" w:after="20" w:line="240" w:lineRule="auto"/>
              <w:jc w:val="center"/>
            </w:pPr>
            <w:r/>
            <w:r>
              <w:rPr>
                <w:rFonts w:ascii="Times New Roman" w:hAnsi="Times New Roman" w:eastAsia="宋体"/>
                <w:b w:val="0"/>
                <w:i w:val="0"/>
                <w:color w:val="333333"/>
                <w:sz w:val="19"/>
              </w:rPr>
              <w:t>3</w:t>
            </w:r>
          </w:p>
        </w:tc>
        <w:tc>
          <w:tcPr>
            <w:tcW w:type="dxa" w:w="4706"/>
          </w:tcPr>
          <w:p>
            <w:pPr>
              <w:spacing w:before="20" w:after="20" w:line="240" w:lineRule="auto"/>
              <w:jc w:val="left"/>
            </w:pPr>
            <w:r/>
            <w:r>
              <w:rPr>
                <w:rFonts w:ascii="Times New Roman" w:hAnsi="Times New Roman" w:eastAsia="宋体"/>
                <w:b w:val="0"/>
                <w:i w:val="0"/>
                <w:color w:val="333333"/>
                <w:sz w:val="19"/>
              </w:rPr>
              <w:t>(9,9,9).</w:t>
            </w:r>
          </w:p>
        </w:tc>
      </w:tr>
    </w:tbl>
    <w:p>
      <w:pPr>
        <w:spacing w:before="0" w:after="0" w:line="240" w:lineRule="auto"/>
      </w:pPr>
      <w:r>
        <w:rPr>
          <w:rFonts w:ascii="Times New Roman" w:hAnsi="Times New Roman" w:eastAsia="宋体"/>
          <w:b w:val="0"/>
          <w:i w:val="0"/>
          <w:sz w:val="8"/>
        </w:rPr>
      </w:r>
    </w:p>
    <w:p>
      <w:pPr>
        <w:spacing w:before="0" w:after="80" w:line="300" w:lineRule="auto"/>
        <w:jc w:val="left"/>
      </w:pPr>
      <w:r>
        <w:rPr>
          <w:rFonts w:ascii="Times New Roman" w:hAnsi="Times New Roman" w:eastAsia="宋体"/>
          <w:b w:val="0"/>
          <w:i w:val="0"/>
          <w:color w:val="333333"/>
          <w:sz w:val="19"/>
        </w:rPr>
        <w:t>The triples (2,3,6),(2,4,4), and (4,8,8) have 1/a=1/b+1/c and therefore give degenerate triangles. The remaining triples are (3,3,3),(6,6,6), and (9,9,9), so the answer is 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A</w:t>
      </w:r>
    </w:p>
    <w:p>
      <w:pPr>
        <w:spacing w:before="0" w:after="80" w:line="300" w:lineRule="auto"/>
        <w:jc w:val="left"/>
      </w:pPr>
      <w:r>
        <w:rPr>
          <w:rFonts w:ascii="Times New Roman" w:hAnsi="Times New Roman" w:eastAsia="宋体"/>
          <w:b w:val="0"/>
          <w:i w:val="0"/>
          <w:sz w:val="21"/>
        </w:rPr>
        <w:t>每个球独立地属于四种等可能类型之一：红色条纹、红色圆点、蓝色条纹、蓝色圆点。设 6 个球中有 k 个红色条纹球，红球总数为 R，条纹球总数为 S。对 Frida 的均匀随机选择，P(红) = R/6，P(条纹) = S/6，且 P(红且条纹) = k/6。独立性意味着 k/6 = R/6·S/6，即 6k = RS。</w:t>
      </w:r>
    </w:p>
    <w:p>
      <w:pPr>
        <w:spacing w:before="0" w:after="80" w:line="300" w:lineRule="auto"/>
        <w:jc w:val="left"/>
      </w:pPr>
      <w:r>
        <w:rPr>
          <w:rFonts w:ascii="Times New Roman" w:hAnsi="Times New Roman" w:eastAsia="宋体"/>
          <w:b w:val="0"/>
          <w:i w:val="0"/>
          <w:sz w:val="21"/>
        </w:rPr>
        <w:t>先计数满足 R∈{0,6} 或 S∈{0,6} 的分配。这四个条件各给另一种属性留下 2⁶=64 种选择，而它们两两交集中的四个分配被重复计算。因此并集贡献 4·64-4=252。</w:t>
      </w:r>
    </w:p>
    <w:p>
      <w:pPr>
        <w:spacing w:before="0" w:after="80" w:line="300" w:lineRule="auto"/>
        <w:jc w:val="left"/>
      </w:pPr>
      <w:r>
        <w:rPr>
          <w:rFonts w:ascii="Times New Roman" w:hAnsi="Times New Roman" w:eastAsia="宋体"/>
          <w:b w:val="0"/>
          <w:i w:val="0"/>
          <w:sz w:val="21"/>
        </w:rPr>
        <w:t>当 1≤ R,S≤5 时，RS 是 6 的倍数这一条件只留下 (R,S)=(2,3),(3,2) 或 (3,4),(4,3)。每种情形都有 k=RS/6，四种类型的数量恰是 (1,1,2,2) 的一个排列。因此每个数对贡献 (6!)/(1!1!2!2!)=180 种分配。有利分配数为 252+4·180=972。在 4⁶=4096 个等可能分配中，概率为 972/4096=243/1024，所以 m=243。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ball is independently one of four equally likely types: red-striped, red-dotted, blue-striped, blue-dotted. Suppose among the 6 balls there are k red-striped, with R red and S striped in total. For Frida’s uniform pick, P(red) = R/6, P(striped) = S/6, and P(red and striped) = k/6. Independence means k/6 = R/6·S/6, i.e. 6k = RS.</w:t>
      </w:r>
    </w:p>
    <w:p>
      <w:pPr>
        <w:spacing w:before="0" w:after="80" w:line="300" w:lineRule="auto"/>
        <w:jc w:val="left"/>
      </w:pPr>
      <w:r>
        <w:rPr>
          <w:rFonts w:ascii="Times New Roman" w:hAnsi="Times New Roman" w:eastAsia="宋体"/>
          <w:b w:val="0"/>
          <w:i w:val="0"/>
          <w:color w:val="333333"/>
          <w:sz w:val="19"/>
        </w:rPr>
        <w:t>First count assignments with R∈{0,6} or S∈{0,6}. Each of these four conditions leaves 2⁶=64 choices for the other attribute, and the four assignments at their pairwise intersections have been counted twice. Their union therefore contributes 4·64-4=252.</w:t>
      </w:r>
    </w:p>
    <w:p>
      <w:pPr>
        <w:spacing w:before="0" w:after="80" w:line="300" w:lineRule="auto"/>
        <w:jc w:val="left"/>
      </w:pPr>
      <w:r>
        <w:rPr>
          <w:rFonts w:ascii="Times New Roman" w:hAnsi="Times New Roman" w:eastAsia="宋体"/>
          <w:b w:val="0"/>
          <w:i w:val="0"/>
          <w:color w:val="333333"/>
          <w:sz w:val="19"/>
        </w:rPr>
        <w:t>For 1≤ R,S≤5, the condition that RS be divisible by 6 leaves only (R,S)=(2,3),(3,2) or (3,4),(4,3). In each case k=RS/6, and the four type counts are a permutation of (1,1,2,2). Thus each pair contributes (6!)/(1!1!2!2!)=180 assignments. The favorable count is therefore 252+4·180=972. Out of 4⁶=4096 equally likely assignments, the probability is 972/4096=243/1024, so m=243.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