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2024A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求 9901·101-99·10101 的值。</w:t>
      </w:r>
    </w:p>
    <w:p>
      <w:pPr>
        <w:spacing w:before="0" w:after="120" w:line="300" w:lineRule="auto"/>
      </w:pPr>
      <w:r>
        <w:rPr>
          <w:rFonts w:ascii="Times New Roman" w:hAnsi="Times New Roman" w:eastAsia="宋体"/>
          <w:b w:val="0"/>
          <w:i w:val="0"/>
          <w:sz w:val="21"/>
        </w:rPr>
        <w:t>（A）2　　（B）20　　（C）21　　（D）200　　（E）2020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9901·101-99·10101?</w:t>
      </w:r>
    </w:p>
    <w:p>
      <w:pPr>
        <w:spacing w:before="0" w:after="160" w:line="300" w:lineRule="auto"/>
      </w:pPr>
      <w:r>
        <w:rPr>
          <w:rFonts w:ascii="Times New Roman" w:hAnsi="Times New Roman" w:eastAsia="宋体"/>
          <w:b w:val="0"/>
          <w:i w:val="0"/>
          <w:color w:val="333333"/>
          <w:sz w:val="19"/>
        </w:rPr>
        <w:t>(A) 2　　(B) 20　　(C) 21　　(D) 200　　(E) 2020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一个用于估计沿小路登上山顶所需时间的模型形如 T=aL+bG，其中 a 和 b 是常数，T 是时间，单位为分钟，L 是小路长度，单位为英里，G 是海拔上升高度，单位为英尺。模型估计，如果一条小路长 1.5 英里并上升 800 英尺，或者一条小路长 1.2 英里并上升 1100 英尺，到达山顶都需要 69 分钟。</w:t>
      </w:r>
    </w:p>
    <w:p>
      <w:pPr>
        <w:spacing w:before="0" w:after="80" w:line="300" w:lineRule="auto"/>
        <w:jc w:val="left"/>
      </w:pPr>
      <w:r>
        <w:rPr>
          <w:rFonts w:ascii="Times New Roman" w:hAnsi="Times New Roman" w:eastAsia="宋体"/>
          <w:b w:val="0"/>
          <w:i w:val="0"/>
          <w:sz w:val="21"/>
        </w:rPr>
        <w:t>如果小路长 4.2 英里并上升 4000 英尺，这个模型估计到达山顶需要多少分钟？</w:t>
      </w:r>
    </w:p>
    <w:p>
      <w:pPr>
        <w:spacing w:before="0" w:after="120" w:line="300" w:lineRule="auto"/>
      </w:pPr>
      <w:r>
        <w:rPr>
          <w:rFonts w:ascii="Times New Roman" w:hAnsi="Times New Roman" w:eastAsia="宋体"/>
          <w:b w:val="0"/>
          <w:i w:val="0"/>
          <w:sz w:val="21"/>
        </w:rPr>
        <w:t>（A）240　　（B）246　　（C）252　　（D）258　　（E）264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model used to estimate the time it will take to hike to the top of a mountain on a trail is of the form T=aL+bG, where a and b are constants, T is the time in minutes, L is the length of the trail in miles, and G is the altitude gain in feet. The model estimates that it will take 69 minutes to hike to the top if a trail is 1.5 miles long and ascends 800 feet, as well as if a trail is 1.2 miles long and ascends 1100 feet.</w:t>
      </w:r>
    </w:p>
    <w:p>
      <w:pPr>
        <w:spacing w:before="0" w:after="80" w:line="300" w:lineRule="auto"/>
        <w:jc w:val="left"/>
      </w:pPr>
      <w:r>
        <w:rPr>
          <w:rFonts w:ascii="Times New Roman" w:hAnsi="Times New Roman" w:eastAsia="宋体"/>
          <w:b w:val="0"/>
          <w:i w:val="0"/>
          <w:color w:val="333333"/>
          <w:sz w:val="19"/>
        </w:rPr>
        <w:t>How many minutes does the model estimate it will take to hike to the top if the trail is 4.2 miles long and ascends 4000 feet?</w:t>
      </w:r>
    </w:p>
    <w:p>
      <w:pPr>
        <w:spacing w:before="0" w:after="160" w:line="300" w:lineRule="auto"/>
      </w:pPr>
      <w:r>
        <w:rPr>
          <w:rFonts w:ascii="Times New Roman" w:hAnsi="Times New Roman" w:eastAsia="宋体"/>
          <w:b w:val="0"/>
          <w:i w:val="0"/>
          <w:color w:val="333333"/>
          <w:sz w:val="19"/>
        </w:rPr>
        <w:t>(A) 240　　(B) 246　　(C) 252　　(D) 258　　(E) 264</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数 2024 被写成若干个不一定互不相同的两位数之和。至少需要多少个两位数才能写出这个和？</w:t>
      </w:r>
    </w:p>
    <w:p>
      <w:pPr>
        <w:spacing w:before="0" w:after="120" w:line="300" w:lineRule="auto"/>
      </w:pPr>
      <w:r>
        <w:rPr>
          <w:rFonts w:ascii="Times New Roman" w:hAnsi="Times New Roman" w:eastAsia="宋体"/>
          <w:b w:val="0"/>
          <w:i w:val="0"/>
          <w:sz w:val="21"/>
        </w:rPr>
        <w:t>（A）20　　（B）21　　（C）22　　（D）23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2024 is written as the sum of not necessarily distinct two-digit numbers. What is the least number of two-digit numbers needed to write this sum?</w:t>
      </w:r>
    </w:p>
    <w:p>
      <w:pPr>
        <w:spacing w:before="0" w:after="160" w:line="300" w:lineRule="auto"/>
      </w:pPr>
      <w:r>
        <w:rPr>
          <w:rFonts w:ascii="Times New Roman" w:hAnsi="Times New Roman" w:eastAsia="宋体"/>
          <w:b w:val="0"/>
          <w:i w:val="0"/>
          <w:color w:val="333333"/>
          <w:sz w:val="19"/>
        </w:rPr>
        <w:t>(A) 20　　(B) 21　　(C) 22　　(D) 23　　(E) 24</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使 n! 为 2024 的倍数的最小 n 是多少？</w:t>
      </w:r>
    </w:p>
    <w:p>
      <w:pPr>
        <w:spacing w:before="0" w:after="120" w:line="300" w:lineRule="auto"/>
      </w:pPr>
      <w:r>
        <w:rPr>
          <w:rFonts w:ascii="Times New Roman" w:hAnsi="Times New Roman" w:eastAsia="宋体"/>
          <w:b w:val="0"/>
          <w:i w:val="0"/>
          <w:sz w:val="21"/>
        </w:rPr>
        <w:t>（A）11　　（B）21　　（C）22　　（D）23　　（E）253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least value of n such that n! is a multiple of 2024?</w:t>
      </w:r>
    </w:p>
    <w:p>
      <w:pPr>
        <w:spacing w:before="0" w:after="160" w:line="300" w:lineRule="auto"/>
      </w:pPr>
      <w:r>
        <w:rPr>
          <w:rFonts w:ascii="Times New Roman" w:hAnsi="Times New Roman" w:eastAsia="宋体"/>
          <w:b w:val="0"/>
          <w:i w:val="0"/>
          <w:color w:val="333333"/>
          <w:sz w:val="19"/>
        </w:rPr>
        <w:t>(A) 11　　(B) 21　　(C) 22　　(D) 23　　(E) 253</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一个含有 20 个数的数据集，其中有一些数是 6，平均数为 45。删去所有的 6 之后，这个数据集的平均数为 66。原数据集中有多少个 6？</w:t>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data set containing 20 numbers, some of which are 6, has mean 45. When all the 6s are removed, the data set has mean 66. How many 6s were in the original data set?</w:t>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三个整数的乘积为 60。这三个整数的正的和的最小可能值是多少？</w:t>
      </w:r>
    </w:p>
    <w:p>
      <w:pPr>
        <w:spacing w:before="0" w:after="120" w:line="300" w:lineRule="auto"/>
      </w:pPr>
      <w:r>
        <w:rPr>
          <w:rFonts w:ascii="Times New Roman" w:hAnsi="Times New Roman" w:eastAsia="宋体"/>
          <w:b w:val="0"/>
          <w:i w:val="0"/>
          <w:sz w:val="21"/>
        </w:rPr>
        <w:t>（A）2　　（B）3　　（C）5　　（D）6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product of three integers is 60. What is the least possible positive sum of the three integers?</w:t>
      </w:r>
    </w:p>
    <w:p>
      <w:pPr>
        <w:spacing w:before="0" w:after="160" w:line="300" w:lineRule="auto"/>
      </w:pPr>
      <w:r>
        <w:rPr>
          <w:rFonts w:ascii="Times New Roman" w:hAnsi="Times New Roman" w:eastAsia="宋体"/>
          <w:b w:val="0"/>
          <w:i w:val="0"/>
          <w:color w:val="333333"/>
          <w:sz w:val="19"/>
        </w:rPr>
        <w:t>(A) 2　　(B) 3　　(C) 5　　(D) 6　　(E) 13</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在 △ ABC 中，∠ ABC=90°，且 BA=BC=√(2)。点 P₁，P₂，…，P₂₀₂₄ 在斜边 AC 上，并满足 AP₁=P₁P₂ =P₂P₃ =⋯ =P₂₀₂₃P₂₀₂₄ =P₂₀₂₄C。</w:t>
      </w:r>
    </w:p>
    <w:p>
      <w:pPr>
        <w:spacing w:before="0" w:after="80" w:line="300" w:lineRule="auto"/>
        <w:jc w:val="left"/>
      </w:pPr>
      <w:r>
        <w:rPr>
          <w:rFonts w:ascii="Times New Roman" w:hAnsi="Times New Roman" w:eastAsia="宋体"/>
          <w:b w:val="0"/>
          <w:i w:val="0"/>
          <w:sz w:val="21"/>
        </w:rPr>
        <w:t>下列向量和的长度是多少？</w:t>
      </w:r>
    </w:p>
    <w:p>
      <w:pPr>
        <w:spacing w:before="0" w:after="80" w:line="300" w:lineRule="auto"/>
        <w:jc w:val="left"/>
      </w:pPr>
      <w:r>
        <w:rPr>
          <w:rFonts w:ascii="Times New Roman" w:hAnsi="Times New Roman" w:eastAsia="宋体"/>
          <w:b w:val="0"/>
          <w:i w:val="0"/>
          <w:sz w:val="21"/>
        </w:rPr>
        <w:t>BP₁+BP₂+BP₃</w:t>
      </w:r>
    </w:p>
    <w:p>
      <w:pPr>
        <w:spacing w:before="0" w:after="80" w:line="300" w:lineRule="auto"/>
        <w:jc w:val="left"/>
      </w:pPr>
      <w:r>
        <w:rPr>
          <w:rFonts w:ascii="Times New Roman" w:hAnsi="Times New Roman" w:eastAsia="宋体"/>
          <w:b w:val="0"/>
          <w:i w:val="0"/>
          <w:sz w:val="21"/>
        </w:rPr>
        <w:t>+⋯+BP₂₀₂₄</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（A）1011　　（B）1012　　（C）2023　　（D）2024　　（E）2025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 ABC=90° and BA=BC=√(2). Points P₁, P₂, …, P₂₀₂₄ lie on hypotenuse AC so that AP₁=P₁P₂ =P₂P₃ =⋯ =P₂₀₂₃P₂₀₂₄ =P₂₀₂₄C.</w:t>
      </w:r>
    </w:p>
    <w:p>
      <w:pPr>
        <w:spacing w:before="0" w:after="80" w:line="300" w:lineRule="auto"/>
        <w:jc w:val="left"/>
      </w:pPr>
      <w:r>
        <w:rPr>
          <w:rFonts w:ascii="Times New Roman" w:hAnsi="Times New Roman" w:eastAsia="宋体"/>
          <w:b w:val="0"/>
          <w:i w:val="0"/>
          <w:color w:val="333333"/>
          <w:sz w:val="19"/>
        </w:rPr>
        <w:t>What is the length of the vector sum</w:t>
      </w:r>
    </w:p>
    <w:p>
      <w:pPr>
        <w:spacing w:before="0" w:after="80" w:line="300" w:lineRule="auto"/>
        <w:jc w:val="left"/>
      </w:pPr>
      <w:r>
        <w:rPr>
          <w:rFonts w:ascii="Times New Roman" w:hAnsi="Times New Roman" w:eastAsia="宋体"/>
          <w:b w:val="0"/>
          <w:i w:val="0"/>
          <w:color w:val="333333"/>
          <w:sz w:val="19"/>
        </w:rPr>
        <w:t>BP₁+BP₂+BP₃</w:t>
      </w:r>
    </w:p>
    <w:p>
      <w:pPr>
        <w:spacing w:before="0" w:after="80" w:line="300" w:lineRule="auto"/>
        <w:jc w:val="left"/>
      </w:pPr>
      <w:r>
        <w:rPr>
          <w:rFonts w:ascii="Times New Roman" w:hAnsi="Times New Roman" w:eastAsia="宋体"/>
          <w:b w:val="0"/>
          <w:i w:val="0"/>
          <w:color w:val="333333"/>
          <w:sz w:val="19"/>
        </w:rPr>
        <w:t>+⋯+BP₂₀₂₄?</w:t>
      </w:r>
    </w:p>
    <w:p>
      <w:pPr>
        <w:spacing w:before="0" w:after="160" w:line="300" w:lineRule="auto"/>
      </w:pPr>
      <w:r>
        <w:rPr>
          <w:rFonts w:ascii="Times New Roman" w:hAnsi="Times New Roman" w:eastAsia="宋体"/>
          <w:b w:val="0"/>
          <w:i w:val="0"/>
          <w:color w:val="333333"/>
          <w:sz w:val="19"/>
        </w:rPr>
        <w:t>(A) 1011　　(B) 1012　　(C) 2023　　(D) 2024　　(E) 2025</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有多少个满足 0≤θ≤2π 的角 θ 使得 log(sin(3θ))+log(cos(2θ))=0？</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angles θ with 0≤θ≤2π satisfy log(sin(3θ))+log(cos(2θ))=0?</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设 M 是最大的整数，使得 M+1213 和 M+3773 都是完全平方数。M 的个位数字是多少？</w:t>
      </w:r>
    </w:p>
    <w:p>
      <w:pPr>
        <w:spacing w:before="0" w:after="120" w:line="300" w:lineRule="auto"/>
      </w:pPr>
      <w:r>
        <w:rPr>
          <w:rFonts w:ascii="Times New Roman" w:hAnsi="Times New Roman" w:eastAsia="宋体"/>
          <w:b w:val="0"/>
          <w:i w:val="0"/>
          <w:sz w:val="21"/>
        </w:rPr>
        <w:t>（A）1　　（B）2　　（C）3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M be the greatest integer such that both M+1213 and M+3773 are perfect squares. What is the units digit of M?</w:t>
      </w:r>
    </w:p>
    <w:p>
      <w:pPr>
        <w:spacing w:before="0" w:after="160" w:line="300" w:lineRule="auto"/>
      </w:pPr>
      <w:r>
        <w:rPr>
          <w:rFonts w:ascii="Times New Roman" w:hAnsi="Times New Roman" w:eastAsia="宋体"/>
          <w:b w:val="0"/>
          <w:i w:val="0"/>
          <w:color w:val="333333"/>
          <w:sz w:val="19"/>
        </w:rPr>
        <w:t>(A) 1　　(B) 2　　(C) 3　　(D) 6　　(E) 8</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设 α 是 3-4-5 直角三角形中最小角的弧度数。设 β 是 7-24-25 直角三角形中最小角的弧度数。用 α 表示，β 等于什么？</w:t>
      </w:r>
    </w:p>
    <w:p>
      <w:pPr>
        <w:spacing w:before="0" w:after="120" w:line="300" w:lineRule="auto"/>
      </w:pPr>
      <w:r>
        <w:rPr>
          <w:rFonts w:ascii="Times New Roman" w:hAnsi="Times New Roman" w:eastAsia="宋体"/>
          <w:b w:val="0"/>
          <w:i w:val="0"/>
          <w:sz w:val="21"/>
        </w:rPr>
        <w:t>（A）α/3　　（B）α-π/8　　（C）π/2-2α　　（D）α/2　　（E）π-4α</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α be the radian measure of the smallest angle in a 3-4-5 right triangle. Let β be the radian measure of the smallest angle in a 7-24-25 right triangle. In terms of α, what is β?</w:t>
      </w:r>
    </w:p>
    <w:p>
      <w:pPr>
        <w:spacing w:before="0" w:after="160" w:line="300" w:lineRule="auto"/>
      </w:pPr>
      <w:r>
        <w:rPr>
          <w:rFonts w:ascii="Times New Roman" w:hAnsi="Times New Roman" w:eastAsia="宋体"/>
          <w:b w:val="0"/>
          <w:i w:val="0"/>
          <w:color w:val="333333"/>
          <w:sz w:val="19"/>
        </w:rPr>
        <w:t>(A) α/3　　(B) α-π/8　　(C) π/2-2α　　(D) α/2　　(E) π-4α</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恰有 K 个满足 5≤ b≤2024 的正整数 b，使得以 b 为底的整数 2024_(b) 能被 16 整除（其中 16 用十进制表示）。K 的各位数字之和是多少？</w:t>
      </w:r>
    </w:p>
    <w:p>
      <w:pPr>
        <w:spacing w:before="0" w:after="120" w:line="300" w:lineRule="auto"/>
      </w:pPr>
      <w:r>
        <w:rPr>
          <w:rFonts w:ascii="Times New Roman" w:hAnsi="Times New Roman" w:eastAsia="宋体"/>
          <w:b w:val="0"/>
          <w:i w:val="0"/>
          <w:sz w:val="21"/>
        </w:rPr>
        <w:t>（A）16　　（B）17　　（C）18　　（D）20　　（E）21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exactly K positive integers b with 5≤ b≤2024 such that the base-b integer 2024_(b) is divisible by 16 (where 16 is in base ten). What is the sum of the digits of K?</w:t>
      </w:r>
    </w:p>
    <w:p>
      <w:pPr>
        <w:spacing w:before="0" w:after="160" w:line="300" w:lineRule="auto"/>
      </w:pPr>
      <w:r>
        <w:rPr>
          <w:rFonts w:ascii="Times New Roman" w:hAnsi="Times New Roman" w:eastAsia="宋体"/>
          <w:b w:val="0"/>
          <w:i w:val="0"/>
          <w:color w:val="333333"/>
          <w:sz w:val="19"/>
        </w:rPr>
        <w:t>(A) 16　　(B) 17　　(C) 18　　(D) 20　　(E) 21</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一个等比数列的前三项是整数 a、720 和 b，其中 a&lt;720&lt; b。b 的最小可能值的各位数字之和是多少？</w:t>
      </w:r>
    </w:p>
    <w:p>
      <w:pPr>
        <w:spacing w:before="0" w:after="120" w:line="300" w:lineRule="auto"/>
      </w:pPr>
      <w:r>
        <w:rPr>
          <w:rFonts w:ascii="Times New Roman" w:hAnsi="Times New Roman" w:eastAsia="宋体"/>
          <w:b w:val="0"/>
          <w:i w:val="0"/>
          <w:sz w:val="21"/>
        </w:rPr>
        <w:t>（A）9　　（B）12　　（C）16　　（D）18　　（E）21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three terms of a geometric sequence are the integers a, 720, and b, where a&lt;720&lt; b. What is the sum of the digits of the least possible value of b?</w:t>
      </w:r>
    </w:p>
    <w:p>
      <w:pPr>
        <w:spacing w:before="0" w:after="160" w:line="300" w:lineRule="auto"/>
      </w:pPr>
      <w:r>
        <w:rPr>
          <w:rFonts w:ascii="Times New Roman" w:hAnsi="Times New Roman" w:eastAsia="宋体"/>
          <w:b w:val="0"/>
          <w:i w:val="0"/>
          <w:color w:val="333333"/>
          <w:sz w:val="19"/>
        </w:rPr>
        <w:t>(A) 9　　(B) 12　　(C) 16　　(D) 18　　(E) 21</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函数 y=eˣ⁺¹+e⁻ˣ-2 的图像有一条对称轴。点 (-1,1/2) 关于这条对称轴的反射点是什么？</w:t>
      </w:r>
    </w:p>
    <w:p>
      <w:pPr>
        <w:spacing w:before="0" w:after="120" w:line="300" w:lineRule="auto"/>
      </w:pPr>
      <w:r>
        <w:rPr>
          <w:rFonts w:ascii="Times New Roman" w:hAnsi="Times New Roman" w:eastAsia="宋体"/>
          <w:b w:val="0"/>
          <w:i w:val="0"/>
          <w:sz w:val="21"/>
        </w:rPr>
        <w:t>（A）(-1,-3/2)　　（B）(-1,0)　　（C）(-1,1/2)　　（D）(0,1/2)　　（E）(3,1/2)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 of y=eˣ⁺¹+e⁻ˣ-2 has an axis of symmetry. What is the reflection of the point (-1,1/2) over this axis?</w:t>
      </w:r>
    </w:p>
    <w:p>
      <w:pPr>
        <w:spacing w:before="0" w:after="160" w:line="300" w:lineRule="auto"/>
      </w:pPr>
      <w:r>
        <w:rPr>
          <w:rFonts w:ascii="Times New Roman" w:hAnsi="Times New Roman" w:eastAsia="宋体"/>
          <w:b w:val="0"/>
          <w:i w:val="0"/>
          <w:color w:val="333333"/>
          <w:sz w:val="19"/>
        </w:rPr>
        <w:t>(A) (-1,-3/2)　　(B) (-1,0)　　(C) (-1,1/2)　　(D) (0,1/2)　　(E) (3,1/2)</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一个 5×5 整数数组中，每一行按顺序的五个数，以及每一列按顺序的五个数，都构成一个长度为 5 的等差数列。位置 (5,5)，(2,4)，(4,3) 和 (3,1) 上的数分别是 0，48，16 和 12。位置 (1,2) 上的数是多少？</w:t>
      </w:r>
    </w:p>
    <w:tbl>
      <w:tblPr>
        <w:tblW w:type="auto" w:w="0"/>
        <w:jc w:val="center"/>
        <w:tblLayout w:type="autofit"/>
        <w:tblLook w:firstColumn="1" w:firstRow="1" w:lastColumn="0" w:lastRow="0" w:noHBand="0" w:noVBand="1" w:val="04A0"/>
      </w:tblPr>
      <w:tblGrid>
        <w:gridCol w:w="1882"/>
        <w:gridCol w:w="1882"/>
        <w:gridCol w:w="1882"/>
        <w:gridCol w:w="1882"/>
        <w:gridCol w:w="1882"/>
      </w:tblGrid>
      <w:tr>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w:t>
            </w:r>
          </w:p>
        </w:tc>
      </w:tr>
      <w:tr>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48</w:t>
            </w:r>
          </w:p>
        </w:tc>
        <w:tc>
          <w:tcPr>
            <w:tcW w:type="dxa" w:w="1882"/>
          </w:tcPr>
          <w:p>
            <w:pPr>
              <w:spacing w:before="20" w:after="20" w:line="240" w:lineRule="auto"/>
              <w:jc w:val="center"/>
            </w:pPr>
            <w:r/>
            <w:r>
              <w:rPr>
                <w:rFonts w:ascii="Times New Roman" w:hAnsi="Times New Roman" w:eastAsia="宋体"/>
                <w:b w:val="0"/>
                <w:i w:val="0"/>
                <w:sz w:val="20"/>
              </w:rPr>
              <w:t>·</w:t>
            </w:r>
          </w:p>
        </w:tc>
      </w:tr>
      <w:tr>
        <w:tc>
          <w:tcPr>
            <w:tcW w:type="dxa" w:w="1882"/>
          </w:tcPr>
          <w:p>
            <w:pPr>
              <w:spacing w:before="20" w:after="20" w:line="240" w:lineRule="auto"/>
              <w:jc w:val="center"/>
            </w:pPr>
            <w:r/>
            <w:r>
              <w:rPr>
                <w:rFonts w:ascii="Times New Roman" w:hAnsi="Times New Roman" w:eastAsia="宋体"/>
                <w:b w:val="0"/>
                <w:i w:val="0"/>
                <w:sz w:val="20"/>
              </w:rPr>
              <w:t>12</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w:t>
            </w:r>
          </w:p>
        </w:tc>
      </w:tr>
      <w:tr>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16</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w:t>
            </w:r>
          </w:p>
        </w:tc>
      </w:tr>
      <w:tr>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w:t>
            </w:r>
          </w:p>
        </w:tc>
        <w:tc>
          <w:tcPr>
            <w:tcW w:type="dxa" w:w="1882"/>
          </w:tcPr>
          <w:p>
            <w:pPr>
              <w:spacing w:before="20" w:after="20" w:line="240" w:lineRule="auto"/>
              <w:jc w:val="center"/>
            </w:pPr>
            <w:r/>
            <w:r>
              <w:rPr>
                <w:rFonts w:ascii="Times New Roman" w:hAnsi="Times New Roman" w:eastAsia="宋体"/>
                <w:b w:val="0"/>
                <w:i w:val="0"/>
                <w:sz w:val="20"/>
              </w:rPr>
              <w:t>0</w:t>
            </w:r>
          </w:p>
        </w:tc>
      </w:tr>
    </w:tbl>
    <w:p>
      <w:pPr>
        <w:spacing w:before="0" w:after="0" w:line="240" w:lineRule="auto"/>
      </w:pPr>
      <w:r>
        <w:rPr>
          <w:rFonts w:ascii="Times New Roman" w:hAnsi="Times New Roman" w:eastAsia="宋体"/>
          <w:b w:val="0"/>
          <w:i w:val="0"/>
          <w:sz w:val="8"/>
        </w:rPr>
      </w:r>
    </w:p>
    <w:p>
      <w:pPr>
        <w:spacing w:before="0" w:after="120" w:line="300" w:lineRule="auto"/>
      </w:pPr>
      <w:r>
        <w:rPr>
          <w:rFonts w:ascii="Times New Roman" w:hAnsi="Times New Roman" w:eastAsia="宋体"/>
          <w:b w:val="0"/>
          <w:i w:val="0"/>
          <w:sz w:val="21"/>
        </w:rPr>
        <w:t>（A）19　　（B）24　　（C）29　　（D）34　　（E）39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numbers, in order, of each row and the numbers, in order, of each column of a 5×5 array of integers form an arithmetic progression of length 5. The numbers in positions (5,5), (2,4), (4,3), and (3,1) are 0, 48, 16, and 12, respectively. What number is in position (1,2)?</w:t>
      </w:r>
    </w:p>
    <w:tbl>
      <w:tblPr>
        <w:tblW w:type="auto" w:w="0"/>
        <w:jc w:val="center"/>
        <w:tblLayout w:type="autofit"/>
        <w:tblLook w:firstColumn="1" w:firstRow="1" w:lastColumn="0" w:lastRow="0" w:noHBand="0" w:noVBand="1" w:val="04A0"/>
      </w:tblPr>
      <w:tblGrid>
        <w:gridCol w:w="1882"/>
        <w:gridCol w:w="1882"/>
        <w:gridCol w:w="1882"/>
        <w:gridCol w:w="1882"/>
        <w:gridCol w:w="1882"/>
      </w:tblGrid>
      <w:tr>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w:t>
            </w:r>
          </w:p>
        </w:tc>
      </w:tr>
      <w:tr>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48</w:t>
            </w:r>
          </w:p>
        </w:tc>
        <w:tc>
          <w:tcPr>
            <w:tcW w:type="dxa" w:w="1882"/>
          </w:tcPr>
          <w:p>
            <w:pPr>
              <w:spacing w:before="20" w:after="20" w:line="240" w:lineRule="auto"/>
              <w:jc w:val="center"/>
            </w:pPr>
            <w:r/>
            <w:r>
              <w:rPr>
                <w:rFonts w:ascii="Times New Roman" w:hAnsi="Times New Roman" w:eastAsia="宋体"/>
                <w:b w:val="0"/>
                <w:i w:val="0"/>
                <w:color w:val="333333"/>
                <w:sz w:val="19"/>
              </w:rPr>
              <w:t>·</w:t>
            </w:r>
          </w:p>
        </w:tc>
      </w:tr>
      <w:tr>
        <w:tc>
          <w:tcPr>
            <w:tcW w:type="dxa" w:w="1882"/>
          </w:tcPr>
          <w:p>
            <w:pPr>
              <w:spacing w:before="20" w:after="20" w:line="240" w:lineRule="auto"/>
              <w:jc w:val="center"/>
            </w:pPr>
            <w:r/>
            <w:r>
              <w:rPr>
                <w:rFonts w:ascii="Times New Roman" w:hAnsi="Times New Roman" w:eastAsia="宋体"/>
                <w:b w:val="0"/>
                <w:i w:val="0"/>
                <w:color w:val="333333"/>
                <w:sz w:val="19"/>
              </w:rPr>
              <w:t>12</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w:t>
            </w:r>
          </w:p>
        </w:tc>
      </w:tr>
      <w:tr>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16</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w:t>
            </w:r>
          </w:p>
        </w:tc>
      </w:tr>
      <w:tr>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w:t>
            </w:r>
          </w:p>
        </w:tc>
        <w:tc>
          <w:tcPr>
            <w:tcW w:type="dxa" w:w="1882"/>
          </w:tcPr>
          <w:p>
            <w:pPr>
              <w:spacing w:before="20" w:after="20" w:line="240" w:lineRule="auto"/>
              <w:jc w:val="center"/>
            </w:pPr>
            <w:r/>
            <w:r>
              <w:rPr>
                <w:rFonts w:ascii="Times New Roman" w:hAnsi="Times New Roman" w:eastAsia="宋体"/>
                <w:b w:val="0"/>
                <w:i w:val="0"/>
                <w:color w:val="333333"/>
                <w:sz w:val="19"/>
              </w:rPr>
              <w:t>0</w:t>
            </w:r>
          </w:p>
        </w:tc>
      </w:tr>
    </w:tbl>
    <w:p>
      <w:pPr>
        <w:spacing w:before="0" w:after="0" w:line="240" w:lineRule="auto"/>
      </w:pPr>
      <w:r>
        <w:rPr>
          <w:rFonts w:ascii="Times New Roman" w:hAnsi="Times New Roman" w:eastAsia="宋体"/>
          <w:b w:val="0"/>
          <w:i w:val="0"/>
          <w:sz w:val="8"/>
        </w:rPr>
      </w:r>
    </w:p>
    <w:p>
      <w:pPr>
        <w:spacing w:before="0" w:after="160" w:line="300" w:lineRule="auto"/>
      </w:pPr>
      <w:r>
        <w:rPr>
          <w:rFonts w:ascii="Times New Roman" w:hAnsi="Times New Roman" w:eastAsia="宋体"/>
          <w:b w:val="0"/>
          <w:i w:val="0"/>
          <w:color w:val="333333"/>
          <w:sz w:val="19"/>
        </w:rPr>
        <w:t>(A) 19　　(B) 24　　(C) 29　　(D) 34　　(E) 39</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多项式 x³+2x²-x+3 的根为 p、q 和 r。求下式的值：</w:t>
      </w:r>
    </w:p>
    <w:p>
      <w:pPr>
        <w:spacing w:before="0" w:after="80" w:line="300" w:lineRule="auto"/>
        <w:jc w:val="left"/>
      </w:pPr>
      <w:r>
        <w:rPr>
          <w:rFonts w:ascii="Times New Roman" w:hAnsi="Times New Roman" w:eastAsia="宋体"/>
          <w:b w:val="0"/>
          <w:i w:val="0"/>
          <w:sz w:val="21"/>
        </w:rPr>
        <w:t>(p²+4)(q²+4)(r²+4)？</w:t>
      </w:r>
    </w:p>
    <w:p>
      <w:pPr>
        <w:spacing w:before="0" w:after="120" w:line="300" w:lineRule="auto"/>
      </w:pPr>
      <w:r>
        <w:rPr>
          <w:rFonts w:ascii="Times New Roman" w:hAnsi="Times New Roman" w:eastAsia="宋体"/>
          <w:b w:val="0"/>
          <w:i w:val="0"/>
          <w:sz w:val="21"/>
        </w:rPr>
        <w:t>（A）64　　（B）75　　（C）100　　（D）125　　（E）144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roots of x³+2x²-x+3 are p, q, and r. What is the value of</w:t>
      </w:r>
    </w:p>
    <w:p>
      <w:pPr>
        <w:spacing w:before="0" w:after="80" w:line="300" w:lineRule="auto"/>
        <w:jc w:val="left"/>
      </w:pPr>
      <w:r>
        <w:rPr>
          <w:rFonts w:ascii="Times New Roman" w:hAnsi="Times New Roman" w:eastAsia="宋体"/>
          <w:b w:val="0"/>
          <w:i w:val="0"/>
          <w:color w:val="333333"/>
          <w:sz w:val="19"/>
        </w:rPr>
        <w:t>(p²+4)(q²+4)(r²+4)?</w:t>
      </w:r>
    </w:p>
    <w:p>
      <w:pPr>
        <w:spacing w:before="0" w:after="160" w:line="300" w:lineRule="auto"/>
      </w:pPr>
      <w:r>
        <w:rPr>
          <w:rFonts w:ascii="Times New Roman" w:hAnsi="Times New Roman" w:eastAsia="宋体"/>
          <w:b w:val="0"/>
          <w:i w:val="0"/>
          <w:color w:val="333333"/>
          <w:sz w:val="19"/>
        </w:rPr>
        <w:t>(A) 64　　(B) 75　　(C) 100　　(D) 125　　(E) 144</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一组 12 个筹码中有 3 个红色、2 个白色、1 个蓝色和 6 个黑色。这些筹码随机分给 3 个游戏玩家，每人 4 个筹码。某个玩家得到所有红色筹码，另一个玩家得到所有白色筹码，剩下的玩家得到蓝色筹码的概率可写成 m/n，其中 m 和 n 是互质的正整数。m+n 是多少？</w:t>
      </w:r>
    </w:p>
    <w:p>
      <w:pPr>
        <w:spacing w:before="0" w:after="120" w:line="300" w:lineRule="auto"/>
      </w:pPr>
      <w:r>
        <w:rPr>
          <w:rFonts w:ascii="Times New Roman" w:hAnsi="Times New Roman" w:eastAsia="宋体"/>
          <w:b w:val="0"/>
          <w:i w:val="0"/>
          <w:sz w:val="21"/>
        </w:rPr>
        <w:t>（A）387　　（B）388　　（C）389　　（D）390　　（E）391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set of 12 tokens — 3 red, 2 white, 1 blue, and 6 black — is to be distributed at random to 3 game players, 4 tokens per player. The probability that some player gets all the red tokens, another gets all the white tokens, and the remaining player gets the blue token can be written as m/n, where m and n are relatively prime positive integers. What is m+n?</w:t>
      </w:r>
    </w:p>
    <w:p>
      <w:pPr>
        <w:spacing w:before="0" w:after="160" w:line="300" w:lineRule="auto"/>
      </w:pPr>
      <w:r>
        <w:rPr>
          <w:rFonts w:ascii="Times New Roman" w:hAnsi="Times New Roman" w:eastAsia="宋体"/>
          <w:b w:val="0"/>
          <w:i w:val="0"/>
          <w:color w:val="333333"/>
          <w:sz w:val="19"/>
        </w:rPr>
        <w:t>(A) 387　　(B) 388　　(C) 389　　(D) 390　　(E) 391</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整数 a，b 和 c 满足 ab+c=100，bc+a=87，且 ca+b=60。ab+bc+ca 是多少？</w:t>
      </w:r>
    </w:p>
    <w:p>
      <w:pPr>
        <w:spacing w:before="0" w:after="120" w:line="300" w:lineRule="auto"/>
      </w:pPr>
      <w:r>
        <w:rPr>
          <w:rFonts w:ascii="Times New Roman" w:hAnsi="Times New Roman" w:eastAsia="宋体"/>
          <w:b w:val="0"/>
          <w:i w:val="0"/>
          <w:sz w:val="21"/>
        </w:rPr>
        <w:t>（A）212　　（B）247　　（C）258　　（D）276　　（E）284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Integers a, b, and c satisfy ab+c=100, bc+a=87, and ca+b=60. What is ab+bc+ca?</w:t>
      </w:r>
    </w:p>
    <w:p>
      <w:pPr>
        <w:spacing w:before="0" w:after="160" w:line="300" w:lineRule="auto"/>
      </w:pPr>
      <w:r>
        <w:rPr>
          <w:rFonts w:ascii="Times New Roman" w:hAnsi="Times New Roman" w:eastAsia="宋体"/>
          <w:b w:val="0"/>
          <w:i w:val="0"/>
          <w:color w:val="333333"/>
          <w:sz w:val="19"/>
        </w:rPr>
        <w:t>(A) 212　　(B) 247　　(C) 258　　(D) 276　　(E) 284</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在一张边长分别为 1 和 2+√(3) 的矩形卡片上，放置一张相同的卡片，使得两张卡片的两条对角线重合，如图所示（本图中为 AC）。</w:t>
      </w:r>
    </w:p>
    <w:p>
      <w:pPr>
        <w:spacing w:before="80" w:after="80"/>
        <w:jc w:val="center"/>
      </w:pPr>
      <w:r>
        <w:drawing>
          <wp:inline xmlns:a="http://schemas.openxmlformats.org/drawingml/2006/main" xmlns:pic="http://schemas.openxmlformats.org/drawingml/2006/picture">
            <wp:extent cx="897884" cy="1445746"/>
            <wp:docPr id="1" name="Picture 1"/>
            <wp:cNvGraphicFramePr>
              <a:graphicFrameLocks noChangeAspect="1"/>
            </wp:cNvGraphicFramePr>
            <a:graphic>
              <a:graphicData uri="http://schemas.openxmlformats.org/drawingml/2006/picture">
                <pic:pic>
                  <pic:nvPicPr>
                    <pic:cNvPr id="0" name="q18-1@300dpi.png"/>
                    <pic:cNvPicPr/>
                  </pic:nvPicPr>
                  <pic:blipFill>
                    <a:blip r:embed="rId9"/>
                    <a:stretch>
                      <a:fillRect/>
                    </a:stretch>
                  </pic:blipFill>
                  <pic:spPr>
                    <a:xfrm>
                      <a:off x="0" y="0"/>
                      <a:ext cx="897884" cy="1445746"/>
                    </a:xfrm>
                    <a:prstGeom prst="rect"/>
                  </pic:spPr>
                </pic:pic>
              </a:graphicData>
            </a:graphic>
          </wp:inline>
        </w:drawing>
      </w:r>
    </w:p>
    <w:p>
      <w:pPr>
        <w:spacing w:before="0" w:after="80" w:line="300" w:lineRule="auto"/>
        <w:jc w:val="left"/>
      </w:pPr>
      <w:r>
        <w:rPr>
          <w:rFonts w:ascii="Times New Roman" w:hAnsi="Times New Roman" w:eastAsia="宋体"/>
          <w:b w:val="0"/>
          <w:i w:val="0"/>
          <w:sz w:val="21"/>
        </w:rPr>
        <w:t>继续这个过程，在第二张卡片上加第三张卡片，依此类推，每次顺时针旋转后让相邻的对角线重合。总共必须使用多少张卡片，才会使一张新卡片的某个顶点正好落在图中标为 B 的顶点上？</w:t>
      </w:r>
    </w:p>
    <w:p>
      <w:pPr>
        <w:spacing w:before="0" w:after="120" w:line="300" w:lineRule="auto"/>
      </w:pPr>
      <w:r>
        <w:rPr>
          <w:rFonts w:ascii="Times New Roman" w:hAnsi="Times New Roman" w:eastAsia="宋体"/>
          <w:b w:val="0"/>
          <w:i w:val="0"/>
          <w:sz w:val="21"/>
        </w:rPr>
        <w:t>（A）6　　（B）8　　（C）10　　（D）12　　（E）不会有新顶点落在 B 上。</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top of a rectangular card with sides of length 1 and 2+√(3), an identical card is placed so that two of their diagonals line up, as shown (AC, in this case).</w:t>
      </w:r>
    </w:p>
    <w:p>
      <w:pPr>
        <w:spacing w:before="80" w:after="80"/>
        <w:jc w:val="center"/>
      </w:pPr>
      <w:r>
        <w:drawing>
          <wp:inline xmlns:a="http://schemas.openxmlformats.org/drawingml/2006/main" xmlns:pic="http://schemas.openxmlformats.org/drawingml/2006/picture">
            <wp:extent cx="897884" cy="1445746"/>
            <wp:docPr id="2" name="Picture 2"/>
            <wp:cNvGraphicFramePr>
              <a:graphicFrameLocks noChangeAspect="1"/>
            </wp:cNvGraphicFramePr>
            <a:graphic>
              <a:graphicData uri="http://schemas.openxmlformats.org/drawingml/2006/picture">
                <pic:pic>
                  <pic:nvPicPr>
                    <pic:cNvPr id="0" name="q18-1@300dpi.png"/>
                    <pic:cNvPicPr/>
                  </pic:nvPicPr>
                  <pic:blipFill>
                    <a:blip r:embed="rId9"/>
                    <a:stretch>
                      <a:fillRect/>
                    </a:stretch>
                  </pic:blipFill>
                  <pic:spPr>
                    <a:xfrm>
                      <a:off x="0" y="0"/>
                      <a:ext cx="897884" cy="1445746"/>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Continue the process, adding a third card to the second, and so on, lining up successive diagonals after rotating clockwise. In total, how many cards must be used until a vertex of a new card lands exactly on the vertex labeled B in the figure?</w:t>
      </w:r>
    </w:p>
    <w:p>
      <w:pPr>
        <w:spacing w:before="0" w:after="160" w:line="300" w:lineRule="auto"/>
      </w:pPr>
      <w:r>
        <w:rPr>
          <w:rFonts w:ascii="Times New Roman" w:hAnsi="Times New Roman" w:eastAsia="宋体"/>
          <w:b w:val="0"/>
          <w:i w:val="0"/>
          <w:color w:val="333333"/>
          <w:sz w:val="19"/>
        </w:rPr>
        <w:t>(A) 6　　(B) 8　　(C) 10　　(D) 12　　(E) No new vertex will land on B.</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圆内接四边形 ABCD 满足 BC=CD=3，DA=5，且 ∠ CDA=120°。ABCD 中较短的对角线长度是多少？</w:t>
      </w:r>
    </w:p>
    <w:p>
      <w:pPr>
        <w:spacing w:before="0" w:after="120" w:line="300" w:lineRule="auto"/>
      </w:pPr>
      <w:r>
        <w:rPr>
          <w:rFonts w:ascii="Times New Roman" w:hAnsi="Times New Roman" w:eastAsia="宋体"/>
          <w:b w:val="0"/>
          <w:i w:val="0"/>
          <w:sz w:val="21"/>
        </w:rPr>
        <w:t>（A）31/7　　（B）33/7　　（C）5　　（D）39/7　　（E）41/7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Cyclic quadrilateral ABCD has lengths BC=CD=3 and DA=5 with ∠ CDA=120°. What is the length of the shorter diagonal of ABCD?</w:t>
      </w:r>
    </w:p>
    <w:p>
      <w:pPr>
        <w:spacing w:before="0" w:after="160" w:line="300" w:lineRule="auto"/>
      </w:pPr>
      <w:r>
        <w:rPr>
          <w:rFonts w:ascii="Times New Roman" w:hAnsi="Times New Roman" w:eastAsia="宋体"/>
          <w:b w:val="0"/>
          <w:i w:val="0"/>
          <w:color w:val="333333"/>
          <w:sz w:val="19"/>
        </w:rPr>
        <w:t>(A) 31/7　　(B) 33/7　　(C) 5　　(D) 39/7　　(E) 41/7</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在等边三角形 △ ABC 中，点 P 和 Q 分别在边 AB 与 AC 上独立均匀随机选取。下面哪个区间包含 △ APQ 的面积小于 △ ABC 面积一半的概率？</w:t>
      </w:r>
    </w:p>
    <w:p>
      <w:pPr>
        <w:spacing w:before="0" w:after="120" w:line="300" w:lineRule="auto"/>
      </w:pPr>
      <w:r>
        <w:rPr>
          <w:rFonts w:ascii="Times New Roman" w:hAnsi="Times New Roman" w:eastAsia="宋体"/>
          <w:b w:val="0"/>
          <w:i w:val="0"/>
          <w:sz w:val="21"/>
        </w:rPr>
        <w:t>（A）[3/8,1/2]　　（B）(1/2,2/3]　　（C）(2/3,3/4]　　（D）(3/4,7/8]　　（E）(7/8,1]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P and Q are chosen uniformly and independently at random on sides AB and AC, respectively, of equilateral triangle △ ABC. Which of the following intervals contains the probability that the area of △ APQ is less than half the area of △ ABC?</w:t>
      </w:r>
    </w:p>
    <w:p>
      <w:pPr>
        <w:spacing w:before="0" w:after="160" w:line="300" w:lineRule="auto"/>
      </w:pPr>
      <w:r>
        <w:rPr>
          <w:rFonts w:ascii="Times New Roman" w:hAnsi="Times New Roman" w:eastAsia="宋体"/>
          <w:b w:val="0"/>
          <w:i w:val="0"/>
          <w:color w:val="333333"/>
          <w:sz w:val="19"/>
        </w:rPr>
        <w:t>(A) [3/8,1/2]　　(B) (1/2,2/3]　　(C) (2/3,3/4]　　(D) (3/4,7/8]　　(E) (7/8,1]</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设 a₁=2，且序列 (aₙ) 对所有 n≥2 满足递推关系</w:t>
      </w:r>
    </w:p>
    <w:p>
      <w:pPr>
        <w:spacing w:before="0" w:after="80" w:line="300" w:lineRule="auto"/>
        <w:jc w:val="left"/>
      </w:pPr>
      <w:r>
        <w:rPr>
          <w:rFonts w:ascii="Times New Roman" w:hAnsi="Times New Roman" w:eastAsia="宋体"/>
          <w:b w:val="0"/>
          <w:i w:val="0"/>
          <w:sz w:val="21"/>
        </w:rPr>
        <w:t>aₙ-1/n-1=(aₙ₋₁+1)/((n-1)+1)。</w:t>
      </w:r>
    </w:p>
    <w:p>
      <w:pPr>
        <w:spacing w:before="0" w:after="80" w:line="300" w:lineRule="auto"/>
        <w:jc w:val="left"/>
      </w:pPr>
      <w:r>
        <w:rPr>
          <w:rFonts w:ascii="Times New Roman" w:hAnsi="Times New Roman" w:eastAsia="宋体"/>
          <w:b w:val="0"/>
          <w:i w:val="0"/>
          <w:sz w:val="21"/>
        </w:rPr>
        <w:t>求不超过下式的最大整数：</w:t>
      </w:r>
    </w:p>
    <w:p>
      <w:pPr>
        <w:spacing w:before="0" w:after="80" w:line="300" w:lineRule="auto"/>
        <w:jc w:val="left"/>
      </w:pPr>
      <w:r>
        <w:rPr>
          <w:rFonts w:ascii="Times New Roman" w:hAnsi="Times New Roman" w:eastAsia="宋体"/>
          <w:b w:val="0"/>
          <w:i w:val="0"/>
          <w:sz w:val="21"/>
        </w:rPr>
        <w:t>Σₙ₌₁¹⁰⁰aₙ²？</w:t>
      </w:r>
    </w:p>
    <w:p>
      <w:pPr>
        <w:spacing w:before="0" w:after="120" w:line="300" w:lineRule="auto"/>
      </w:pPr>
      <w:r>
        <w:rPr>
          <w:rFonts w:ascii="Times New Roman" w:hAnsi="Times New Roman" w:eastAsia="宋体"/>
          <w:b w:val="0"/>
          <w:i w:val="0"/>
          <w:sz w:val="21"/>
        </w:rPr>
        <w:t>（A）338,550　　（B）338,551　　（C）338,552　　（D）338,553　　（E）338,554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a₁=2 and the sequence (aₙ) satisfies the recurrence relation</w:t>
      </w:r>
    </w:p>
    <w:p>
      <w:pPr>
        <w:spacing w:before="0" w:after="80" w:line="300" w:lineRule="auto"/>
        <w:jc w:val="left"/>
      </w:pPr>
      <w:r>
        <w:rPr>
          <w:rFonts w:ascii="Times New Roman" w:hAnsi="Times New Roman" w:eastAsia="宋体"/>
          <w:b w:val="0"/>
          <w:i w:val="0"/>
          <w:color w:val="333333"/>
          <w:sz w:val="19"/>
        </w:rPr>
        <w:t>aₙ-1/n-1=(aₙ₋₁+1)/((n-1)+1)</w:t>
      </w:r>
    </w:p>
    <w:p>
      <w:pPr>
        <w:spacing w:before="0" w:after="80" w:line="300" w:lineRule="auto"/>
        <w:jc w:val="left"/>
      </w:pPr>
      <w:r>
        <w:rPr>
          <w:rFonts w:ascii="Times New Roman" w:hAnsi="Times New Roman" w:eastAsia="宋体"/>
          <w:b w:val="0"/>
          <w:i w:val="0"/>
          <w:color w:val="333333"/>
          <w:sz w:val="19"/>
        </w:rPr>
        <w:t>for all n≥2. What is the greatest integer less than or equal to</w:t>
      </w:r>
    </w:p>
    <w:p>
      <w:pPr>
        <w:spacing w:before="0" w:after="80" w:line="300" w:lineRule="auto"/>
        <w:jc w:val="left"/>
      </w:pPr>
      <w:r>
        <w:rPr>
          <w:rFonts w:ascii="Times New Roman" w:hAnsi="Times New Roman" w:eastAsia="宋体"/>
          <w:b w:val="0"/>
          <w:i w:val="0"/>
          <w:color w:val="333333"/>
          <w:sz w:val="19"/>
        </w:rPr>
        <w:t>Σₙ₌₁¹⁰⁰aₙ²?</w:t>
      </w:r>
    </w:p>
    <w:p>
      <w:pPr>
        <w:spacing w:before="0" w:after="160" w:line="300" w:lineRule="auto"/>
      </w:pPr>
      <w:r>
        <w:rPr>
          <w:rFonts w:ascii="Times New Roman" w:hAnsi="Times New Roman" w:eastAsia="宋体"/>
          <w:b w:val="0"/>
          <w:i w:val="0"/>
          <w:color w:val="333333"/>
          <w:sz w:val="19"/>
        </w:rPr>
        <w:t>(A) 338,550　　(B) 338,551　　(C) 338,552　　(D) 338,553　　(E) 338,554</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下图显示了一个宽 8 格、高 3 格的点阵网格，由 1''×1'' 的正方形组成。Carl 沿某些正方形边放置 1 英寸长的牙签，形成一条不自交的闭合回路。格子中的数字表示该正方形有多少条边必须被牙签覆盖；没有写数字的格子允许任意数量的牙签。Carl 有多少种放置牙签的方法？</w:t>
      </w:r>
    </w:p>
    <w:p>
      <w:pPr>
        <w:spacing w:before="80" w:after="80"/>
        <w:jc w:val="center"/>
      </w:pPr>
      <w:r>
        <w:drawing>
          <wp:inline xmlns:a="http://schemas.openxmlformats.org/drawingml/2006/main" xmlns:pic="http://schemas.openxmlformats.org/drawingml/2006/picture">
            <wp:extent cx="2023619" cy="763619"/>
            <wp:docPr id="3" name="Picture 3"/>
            <wp:cNvGraphicFramePr>
              <a:graphicFrameLocks noChangeAspect="1"/>
            </wp:cNvGraphicFramePr>
            <a:graphic>
              <a:graphicData uri="http://schemas.openxmlformats.org/drawingml/2006/picture">
                <pic:pic>
                  <pic:nvPicPr>
                    <pic:cNvPr id="0" name="q22-1@300dpi.png"/>
                    <pic:cNvPicPr/>
                  </pic:nvPicPr>
                  <pic:blipFill>
                    <a:blip r:embed="rId10"/>
                    <a:stretch>
                      <a:fillRect/>
                    </a:stretch>
                  </pic:blipFill>
                  <pic:spPr>
                    <a:xfrm>
                      <a:off x="0" y="0"/>
                      <a:ext cx="2023619" cy="763619"/>
                    </a:xfrm>
                    <a:prstGeom prst="rect"/>
                  </pic:spPr>
                </pic:pic>
              </a:graphicData>
            </a:graphic>
          </wp:inline>
        </w:drawing>
      </w:r>
    </w:p>
    <w:p>
      <w:pPr>
        <w:spacing w:before="0" w:after="120" w:line="300" w:lineRule="auto"/>
      </w:pPr>
      <w:r>
        <w:rPr>
          <w:rFonts w:ascii="Times New Roman" w:hAnsi="Times New Roman" w:eastAsia="宋体"/>
          <w:b w:val="0"/>
          <w:i w:val="0"/>
          <w:sz w:val="21"/>
        </w:rPr>
        <w:t>（A）130　　（B）144　　（C）146　　（D）162　　（E）196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figure below shows a dotted grid 8 cells wide and 3 cells tall consisting of 1''×1'' squares. Carl places 1-inch toothpicks along some of the sides of the squares to create a closed loop that does not intersect itself. The numbers in the cells indicate the number of sides of that square that are to be covered by toothpicks, and any number of toothpicks are allowed if no number is written. In how many ways can Carl place the toothpicks?</w:t>
      </w:r>
    </w:p>
    <w:p>
      <w:pPr>
        <w:spacing w:before="80" w:after="80"/>
        <w:jc w:val="center"/>
      </w:pPr>
      <w:r>
        <w:drawing>
          <wp:inline xmlns:a="http://schemas.openxmlformats.org/drawingml/2006/main" xmlns:pic="http://schemas.openxmlformats.org/drawingml/2006/picture">
            <wp:extent cx="2023619" cy="763619"/>
            <wp:docPr id="4" name="Picture 4"/>
            <wp:cNvGraphicFramePr>
              <a:graphicFrameLocks noChangeAspect="1"/>
            </wp:cNvGraphicFramePr>
            <a:graphic>
              <a:graphicData uri="http://schemas.openxmlformats.org/drawingml/2006/picture">
                <pic:pic>
                  <pic:nvPicPr>
                    <pic:cNvPr id="0" name="q22-1@300dpi.png"/>
                    <pic:cNvPicPr/>
                  </pic:nvPicPr>
                  <pic:blipFill>
                    <a:blip r:embed="rId10"/>
                    <a:stretch>
                      <a:fillRect/>
                    </a:stretch>
                  </pic:blipFill>
                  <pic:spPr>
                    <a:xfrm>
                      <a:off x="0" y="0"/>
                      <a:ext cx="2023619" cy="76361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130　　(B) 144　　(C) 146　　(D) 162　　(E) 196</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求下式的值：</w:t>
      </w:r>
    </w:p>
    <w:p>
      <w:pPr>
        <w:spacing w:before="0" w:after="80" w:line="300" w:lineRule="auto"/>
        <w:jc w:val="left"/>
      </w:pPr>
      <w:r>
        <w:rPr>
          <w:rFonts w:ascii="Times New Roman" w:hAnsi="Times New Roman" w:eastAsia="宋体"/>
          <w:b w:val="0"/>
          <w:i w:val="0"/>
          <w:sz w:val="21"/>
        </w:rPr>
        <w:t>tan²π/16·tan²3π/16</w:t>
      </w:r>
    </w:p>
    <w:p>
      <w:pPr>
        <w:spacing w:before="0" w:after="80" w:line="300" w:lineRule="auto"/>
        <w:jc w:val="left"/>
      </w:pPr>
      <w:r>
        <w:rPr>
          <w:rFonts w:ascii="Times New Roman" w:hAnsi="Times New Roman" w:eastAsia="宋体"/>
          <w:b w:val="0"/>
          <w:i w:val="0"/>
          <w:sz w:val="21"/>
        </w:rPr>
        <w:t>+tan²π/16·tan²5π/16</w:t>
      </w:r>
    </w:p>
    <w:p>
      <w:pPr>
        <w:spacing w:before="0" w:after="80" w:line="300" w:lineRule="auto"/>
        <w:jc w:val="left"/>
      </w:pPr>
      <w:r>
        <w:rPr>
          <w:rFonts w:ascii="Times New Roman" w:hAnsi="Times New Roman" w:eastAsia="宋体"/>
          <w:b w:val="0"/>
          <w:i w:val="0"/>
          <w:sz w:val="21"/>
        </w:rPr>
        <w:t>+tan²3π/16·tan²7π/16</w:t>
      </w:r>
    </w:p>
    <w:p>
      <w:pPr>
        <w:spacing w:before="0" w:after="80" w:line="300" w:lineRule="auto"/>
        <w:jc w:val="left"/>
      </w:pPr>
      <w:r>
        <w:rPr>
          <w:rFonts w:ascii="Times New Roman" w:hAnsi="Times New Roman" w:eastAsia="宋体"/>
          <w:b w:val="0"/>
          <w:i w:val="0"/>
          <w:sz w:val="21"/>
        </w:rPr>
        <w:t>+tan²5π/16·tan²7π/16</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（A）28　　（B）68　　（C）70　　（D）72　　（E）84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tan²π/16·tan²3π/16</w:t>
      </w:r>
    </w:p>
    <w:p>
      <w:pPr>
        <w:spacing w:before="0" w:after="80" w:line="300" w:lineRule="auto"/>
        <w:jc w:val="left"/>
      </w:pPr>
      <w:r>
        <w:rPr>
          <w:rFonts w:ascii="Times New Roman" w:hAnsi="Times New Roman" w:eastAsia="宋体"/>
          <w:b w:val="0"/>
          <w:i w:val="0"/>
          <w:color w:val="333333"/>
          <w:sz w:val="19"/>
        </w:rPr>
        <w:t>+tan²π/16·tan²5π/16</w:t>
      </w:r>
    </w:p>
    <w:p>
      <w:pPr>
        <w:spacing w:before="0" w:after="80" w:line="300" w:lineRule="auto"/>
        <w:jc w:val="left"/>
      </w:pPr>
      <w:r>
        <w:rPr>
          <w:rFonts w:ascii="Times New Roman" w:hAnsi="Times New Roman" w:eastAsia="宋体"/>
          <w:b w:val="0"/>
          <w:i w:val="0"/>
          <w:color w:val="333333"/>
          <w:sz w:val="19"/>
        </w:rPr>
        <w:t>+tan²3π/16·tan²7π/16</w:t>
      </w:r>
    </w:p>
    <w:p>
      <w:pPr>
        <w:spacing w:before="0" w:after="80" w:line="300" w:lineRule="auto"/>
        <w:jc w:val="left"/>
      </w:pPr>
      <w:r>
        <w:rPr>
          <w:rFonts w:ascii="Times New Roman" w:hAnsi="Times New Roman" w:eastAsia="宋体"/>
          <w:b w:val="0"/>
          <w:i w:val="0"/>
          <w:color w:val="333333"/>
          <w:sz w:val="19"/>
        </w:rPr>
        <w:t>+tan²5π/16·tan²7π/16?</w:t>
      </w:r>
    </w:p>
    <w:p>
      <w:pPr>
        <w:spacing w:before="0" w:after="160" w:line="300" w:lineRule="auto"/>
      </w:pPr>
      <w:r>
        <w:rPr>
          <w:rFonts w:ascii="Times New Roman" w:hAnsi="Times New Roman" w:eastAsia="宋体"/>
          <w:b w:val="0"/>
          <w:i w:val="0"/>
          <w:color w:val="333333"/>
          <w:sz w:val="19"/>
        </w:rPr>
        <w:t>(A) 28　　(B) 68　　(C) 70　　(D) 72　　(E) 84</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sz w:val="21"/>
        </w:rPr>
        <w:t>等面四面体</w:t>
      </w:r>
      <w:r>
        <w:rPr>
          <w:rFonts w:ascii="Times New Roman" w:hAnsi="Times New Roman" w:eastAsia="宋体"/>
          <w:b w:val="0"/>
          <w:i w:val="0"/>
          <w:sz w:val="21"/>
        </w:rPr>
        <w:t>是指四个三角形面彼此全等的四面体。若一个等面四面体的各个面都是边长为整数的不等边三角形，则它的最小总表面积是多少？</w:t>
      </w:r>
    </w:p>
    <w:p>
      <w:pPr>
        <w:spacing w:before="0" w:after="120" w:line="300" w:lineRule="auto"/>
      </w:pPr>
      <w:r>
        <w:rPr>
          <w:rFonts w:ascii="Times New Roman" w:hAnsi="Times New Roman" w:eastAsia="宋体"/>
          <w:b w:val="0"/>
          <w:i w:val="0"/>
          <w:sz w:val="21"/>
        </w:rPr>
        <w:t>（A）√(3)　　（B）3√(15)　　（C）15　　（D）15√(7)　　（E）24√(6)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w:t>
      </w:r>
      <w:r>
        <w:rPr>
          <w:rFonts w:ascii="Times New Roman" w:hAnsi="Times New Roman" w:eastAsia="宋体"/>
          <w:b w:val="0"/>
          <w:i/>
          <w:color w:val="333333"/>
          <w:sz w:val="19"/>
        </w:rPr>
        <w:t>disphenoid</w:t>
      </w:r>
      <w:r>
        <w:rPr>
          <w:rFonts w:ascii="Times New Roman" w:hAnsi="Times New Roman" w:eastAsia="宋体"/>
          <w:b w:val="0"/>
          <w:i w:val="0"/>
          <w:color w:val="333333"/>
          <w:sz w:val="19"/>
        </w:rPr>
        <w:t>is a tetrahedron whose triangular faces are congruent to one another. What is the least total surface area of a disphenoid whose faces are scalene triangles with integer side lengths?</w:t>
      </w:r>
    </w:p>
    <w:p>
      <w:pPr>
        <w:spacing w:before="0" w:after="160" w:line="300" w:lineRule="auto"/>
      </w:pPr>
      <w:r>
        <w:rPr>
          <w:rFonts w:ascii="Times New Roman" w:hAnsi="Times New Roman" w:eastAsia="宋体"/>
          <w:b w:val="0"/>
          <w:i w:val="0"/>
          <w:color w:val="333333"/>
          <w:sz w:val="19"/>
        </w:rPr>
        <w:t>(A) √(3)　　(B) 3√(15)　　(C) 15　　(D) 15√(7)　　(E) 24√(6)</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如果一个图像关于某条直线反射后保持不变，则称它关于这条直线</w:t>
      </w:r>
      <w:r>
        <w:rPr>
          <w:rFonts w:ascii="Times New Roman" w:hAnsi="Times New Roman" w:eastAsia="宋体"/>
          <w:b w:val="0"/>
          <w:i/>
          <w:sz w:val="21"/>
        </w:rPr>
        <w:t>对称</w:t>
      </w:r>
      <w:r>
        <w:rPr>
          <w:rFonts w:ascii="Times New Roman" w:hAnsi="Times New Roman" w:eastAsia="宋体"/>
          <w:b w:val="0"/>
          <w:i w:val="0"/>
          <w:sz w:val="21"/>
        </w:rPr>
        <w:t>。有多少个整数四元组 (a,b,c,d)，其中 |a|，|b|，|c|，|d|≤5，且 c 和 d 不同时为 0，使得</w:t>
      </w:r>
    </w:p>
    <w:p>
      <w:pPr>
        <w:spacing w:before="0" w:after="80" w:line="300" w:lineRule="auto"/>
        <w:jc w:val="left"/>
      </w:pPr>
      <w:r>
        <w:rPr>
          <w:rFonts w:ascii="Times New Roman" w:hAnsi="Times New Roman" w:eastAsia="宋体"/>
          <w:b w:val="0"/>
          <w:i w:val="0"/>
          <w:sz w:val="21"/>
        </w:rPr>
        <w:t>y=ax+b/cx+d</w:t>
      </w:r>
    </w:p>
    <w:p>
      <w:pPr>
        <w:spacing w:before="0" w:after="80" w:line="300" w:lineRule="auto"/>
        <w:jc w:val="left"/>
      </w:pPr>
      <w:r>
        <w:rPr>
          <w:rFonts w:ascii="Times New Roman" w:hAnsi="Times New Roman" w:eastAsia="宋体"/>
          <w:b w:val="0"/>
          <w:i w:val="0"/>
          <w:sz w:val="21"/>
        </w:rPr>
        <w:t>的图像关于直线 y=x 对称？</w:t>
      </w:r>
    </w:p>
    <w:p>
      <w:pPr>
        <w:spacing w:before="0" w:after="120" w:line="300" w:lineRule="auto"/>
      </w:pPr>
      <w:r>
        <w:rPr>
          <w:rFonts w:ascii="Times New Roman" w:hAnsi="Times New Roman" w:eastAsia="宋体"/>
          <w:b w:val="0"/>
          <w:i w:val="0"/>
          <w:sz w:val="21"/>
        </w:rPr>
        <w:t>（A）1282　　（B）1292　　（C）1310　　（D）1320　　（E）1330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graph is</w:t>
      </w:r>
      <w:r>
        <w:rPr>
          <w:rFonts w:ascii="Times New Roman" w:hAnsi="Times New Roman" w:eastAsia="宋体"/>
          <w:b w:val="0"/>
          <w:i/>
          <w:color w:val="333333"/>
          <w:sz w:val="19"/>
        </w:rPr>
        <w:t>symmetric</w:t>
      </w:r>
      <w:r>
        <w:rPr>
          <w:rFonts w:ascii="Times New Roman" w:hAnsi="Times New Roman" w:eastAsia="宋体"/>
          <w:b w:val="0"/>
          <w:i w:val="0"/>
          <w:color w:val="333333"/>
          <w:sz w:val="19"/>
        </w:rPr>
        <w:t>about a line if the graph remains unchanged after reflection in that line. For how many quadruples of integers (a,b,c,d), where |a|, |b|, |c|, |d|≤5 and c and d are not both 0, is the graph of</w:t>
      </w:r>
    </w:p>
    <w:p>
      <w:pPr>
        <w:spacing w:before="0" w:after="80" w:line="300" w:lineRule="auto"/>
        <w:jc w:val="left"/>
      </w:pPr>
      <w:r>
        <w:rPr>
          <w:rFonts w:ascii="Times New Roman" w:hAnsi="Times New Roman" w:eastAsia="宋体"/>
          <w:b w:val="0"/>
          <w:i w:val="0"/>
          <w:color w:val="333333"/>
          <w:sz w:val="19"/>
        </w:rPr>
        <w:t>y=ax+b/cx+d</w:t>
      </w:r>
    </w:p>
    <w:p>
      <w:pPr>
        <w:spacing w:before="0" w:after="80" w:line="300" w:lineRule="auto"/>
        <w:jc w:val="left"/>
      </w:pPr>
      <w:r>
        <w:rPr>
          <w:rFonts w:ascii="Times New Roman" w:hAnsi="Times New Roman" w:eastAsia="宋体"/>
          <w:b w:val="0"/>
          <w:i w:val="0"/>
          <w:color w:val="333333"/>
          <w:sz w:val="19"/>
        </w:rPr>
        <w:t>symmetric about the line y=x?</w:t>
      </w:r>
    </w:p>
    <w:p>
      <w:pPr>
        <w:spacing w:before="0" w:after="160" w:line="300" w:lineRule="auto"/>
      </w:pPr>
      <w:r>
        <w:rPr>
          <w:rFonts w:ascii="Times New Roman" w:hAnsi="Times New Roman" w:eastAsia="宋体"/>
          <w:b w:val="0"/>
          <w:i w:val="0"/>
          <w:color w:val="333333"/>
          <w:sz w:val="19"/>
        </w:rPr>
        <w:t>(A) 1282　　(B) 1292　　(C) 1310　　(D) 1320　　(E) 1330</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A　B　B　D　D　B　D　A　E</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D　E　D　C　D　C　D　A</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D　D　B　C　B　D　B</w:t>
      </w:r>
    </w:p>
    <w:p>
      <w:pPr>
        <w:spacing w:before="0" w:after="200" w:line="300" w:lineRule="auto"/>
      </w:pPr>
      <w:r>
        <w:rPr>
          <w:rFonts w:ascii="Times New Roman" w:hAnsi="Times New Roman" w:eastAsia="宋体"/>
          <w:b w:val="0"/>
          <w:i w:val="0"/>
          <w:color w:val="666666"/>
          <w:sz w:val="18"/>
        </w:rPr>
        <w:t>答案串：ABBDDBDAECDEDCDCDADDBCBDB</w:t>
      </w:r>
    </w:p>
    <w:p>
      <w:pPr>
        <w:spacing w:before="200" w:after="80" w:line="300" w:lineRule="auto"/>
      </w:pPr>
      <w:r>
        <w:rPr>
          <w:rFonts w:ascii="Times New Roman" w:hAnsi="Times New Roman" w:eastAsia="宋体"/>
          <w:b/>
          <w:i w:val="0"/>
          <w:sz w:val="23"/>
        </w:rPr>
        <w:t>第 1 题　答案 A</w:t>
      </w:r>
    </w:p>
    <w:p>
      <w:pPr>
        <w:spacing w:before="0" w:after="80" w:line="300" w:lineRule="auto"/>
        <w:jc w:val="left"/>
      </w:pPr>
      <w:r>
        <w:rPr>
          <w:rFonts w:ascii="Times New Roman" w:hAnsi="Times New Roman" w:eastAsia="宋体"/>
          <w:b w:val="0"/>
          <w:i w:val="0"/>
          <w:sz w:val="21"/>
        </w:rPr>
        <w:t>直接计算，9901·101=990100 +9901=1000001 而 99·10101=1010100 -10101=999999。它们的差是 1000001-999999=2。因此正确答案是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Directly, 9901·101=990100 +9901=1000001 and 99·10101=1010100 -10101=999999. Their difference is 1000001-999999=2. 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由 1.5a+800b=1.2a+1100b 可得 0.3a=300b，所以 a=1000b。于是 69=1.5a+800b =1500b+800b=2300b，得到 b=0.03，a=30。当 L=4.2, G=4000 时，T=30(4.2) +0.03(4000) =126+120=246。因此正确答案是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1.5a+800b=1.2a+1100b we get 0.3a=300b, so a=1000b. Then 69=1.5a+800b =1500b+800b=2300b, giving b=0.03 and a=30. For L=4.2, G=4000, T=30(4.2) +0.03(4000) =126+120=246. 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每个数至多为 99，所以 k 个数的和至多为 99k。因为 99·20=1980&lt;2024，至少需要 21 个数。用 21 个数时，可以取二十个 99 和一个 44：20·99+44=1980+44 =2024。因此正确答案是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number is at most 99, so k numbers sum to at most 99k. Since 99·20=1980&lt;2024, at least 21 numbers are required. With 21, we can use twenty 99s and one 44: 20·99+44=1980+44 =2024. 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分解得 2024=2³·11·23。阶乘 n! 只有在 n≥23 时才包含质因数 23。当 n=23 时，23! 已经包含 23, 11，以及足够多的因数 2，所以 23! 是 2024 的倍数。因此正确答案是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2024=2³·11·23. The factorial n! contains the prime 23 only when n≥23. At n=23, the product 23! already includes 23, 11, and plenty of factors of 2, so 23! is a multiple of 2024. 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原数据集的总和是 20·45=900。设有 k 个六，删去后剩下 20-k 个数，总和为 900-6k，平均数为 66，所以 900-6k=66(20-k) =1320-66k。因此 60k=420，得到 k=7。所以正确答案是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full set sums to 20·45=900. Removing k sixes leaves 20-k numbers summing to 900-6k, with mean 66, so 900-6k=66(20-k) =1320-66k. Then 60k=420, giving k=7. 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要得到较小的正和，可以取两个负整数 -p,-q 和一个正整数 r，其中 pqr=60。不计顺序时，60 的正因数三元组为</w:t>
      </w:r>
    </w:p>
    <w:p>
      <w:pPr>
        <w:spacing w:before="0" w:after="80" w:line="300" w:lineRule="auto"/>
        <w:jc w:val="left"/>
      </w:pPr>
      <w:r>
        <w:rPr>
          <w:rFonts w:ascii="Times New Roman" w:hAnsi="Times New Roman" w:eastAsia="宋体"/>
          <w:b w:val="0"/>
          <w:i w:val="0"/>
          <w:sz w:val="21"/>
        </w:rPr>
        <w:t>(1,1,60),(1,2,30),</w:t>
      </w:r>
    </w:p>
    <w:p>
      <w:pPr>
        <w:spacing w:before="0" w:after="80" w:line="300" w:lineRule="auto"/>
        <w:jc w:val="left"/>
      </w:pPr>
      <w:r>
        <w:rPr>
          <w:rFonts w:ascii="Times New Roman" w:hAnsi="Times New Roman" w:eastAsia="宋体"/>
          <w:b w:val="0"/>
          <w:i w:val="0"/>
          <w:sz w:val="21"/>
        </w:rPr>
        <w:t>(1,3,20),(1,4,15),</w:t>
      </w:r>
    </w:p>
    <w:p>
      <w:pPr>
        <w:spacing w:before="0" w:after="80" w:line="300" w:lineRule="auto"/>
        <w:jc w:val="left"/>
      </w:pPr>
      <w:r>
        <w:rPr>
          <w:rFonts w:ascii="Times New Roman" w:hAnsi="Times New Roman" w:eastAsia="宋体"/>
          <w:b w:val="0"/>
          <w:i w:val="0"/>
          <w:sz w:val="21"/>
        </w:rPr>
        <w:t>(1,5,12),(1,6,10),</w:t>
      </w:r>
    </w:p>
    <w:p>
      <w:pPr>
        <w:spacing w:before="0" w:after="80" w:line="300" w:lineRule="auto"/>
        <w:jc w:val="left"/>
      </w:pPr>
      <w:r>
        <w:rPr>
          <w:rFonts w:ascii="Times New Roman" w:hAnsi="Times New Roman" w:eastAsia="宋体"/>
          <w:b w:val="0"/>
          <w:i w:val="0"/>
          <w:sz w:val="21"/>
        </w:rPr>
        <w:t>(2,2,15),(2,3,10),</w:t>
      </w:r>
    </w:p>
    <w:p>
      <w:pPr>
        <w:spacing w:before="0" w:after="80" w:line="300" w:lineRule="auto"/>
        <w:jc w:val="left"/>
      </w:pPr>
      <w:r>
        <w:rPr>
          <w:rFonts w:ascii="Times New Roman" w:hAnsi="Times New Roman" w:eastAsia="宋体"/>
          <w:b w:val="0"/>
          <w:i w:val="0"/>
          <w:sz w:val="21"/>
        </w:rPr>
        <w:t>(2,5,6),(3,4,5)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把最大的因数取作 r 时，r-p-q 的正值最小。表中得到的正值为 58,27,16,10,6,3,11,5；最后两个三元组给出负值。因此最小的正和为 10-1-6=3。（三个正整数之和至少为 3，而三个负整数的乘积不可能为正。）因此正确答案是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obtain a small positive sum, use two negative integers -p,-q and one positive integer r, where pqr=60. Up to order, the positive factor triples of 60 are</w:t>
      </w:r>
    </w:p>
    <w:p>
      <w:pPr>
        <w:spacing w:before="0" w:after="80" w:line="300" w:lineRule="auto"/>
        <w:jc w:val="left"/>
      </w:pPr>
      <w:r>
        <w:rPr>
          <w:rFonts w:ascii="Times New Roman" w:hAnsi="Times New Roman" w:eastAsia="宋体"/>
          <w:b w:val="0"/>
          <w:i w:val="0"/>
          <w:color w:val="333333"/>
          <w:sz w:val="19"/>
        </w:rPr>
        <w:t>(1,1,60),(1,2,30),</w:t>
      </w:r>
    </w:p>
    <w:p>
      <w:pPr>
        <w:spacing w:before="0" w:after="80" w:line="300" w:lineRule="auto"/>
        <w:jc w:val="left"/>
      </w:pPr>
      <w:r>
        <w:rPr>
          <w:rFonts w:ascii="Times New Roman" w:hAnsi="Times New Roman" w:eastAsia="宋体"/>
          <w:b w:val="0"/>
          <w:i w:val="0"/>
          <w:color w:val="333333"/>
          <w:sz w:val="19"/>
        </w:rPr>
        <w:t>(1,3,20),(1,4,15),</w:t>
      </w:r>
    </w:p>
    <w:p>
      <w:pPr>
        <w:spacing w:before="0" w:after="80" w:line="300" w:lineRule="auto"/>
        <w:jc w:val="left"/>
      </w:pPr>
      <w:r>
        <w:rPr>
          <w:rFonts w:ascii="Times New Roman" w:hAnsi="Times New Roman" w:eastAsia="宋体"/>
          <w:b w:val="0"/>
          <w:i w:val="0"/>
          <w:color w:val="333333"/>
          <w:sz w:val="19"/>
        </w:rPr>
        <w:t>(1,5,12),(1,6,10),</w:t>
      </w:r>
    </w:p>
    <w:p>
      <w:pPr>
        <w:spacing w:before="0" w:after="80" w:line="300" w:lineRule="auto"/>
        <w:jc w:val="left"/>
      </w:pPr>
      <w:r>
        <w:rPr>
          <w:rFonts w:ascii="Times New Roman" w:hAnsi="Times New Roman" w:eastAsia="宋体"/>
          <w:b w:val="0"/>
          <w:i w:val="0"/>
          <w:color w:val="333333"/>
          <w:sz w:val="19"/>
        </w:rPr>
        <w:t>(2,2,15),(2,3,10),</w:t>
      </w:r>
    </w:p>
    <w:p>
      <w:pPr>
        <w:spacing w:before="0" w:after="80" w:line="300" w:lineRule="auto"/>
        <w:jc w:val="left"/>
      </w:pPr>
      <w:r>
        <w:rPr>
          <w:rFonts w:ascii="Times New Roman" w:hAnsi="Times New Roman" w:eastAsia="宋体"/>
          <w:b w:val="0"/>
          <w:i w:val="0"/>
          <w:color w:val="333333"/>
          <w:sz w:val="19"/>
        </w:rPr>
        <w:t>(2,5,6),(3,4,5).</w:t>
      </w:r>
    </w:p>
    <w:p>
      <w:pPr>
        <w:spacing w:before="0" w:after="80" w:line="300" w:lineRule="auto"/>
        <w:jc w:val="left"/>
      </w:pPr>
      <w:r>
        <w:rPr>
          <w:rFonts w:ascii="Times New Roman" w:hAnsi="Times New Roman" w:eastAsia="宋体"/>
          <w:b w:val="0"/>
          <w:i w:val="0"/>
          <w:color w:val="333333"/>
          <w:sz w:val="19"/>
        </w:rPr>
        <w:t>A positive value of r-p-q is smallest when the largest factor is chosen as r. The positive values from the list are 58,27,16,10,6,3,11,5; the last two triples give negative values. Thus the least positive sum is 10-1-6=3. (Three positive integers have sum at least 3, and three negative integers cannot have positive product.) 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点 Pₖ 关于 AC 的中点 M 对称，所以把 Pₖ 和它的对称点配对可得 BPₖ+BP₂₀₂₅₋ₖ=2 BM。因此整个和为 2024 BM。在直角三角形中，斜边上的中线长度等于斜边的一半；此处 AC=2，所以 BM=1。向量和的长度为 2024·1=2024。因此正确答案是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points Pₖ are symmetric about the midpoint M of AC, so pairing Pₖ with its mirror gives BPₖ+BP₂₀₂₅₋ₖ=2 BM. Hence the whole sum is 2024 BM. In a right triangle the median to the hypotenuse has length half the hypotenuse; here AC=2, so BM=1. The length of the sum is 2024·1=2024. 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A</w:t>
      </w:r>
    </w:p>
    <w:p>
      <w:pPr>
        <w:spacing w:before="0" w:after="80" w:line="300" w:lineRule="auto"/>
        <w:jc w:val="left"/>
      </w:pPr>
      <w:r>
        <w:rPr>
          <w:rFonts w:ascii="Times New Roman" w:hAnsi="Times New Roman" w:eastAsia="宋体"/>
          <w:b w:val="0"/>
          <w:i w:val="0"/>
          <w:sz w:val="21"/>
        </w:rPr>
        <w:t>方程表示 sin(3θ)cos(2θ)=1，且两个因子都必须为正（对数才有定义）。因为 sin(3θ)≤1 且 cos(2θ)≤1，它们的乘积为 1 只能在 sin(3θ)=1 且 cos(2θ)=1 同时成立时发生。但 cos(2θ)=1 强制 θ∈{0,π,2π}，此时 sin(3θ)=0≠1。没有角满足条件。因此正确答案是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 means sin(3θ)cos(2θ)=1 with both factors positive (for the logs to be defined). Since sin(3θ)≤1 and cos(2θ)≤1, their product is 1 only if sin(3θ)=1 and cos(2θ)=1 simultaneously. But cos(2θ)=1 forces θ∈{0,π,2π}, where sin(3θ)=0≠1. No angle works. 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E</w:t>
      </w:r>
    </w:p>
    <w:p>
      <w:pPr>
        <w:spacing w:before="0" w:after="80" w:line="300" w:lineRule="auto"/>
        <w:jc w:val="left"/>
      </w:pPr>
      <w:r>
        <w:rPr>
          <w:rFonts w:ascii="Times New Roman" w:hAnsi="Times New Roman" w:eastAsia="宋体"/>
          <w:b w:val="0"/>
          <w:i w:val="0"/>
          <w:sz w:val="21"/>
        </w:rPr>
        <w:t>写成 M+1213=a²、M+3773=b²，则 b²-a²=2560，即 (b-a)(b+a)=2560。两个因数同奇偶，所以都为偶数。要最大化 a（也就是最大化 M），应最小化 b-a：取 b-a=2, b+a=1280，得 a=639。于是 M=639²-1213 =408321-1213 =407108，个位数字为 8。因此正确答案是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M+1213=a² and M+3773=b², so b²-a²=2560, i.e. (b-a)(b+a)=2560. Both factors have the same parity, hence both even. To maximize a (and thus M), minimize b-a: take b-a=2, b+a=1280, so a=639. Then M=639²-1213 =408321-1213 =407108, whose units digit is 8. 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3-4-5 三角形的最小角满足 tanα=3/4。因此</w:t>
      </w:r>
    </w:p>
    <w:p>
      <w:pPr>
        <w:spacing w:before="0" w:after="80" w:line="300" w:lineRule="auto"/>
        <w:jc w:val="left"/>
      </w:pPr>
      <w:r>
        <w:rPr>
          <w:rFonts w:ascii="Times New Roman" w:hAnsi="Times New Roman" w:eastAsia="宋体"/>
          <w:b w:val="0"/>
          <w:i w:val="0"/>
          <w:sz w:val="21"/>
        </w:rPr>
        <w:t>tan2α=(2·3/4)/(1-9/16)</w:t>
      </w:r>
    </w:p>
    <w:p>
      <w:pPr>
        <w:spacing w:before="0" w:after="80" w:line="300" w:lineRule="auto"/>
        <w:jc w:val="left"/>
      </w:pPr>
      <w:r>
        <w:rPr>
          <w:rFonts w:ascii="Times New Roman" w:hAnsi="Times New Roman" w:eastAsia="宋体"/>
          <w:b w:val="0"/>
          <w:i w:val="0"/>
          <w:sz w:val="21"/>
        </w:rPr>
        <w:t>=(3/2)/(7/16)=24/7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7-24-25 三角形的最小角满足 tanβ=7/24=cot2α =tan(π/2-2α)。所以 β=π/2-2α。因此正确答案是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smallest angle of the 3-4-5 triangle has tanα=3/4. Then</w:t>
      </w:r>
    </w:p>
    <w:p>
      <w:pPr>
        <w:spacing w:before="0" w:after="80" w:line="300" w:lineRule="auto"/>
        <w:jc w:val="left"/>
      </w:pPr>
      <w:r>
        <w:rPr>
          <w:rFonts w:ascii="Times New Roman" w:hAnsi="Times New Roman" w:eastAsia="宋体"/>
          <w:b w:val="0"/>
          <w:i w:val="0"/>
          <w:color w:val="333333"/>
          <w:sz w:val="19"/>
        </w:rPr>
        <w:t>tan2α=(2·3/4)/(1-9/16)</w:t>
      </w:r>
    </w:p>
    <w:p>
      <w:pPr>
        <w:spacing w:before="0" w:after="80" w:line="300" w:lineRule="auto"/>
        <w:jc w:val="left"/>
      </w:pPr>
      <w:r>
        <w:rPr>
          <w:rFonts w:ascii="Times New Roman" w:hAnsi="Times New Roman" w:eastAsia="宋体"/>
          <w:b w:val="0"/>
          <w:i w:val="0"/>
          <w:color w:val="333333"/>
          <w:sz w:val="19"/>
        </w:rPr>
        <w:t>=(3/2)/(7/16)=24/7.</w:t>
      </w:r>
    </w:p>
    <w:p>
      <w:pPr>
        <w:spacing w:before="0" w:after="80" w:line="300" w:lineRule="auto"/>
        <w:jc w:val="left"/>
      </w:pPr>
      <w:r>
        <w:rPr>
          <w:rFonts w:ascii="Times New Roman" w:hAnsi="Times New Roman" w:eastAsia="宋体"/>
          <w:b w:val="0"/>
          <w:i w:val="0"/>
          <w:color w:val="333333"/>
          <w:sz w:val="19"/>
        </w:rPr>
        <w:t>The smallest angle of the 7-24-25 triangle has tanβ=7/24=cot2α =tan(π/2-2α). Hence β=π/2-2α. 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这里 2024_(b)=2b³+2b+4 =2(b³+b+2)，所以 2024_(b) 是 16 的倍数当且仅当 b³+b+2 是 8 的倍数。检查 bmod 8 的剩余类可知，b³+b+2≡0 恰好在 b≡3,6,7pmod8 时成立。</w:t>
      </w:r>
    </w:p>
    <w:p>
      <w:pPr>
        <w:spacing w:before="0" w:after="80" w:line="300" w:lineRule="auto"/>
        <w:jc w:val="left"/>
      </w:pPr>
      <w:r>
        <w:rPr>
          <w:rFonts w:ascii="Times New Roman" w:hAnsi="Times New Roman" w:eastAsia="宋体"/>
          <w:b w:val="0"/>
          <w:i w:val="0"/>
          <w:sz w:val="21"/>
        </w:rPr>
        <w:t>统计 b 在 [5,2024]：剩余 3 给出 11,…,2019，共有 252 个；剩余 6 给出 6,…,2022，共有 253 个；剩余 7 给出 7,…,2023，共有 253 个。所以 K=252+253+253=758，各位数字之和为 7+5+8=20。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Here 2024_(b)=2b³+2b+4 =2(b³+b+2), so 2024_(b) is divisible by 16 exactly when b³+b+2 is divisible by 8. Checking residues bmod 8, b³+b+2≡0 precisely for b≡3,6,7pmod8.</w:t>
      </w:r>
    </w:p>
    <w:p>
      <w:pPr>
        <w:spacing w:before="0" w:after="80" w:line="300" w:lineRule="auto"/>
        <w:jc w:val="left"/>
      </w:pPr>
      <w:r>
        <w:rPr>
          <w:rFonts w:ascii="Times New Roman" w:hAnsi="Times New Roman" w:eastAsia="宋体"/>
          <w:b w:val="0"/>
          <w:i w:val="0"/>
          <w:color w:val="333333"/>
          <w:sz w:val="19"/>
        </w:rPr>
        <w:t>Counting b in [5,2024]: residue 3 gives 11,…,2019 (252 values), residue 6 gives 6,…,2022 (253 values), and residue 7 gives 7,…,2023 (253 values). So K=252+253+253=758, and its digit sum is 7+5+8=20.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E</w:t>
      </w:r>
    </w:p>
    <w:p>
      <w:pPr>
        <w:spacing w:before="0" w:after="80" w:line="300" w:lineRule="auto"/>
        <w:jc w:val="left"/>
      </w:pPr>
      <w:r>
        <w:rPr>
          <w:rFonts w:ascii="Times New Roman" w:hAnsi="Times New Roman" w:eastAsia="宋体"/>
          <w:b w:val="0"/>
          <w:i w:val="0"/>
          <w:sz w:val="21"/>
        </w:rPr>
        <w:t>因为各项成等比数列，720²=ab，所以 ab=518400=2⁸·3⁴·5²。因为 b=518400/a，要使 b 最小，就要找 518400 中大于 720 的最小因数。严格位于 720 与 768 之间的因数并不存在：如果它的 5 的指数为 2,1 或 0，那么分别除以 25,5 或 1 之后，形如 2ⁱ3^(j) 的数必须位于 (28.8,30.72), (144,153.6)，或 (720,768)；而允许的幂 i≤8,j≤4 中没有符合者。因为 768=2⁸·3 是因数，所以它是最小可能的 b。与它配对的因数为 a=518400/768=675，而 b 的数位和为 7+6+8=21。因此，正确答案是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 terms are geometric, 720²=ab, so ab=518400=2⁸·3⁴·5². Because b=518400/a, minimizing b means finding the smallest divisor of 518400 greater than 720. There is no divisor strictly between 720 and 768: if its exponent of 5 is 2,1, or 0, then after dividing by 25,5, or 1, respectively, a number of the form 2ⁱ3^(j) would have to lie in (28.8,30.72), (144,153.6), or (720,768); the allowed powers i≤8,j≤4 give none. Since 768=2⁸·3 is a divisor, it is the least possible b. Its paired divisor is a=518400/768=675, and the digit sum of b is 7+6+8=21. 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曲线 y=eˣ⁺¹+e⁻ˣ-2 关于其最小值所在的竖直直线对称。令导数 eˣ⁺¹-e⁻ˣ=0 得到 x+1=-x，所以 x=-1/2。把 (-1,1/2) 关于 x=-1/2 反射，y 坐标不变，x=-1 变为 x=0。反射点是 (0,1/2)。因此正确答案是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curve y=eˣ⁺¹+e⁻ˣ-2 is symmetric about the vertical line through its minimum. Setting the derivative eˣ⁺¹-e⁻ˣ=0 gives x+1=-x, so x=-1/2. Reflecting (-1,1/2) across x=-1/2 keeps the y-coordinate and sends x=-1 to x=0. The image is (0,1/2). 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行和列都为等差数列的网格，其条目可写成双线性形式 a(i,j)=α+β i+γ j+δ ij。四个已知值给出</w:t>
      </w:r>
    </w:p>
    <w:p>
      <w:pPr>
        <w:spacing w:before="0" w:after="80" w:line="300" w:lineRule="auto"/>
        <w:jc w:val="left"/>
      </w:pPr>
      <w:r>
        <w:rPr>
          <w:rFonts w:ascii="Times New Roman" w:hAnsi="Times New Roman" w:eastAsia="宋体"/>
          <w:b w:val="0"/>
          <w:i w:val="0"/>
          <w:sz w:val="21"/>
        </w:rPr>
        <w:t>α+5β+5γ+25δ=0，</w:t>
      </w:r>
    </w:p>
    <w:p>
      <w:pPr>
        <w:spacing w:before="0" w:after="80" w:line="300" w:lineRule="auto"/>
        <w:jc w:val="left"/>
      </w:pPr>
      <w:r>
        <w:rPr>
          <w:rFonts w:ascii="Times New Roman" w:hAnsi="Times New Roman" w:eastAsia="宋体"/>
          <w:b w:val="0"/>
          <w:i w:val="0"/>
          <w:sz w:val="21"/>
        </w:rPr>
        <w:t>α+2β+4γ+8δ=48，</w:t>
      </w:r>
    </w:p>
    <w:p>
      <w:pPr>
        <w:spacing w:before="0" w:after="80" w:line="300" w:lineRule="auto"/>
        <w:jc w:val="left"/>
      </w:pPr>
      <w:r>
        <w:rPr>
          <w:rFonts w:ascii="Times New Roman" w:hAnsi="Times New Roman" w:eastAsia="宋体"/>
          <w:b w:val="0"/>
          <w:i w:val="0"/>
          <w:sz w:val="21"/>
        </w:rPr>
        <w:t>α+4β+3γ+12δ=16，</w:t>
      </w:r>
    </w:p>
    <w:p>
      <w:pPr>
        <w:spacing w:before="0" w:after="80" w:line="300" w:lineRule="auto"/>
        <w:jc w:val="left"/>
      </w:pPr>
      <w:r>
        <w:rPr>
          <w:rFonts w:ascii="Times New Roman" w:hAnsi="Times New Roman" w:eastAsia="宋体"/>
          <w:b w:val="0"/>
          <w:i w:val="0"/>
          <w:sz w:val="21"/>
        </w:rPr>
        <w:t>α+3β+γ+3δ=12。</w:t>
      </w:r>
    </w:p>
    <w:p>
      <w:pPr>
        <w:spacing w:before="0" w:after="80" w:line="300" w:lineRule="auto"/>
        <w:jc w:val="left"/>
      </w:pPr>
      <w:r>
        <w:rPr>
          <w:rFonts w:ascii="Times New Roman" w:hAnsi="Times New Roman" w:eastAsia="宋体"/>
          <w:b w:val="0"/>
          <w:i w:val="0"/>
          <w:sz w:val="21"/>
        </w:rPr>
        <w:t>解得 δ=-5, β=5, γ=22, α=-10。于是 a(1,2)=α+β+2γ+2δ =-10+5+44-10 =29。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grid whose rows and columns are all arithmetic has entries of the bilinear form a(i,j)=α+β i+γ j+δ ij. The four givens yield</w:t>
      </w:r>
    </w:p>
    <w:p>
      <w:pPr>
        <w:spacing w:before="0" w:after="80" w:line="300" w:lineRule="auto"/>
        <w:jc w:val="left"/>
      </w:pPr>
      <w:r>
        <w:rPr>
          <w:rFonts w:ascii="Times New Roman" w:hAnsi="Times New Roman" w:eastAsia="宋体"/>
          <w:b w:val="0"/>
          <w:i w:val="0"/>
          <w:color w:val="333333"/>
          <w:sz w:val="19"/>
        </w:rPr>
        <w:t>α+5β+5γ+25δ=0,</w:t>
      </w:r>
    </w:p>
    <w:p>
      <w:pPr>
        <w:spacing w:before="0" w:after="80" w:line="300" w:lineRule="auto"/>
        <w:jc w:val="left"/>
      </w:pPr>
      <w:r>
        <w:rPr>
          <w:rFonts w:ascii="Times New Roman" w:hAnsi="Times New Roman" w:eastAsia="宋体"/>
          <w:b w:val="0"/>
          <w:i w:val="0"/>
          <w:color w:val="333333"/>
          <w:sz w:val="19"/>
        </w:rPr>
        <w:t>α+2β+4γ+8δ=48,</w:t>
      </w:r>
    </w:p>
    <w:p>
      <w:pPr>
        <w:spacing w:before="0" w:after="80" w:line="300" w:lineRule="auto"/>
        <w:jc w:val="left"/>
      </w:pPr>
      <w:r>
        <w:rPr>
          <w:rFonts w:ascii="Times New Roman" w:hAnsi="Times New Roman" w:eastAsia="宋体"/>
          <w:b w:val="0"/>
          <w:i w:val="0"/>
          <w:color w:val="333333"/>
          <w:sz w:val="19"/>
        </w:rPr>
        <w:t>α+4β+3γ+12δ=16,</w:t>
      </w:r>
    </w:p>
    <w:p>
      <w:pPr>
        <w:spacing w:before="0" w:after="80" w:line="300" w:lineRule="auto"/>
        <w:jc w:val="left"/>
      </w:pPr>
      <w:r>
        <w:rPr>
          <w:rFonts w:ascii="Times New Roman" w:hAnsi="Times New Roman" w:eastAsia="宋体"/>
          <w:b w:val="0"/>
          <w:i w:val="0"/>
          <w:color w:val="333333"/>
          <w:sz w:val="19"/>
        </w:rPr>
        <w:t>α+3β+γ+3δ=12.</w:t>
      </w:r>
    </w:p>
    <w:p>
      <w:pPr>
        <w:spacing w:before="0" w:after="80" w:line="300" w:lineRule="auto"/>
        <w:jc w:val="left"/>
      </w:pPr>
      <w:r>
        <w:rPr>
          <w:rFonts w:ascii="Times New Roman" w:hAnsi="Times New Roman" w:eastAsia="宋体"/>
          <w:b w:val="0"/>
          <w:i w:val="0"/>
          <w:color w:val="333333"/>
          <w:sz w:val="19"/>
        </w:rPr>
        <w:t>Solving gives δ=-5, β=5, γ=22, α=-10. Then a(1,2)=α+β+2γ+2δ =-10+5+44-10 =29.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因为 P(x)=(x-p)(x-q)(x-r)，将所有根上的 p²+4=(p-2i)(p+2i) 分组可得</w:t>
      </w:r>
    </w:p>
    <w:p>
      <w:pPr>
        <w:spacing w:before="0" w:after="80" w:line="300" w:lineRule="auto"/>
        <w:jc w:val="left"/>
      </w:pPr>
      <w:r>
        <w:rPr>
          <w:rFonts w:ascii="Times New Roman" w:hAnsi="Times New Roman" w:eastAsia="宋体"/>
          <w:b w:val="0"/>
          <w:i w:val="0"/>
          <w:sz w:val="21"/>
        </w:rPr>
        <w:t>Π(p²+4)=P(2i) P(-2i)。</w:t>
      </w:r>
    </w:p>
    <w:p>
      <w:pPr>
        <w:spacing w:before="0" w:after="80" w:line="300" w:lineRule="auto"/>
        <w:jc w:val="left"/>
      </w:pPr>
      <w:r>
        <w:rPr>
          <w:rFonts w:ascii="Times New Roman" w:hAnsi="Times New Roman" w:eastAsia="宋体"/>
          <w:b w:val="0"/>
          <w:i w:val="0"/>
          <w:sz w:val="21"/>
        </w:rPr>
        <w:t>计算得 P(2i)=-8i-8-2i+3 =-5-10i，而 P(-2i)=8i-8+2i+3 =-5+10i。它们的乘积为 (-5)²+10²=25+100=125。因此正确答案是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P(x)=(x-p)(x-q)(x-r), grouping p²+4=(p-2i)(p+2i) over all roots gives</w:t>
      </w:r>
    </w:p>
    <w:p>
      <w:pPr>
        <w:spacing w:before="0" w:after="80" w:line="300" w:lineRule="auto"/>
        <w:jc w:val="left"/>
      </w:pPr>
      <w:r>
        <w:rPr>
          <w:rFonts w:ascii="Times New Roman" w:hAnsi="Times New Roman" w:eastAsia="宋体"/>
          <w:b w:val="0"/>
          <w:i w:val="0"/>
          <w:color w:val="333333"/>
          <w:sz w:val="19"/>
        </w:rPr>
        <w:t>Π(p²+4)=P(2i) P(-2i).</w:t>
      </w:r>
    </w:p>
    <w:p>
      <w:pPr>
        <w:spacing w:before="0" w:after="80" w:line="300" w:lineRule="auto"/>
        <w:jc w:val="left"/>
      </w:pPr>
      <w:r>
        <w:rPr>
          <w:rFonts w:ascii="Times New Roman" w:hAnsi="Times New Roman" w:eastAsia="宋体"/>
          <w:b w:val="0"/>
          <w:i w:val="0"/>
          <w:color w:val="333333"/>
          <w:sz w:val="19"/>
        </w:rPr>
        <w:t>Compute P(2i)=-8i-8-2i+3 =-5-10i and P(-2i)=8i-8+2i+3 =-5+10i. Their product is (-5)²+10²=25+100=125. 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把所有筹码视为可区分的；给每位玩家发 4 个的总方式数是 C(12, 4,4,4)=34650。对有利事件，选择哪位玩家得到红色、白色和蓝色有 3!=6 种方式。红色玩家还需 1 个筹码，白色玩家还需 2 个，蓝色玩家还需 3 个，全部为黑色；6 个黑色筹码按 1,2,3 分配有 (6!)/(1! 2! 3!)=60 种方式。概率为 (6·60)/34650=360/34650=4/385。所以 m+n=4+385=389。因此正确答案是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Treat all tokens as distinct; the total number of ways to deal 4 to each player is C(12, 4,4,4)=34650. For the favorable event, choose which player gets the reds, whites, and blue in 3!=6 ways. The red player needs 1 more token, the white player 2 more, and the blue player 3 more, all black; the 6 black tokens split as 1,2,3 in (6!)/(1! 2! 3!)=60 ways. So the probability is (6·60)/34650=360/34650=4/385. Then m+n=4+385=389. 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第一个方程减去第二个方程得到 (a-c)(b-1)=13。因此</w:t>
      </w:r>
    </w:p>
    <w:p>
      <w:pPr>
        <w:spacing w:before="0" w:after="80" w:line="300" w:lineRule="auto"/>
        <w:jc w:val="left"/>
      </w:pPr>
      <w:r>
        <w:rPr>
          <w:rFonts w:ascii="Times New Roman" w:hAnsi="Times New Roman" w:eastAsia="宋体"/>
          <w:b w:val="0"/>
          <w:i w:val="0"/>
          <w:sz w:val="21"/>
        </w:rPr>
        <w:t>(a-c,b-1)∈{(1,13),(13,1),</w:t>
      </w:r>
    </w:p>
    <w:p>
      <w:pPr>
        <w:spacing w:before="0" w:after="80" w:line="300" w:lineRule="auto"/>
        <w:jc w:val="left"/>
      </w:pPr>
      <w:r>
        <w:rPr>
          <w:rFonts w:ascii="Times New Roman" w:hAnsi="Times New Roman" w:eastAsia="宋体"/>
          <w:b w:val="0"/>
          <w:i w:val="0"/>
          <w:sz w:val="21"/>
        </w:rPr>
        <w:t>(-1,-13),(-13,-1)}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相应的 b 值为 14,2,-12,0。把 a=c+(a-c) 代入 ab+c=100，前两种情形被排除，因为它们分别要求 15c=86 或 3c=74。b=-12 的情形给出 c=-8 和 a=-9，它满足全部三个方程。b=0 的情形给出 (a,c)=(87,100)，但不满足 ca+b=60。因此唯一的整数解是 (-9,-12,-8)，从而 ab+bc+ca =108+96+72=276。因此正确答案是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Subtracting the second equation from the first gives (a-c)(b-1)=13. Hence</w:t>
      </w:r>
    </w:p>
    <w:p>
      <w:pPr>
        <w:spacing w:before="0" w:after="80" w:line="300" w:lineRule="auto"/>
        <w:jc w:val="left"/>
      </w:pPr>
      <w:r>
        <w:rPr>
          <w:rFonts w:ascii="Times New Roman" w:hAnsi="Times New Roman" w:eastAsia="宋体"/>
          <w:b w:val="0"/>
          <w:i w:val="0"/>
          <w:color w:val="333333"/>
          <w:sz w:val="19"/>
        </w:rPr>
        <w:t>(a-c,b-1)∈{(1,13),(13,1),</w:t>
      </w:r>
    </w:p>
    <w:p>
      <w:pPr>
        <w:spacing w:before="0" w:after="80" w:line="300" w:lineRule="auto"/>
        <w:jc w:val="left"/>
      </w:pPr>
      <w:r>
        <w:rPr>
          <w:rFonts w:ascii="Times New Roman" w:hAnsi="Times New Roman" w:eastAsia="宋体"/>
          <w:b w:val="0"/>
          <w:i w:val="0"/>
          <w:color w:val="333333"/>
          <w:sz w:val="19"/>
        </w:rPr>
        <w:t>(-1,-13),(-13,-1)}.</w:t>
      </w:r>
    </w:p>
    <w:p>
      <w:pPr>
        <w:spacing w:before="0" w:after="80" w:line="300" w:lineRule="auto"/>
        <w:jc w:val="left"/>
      </w:pPr>
      <w:r>
        <w:rPr>
          <w:rFonts w:ascii="Times New Roman" w:hAnsi="Times New Roman" w:eastAsia="宋体"/>
          <w:b w:val="0"/>
          <w:i w:val="0"/>
          <w:color w:val="333333"/>
          <w:sz w:val="19"/>
        </w:rPr>
        <w:t>The corresponding values of b are 14,2,-12,0. Substituting a=c+(a-c) into ab+c=100 eliminates the first two cases because they would require 15c=86 or 3c=74. The case b=-12 gives c=-8 and a=-9, which satisfies all three equations. The case b=0 gives (a,c)=(87,100), which fails ca+b=60. Thus the unique integer solution is (-9,-12,-8), and ab+bc+ca =108+96+72=276. 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A</w:t>
      </w:r>
    </w:p>
    <w:p>
      <w:pPr>
        <w:spacing w:before="0" w:after="80" w:line="300" w:lineRule="auto"/>
        <w:jc w:val="left"/>
      </w:pPr>
      <w:r>
        <w:rPr>
          <w:rFonts w:ascii="Times New Roman" w:hAnsi="Times New Roman" w:eastAsia="宋体"/>
          <w:b w:val="0"/>
          <w:i w:val="0"/>
          <w:sz w:val="21"/>
        </w:rPr>
        <w:t>卡片的对角线与长边所成角 θ 满足 tanθ=1/(2+√(3)) =2-√(3)=tan15°，所以 2θ=30°。</w:t>
      </w:r>
    </w:p>
    <w:p>
      <w:pPr>
        <w:spacing w:before="0" w:after="80" w:line="300" w:lineRule="auto"/>
        <w:jc w:val="left"/>
      </w:pPr>
      <w:r>
        <w:rPr>
          <w:rFonts w:ascii="Times New Roman" w:hAnsi="Times New Roman" w:eastAsia="宋体"/>
          <w:b w:val="0"/>
          <w:i w:val="0"/>
          <w:sz w:val="21"/>
        </w:rPr>
        <w:t>每张新卡片与前一张共用一条对角线，而它的另一条对角线正是再顺时针转 30° 得到的下一条直线。这些等长的对角线有共同的中点，都是同一个圆的直径。原卡片另一条对角线所在的直线经过 B，它相对 AC 逆时针转了 30°；作为不带方向的直线，这等同于相对 AC 顺时针转了 150°。每加一张卡片，未被共用的对角线就前进一步，加五张后共前进 5·30°=150°，所以第六张卡片是第一张有顶点落在 B 上的新卡片。</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diagonal makes an angle θ with a long side, where tanθ=1/(2+√(3)) =2-√(3)=tan15°. Thus the acute angle between the two diagonals of a card is 2θ=30°.</w:t>
      </w:r>
    </w:p>
    <w:p>
      <w:pPr>
        <w:spacing w:before="0" w:after="80" w:line="300" w:lineRule="auto"/>
        <w:jc w:val="left"/>
      </w:pPr>
      <w:r>
        <w:rPr>
          <w:rFonts w:ascii="Times New Roman" w:hAnsi="Times New Roman" w:eastAsia="宋体"/>
          <w:b w:val="0"/>
          <w:i w:val="0"/>
          <w:color w:val="333333"/>
          <w:sz w:val="19"/>
        </w:rPr>
        <w:t>Each new card shares one diagonal with the previous card, and its other diagonal is the next line obtained by turning 30° clockwise. All these equal diagonals have the same midpoint and are diameters of one common circle. The line through the original card’s other diagonal, which contains B, is 30° counterclockwise from AC. As an unoriented line, this is the same as 150° clockwise from AC. Five additions advance the unused diagonal by 5·30°=150°, so the sixth card is the first new card with a vertex at B.</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在 △ ACD 中，由余弦定理得 AC²=9+25-2(15)cos120° =34+15=49，所以 AC=7。</w:t>
      </w:r>
    </w:p>
    <w:p>
      <w:pPr>
        <w:spacing w:before="0" w:after="80" w:line="300" w:lineRule="auto"/>
        <w:jc w:val="left"/>
      </w:pPr>
      <w:r>
        <w:rPr>
          <w:rFonts w:ascii="Times New Roman" w:hAnsi="Times New Roman" w:eastAsia="宋体"/>
          <w:b w:val="0"/>
          <w:i w:val="0"/>
          <w:sz w:val="21"/>
        </w:rPr>
        <w:t>因为 ABCD 是圆内接四边形，∠ ABC=180°-120°=60°。在 BC=3、AC=7 的 △ ABC 中，由余弦定理得 49=AB²+9-3AB，所以 AB=8。由托勒密定理，AC· BD=AB· CD+BC· DA =8·3+3·5=39，所以 BD=39/7。这比 AC=7 短。</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ACD, the law of cosines gives AC²=9+25-2(15)cos120° =34+15=49, so AC=7.</w:t>
      </w:r>
    </w:p>
    <w:p>
      <w:pPr>
        <w:spacing w:before="0" w:after="80" w:line="300" w:lineRule="auto"/>
        <w:jc w:val="left"/>
      </w:pPr>
      <w:r>
        <w:rPr>
          <w:rFonts w:ascii="Times New Roman" w:hAnsi="Times New Roman" w:eastAsia="宋体"/>
          <w:b w:val="0"/>
          <w:i w:val="0"/>
          <w:color w:val="333333"/>
          <w:sz w:val="19"/>
        </w:rPr>
        <w:t>Since ABCD is cyclic, ∠ ABC=180°-120°=60°. In △ ABC with BC=3 and AC=7, the law of cosines gives 49=AB²+9-3AB, so AB=8. By Ptolemy, AC· BD=AB· CD+BC· DA =8·3+3·5=39, hence BD=39/7. This is shorter than AC=7.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令 x=AP/AB，y=AQ/AC，二者在 [0,1] 上均匀分布，则面积比 ([APQ])/([ABC])=xy。补事件 xy≥1/2 要求 x≥1/2，且 y∈[1/2x,1]，其概率为</w:t>
      </w:r>
    </w:p>
    <w:p>
      <w:pPr>
        <w:spacing w:before="0" w:after="80" w:line="300" w:lineRule="auto"/>
        <w:jc w:val="left"/>
      </w:pPr>
      <w:r>
        <w:rPr>
          <w:rFonts w:ascii="Times New Roman" w:hAnsi="Times New Roman" w:eastAsia="宋体"/>
          <w:b w:val="0"/>
          <w:i w:val="0"/>
          <w:sz w:val="21"/>
        </w:rPr>
        <w:t>∫_(1/2)¹(1-1/2x)dx</w:t>
      </w:r>
    </w:p>
    <w:p>
      <w:pPr>
        <w:spacing w:before="0" w:after="80" w:line="300" w:lineRule="auto"/>
        <w:jc w:val="left"/>
      </w:pPr>
      <w:r>
        <w:rPr>
          <w:rFonts w:ascii="Times New Roman" w:hAnsi="Times New Roman" w:eastAsia="宋体"/>
          <w:b w:val="0"/>
          <w:i w:val="0"/>
          <w:sz w:val="21"/>
        </w:rPr>
        <w:t>=1/2-ln2/2≈0.153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P(xy&lt;1/2)≈1-0.153=0.847，落在 (3/4,7/8] 中。因此正确答案是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With x=AP/AB and y=AQ/AC uniform on [0,1], the area ratio ([APQ])/([ABC])=xy. The complementary event xy≥1/2 requires x≥1/2 and y∈[1/2x,1], with probability</w:t>
      </w:r>
    </w:p>
    <w:p>
      <w:pPr>
        <w:spacing w:before="0" w:after="80" w:line="300" w:lineRule="auto"/>
        <w:jc w:val="left"/>
      </w:pPr>
      <w:r>
        <w:rPr>
          <w:rFonts w:ascii="Times New Roman" w:hAnsi="Times New Roman" w:eastAsia="宋体"/>
          <w:b w:val="0"/>
          <w:i w:val="0"/>
          <w:color w:val="333333"/>
          <w:sz w:val="19"/>
        </w:rPr>
        <w:t>∫_(1/2)¹(1-1/2x)dx</w:t>
      </w:r>
    </w:p>
    <w:p>
      <w:pPr>
        <w:spacing w:before="0" w:after="80" w:line="300" w:lineRule="auto"/>
        <w:jc w:val="left"/>
      </w:pPr>
      <w:r>
        <w:rPr>
          <w:rFonts w:ascii="Times New Roman" w:hAnsi="Times New Roman" w:eastAsia="宋体"/>
          <w:b w:val="0"/>
          <w:i w:val="0"/>
          <w:color w:val="333333"/>
          <w:sz w:val="19"/>
        </w:rPr>
        <w:t>=1/2-ln2/2≈0.153.</w:t>
      </w:r>
    </w:p>
    <w:p>
      <w:pPr>
        <w:spacing w:before="0" w:after="80" w:line="300" w:lineRule="auto"/>
        <w:jc w:val="left"/>
      </w:pPr>
      <w:r>
        <w:rPr>
          <w:rFonts w:ascii="Times New Roman" w:hAnsi="Times New Roman" w:eastAsia="宋体"/>
          <w:b w:val="0"/>
          <w:i w:val="0"/>
          <w:color w:val="333333"/>
          <w:sz w:val="19"/>
        </w:rPr>
        <w:t>Therefore P(xy&lt;1/2)≈1-0.153=0.847, which lies in (3/4,7/8]. 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递推式可化为 aₙ=1+n-1/n(aₙ₋₁+1)。计算前几项 2,5/2,10/3,17/4,…，可以猜出 aₙ=n+1/n。这可以用归纳法证明：把 aₙ₋₁=n-1+1/n-1 代入递推式得 aₙ=1+n-1/n(n+1/n-1) =n+1/n。于是 aₙ²=n²+2+1/n²，所以</w:t>
      </w:r>
    </w:p>
    <w:p>
      <w:pPr>
        <w:spacing w:before="0" w:after="80" w:line="300" w:lineRule="auto"/>
        <w:jc w:val="left"/>
      </w:pPr>
      <w:r>
        <w:rPr>
          <w:rFonts w:ascii="Times New Roman" w:hAnsi="Times New Roman" w:eastAsia="宋体"/>
          <w:b w:val="0"/>
          <w:i w:val="0"/>
          <w:sz w:val="21"/>
        </w:rPr>
        <w:t>Σₙ₌₁¹⁰⁰aₙ²</w:t>
      </w:r>
    </w:p>
    <w:p>
      <w:pPr>
        <w:spacing w:before="0" w:after="80" w:line="300" w:lineRule="auto"/>
        <w:jc w:val="left"/>
      </w:pPr>
      <w:r>
        <w:rPr>
          <w:rFonts w:ascii="Times New Roman" w:hAnsi="Times New Roman" w:eastAsia="宋体"/>
          <w:b w:val="0"/>
          <w:i w:val="0"/>
          <w:sz w:val="21"/>
        </w:rPr>
        <w:t>=Σₙ₌₁¹⁰⁰n²+200</w:t>
      </w:r>
    </w:p>
    <w:p>
      <w:pPr>
        <w:spacing w:before="0" w:after="80" w:line="300" w:lineRule="auto"/>
        <w:jc w:val="left"/>
      </w:pPr>
      <w:r>
        <w:rPr>
          <w:rFonts w:ascii="Times New Roman" w:hAnsi="Times New Roman" w:eastAsia="宋体"/>
          <w:b w:val="0"/>
          <w:i w:val="0"/>
          <w:sz w:val="21"/>
        </w:rPr>
        <w:t>+Σₙ₌₁¹⁰⁰1/n²</w:t>
      </w:r>
    </w:p>
    <w:p>
      <w:pPr>
        <w:spacing w:before="0" w:after="80" w:line="300" w:lineRule="auto"/>
        <w:jc w:val="left"/>
      </w:pPr>
      <w:r>
        <w:rPr>
          <w:rFonts w:ascii="Times New Roman" w:hAnsi="Times New Roman" w:eastAsia="宋体"/>
          <w:b w:val="0"/>
          <w:i w:val="0"/>
          <w:sz w:val="21"/>
        </w:rPr>
        <w:t>=338350+200+S</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其中 S&gt;1 且 S&lt;1+∫₁^(∞) x⁻² dx=2。因此该和介于 338551 与 338552 之间，其向下取整为 338551。因此正确答案是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recurrence rearranges to aₙ=1+n-1/n(aₙ₋₁+1). Computing early terms 2,5/2,10/3,17/4,… suggests aₙ=n+1/n. This follows by induction: substituting aₙ₋₁=n-1+1/n-1 into the recurrence gives aₙ=1+n-1/n(n+1/n-1) =n+1/n. Then aₙ²=n²+2+1/n², so</w:t>
      </w:r>
    </w:p>
    <w:p>
      <w:pPr>
        <w:spacing w:before="0" w:after="80" w:line="300" w:lineRule="auto"/>
        <w:jc w:val="left"/>
      </w:pPr>
      <w:r>
        <w:rPr>
          <w:rFonts w:ascii="Times New Roman" w:hAnsi="Times New Roman" w:eastAsia="宋体"/>
          <w:b w:val="0"/>
          <w:i w:val="0"/>
          <w:color w:val="333333"/>
          <w:sz w:val="19"/>
        </w:rPr>
        <w:t>Σₙ₌₁¹⁰⁰aₙ²</w:t>
      </w:r>
    </w:p>
    <w:p>
      <w:pPr>
        <w:spacing w:before="0" w:after="80" w:line="300" w:lineRule="auto"/>
        <w:jc w:val="left"/>
      </w:pPr>
      <w:r>
        <w:rPr>
          <w:rFonts w:ascii="Times New Roman" w:hAnsi="Times New Roman" w:eastAsia="宋体"/>
          <w:b w:val="0"/>
          <w:i w:val="0"/>
          <w:color w:val="333333"/>
          <w:sz w:val="19"/>
        </w:rPr>
        <w:t>=Σₙ₌₁¹⁰⁰n²+200</w:t>
      </w:r>
    </w:p>
    <w:p>
      <w:pPr>
        <w:spacing w:before="0" w:after="80" w:line="300" w:lineRule="auto"/>
        <w:jc w:val="left"/>
      </w:pPr>
      <w:r>
        <w:rPr>
          <w:rFonts w:ascii="Times New Roman" w:hAnsi="Times New Roman" w:eastAsia="宋体"/>
          <w:b w:val="0"/>
          <w:i w:val="0"/>
          <w:color w:val="333333"/>
          <w:sz w:val="19"/>
        </w:rPr>
        <w:t>+Σₙ₌₁¹⁰⁰1/n²</w:t>
      </w:r>
    </w:p>
    <w:p>
      <w:pPr>
        <w:spacing w:before="0" w:after="80" w:line="300" w:lineRule="auto"/>
        <w:jc w:val="left"/>
      </w:pPr>
      <w:r>
        <w:rPr>
          <w:rFonts w:ascii="Times New Roman" w:hAnsi="Times New Roman" w:eastAsia="宋体"/>
          <w:b w:val="0"/>
          <w:i w:val="0"/>
          <w:color w:val="333333"/>
          <w:sz w:val="19"/>
        </w:rPr>
        <w:t>=338350+200+S,</w:t>
      </w:r>
    </w:p>
    <w:p>
      <w:pPr>
        <w:spacing w:before="0" w:after="80" w:line="300" w:lineRule="auto"/>
        <w:jc w:val="left"/>
      </w:pPr>
      <w:r>
        <w:rPr>
          <w:rFonts w:ascii="Times New Roman" w:hAnsi="Times New Roman" w:eastAsia="宋体"/>
          <w:b w:val="0"/>
          <w:i w:val="0"/>
          <w:color w:val="333333"/>
          <w:sz w:val="19"/>
        </w:rPr>
        <w:t>where S&gt;1 and S&lt;1+∫₁^(∞) x⁻² dx=2. Hence the sum is between 338551 and 338552, and its floor is 338551. 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中间一行的每个格子必须恰好接触一根牙签。先考虑从中间带的一侧穿到另一侧的回路。回路可以横跨全部 8 列、前 7 列、后 7 列或中间 6 列；更窄的跨度会使外侧某个中间格没有牙签。</w:t>
      </w:r>
    </w:p>
    <w:p>
      <w:pPr>
        <w:spacing w:before="0" w:after="80" w:line="300" w:lineRule="auto"/>
        <w:jc w:val="left"/>
      </w:pPr>
      <w:r>
        <w:rPr>
          <w:rFonts w:ascii="Times New Roman" w:hAnsi="Times New Roman" w:eastAsia="宋体"/>
          <w:b w:val="0"/>
          <w:i w:val="0"/>
          <w:sz w:val="21"/>
        </w:rPr>
        <w:t>一旦两端固定，每个内部中间格可以独立选择让其唯一牙签位于上边或下边，其余不自交回路都被迫确定。因此四种情形分别贡献 2⁶,2⁵,2⁵，和 2⁴ 条回路。另外，恰有两条回路不穿过中间带：完全沿顶部或完全沿底部的水平长方形。因此总数为 2⁶+2⁵+2⁵+2⁴+2 =64+32+32+16+2 =146。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middle-row cell must touch exactly one toothpick. First consider loops that pass from one side of the middle strip to the other. The loop can span all 8 columns, the first 7, the last 7, or the middle 6; a narrower span would leave an outer middle cell untouched.</w:t>
      </w:r>
    </w:p>
    <w:p>
      <w:pPr>
        <w:spacing w:before="0" w:after="80" w:line="300" w:lineRule="auto"/>
        <w:jc w:val="left"/>
      </w:pPr>
      <w:r>
        <w:rPr>
          <w:rFonts w:ascii="Times New Roman" w:hAnsi="Times New Roman" w:eastAsia="宋体"/>
          <w:b w:val="0"/>
          <w:i w:val="0"/>
          <w:color w:val="333333"/>
          <w:sz w:val="19"/>
        </w:rPr>
        <w:t>Once the two ends are fixed, each interior middle cell independently has its one toothpick on its top or bottom side, and the rest of the non-self-intersecting loop is forced. The four cases therefore contribute 2⁶,2⁵,2⁵, and 2⁴ loops. There are also exactly two loops that do not cross the middle strip: the horizontal rectangle running entirely along the top or entirely along the bottom. Hence the total is 2⁶+2⁵+2⁵+2⁴+2 =64+32+32+16+2 =146.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令 a=tan²π/16, b=tan²3π/16, c=tan²5π/16, d=tan²7π/16，原式为 ab+ac+bd+cd =(a+d)(b+c)。</w:t>
      </w:r>
    </w:p>
    <w:p>
      <w:pPr>
        <w:spacing w:before="0" w:after="80" w:line="300" w:lineRule="auto"/>
        <w:jc w:val="left"/>
      </w:pPr>
      <w:r>
        <w:rPr>
          <w:rFonts w:ascii="Times New Roman" w:hAnsi="Times New Roman" w:eastAsia="宋体"/>
          <w:b w:val="0"/>
          <w:i w:val="0"/>
          <w:sz w:val="21"/>
        </w:rPr>
        <w:t>因为 7π/16=π/2-π/16，所以 d=cot²π/16，从而 a+d=tan²π/16+cot²π/16 =4/(sin²(π/8))-2 =14+8√(2)。同理 b+c=4/(sin²(3π/8))-2 =14-8√(2)。两者乘积为 14²-(8√(2))²=196-128=68。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With a=tan²π/16, b=tan²3π/16, c=tan²5π/16, d=tan²7π/16, the expression is ab+ac+bd+cd =(a+d)(b+c).</w:t>
      </w:r>
    </w:p>
    <w:p>
      <w:pPr>
        <w:spacing w:before="0" w:after="80" w:line="300" w:lineRule="auto"/>
        <w:jc w:val="left"/>
      </w:pPr>
      <w:r>
        <w:rPr>
          <w:rFonts w:ascii="Times New Roman" w:hAnsi="Times New Roman" w:eastAsia="宋体"/>
          <w:b w:val="0"/>
          <w:i w:val="0"/>
          <w:color w:val="333333"/>
          <w:sz w:val="19"/>
        </w:rPr>
        <w:t>Since 7π/16=π/2-π/16, we have d=cot²π/16, so a+d=tan²π/16+cot²π/16 =4/(sin²(π/8))-2 =14+8√(2). Likewise b+c=4/(sin²(3π/8))-2 =14-8√(2). Their product is 14²-(8√(2))²=196-128=68.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等面四面体存在（可看作由一个长方体各面中心构成的四面体）当且仅当公共面三角形是锐角三角形，此时总表面积是单个面面积的 4 倍。把整数边长写成 u&lt; v&lt; w。若 u≤3，则 w≥ v+1 且 u²+v²≤(v+1)²（只有 (u,v,w)=(3,4,5) 时取等号），所以三角形不是锐角三角形。因此 u≥4。</w:t>
      </w:r>
    </w:p>
    <w:p>
      <w:pPr>
        <w:spacing w:before="0" w:after="80" w:line="300" w:lineRule="auto"/>
        <w:jc w:val="left"/>
      </w:pPr>
      <w:r>
        <w:rPr>
          <w:rFonts w:ascii="Times New Roman" w:hAnsi="Times New Roman" w:eastAsia="宋体"/>
          <w:b w:val="0"/>
          <w:i w:val="0"/>
          <w:sz w:val="21"/>
        </w:rPr>
        <w:t>三角形 (4,5,6) 是锐角三角形，因为 4²+5²&gt;6²。它的面积也是可能取到的最小值。任何锐角三角形的最大角至少为 60°，所以满足 (u,v)≠(4,5) 的候选三角形面积至少为 1/2uvsin60° ≥1/2(4)(6)(√(3))/2=6√(3)，这大于 (4,5,6) 的面积 (15√(7))/4。</w:t>
      </w:r>
    </w:p>
    <w:p>
      <w:pPr>
        <w:spacing w:before="0" w:after="80" w:line="300" w:lineRule="auto"/>
        <w:jc w:val="left"/>
      </w:pPr>
      <w:r>
        <w:rPr>
          <w:rFonts w:ascii="Times New Roman" w:hAnsi="Times New Roman" w:eastAsia="宋体"/>
          <w:b w:val="0"/>
          <w:i w:val="0"/>
          <w:sz w:val="21"/>
        </w:rPr>
        <w:t>由海伦公式，半周长 s=15/2，面积为 √(15/2·7/2·5/2·3/2)=(15√(7))/4。总表面积为 4·(15√(7))/4=15√(7)。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disphenoid exists (as the tetrahedron formed by the face-plane midpoints of a box) exactly when the common face triangle is acute, and its total surface area is 4 times one face’s area. Write the integer side lengths as u&lt; v&lt; w. If u≤3, then w≥ v+1 and u²+v²≤(v+1)² (with equality only for (u,v,w)=(3,4,5)), so the triangle is not acute. Thus u≥4.</w:t>
      </w:r>
    </w:p>
    <w:p>
      <w:pPr>
        <w:spacing w:before="0" w:after="80" w:line="300" w:lineRule="auto"/>
        <w:jc w:val="left"/>
      </w:pPr>
      <w:r>
        <w:rPr>
          <w:rFonts w:ascii="Times New Roman" w:hAnsi="Times New Roman" w:eastAsia="宋体"/>
          <w:b w:val="0"/>
          <w:i w:val="0"/>
          <w:color w:val="333333"/>
          <w:sz w:val="19"/>
        </w:rPr>
        <w:t>The triangle (4,5,6) is acute because 4²+5²&gt;6². It also has the least possible area. The largest angle of any acute triangle is at least 60°, so a candidate with (u,v)≠(4,5) has area at least 1/2uvsin60° ≥1/2(4)(6)(√(3))/2=6√(3), which is greater than (15√(7))/4, the area of (4,5,6).</w:t>
      </w:r>
    </w:p>
    <w:p>
      <w:pPr>
        <w:spacing w:before="0" w:after="80" w:line="300" w:lineRule="auto"/>
        <w:jc w:val="left"/>
      </w:pPr>
      <w:r>
        <w:rPr>
          <w:rFonts w:ascii="Times New Roman" w:hAnsi="Times New Roman" w:eastAsia="宋体"/>
          <w:b w:val="0"/>
          <w:i w:val="0"/>
          <w:color w:val="333333"/>
          <w:sz w:val="19"/>
        </w:rPr>
        <w:t>By Heron’s formula with s=15/2, that area is √(15/2·7/2·5/2·3/2)=(15√(7))/4. The total surface area is 4·(15√(7))/4=15√(7).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将 y=f(x) 的图像关于 y=x 反射，会得到其反函数的图像，所以图像关于 y=x 对称当且仅当 f 等于自己的反函数。对 f(x)=ax+b/cx+d，这有两种情况：a+d=0 且 ad-bc≠0（真正的对合，包括 c=0 时斜率为 -1 的直线），或者 f 是恒等函数 y=x（b=c=0, a=d≠0）。</w:t>
      </w:r>
    </w:p>
    <w:p>
      <w:pPr>
        <w:spacing w:before="0" w:after="80" w:line="300" w:lineRule="auto"/>
        <w:jc w:val="left"/>
      </w:pPr>
      <w:r>
        <w:rPr>
          <w:rFonts w:ascii="Times New Roman" w:hAnsi="Times New Roman" w:eastAsia="宋体"/>
          <w:b w:val="0"/>
          <w:i w:val="0"/>
          <w:sz w:val="21"/>
        </w:rPr>
        <w:t>对 a+d=0，令 d=-a；行列式 -a²-bc 必须非零，所以需要 a²+bc≠0，同时 (c,d)≠(0,0)。当 a=0 时，b 和 c 都必须非零，给出 10²=100 种选择。对每个非零的 a，先有 (b,c) 的 11²=121 种选择。若 |a|=1,3,4 或 5，恰有 2 组满足 bc=-a²；若 |a|=2，则恰有 6 组。因此真正的对合共有</w:t>
      </w:r>
    </w:p>
    <w:p>
      <w:pPr>
        <w:spacing w:before="0" w:after="80" w:line="300" w:lineRule="auto"/>
        <w:jc w:val="left"/>
      </w:pPr>
      <w:r>
        <w:rPr>
          <w:rFonts w:ascii="Times New Roman" w:hAnsi="Times New Roman" w:eastAsia="宋体"/>
          <w:b w:val="0"/>
          <w:i w:val="0"/>
          <w:sz w:val="21"/>
        </w:rPr>
        <w:t>100+8(121-2)+2(121-6)</w:t>
      </w:r>
    </w:p>
    <w:p>
      <w:pPr>
        <w:spacing w:before="0" w:after="80" w:line="300" w:lineRule="auto"/>
        <w:jc w:val="left"/>
      </w:pPr>
      <w:r>
        <w:rPr>
          <w:rFonts w:ascii="Times New Roman" w:hAnsi="Times New Roman" w:eastAsia="宋体"/>
          <w:b w:val="0"/>
          <w:i w:val="0"/>
          <w:sz w:val="21"/>
        </w:rPr>
        <w:t>=1282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恒等函数的情形再增加 10 个（a=d∈{±1,…,±5}），总数为 1282+10=1292。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Reflecting the graph of y=f(x) over y=x produces the graph of its inverse, so the graph is symmetric about y=x exactly when f equals its own inverse. For f(x)=ax+b/cx+d this happens in two ways: when a+d=0 with ad-bc≠0 (a genuine involution, including the slope-1 lines when c=0), or when f is the identity y=x (b=c=0, a=d≠0).</w:t>
      </w:r>
    </w:p>
    <w:p>
      <w:pPr>
        <w:spacing w:before="0" w:after="80" w:line="300" w:lineRule="auto"/>
        <w:jc w:val="left"/>
      </w:pPr>
      <w:r>
        <w:rPr>
          <w:rFonts w:ascii="Times New Roman" w:hAnsi="Times New Roman" w:eastAsia="宋体"/>
          <w:b w:val="0"/>
          <w:i w:val="0"/>
          <w:color w:val="333333"/>
          <w:sz w:val="19"/>
        </w:rPr>
        <w:t>For a+d=0, set d=-a; the determinant -a²-bc must be nonzero, so we need a²+bc≠0, together with (c,d)≠(0,0). When a=0, both b and c must be nonzero, giving 10²=100 choices. For each nonzero a, start with 11²=121 choices of (b,c). If |a|=1,3,4, or 5, exactly 2 pairs satisfy bc=-a²; if |a|=2, exactly 6 pairs do. Thus the genuine involutions number</w:t>
      </w:r>
    </w:p>
    <w:p>
      <w:pPr>
        <w:spacing w:before="0" w:after="80" w:line="300" w:lineRule="auto"/>
        <w:jc w:val="left"/>
      </w:pPr>
      <w:r>
        <w:rPr>
          <w:rFonts w:ascii="Times New Roman" w:hAnsi="Times New Roman" w:eastAsia="宋体"/>
          <w:b w:val="0"/>
          <w:i w:val="0"/>
          <w:color w:val="333333"/>
          <w:sz w:val="19"/>
        </w:rPr>
        <w:t>100+8(121-2)+2(121-6)</w:t>
      </w:r>
    </w:p>
    <w:p>
      <w:pPr>
        <w:spacing w:before="0" w:after="80" w:line="300" w:lineRule="auto"/>
        <w:jc w:val="left"/>
      </w:pPr>
      <w:r>
        <w:rPr>
          <w:rFonts w:ascii="Times New Roman" w:hAnsi="Times New Roman" w:eastAsia="宋体"/>
          <w:b w:val="0"/>
          <w:i w:val="0"/>
          <w:color w:val="333333"/>
          <w:sz w:val="19"/>
        </w:rPr>
        <w:t>=1282.</w:t>
      </w:r>
    </w:p>
    <w:p>
      <w:pPr>
        <w:spacing w:before="0" w:after="80" w:line="300" w:lineRule="auto"/>
        <w:jc w:val="left"/>
      </w:pPr>
      <w:r>
        <w:rPr>
          <w:rFonts w:ascii="Times New Roman" w:hAnsi="Times New Roman" w:eastAsia="宋体"/>
          <w:b w:val="0"/>
          <w:i w:val="0"/>
          <w:color w:val="333333"/>
          <w:sz w:val="19"/>
        </w:rPr>
        <w:t>The identity case adds 10 more (a=d∈{±1,…,±5}), for a total of 1282+10=1292.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