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2023B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Jones 太太正在把橙汁倒入四个相同的杯子，给她的四个儿子喝。她把前三个杯子都倒满了，但橙汁用完时，第四个杯子只倒了 1/3 满。Jones 太太需要从前三个杯子中的每一个 倒出几分之一个杯子的橙汁到第四个杯子里，才能使四个杯子里的橙汁量都相同？</w:t>
      </w:r>
    </w:p>
    <w:p>
      <w:pPr>
        <w:spacing w:before="0" w:after="120" w:line="300" w:lineRule="auto"/>
      </w:pPr>
      <w:r>
        <w:rPr>
          <w:rFonts w:ascii="Times New Roman" w:hAnsi="Times New Roman" w:eastAsia="宋体"/>
          <w:b w:val="0"/>
          <w:i w:val="0"/>
          <w:sz w:val="21"/>
        </w:rPr>
        <w:t>（A）1/12　　（B）1/4　　（C）1/6　　（D）1/8　　（E）2/9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Mrs. Jones is pouring orange juice into four identical glasses for her four sons. She fills the first three glasses completely but runs out of juice when the fourth glass is only 1/3 full. What fraction of a glass must Mrs. Jones pour from each of the first three glasses into the fourth glass so that all four glasses will have the same amount of juice?</w:t>
      </w:r>
    </w:p>
    <w:p>
      <w:pPr>
        <w:spacing w:before="0" w:after="160" w:line="300" w:lineRule="auto"/>
      </w:pPr>
      <w:r>
        <w:rPr>
          <w:rFonts w:ascii="Times New Roman" w:hAnsi="Times New Roman" w:eastAsia="宋体"/>
          <w:b w:val="0"/>
          <w:i w:val="0"/>
          <w:color w:val="333333"/>
          <w:sz w:val="19"/>
        </w:rPr>
        <w:t>(A) 1/12　　(B) 1/4　　(C) 1/6　　(D) 1/8　　(E) 2/9</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Carlos 去体育用品店买跑鞋。跑鞋正在打折，每双鞋的价格都降低 20%。Carlos 还知道 他需要按折后价支付 7.5% 的销售税。他有 43 美元。他能买得起的最贵跑鞋的原价 （折扣前价格）是多少？</w:t>
      </w:r>
    </w:p>
    <w:p>
      <w:pPr>
        <w:spacing w:before="0" w:after="120" w:line="300" w:lineRule="auto"/>
      </w:pPr>
      <w:r>
        <w:rPr>
          <w:rFonts w:ascii="Times New Roman" w:hAnsi="Times New Roman" w:eastAsia="宋体"/>
          <w:b w:val="0"/>
          <w:i w:val="0"/>
          <w:sz w:val="21"/>
        </w:rPr>
        <w:t>（A）46　　（B）50　　（C）48　　（D）47　　（E）49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Carlos went to a sports store to buy running shoes. Running shoes were on sale, with prices reduced by 20% on every pair of shoes. Carlos also knew that he had to pay a 7.5% sales tax on the discounted price. He had 43 dollars. What is the original (before discount) price of the most expensive shoes he could afford to buy?</w:t>
      </w:r>
    </w:p>
    <w:p>
      <w:pPr>
        <w:spacing w:before="0" w:after="160" w:line="300" w:lineRule="auto"/>
      </w:pPr>
      <w:r>
        <w:rPr>
          <w:rFonts w:ascii="Times New Roman" w:hAnsi="Times New Roman" w:eastAsia="宋体"/>
          <w:b w:val="0"/>
          <w:i w:val="0"/>
          <w:color w:val="333333"/>
          <w:sz w:val="19"/>
        </w:rPr>
        <w:t>(A) 46　　(B) 50　　(C) 48　　(D) 47　　(E) 49</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一个 3-4-5 直角三角形内接于圆 A，另一个 5-12-13 直角三角形内接于圆 B。圆 A 的面积与圆 B 的面积之比是多少？</w:t>
      </w:r>
    </w:p>
    <w:p>
      <w:pPr>
        <w:spacing w:before="0" w:after="120" w:line="300" w:lineRule="auto"/>
      </w:pPr>
      <w:r>
        <w:rPr>
          <w:rFonts w:ascii="Times New Roman" w:hAnsi="Times New Roman" w:eastAsia="宋体"/>
          <w:b w:val="0"/>
          <w:i w:val="0"/>
          <w:sz w:val="21"/>
        </w:rPr>
        <w:t>（A）9/25　　（B）1/9　　（C）1/5　　（D）25/169　　（E）4/25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3-4-5 right triangle is inscribed in circle A, and a 5-12-13 right triangle is inscribed in circle B. What is the ratio of the area of circle A to the area of circle B?</w:t>
      </w:r>
    </w:p>
    <w:p>
      <w:pPr>
        <w:spacing w:before="0" w:after="160" w:line="300" w:lineRule="auto"/>
      </w:pPr>
      <w:r>
        <w:rPr>
          <w:rFonts w:ascii="Times New Roman" w:hAnsi="Times New Roman" w:eastAsia="宋体"/>
          <w:b w:val="0"/>
          <w:i w:val="0"/>
          <w:color w:val="333333"/>
          <w:sz w:val="19"/>
        </w:rPr>
        <w:t>(A) 9/25　　(B) 1/9　　(C) 1/5　　(D) 25/169　　(E) 4/25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Jackson 的画笔能刷出宽 6.5 毫米的窄条。Jackson 的油漆足够刷出 25 米长的一条。Jackson 能用油漆覆盖多少平方厘米的纸？</w:t>
      </w:r>
    </w:p>
    <w:p>
      <w:pPr>
        <w:spacing w:before="0" w:after="120" w:line="300" w:lineRule="auto"/>
      </w:pPr>
      <w:r>
        <w:rPr>
          <w:rFonts w:ascii="Times New Roman" w:hAnsi="Times New Roman" w:eastAsia="宋体"/>
          <w:b w:val="0"/>
          <w:i w:val="0"/>
          <w:sz w:val="21"/>
        </w:rPr>
        <w:t>（A）162,500　　（B）162.5　　（C）1,625　　（D）1,625,000　　（E）16,250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Jackson’s paintbrush makes a narrow strip with a width of 6.5 millimeters. Jackson has enough paint to make a strip 25 meters long. How many square centimeters of paper could Jackson cover with paint?</w:t>
      </w:r>
    </w:p>
    <w:p>
      <w:pPr>
        <w:spacing w:before="0" w:after="160" w:line="300" w:lineRule="auto"/>
      </w:pPr>
      <w:r>
        <w:rPr>
          <w:rFonts w:ascii="Times New Roman" w:hAnsi="Times New Roman" w:eastAsia="宋体"/>
          <w:b w:val="0"/>
          <w:i w:val="0"/>
          <w:color w:val="333333"/>
          <w:sz w:val="19"/>
        </w:rPr>
        <w:t>(A) 162,500　　(B) 162.5　　(C) 1,625　　(D) 1,625,000　　(E) 16,250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你正在玩一个游戏。一个 2× 1 的长方形盖住了一个 3× 3 方格表中两个相邻 的小正方形（横放或竖放都可能），但你不知道它盖住了哪两个小正方形。你的目标是找到至少 一个被长方形盖住的小正方形。一次“回合”是你猜一个小正方形，然后会被告知这个小正方形 是否被隐藏的长方形盖住。为了保证你猜过的小正方形中至少有一个被长方形盖住，最少需要 多少回合？</w:t>
      </w:r>
    </w:p>
    <w:p>
      <w:pPr>
        <w:spacing w:before="0" w:after="120" w:line="300" w:lineRule="auto"/>
      </w:pPr>
      <w:r>
        <w:rPr>
          <w:rFonts w:ascii="Times New Roman" w:hAnsi="Times New Roman" w:eastAsia="宋体"/>
          <w:b w:val="0"/>
          <w:i w:val="0"/>
          <w:sz w:val="21"/>
        </w:rPr>
        <w:t>（A）3　　（B）5　　（C）4　　（D）8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You are playing a game. A 2× 1 rectangle covers two adjacent squares (oriented either horizontally or vertically) of a 3× 3 grid of squares, but you are not told which two squares are covered. Your goal is to find at least one square that is covered by the rectangle. A “turn” consists of you guessing a square, after which you are told whether that square is covered by the hidden rectangle. What is the minimum number of turns you need to ensure that at least one of your guessed squares is covered by the rectangle?</w:t>
      </w:r>
    </w:p>
    <w:p>
      <w:pPr>
        <w:spacing w:before="0" w:after="160" w:line="300" w:lineRule="auto"/>
      </w:pPr>
      <w:r>
        <w:rPr>
          <w:rFonts w:ascii="Times New Roman" w:hAnsi="Times New Roman" w:eastAsia="宋体"/>
          <w:b w:val="0"/>
          <w:i w:val="0"/>
          <w:color w:val="333333"/>
          <w:sz w:val="19"/>
        </w:rPr>
        <w:t>(A) 3　　(B) 5　　(C) 4　　(D) 8　　(E) 6</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当多项式</w:t>
      </w:r>
    </w:p>
    <w:p>
      <w:pPr>
        <w:spacing w:before="0" w:after="80" w:line="300" w:lineRule="auto"/>
        <w:jc w:val="left"/>
      </w:pPr>
      <w:r>
        <w:rPr>
          <w:rFonts w:ascii="Times New Roman" w:hAnsi="Times New Roman" w:eastAsia="宋体"/>
          <w:b w:val="0"/>
          <w:i w:val="0"/>
          <w:sz w:val="21"/>
        </w:rPr>
        <w:t>P(x)=(x-1)¹(x-2)²</w:t>
      </w:r>
    </w:p>
    <w:p>
      <w:pPr>
        <w:spacing w:before="0" w:after="80" w:line="300" w:lineRule="auto"/>
        <w:jc w:val="left"/>
      </w:pPr>
      <w:r>
        <w:rPr>
          <w:rFonts w:ascii="Times New Roman" w:hAnsi="Times New Roman" w:eastAsia="宋体"/>
          <w:b w:val="0"/>
          <w:i w:val="0"/>
          <w:sz w:val="21"/>
        </w:rPr>
        <w:t>· (x-3)³⋯</w:t>
      </w:r>
    </w:p>
    <w:p>
      <w:pPr>
        <w:spacing w:before="0" w:after="80" w:line="300" w:lineRule="auto"/>
        <w:jc w:val="left"/>
      </w:pPr>
      <w:r>
        <w:rPr>
          <w:rFonts w:ascii="Times New Roman" w:hAnsi="Times New Roman" w:eastAsia="宋体"/>
          <w:b w:val="0"/>
          <w:i w:val="0"/>
          <w:sz w:val="21"/>
        </w:rPr>
        <w:t>· (x-10)¹⁰</w:t>
      </w:r>
    </w:p>
    <w:p>
      <w:pPr>
        <w:spacing w:before="0" w:after="80" w:line="300" w:lineRule="auto"/>
        <w:jc w:val="left"/>
      </w:pPr>
      <w:r>
        <w:rPr>
          <w:rFonts w:ascii="Times New Roman" w:hAnsi="Times New Roman" w:eastAsia="宋体"/>
          <w:b w:val="0"/>
          <w:i w:val="0"/>
          <w:sz w:val="21"/>
        </w:rPr>
        <w:t>的根从数轴上移除后，剩下的是 11 个互不相交的开区间的并。在其中多少个区间上 P(x) 为正？</w:t>
      </w:r>
    </w:p>
    <w:p>
      <w:pPr>
        <w:spacing w:before="0" w:after="120" w:line="300" w:lineRule="auto"/>
      </w:pPr>
      <w:r>
        <w:rPr>
          <w:rFonts w:ascii="Times New Roman" w:hAnsi="Times New Roman" w:eastAsia="宋体"/>
          <w:b w:val="0"/>
          <w:i w:val="0"/>
          <w:sz w:val="21"/>
        </w:rPr>
        <w:t>（A）3　　（B）7　　（C）6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roots of the polynomial</w:t>
      </w:r>
    </w:p>
    <w:p>
      <w:pPr>
        <w:spacing w:before="0" w:after="80" w:line="300" w:lineRule="auto"/>
        <w:jc w:val="left"/>
      </w:pPr>
      <w:r>
        <w:rPr>
          <w:rFonts w:ascii="Times New Roman" w:hAnsi="Times New Roman" w:eastAsia="宋体"/>
          <w:b w:val="0"/>
          <w:i w:val="0"/>
          <w:color w:val="333333"/>
          <w:sz w:val="19"/>
        </w:rPr>
        <w:t>P(x)=(x-1)¹(x-2)²</w:t>
      </w:r>
    </w:p>
    <w:p>
      <w:pPr>
        <w:spacing w:before="0" w:after="80" w:line="300" w:lineRule="auto"/>
        <w:jc w:val="left"/>
      </w:pPr>
      <w:r>
        <w:rPr>
          <w:rFonts w:ascii="Times New Roman" w:hAnsi="Times New Roman" w:eastAsia="宋体"/>
          <w:b w:val="0"/>
          <w:i w:val="0"/>
          <w:color w:val="333333"/>
          <w:sz w:val="19"/>
        </w:rPr>
        <w:t>· (x-3)³⋯</w:t>
      </w:r>
    </w:p>
    <w:p>
      <w:pPr>
        <w:spacing w:before="0" w:after="80" w:line="300" w:lineRule="auto"/>
        <w:jc w:val="left"/>
      </w:pPr>
      <w:r>
        <w:rPr>
          <w:rFonts w:ascii="Times New Roman" w:hAnsi="Times New Roman" w:eastAsia="宋体"/>
          <w:b w:val="0"/>
          <w:i w:val="0"/>
          <w:color w:val="333333"/>
          <w:sz w:val="19"/>
        </w:rPr>
        <w:t>· (x-10)¹⁰</w:t>
      </w:r>
    </w:p>
    <w:p>
      <w:pPr>
        <w:spacing w:before="0" w:after="80" w:line="300" w:lineRule="auto"/>
        <w:jc w:val="left"/>
      </w:pPr>
      <w:r>
        <w:rPr>
          <w:rFonts w:ascii="Times New Roman" w:hAnsi="Times New Roman" w:eastAsia="宋体"/>
          <w:b w:val="0"/>
          <w:i w:val="0"/>
          <w:color w:val="333333"/>
          <w:sz w:val="19"/>
        </w:rPr>
        <w:t>are removed from the number line, what remains is the union of 11 disjoint open intervals. On how many of these intervals is P(x) positive?</w:t>
      </w:r>
    </w:p>
    <w:p>
      <w:pPr>
        <w:spacing w:before="0" w:after="160" w:line="300" w:lineRule="auto"/>
      </w:pPr>
      <w:r>
        <w:rPr>
          <w:rFonts w:ascii="Times New Roman" w:hAnsi="Times New Roman" w:eastAsia="宋体"/>
          <w:b w:val="0"/>
          <w:i w:val="0"/>
          <w:color w:val="333333"/>
          <w:sz w:val="19"/>
        </w:rPr>
        <w:t>(A) 3　　(B) 7　　(C) 6　　(D) 4　　(E) 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有多少个整数 n 使得表达式</w:t>
      </w:r>
    </w:p>
    <w:p>
      <w:pPr>
        <w:spacing w:before="0" w:after="80" w:line="300" w:lineRule="auto"/>
        <w:jc w:val="left"/>
      </w:pPr>
      <w:r>
        <w:rPr>
          <w:rFonts w:ascii="Times New Roman" w:hAnsi="Times New Roman" w:eastAsia="宋体"/>
          <w:b w:val="0"/>
          <w:i w:val="0"/>
          <w:sz w:val="21"/>
        </w:rPr>
        <w:t>√((log(n²)-(log n)²)/(log n-3))</w:t>
      </w:r>
    </w:p>
    <w:p>
      <w:pPr>
        <w:spacing w:before="0" w:after="80" w:line="300" w:lineRule="auto"/>
        <w:jc w:val="left"/>
      </w:pPr>
      <w:r>
        <w:rPr>
          <w:rFonts w:ascii="Times New Roman" w:hAnsi="Times New Roman" w:eastAsia="宋体"/>
          <w:b w:val="0"/>
          <w:i w:val="0"/>
          <w:sz w:val="21"/>
        </w:rPr>
        <w:t>表示一个实数，其中 log 表示以 10 为底的对数？</w:t>
      </w:r>
    </w:p>
    <w:p>
      <w:pPr>
        <w:spacing w:before="0" w:after="120" w:line="300" w:lineRule="auto"/>
      </w:pPr>
      <w:r>
        <w:rPr>
          <w:rFonts w:ascii="Times New Roman" w:hAnsi="Times New Roman" w:eastAsia="宋体"/>
          <w:b w:val="0"/>
          <w:i w:val="0"/>
          <w:sz w:val="21"/>
        </w:rPr>
        <w:t>（A）900　　（B）3　　（C）902　　（D）2　　（E）901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integers n does the expression</w:t>
      </w:r>
    </w:p>
    <w:p>
      <w:pPr>
        <w:spacing w:before="0" w:after="80" w:line="300" w:lineRule="auto"/>
        <w:jc w:val="left"/>
      </w:pPr>
      <w:r>
        <w:rPr>
          <w:rFonts w:ascii="Times New Roman" w:hAnsi="Times New Roman" w:eastAsia="宋体"/>
          <w:b w:val="0"/>
          <w:i w:val="0"/>
          <w:color w:val="333333"/>
          <w:sz w:val="19"/>
        </w:rPr>
        <w:t>√((log(n²)-(log n)²)/(log n-3))</w:t>
      </w:r>
    </w:p>
    <w:p>
      <w:pPr>
        <w:spacing w:before="0" w:after="80" w:line="300" w:lineRule="auto"/>
        <w:jc w:val="left"/>
      </w:pPr>
      <w:r>
        <w:rPr>
          <w:rFonts w:ascii="Times New Roman" w:hAnsi="Times New Roman" w:eastAsia="宋体"/>
          <w:b w:val="0"/>
          <w:i w:val="0"/>
          <w:color w:val="333333"/>
          <w:sz w:val="19"/>
        </w:rPr>
        <w:t>represent a real number, where log denotes the base 10 logarithm?</w:t>
      </w:r>
    </w:p>
    <w:p>
      <w:pPr>
        <w:spacing w:before="0" w:after="160" w:line="300" w:lineRule="auto"/>
      </w:pPr>
      <w:r>
        <w:rPr>
          <w:rFonts w:ascii="Times New Roman" w:hAnsi="Times New Roman" w:eastAsia="宋体"/>
          <w:b w:val="0"/>
          <w:i w:val="0"/>
          <w:color w:val="333333"/>
          <w:sz w:val="19"/>
        </w:rPr>
        <w:t>(A) 900　　(B) 3　　(C) 902　　(D) 2　　(E) 901</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集合 {0,1,2,3,…,12} 有多少个非空子集 B，满足 B 中元素个数等于 B 的最小元素？例如，B={4,6,8,11} 满足这个条件。</w:t>
      </w:r>
    </w:p>
    <w:p>
      <w:pPr>
        <w:spacing w:before="0" w:after="120" w:line="300" w:lineRule="auto"/>
      </w:pPr>
      <w:r>
        <w:rPr>
          <w:rFonts w:ascii="Times New Roman" w:hAnsi="Times New Roman" w:eastAsia="宋体"/>
          <w:b w:val="0"/>
          <w:i w:val="0"/>
          <w:sz w:val="21"/>
        </w:rPr>
        <w:t>（A）256　　（B）136　　（C）108　　（D）144　　（E）156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nonempty subsets B of {0,1,2,3,…,12} have the property that the number of elements in B is equal to the least element of B? For example, B={4,6,8,11} satisfies the condition.</w:t>
      </w:r>
    </w:p>
    <w:p>
      <w:pPr>
        <w:spacing w:before="0" w:after="160" w:line="300" w:lineRule="auto"/>
      </w:pPr>
      <w:r>
        <w:rPr>
          <w:rFonts w:ascii="Times New Roman" w:hAnsi="Times New Roman" w:eastAsia="宋体"/>
          <w:b w:val="0"/>
          <w:i w:val="0"/>
          <w:color w:val="333333"/>
          <w:sz w:val="19"/>
        </w:rPr>
        <w:t>(A) 256　　(B) 136　　(C) 108　　(D) 144　　(E) 156</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坐标平面中，由下列不等式定义的区域面积是多少？</w:t>
      </w:r>
    </w:p>
    <w:p>
      <w:pPr>
        <w:spacing w:before="0" w:after="80" w:line="300" w:lineRule="auto"/>
        <w:jc w:val="left"/>
      </w:pPr>
      <w:r>
        <w:rPr>
          <w:rFonts w:ascii="Times New Roman" w:hAnsi="Times New Roman" w:eastAsia="宋体"/>
          <w:b w:val="0"/>
          <w:i w:val="0"/>
          <w:sz w:val="21"/>
        </w:rPr>
        <w:t>||x|-1|+||y|-1|≤ 1？</w:t>
      </w:r>
    </w:p>
    <w:p>
      <w:pPr>
        <w:spacing w:before="0" w:after="120" w:line="300" w:lineRule="auto"/>
      </w:pPr>
      <w:r>
        <w:rPr>
          <w:rFonts w:ascii="Times New Roman" w:hAnsi="Times New Roman" w:eastAsia="宋体"/>
          <w:b w:val="0"/>
          <w:i w:val="0"/>
          <w:sz w:val="21"/>
        </w:rPr>
        <w:t>（A）2　　（B）8　　（C）4　　（D）15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area of the region in the coordinate plane defined by</w:t>
      </w:r>
    </w:p>
    <w:p>
      <w:pPr>
        <w:spacing w:before="0" w:after="80" w:line="300" w:lineRule="auto"/>
        <w:jc w:val="left"/>
      </w:pPr>
      <w:r>
        <w:rPr>
          <w:rFonts w:ascii="Times New Roman" w:hAnsi="Times New Roman" w:eastAsia="宋体"/>
          <w:b w:val="0"/>
          <w:i w:val="0"/>
          <w:color w:val="333333"/>
          <w:sz w:val="19"/>
        </w:rPr>
        <w:t>||x|-1|+||y|-1|≤ 1?</w:t>
      </w:r>
    </w:p>
    <w:p>
      <w:pPr>
        <w:spacing w:before="0" w:after="160" w:line="300" w:lineRule="auto"/>
      </w:pPr>
      <w:r>
        <w:rPr>
          <w:rFonts w:ascii="Times New Roman" w:hAnsi="Times New Roman" w:eastAsia="宋体"/>
          <w:b w:val="0"/>
          <w:i w:val="0"/>
          <w:color w:val="333333"/>
          <w:sz w:val="19"/>
        </w:rPr>
        <w:t>(A) 2　　(B) 8　　(C) 4　　(D) 15　　(E) 12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 xy-平面中，一个半径为 4、圆心在正 x-轴上的圆在原点处与 y-轴相切；另一个半径为 10、圆心在正 y-轴上的圆在原点处与 x-轴相切。经过这两个圆的 两个交点的直线斜率是多少？</w:t>
      </w:r>
    </w:p>
    <w:p>
      <w:pPr>
        <w:spacing w:before="0" w:after="120" w:line="300" w:lineRule="auto"/>
      </w:pPr>
      <w:r>
        <w:rPr>
          <w:rFonts w:ascii="Times New Roman" w:hAnsi="Times New Roman" w:eastAsia="宋体"/>
          <w:b w:val="0"/>
          <w:i w:val="0"/>
          <w:sz w:val="21"/>
        </w:rPr>
        <w:t>（A）2/7　　（B）3/7　　（C）2/(√(29))　　（D）1/(√(29))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xy-plane, a circle of radius 4 with center on the positive x-axis is tangent to the y-axis at the origin, and a circle with radius 10 with center on the positive y-axis is tangent to the x-axis at the origin. What is the slope of the line passing through the two points at which these circles intersect?</w:t>
      </w:r>
    </w:p>
    <w:p>
      <w:pPr>
        <w:spacing w:before="0" w:after="160" w:line="300" w:lineRule="auto"/>
      </w:pPr>
      <w:r>
        <w:rPr>
          <w:rFonts w:ascii="Times New Roman" w:hAnsi="Times New Roman" w:eastAsia="宋体"/>
          <w:b w:val="0"/>
          <w:i w:val="0"/>
          <w:color w:val="333333"/>
          <w:sz w:val="19"/>
        </w:rPr>
        <w:t>(A) 2/7　　(B) 3/7　　(C) 2/(√(29))　　(D) 1/(√(29))　　(E) 2/5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一个等腰梯形的两腰长为 1，且一条底边是另一条底边的两倍。这个等腰梯形的最大面积 是多少？</w:t>
      </w:r>
    </w:p>
    <w:p>
      <w:pPr>
        <w:spacing w:before="0" w:after="120" w:line="300" w:lineRule="auto"/>
      </w:pPr>
      <w:r>
        <w:rPr>
          <w:rFonts w:ascii="Times New Roman" w:hAnsi="Times New Roman" w:eastAsia="宋体"/>
          <w:b w:val="0"/>
          <w:i w:val="0"/>
          <w:sz w:val="21"/>
        </w:rPr>
        <w:t>（A）5/4　　（B）8/7　　（C）(5√(2))/4　　（D）3/2　　（E）(3√(3))/4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maximum area of an isosceles trapezoid that has legs of length 1 and one base twice as long as the other?</w:t>
      </w:r>
    </w:p>
    <w:p>
      <w:pPr>
        <w:spacing w:before="0" w:after="160" w:line="300" w:lineRule="auto"/>
      </w:pPr>
      <w:r>
        <w:rPr>
          <w:rFonts w:ascii="Times New Roman" w:hAnsi="Times New Roman" w:eastAsia="宋体"/>
          <w:b w:val="0"/>
          <w:i w:val="0"/>
          <w:color w:val="333333"/>
          <w:sz w:val="19"/>
        </w:rPr>
        <w:t>(A) 5/4　　(B) 8/7　　(C) (5√(2))/4　　(D) 3/2　　(E) (3√(3))/4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对于复数 u=a+bi 和 v=c+di，定义二元运算 otimes 为</w:t>
      </w:r>
    </w:p>
    <w:p>
      <w:pPr>
        <w:spacing w:before="0" w:after="80" w:line="300" w:lineRule="auto"/>
        <w:jc w:val="left"/>
      </w:pPr>
      <w:r>
        <w:rPr>
          <w:rFonts w:ascii="Times New Roman" w:hAnsi="Times New Roman" w:eastAsia="宋体"/>
          <w:b w:val="0"/>
          <w:i w:val="0"/>
          <w:sz w:val="21"/>
        </w:rPr>
        <w:t>uotimes v=ac+bdi。</w:t>
      </w:r>
    </w:p>
    <w:p>
      <w:pPr>
        <w:spacing w:before="0" w:after="80" w:line="300" w:lineRule="auto"/>
        <w:jc w:val="left"/>
      </w:pPr>
      <w:r>
        <w:rPr>
          <w:rFonts w:ascii="Times New Roman" w:hAnsi="Times New Roman" w:eastAsia="宋体"/>
          <w:b w:val="0"/>
          <w:i w:val="0"/>
          <w:sz w:val="21"/>
        </w:rPr>
        <w:t>设 z 是一个复数，满足 zotimes z=z²+40。|z| 是多少？</w:t>
      </w:r>
    </w:p>
    <w:p>
      <w:pPr>
        <w:spacing w:before="0" w:after="120" w:line="300" w:lineRule="auto"/>
      </w:pPr>
      <w:r>
        <w:rPr>
          <w:rFonts w:ascii="Times New Roman" w:hAnsi="Times New Roman" w:eastAsia="宋体"/>
          <w:b w:val="0"/>
          <w:i w:val="0"/>
          <w:sz w:val="21"/>
        </w:rPr>
        <w:t>（A）2　　（B）5　　（C）√(5)　　（D）√(10)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complex numbers u=a+bi and v=c+di, define the binary operation otimes by</w:t>
      </w:r>
    </w:p>
    <w:p>
      <w:pPr>
        <w:spacing w:before="0" w:after="80" w:line="300" w:lineRule="auto"/>
        <w:jc w:val="left"/>
      </w:pPr>
      <w:r>
        <w:rPr>
          <w:rFonts w:ascii="Times New Roman" w:hAnsi="Times New Roman" w:eastAsia="宋体"/>
          <w:b w:val="0"/>
          <w:i w:val="0"/>
          <w:color w:val="333333"/>
          <w:sz w:val="19"/>
        </w:rPr>
        <w:t>uotimes v=ac+bdi.</w:t>
      </w:r>
    </w:p>
    <w:p>
      <w:pPr>
        <w:spacing w:before="0" w:after="80" w:line="300" w:lineRule="auto"/>
        <w:jc w:val="left"/>
      </w:pPr>
      <w:r>
        <w:rPr>
          <w:rFonts w:ascii="Times New Roman" w:hAnsi="Times New Roman" w:eastAsia="宋体"/>
          <w:b w:val="0"/>
          <w:i w:val="0"/>
          <w:color w:val="333333"/>
          <w:sz w:val="19"/>
        </w:rPr>
        <w:t>Suppose z is a complex number such that zotimes z=z²+40. What is |z|?</w:t>
      </w:r>
    </w:p>
    <w:p>
      <w:pPr>
        <w:spacing w:before="0" w:after="160" w:line="300" w:lineRule="auto"/>
      </w:pPr>
      <w:r>
        <w:rPr>
          <w:rFonts w:ascii="Times New Roman" w:hAnsi="Times New Roman" w:eastAsia="宋体"/>
          <w:b w:val="0"/>
          <w:i w:val="0"/>
          <w:color w:val="333333"/>
          <w:sz w:val="19"/>
        </w:rPr>
        <w:t>(A) 2　　(B) 5　　(C) √(5)　　(D) √(10)　　(E) 5√(2)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长方体 P 的三条不同棱长为 a、b 和 c。P 的全部 12 条棱长之和为 13，P 的全部 6 个面的面积之和为 11/2，P 的体积为 1/2。连接 P 的两个顶点的最长内部对角线长度是多少？</w:t>
      </w:r>
    </w:p>
    <w:p>
      <w:pPr>
        <w:spacing w:before="0" w:after="120" w:line="300" w:lineRule="auto"/>
      </w:pPr>
      <w:r>
        <w:rPr>
          <w:rFonts w:ascii="Times New Roman" w:hAnsi="Times New Roman" w:eastAsia="宋体"/>
          <w:b w:val="0"/>
          <w:i w:val="0"/>
          <w:sz w:val="21"/>
        </w:rPr>
        <w:t>（A）2　　（B）3/8　　（C）9/8　　（D）9/4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box P has distinct edge lengths a, b, and c. The sum of the lengths of all 12 edges of P is 13, the sum of the areas of all 6 faces of P is 11/2, and the volume of P is 1/2. What is the length of the longest interior diagonal connecting two vertices of P?</w:t>
      </w:r>
    </w:p>
    <w:p>
      <w:pPr>
        <w:spacing w:before="0" w:after="160" w:line="300" w:lineRule="auto"/>
      </w:pPr>
      <w:r>
        <w:rPr>
          <w:rFonts w:ascii="Times New Roman" w:hAnsi="Times New Roman" w:eastAsia="宋体"/>
          <w:b w:val="0"/>
          <w:i w:val="0"/>
          <w:color w:val="333333"/>
          <w:sz w:val="19"/>
        </w:rPr>
        <w:t>(A) 2　　(B) 3/8　　(C) 9/8　　(D) 9/4　　(E) 3/2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有多少个整数有序对 (a,b) 使多项式 x³+ax²+bx+6 有 3 个不同的整数根？</w:t>
      </w:r>
    </w:p>
    <w:p>
      <w:pPr>
        <w:spacing w:before="0" w:after="120" w:line="300" w:lineRule="auto"/>
      </w:pPr>
      <w:r>
        <w:rPr>
          <w:rFonts w:ascii="Times New Roman" w:hAnsi="Times New Roman" w:eastAsia="宋体"/>
          <w:b w:val="0"/>
          <w:i w:val="0"/>
          <w:sz w:val="21"/>
        </w:rPr>
        <w:t>（A）5　　（B）6　　（C）8　　（D）7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ordered pairs (a,b) of integers does the polynomial x³+ax²+bx+6 have 3 distinct integer roots?</w:t>
      </w:r>
    </w:p>
    <w:p>
      <w:pPr>
        <w:spacing w:before="0" w:after="160" w:line="300" w:lineRule="auto"/>
      </w:pPr>
      <w:r>
        <w:rPr>
          <w:rFonts w:ascii="Times New Roman" w:hAnsi="Times New Roman" w:eastAsia="宋体"/>
          <w:b w:val="0"/>
          <w:i w:val="0"/>
          <w:color w:val="333333"/>
          <w:sz w:val="19"/>
        </w:rPr>
        <w:t>(A) 5　　(B) 6　　(C) 8　　(D) 7　　(E) 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设 a，b，和 c 是正整数，满足</w:t>
      </w:r>
    </w:p>
    <w:p>
      <w:pPr>
        <w:spacing w:before="0" w:after="80" w:line="300" w:lineRule="auto"/>
        <w:jc w:val="left"/>
      </w:pPr>
      <w:r>
        <w:rPr>
          <w:rFonts w:ascii="Times New Roman" w:hAnsi="Times New Roman" w:eastAsia="宋体"/>
          <w:b w:val="0"/>
          <w:i w:val="0"/>
          <w:sz w:val="21"/>
        </w:rPr>
        <w:t>a/14+b/15=c/210。</w:t>
      </w:r>
    </w:p>
    <w:p>
      <w:pPr>
        <w:spacing w:before="0" w:after="80" w:line="300" w:lineRule="auto"/>
        <w:jc w:val="left"/>
      </w:pPr>
      <w:r>
        <w:rPr>
          <w:rFonts w:ascii="Times New Roman" w:hAnsi="Times New Roman" w:eastAsia="宋体"/>
          <w:b w:val="0"/>
          <w:i w:val="0"/>
          <w:sz w:val="21"/>
        </w:rPr>
        <w:t>以下哪些陈述一定为真？</w:t>
      </w:r>
    </w:p>
    <w:p>
      <w:pPr>
        <w:spacing w:before="0" w:after="80" w:line="300" w:lineRule="auto"/>
        <w:jc w:val="left"/>
      </w:pPr>
      <w:r>
        <w:rPr>
          <w:rFonts w:ascii="Times New Roman" w:hAnsi="Times New Roman" w:eastAsia="宋体"/>
          <w:b w:val="0"/>
          <w:i w:val="0"/>
          <w:sz w:val="21"/>
        </w:rPr>
        <w:t>I. 如果 gcd(a,14)=1 或 gcd(b,15)=1，或两者都成立，则 gcd(c,210)=1。</w:t>
      </w:r>
    </w:p>
    <w:p>
      <w:pPr>
        <w:spacing w:before="0" w:after="80" w:line="300" w:lineRule="auto"/>
        <w:jc w:val="left"/>
      </w:pPr>
      <w:r>
        <w:rPr>
          <w:rFonts w:ascii="Times New Roman" w:hAnsi="Times New Roman" w:eastAsia="宋体"/>
          <w:b w:val="0"/>
          <w:i w:val="0"/>
          <w:sz w:val="21"/>
        </w:rPr>
        <w:t>II. 如果 gcd(c,210)=1，则 gcd(a,14)=1 或 gcd(b,15)=1，或两者都成立。</w:t>
      </w:r>
    </w:p>
    <w:p>
      <w:pPr>
        <w:spacing w:before="0" w:after="80" w:line="300" w:lineRule="auto"/>
        <w:jc w:val="left"/>
      </w:pPr>
      <w:r>
        <w:rPr>
          <w:rFonts w:ascii="Times New Roman" w:hAnsi="Times New Roman" w:eastAsia="宋体"/>
          <w:b w:val="0"/>
          <w:i w:val="0"/>
          <w:sz w:val="21"/>
        </w:rPr>
        <w:t>III. gcd(c,210)=1 当且仅当 gcd(a,14)=gcd(b,15)=1。</w:t>
      </w:r>
    </w:p>
    <w:p>
      <w:pPr>
        <w:spacing w:before="0" w:after="120" w:line="300" w:lineRule="auto"/>
      </w:pPr>
      <w:r>
        <w:rPr>
          <w:rFonts w:ascii="Times New Roman" w:hAnsi="Times New Roman" w:eastAsia="宋体"/>
          <w:b w:val="0"/>
          <w:i w:val="0"/>
          <w:sz w:val="21"/>
        </w:rPr>
        <w:t>（A）I、II 和 III　　（B）只有 I　　（C）只有 I 和 II　　（D）只有 III　　（E）只有 II 和 III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b, and c are positive integers such that</w:t>
      </w:r>
    </w:p>
    <w:p>
      <w:pPr>
        <w:spacing w:before="0" w:after="80" w:line="300" w:lineRule="auto"/>
        <w:jc w:val="left"/>
      </w:pPr>
      <w:r>
        <w:rPr>
          <w:rFonts w:ascii="Times New Roman" w:hAnsi="Times New Roman" w:eastAsia="宋体"/>
          <w:b w:val="0"/>
          <w:i w:val="0"/>
          <w:color w:val="333333"/>
          <w:sz w:val="19"/>
        </w:rPr>
        <w:t>a/14+b/15=c/210.</w:t>
      </w:r>
    </w:p>
    <w:p>
      <w:pPr>
        <w:spacing w:before="0" w:after="80" w:line="300" w:lineRule="auto"/>
        <w:jc w:val="left"/>
      </w:pPr>
      <w:r>
        <w:rPr>
          <w:rFonts w:ascii="Times New Roman" w:hAnsi="Times New Roman" w:eastAsia="宋体"/>
          <w:b w:val="0"/>
          <w:i w:val="0"/>
          <w:color w:val="333333"/>
          <w:sz w:val="19"/>
        </w:rPr>
        <w:t>Which of the following statements are necessarily true?</w:t>
      </w:r>
    </w:p>
    <w:p>
      <w:pPr>
        <w:spacing w:before="0" w:after="80" w:line="300" w:lineRule="auto"/>
        <w:jc w:val="left"/>
      </w:pPr>
      <w:r>
        <w:rPr>
          <w:rFonts w:ascii="Times New Roman" w:hAnsi="Times New Roman" w:eastAsia="宋体"/>
          <w:b w:val="0"/>
          <w:i w:val="0"/>
          <w:color w:val="333333"/>
          <w:sz w:val="19"/>
        </w:rPr>
        <w:t>I. If gcd(a,14)=1 or gcd(b,15)=1 or both, then gcd(c,210)=1.</w:t>
      </w:r>
    </w:p>
    <w:p>
      <w:pPr>
        <w:spacing w:before="0" w:after="80" w:line="300" w:lineRule="auto"/>
        <w:jc w:val="left"/>
      </w:pPr>
      <w:r>
        <w:rPr>
          <w:rFonts w:ascii="Times New Roman" w:hAnsi="Times New Roman" w:eastAsia="宋体"/>
          <w:b w:val="0"/>
          <w:i w:val="0"/>
          <w:color w:val="333333"/>
          <w:sz w:val="19"/>
        </w:rPr>
        <w:t>II. If gcd(c,210)=1, then gcd(a,14)=1 or gcd(b,15)=1 or both.</w:t>
      </w:r>
    </w:p>
    <w:p>
      <w:pPr>
        <w:spacing w:before="0" w:after="80" w:line="300" w:lineRule="auto"/>
        <w:jc w:val="left"/>
      </w:pPr>
      <w:r>
        <w:rPr>
          <w:rFonts w:ascii="Times New Roman" w:hAnsi="Times New Roman" w:eastAsia="宋体"/>
          <w:b w:val="0"/>
          <w:i w:val="0"/>
          <w:color w:val="333333"/>
          <w:sz w:val="19"/>
        </w:rPr>
        <w:t>III. gcd(c,210)=1 if and only if gcd(a,14)=gcd(b,15)=1.</w:t>
      </w:r>
    </w:p>
    <w:p>
      <w:pPr>
        <w:spacing w:before="0" w:after="160" w:line="300" w:lineRule="auto"/>
      </w:pPr>
      <w:r>
        <w:rPr>
          <w:rFonts w:ascii="Times New Roman" w:hAnsi="Times New Roman" w:eastAsia="宋体"/>
          <w:b w:val="0"/>
          <w:i w:val="0"/>
          <w:color w:val="333333"/>
          <w:sz w:val="19"/>
        </w:rPr>
        <w:t>(A) I, II, and III　　(B) I only　　(C) I and II only　　(D) III only　　(E) II and III only</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 Coinland，有三种硬币，面值分别为 6，10，和 15。无法凑出的最大金额的 各位数字之和是多少？</w:t>
      </w:r>
    </w:p>
    <w:p>
      <w:pPr>
        <w:spacing w:before="0" w:after="120" w:line="300" w:lineRule="auto"/>
      </w:pPr>
      <w:r>
        <w:rPr>
          <w:rFonts w:ascii="Times New Roman" w:hAnsi="Times New Roman" w:eastAsia="宋体"/>
          <w:b w:val="0"/>
          <w:i w:val="0"/>
          <w:sz w:val="21"/>
        </w:rPr>
        <w:t>（A）8　　（B）10　　（C）7　　（D）11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Coinland, there are three types of coins, each worth 6, 10, and 15. What is the sum of the digits of the maximum amount of money that is impossible to have?</w:t>
      </w:r>
    </w:p>
    <w:p>
      <w:pPr>
        <w:spacing w:before="0" w:after="160" w:line="300" w:lineRule="auto"/>
      </w:pPr>
      <w:r>
        <w:rPr>
          <w:rFonts w:ascii="Times New Roman" w:hAnsi="Times New Roman" w:eastAsia="宋体"/>
          <w:b w:val="0"/>
          <w:i w:val="0"/>
          <w:color w:val="333333"/>
          <w:sz w:val="19"/>
        </w:rPr>
        <w:t>(A) 8　　(B) 10　　(C) 7　　(D) 11　　(E) 9</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三角形 ABC 的边长成等差数列，且最短边长为 6。如果这个三角形有一个 120° 角，那么 ABC 的面积是多少？</w:t>
      </w:r>
    </w:p>
    <w:p>
      <w:pPr>
        <w:spacing w:before="0" w:after="120" w:line="300" w:lineRule="auto"/>
      </w:pPr>
      <w:r>
        <w:rPr>
          <w:rFonts w:ascii="Times New Roman" w:hAnsi="Times New Roman" w:eastAsia="宋体"/>
          <w:b w:val="0"/>
          <w:i w:val="0"/>
          <w:sz w:val="21"/>
        </w:rPr>
        <w:t>（A）12√(3)　　（B）8√(6)　　（C）14√(2)　　（D）20√(2)　　（E）15√(3)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side lengths in arithmetic progression, and the smallest side has length 6. If the triangle has an angle of 120°, what is the area of ABC?</w:t>
      </w:r>
    </w:p>
    <w:p>
      <w:pPr>
        <w:spacing w:before="0" w:after="160" w:line="300" w:lineRule="auto"/>
      </w:pPr>
      <w:r>
        <w:rPr>
          <w:rFonts w:ascii="Times New Roman" w:hAnsi="Times New Roman" w:eastAsia="宋体"/>
          <w:b w:val="0"/>
          <w:i w:val="0"/>
          <w:color w:val="333333"/>
          <w:sz w:val="19"/>
        </w:rPr>
        <w:t>(A) 12√(3)　　(B) 8√(6)　　(C) 14√(2)　　(D) 20√(2)　　(E) 15√(3)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上一学年，Yolanda 和 Zelda 选了不同的课程，这些课程在两个学期中不一定安排了相同数量的 小测。Yolanda 第一学期所有小测的平均分比 Zelda 第一学期所有小测的平均分高 3 分。Yolanda 第二学期所有小测的平均分比她第一学期的平均分高 18 分，并且又比 Zelda 第二 学期所有小测的平均分高 3 分。以下哪一项不可能为真？</w:t>
      </w:r>
    </w:p>
    <w:p>
      <w:pPr>
        <w:spacing w:before="0" w:after="120" w:line="300" w:lineRule="auto"/>
      </w:pPr>
      <w:r>
        <w:rPr>
          <w:rFonts w:ascii="Times New Roman" w:hAnsi="Times New Roman" w:eastAsia="宋体"/>
          <w:b w:val="0"/>
          <w:i w:val="0"/>
          <w:sz w:val="21"/>
        </w:rPr>
        <w:t>（A）Yolanda 的学年小测平均分比 Zelda 高 22 分。　　（B）Zelda 的学年小测平均分高于 Yolanda。　　（C）Yolanda 的学年小测平均分比 Zelda 高 3 分。　　（D）Zelda 的学年小测平均分等于 Yolanda。　　（E）如果 Zelda 每次小测都多得 3 分，那么她的学年平均分会与 Yolanda 相同。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Last academic year Yolanda and Zelda took different courses that did not necessarily administer the same number of quizzes during each of the two semesters. Yolanda’s average on all the quizzes she took during the first semester was 3 points higher than Zelda’s average on all the quizzes she took during the first semester. Yolanda’s average on all the quizzes she took during the second semester was 18 points higher than her average for the first semester and was again 3 points higher than Zelda’s average on all the quizzes Zelda took during her second semester. Which one of the following statements cannot possibly be true?</w:t>
      </w:r>
    </w:p>
    <w:p>
      <w:pPr>
        <w:spacing w:before="0" w:after="160" w:line="300" w:lineRule="auto"/>
      </w:pPr>
      <w:r>
        <w:rPr>
          <w:rFonts w:ascii="Times New Roman" w:hAnsi="Times New Roman" w:eastAsia="宋体"/>
          <w:b w:val="0"/>
          <w:i w:val="0"/>
          <w:color w:val="333333"/>
          <w:sz w:val="19"/>
        </w:rPr>
        <w:t>(A) Yolanda’s quiz average for the academic year</w:t>
        <w:br/>
        <w:t>was 22 points higher than Zelda’s.　　(B) Zelda’s quiz average for the academic year was higher than</w:t>
        <w:br/>
        <w:t>Yolanda’s.　　(C) Yolanda’s quiz average for the academic year was 3 points</w:t>
        <w:br/>
        <w:t>higher than Zelda’s.　　(D) Zelda’s quiz average for the academic year equaled</w:t>
        <w:br/>
        <w:t>Yolanda’s.　　(E) If Zelda had scored 3 points higher on each quiz she took,</w:t>
        <w:br/>
        <w:t>then she would have had the same average for the academic year as</w:t>
        <w:br/>
        <w:t>Yolanda.</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将 2023 个球中的每一个放入 3 个箱子之一。每个箱子中球数都是奇数的概率最接近 以下哪一个？</w:t>
      </w:r>
    </w:p>
    <w:p>
      <w:pPr>
        <w:spacing w:before="0" w:after="120" w:line="300" w:lineRule="auto"/>
      </w:pPr>
      <w:r>
        <w:rPr>
          <w:rFonts w:ascii="Times New Roman" w:hAnsi="Times New Roman" w:eastAsia="宋体"/>
          <w:b w:val="0"/>
          <w:i w:val="0"/>
          <w:sz w:val="21"/>
        </w:rPr>
        <w:t>（A）2/3　　（B）3/10　　（C）1/2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2023 balls is placed in one of 3 bins. Which of the following is closest to the probability that each of the bins will contain an odd number of balls?</w:t>
      </w:r>
    </w:p>
    <w:p>
      <w:pPr>
        <w:spacing w:before="0" w:after="160" w:line="300" w:lineRule="auto"/>
      </w:pPr>
      <w:r>
        <w:rPr>
          <w:rFonts w:ascii="Times New Roman" w:hAnsi="Times New Roman" w:eastAsia="宋体"/>
          <w:b w:val="0"/>
          <w:i w:val="0"/>
          <w:color w:val="333333"/>
          <w:sz w:val="19"/>
        </w:rPr>
        <w:t>(A) 2/3　　(B) 3/10　　(C) 1/2　　(D) 1/3　　(E) 1/4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青蛙 Cyrus 先向某个方向跳 2 个单位，再向另一个方向跳 2 个单位。他落在离出发点 小于 1 个单位处的概率是多少？</w:t>
      </w:r>
    </w:p>
    <w:p>
      <w:pPr>
        <w:spacing w:before="0" w:after="120" w:line="300" w:lineRule="auto"/>
      </w:pPr>
      <w:r>
        <w:rPr>
          <w:rFonts w:ascii="Times New Roman" w:hAnsi="Times New Roman" w:eastAsia="宋体"/>
          <w:b w:val="0"/>
          <w:i w:val="0"/>
          <w:sz w:val="21"/>
        </w:rPr>
        <w:t>（A）1/6　　（B）1/5　　（C）(√(3))/8　　（D）(arctan1/2)/π　　（E）(2arcsin1/4)/π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Cyrus the frog jumps 2 units in a direction, then 2 more in another direction. What is the probability that he lands less than 1 unit away from his starting position?</w:t>
      </w:r>
    </w:p>
    <w:p>
      <w:pPr>
        <w:spacing w:before="0" w:after="160" w:line="300" w:lineRule="auto"/>
      </w:pPr>
      <w:r>
        <w:rPr>
          <w:rFonts w:ascii="Times New Roman" w:hAnsi="Times New Roman" w:eastAsia="宋体"/>
          <w:b w:val="0"/>
          <w:i w:val="0"/>
          <w:color w:val="333333"/>
          <w:sz w:val="19"/>
        </w:rPr>
        <w:t>(A) 1/6　　(B) 1/5　　(C) (√(3))/8　　(D) (arctan1/2)/π　　(E) (2arcsin1/4)/π</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一个灯罩的形状是直圆锥台的侧面。圆锥台的高为 3√(3) 英寸，上底直径为 6 英寸，下底直径为 12 英寸。一只虫子在灯罩底边上，灯罩上边缘离虫子最远的位置有一团 蜂蜜。虫子想爬到蜂蜜处，但必须留在灯罩表面上。它到蜂蜜的最短路径长度是多少英寸？</w:t>
      </w:r>
    </w:p>
    <w:p>
      <w:pPr>
        <w:spacing w:before="0" w:after="120" w:line="300" w:lineRule="auto"/>
      </w:pPr>
      <w:r>
        <w:rPr>
          <w:rFonts w:ascii="Times New Roman" w:hAnsi="Times New Roman" w:eastAsia="宋体"/>
          <w:b w:val="0"/>
          <w:i w:val="0"/>
          <w:sz w:val="21"/>
        </w:rPr>
        <w:t>（A）6+3π　　（B）6+6π　　（C）6√(3)　　（D）6√(5)　　（E）6√(3)+π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lampshade is made in the form of the lateral surface of the frustum of a right circular cone. The height of the frustum is 3√(3) inches, its top diameter is 6 inches, and its bottom diameter is 12 inches. A bug is at the bottom of the lampshade and there is a glob of honey on the top edge of the lampshade at the spot farthest from the bug. The bug wants to crawl to the honey, but it must stay on the surface of the lampshade. What is the length in inches of its shortest path to the honey?</w:t>
      </w:r>
    </w:p>
    <w:p>
      <w:pPr>
        <w:spacing w:before="0" w:after="160" w:line="300" w:lineRule="auto"/>
      </w:pPr>
      <w:r>
        <w:rPr>
          <w:rFonts w:ascii="Times New Roman" w:hAnsi="Times New Roman" w:eastAsia="宋体"/>
          <w:b w:val="0"/>
          <w:i w:val="0"/>
          <w:color w:val="333333"/>
          <w:sz w:val="19"/>
        </w:rPr>
        <w:t>(A) 6+3π　　(B) 6+6π　　(C) 6√(3)　　(D) 6√(5)　　(E) 6√(3)+π</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实值函数 f 满足：对所有实数 a 和 b，</w:t>
      </w:r>
    </w:p>
    <w:p>
      <w:pPr>
        <w:spacing w:before="0" w:after="80" w:line="300" w:lineRule="auto"/>
        <w:jc w:val="left"/>
      </w:pPr>
      <w:r>
        <w:rPr>
          <w:rFonts w:ascii="Times New Roman" w:hAnsi="Times New Roman" w:eastAsia="宋体"/>
          <w:b w:val="0"/>
          <w:i w:val="0"/>
          <w:sz w:val="21"/>
        </w:rPr>
        <w:t>f(a+b)+f(a-b)</w:t>
      </w:r>
    </w:p>
    <w:p>
      <w:pPr>
        <w:spacing w:before="0" w:after="80" w:line="300" w:lineRule="auto"/>
        <w:jc w:val="left"/>
      </w:pPr>
      <w:r>
        <w:rPr>
          <w:rFonts w:ascii="Times New Roman" w:hAnsi="Times New Roman" w:eastAsia="宋体"/>
          <w:b w:val="0"/>
          <w:i w:val="0"/>
          <w:sz w:val="21"/>
        </w:rPr>
        <w:t>=2f(a)f(b)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以下哪一个不可能是 f(1) 的值？</w:t>
      </w:r>
    </w:p>
    <w:p>
      <w:pPr>
        <w:spacing w:before="0" w:after="120" w:line="300" w:lineRule="auto"/>
      </w:pPr>
      <w:r>
        <w:rPr>
          <w:rFonts w:ascii="Times New Roman" w:hAnsi="Times New Roman" w:eastAsia="宋体"/>
          <w:b w:val="0"/>
          <w:i w:val="0"/>
          <w:sz w:val="21"/>
        </w:rPr>
        <w:t>（A）0　　（B）1　　（C）-1　　（D）2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real-valued function f has the property that for all real numbers a and b,</w:t>
      </w:r>
    </w:p>
    <w:p>
      <w:pPr>
        <w:spacing w:before="0" w:after="80" w:line="300" w:lineRule="auto"/>
        <w:jc w:val="left"/>
      </w:pPr>
      <w:r>
        <w:rPr>
          <w:rFonts w:ascii="Times New Roman" w:hAnsi="Times New Roman" w:eastAsia="宋体"/>
          <w:b w:val="0"/>
          <w:i w:val="0"/>
          <w:color w:val="333333"/>
          <w:sz w:val="19"/>
        </w:rPr>
        <w:t>f(a+b)+f(a-b)</w:t>
      </w:r>
    </w:p>
    <w:p>
      <w:pPr>
        <w:spacing w:before="0" w:after="80" w:line="300" w:lineRule="auto"/>
        <w:jc w:val="left"/>
      </w:pPr>
      <w:r>
        <w:rPr>
          <w:rFonts w:ascii="Times New Roman" w:hAnsi="Times New Roman" w:eastAsia="宋体"/>
          <w:b w:val="0"/>
          <w:i w:val="0"/>
          <w:color w:val="333333"/>
          <w:sz w:val="19"/>
        </w:rPr>
        <w:t>=2f(a)f(b).</w:t>
      </w:r>
    </w:p>
    <w:p>
      <w:pPr>
        <w:spacing w:before="0" w:after="80" w:line="300" w:lineRule="auto"/>
        <w:jc w:val="left"/>
      </w:pPr>
      <w:r>
        <w:rPr>
          <w:rFonts w:ascii="Times New Roman" w:hAnsi="Times New Roman" w:eastAsia="宋体"/>
          <w:b w:val="0"/>
          <w:i w:val="0"/>
          <w:color w:val="333333"/>
          <w:sz w:val="19"/>
        </w:rPr>
        <w:t>Which one of the following cannot be the value of f(1)?</w:t>
      </w:r>
    </w:p>
    <w:p>
      <w:pPr>
        <w:spacing w:before="0" w:after="160" w:line="300" w:lineRule="auto"/>
      </w:pPr>
      <w:r>
        <w:rPr>
          <w:rFonts w:ascii="Times New Roman" w:hAnsi="Times New Roman" w:eastAsia="宋体"/>
          <w:b w:val="0"/>
          <w:i w:val="0"/>
          <w:color w:val="333333"/>
          <w:sz w:val="19"/>
        </w:rPr>
        <w:t>(A) 0　　(B) 1　　(C) -1　　(D) 2　　(E) -2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掷 n 个标准六面骰子时，掷出的数字乘积可能有 936 种不同的值。n 是多少？</w:t>
      </w:r>
    </w:p>
    <w:p>
      <w:pPr>
        <w:spacing w:before="0" w:after="120" w:line="300" w:lineRule="auto"/>
      </w:pPr>
      <w:r>
        <w:rPr>
          <w:rFonts w:ascii="Times New Roman" w:hAnsi="Times New Roman" w:eastAsia="宋体"/>
          <w:b w:val="0"/>
          <w:i w:val="0"/>
          <w:sz w:val="21"/>
        </w:rPr>
        <w:t>（A）11　　（B）6　　（C）8　　（D）10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n standard six-sided dice are rolled, the product of the numbers rolled can be any of 936 possible values. What is n?</w:t>
      </w:r>
    </w:p>
    <w:p>
      <w:pPr>
        <w:spacing w:before="0" w:after="160" w:line="300" w:lineRule="auto"/>
      </w:pPr>
      <w:r>
        <w:rPr>
          <w:rFonts w:ascii="Times New Roman" w:hAnsi="Times New Roman" w:eastAsia="宋体"/>
          <w:b w:val="0"/>
          <w:i w:val="0"/>
          <w:color w:val="333333"/>
          <w:sz w:val="19"/>
        </w:rPr>
        <w:t>(A) 11　　(B) 6　　(C) 8　　(D) 10　　(E) 9</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a，b，c，和 d 是满足以下所有关系的正整数。</w:t>
      </w:r>
    </w:p>
    <w:p>
      <w:pPr>
        <w:spacing w:before="0" w:after="80" w:line="300" w:lineRule="auto"/>
        <w:jc w:val="left"/>
      </w:pPr>
      <w:r>
        <w:rPr>
          <w:rFonts w:ascii="Times New Roman" w:hAnsi="Times New Roman" w:eastAsia="宋体"/>
          <w:b w:val="0"/>
          <w:i w:val="0"/>
          <w:sz w:val="21"/>
        </w:rPr>
        <w:t>abcd = 2⁶· 3⁹· 5⁷</w:t>
      </w:r>
    </w:p>
    <w:p>
      <w:pPr>
        <w:spacing w:before="0" w:after="80" w:line="300" w:lineRule="auto"/>
        <w:jc w:val="left"/>
      </w:pPr>
      <w:r>
        <w:rPr>
          <w:rFonts w:ascii="Times New Roman" w:hAnsi="Times New Roman" w:eastAsia="宋体"/>
          <w:b w:val="0"/>
          <w:i w:val="0"/>
          <w:sz w:val="21"/>
        </w:rPr>
        <w:t>lcm(a,b) = 2³· 3²· 5³</w:t>
      </w:r>
    </w:p>
    <w:p>
      <w:pPr>
        <w:spacing w:before="0" w:after="80" w:line="300" w:lineRule="auto"/>
        <w:jc w:val="left"/>
      </w:pPr>
      <w:r>
        <w:rPr>
          <w:rFonts w:ascii="Times New Roman" w:hAnsi="Times New Roman" w:eastAsia="宋体"/>
          <w:b w:val="0"/>
          <w:i w:val="0"/>
          <w:sz w:val="21"/>
        </w:rPr>
        <w:t>lcm(a,c) = 2³· 3³· 5³</w:t>
      </w:r>
    </w:p>
    <w:p>
      <w:pPr>
        <w:spacing w:before="0" w:after="80" w:line="300" w:lineRule="auto"/>
        <w:jc w:val="left"/>
      </w:pPr>
      <w:r>
        <w:rPr>
          <w:rFonts w:ascii="Times New Roman" w:hAnsi="Times New Roman" w:eastAsia="宋体"/>
          <w:b w:val="0"/>
          <w:i w:val="0"/>
          <w:sz w:val="21"/>
        </w:rPr>
        <w:t>lcm(a,d) = 2³· 3³· 5³</w:t>
      </w:r>
    </w:p>
    <w:p>
      <w:pPr>
        <w:spacing w:before="0" w:after="80" w:line="300" w:lineRule="auto"/>
        <w:jc w:val="left"/>
      </w:pPr>
      <w:r>
        <w:rPr>
          <w:rFonts w:ascii="Times New Roman" w:hAnsi="Times New Roman" w:eastAsia="宋体"/>
          <w:b w:val="0"/>
          <w:i w:val="0"/>
          <w:sz w:val="21"/>
        </w:rPr>
        <w:t>lcm(b,c) = 2¹· 3³· 5²</w:t>
      </w:r>
    </w:p>
    <w:p>
      <w:pPr>
        <w:spacing w:before="0" w:after="80" w:line="300" w:lineRule="auto"/>
        <w:jc w:val="left"/>
      </w:pPr>
      <w:r>
        <w:rPr>
          <w:rFonts w:ascii="Times New Roman" w:hAnsi="Times New Roman" w:eastAsia="宋体"/>
          <w:b w:val="0"/>
          <w:i w:val="0"/>
          <w:sz w:val="21"/>
        </w:rPr>
        <w:t>lcm(b,d) = 2²· 3³· 5²</w:t>
      </w:r>
    </w:p>
    <w:p>
      <w:pPr>
        <w:spacing w:before="0" w:after="80" w:line="300" w:lineRule="auto"/>
        <w:jc w:val="left"/>
      </w:pPr>
      <w:r>
        <w:rPr>
          <w:rFonts w:ascii="Times New Roman" w:hAnsi="Times New Roman" w:eastAsia="宋体"/>
          <w:b w:val="0"/>
          <w:i w:val="0"/>
          <w:sz w:val="21"/>
        </w:rPr>
        <w:t>lcm(c,d) = 2²· 3³· 5²</w:t>
      </w:r>
    </w:p>
    <w:p>
      <w:pPr>
        <w:spacing w:before="0" w:after="80" w:line="300" w:lineRule="auto"/>
        <w:jc w:val="left"/>
      </w:pPr>
      <w:r>
        <w:rPr>
          <w:rFonts w:ascii="Times New Roman" w:hAnsi="Times New Roman" w:eastAsia="宋体"/>
          <w:b w:val="0"/>
          <w:i w:val="0"/>
          <w:sz w:val="21"/>
        </w:rPr>
        <w:t>gcd(a,b,c,d) 是多少？</w:t>
      </w:r>
    </w:p>
    <w:p>
      <w:pPr>
        <w:spacing w:before="0" w:after="120" w:line="300" w:lineRule="auto"/>
      </w:pPr>
      <w:r>
        <w:rPr>
          <w:rFonts w:ascii="Times New Roman" w:hAnsi="Times New Roman" w:eastAsia="宋体"/>
          <w:b w:val="0"/>
          <w:i w:val="0"/>
          <w:sz w:val="21"/>
        </w:rPr>
        <w:t>（A）30　　（B）45　　（C）3　　（D）15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a, b, c, and d are positive integers satisfying all of the following relations.</w:t>
      </w:r>
    </w:p>
    <w:p>
      <w:pPr>
        <w:spacing w:before="0" w:after="80" w:line="300" w:lineRule="auto"/>
        <w:jc w:val="left"/>
      </w:pPr>
      <w:r>
        <w:rPr>
          <w:rFonts w:ascii="Times New Roman" w:hAnsi="Times New Roman" w:eastAsia="宋体"/>
          <w:b w:val="0"/>
          <w:i w:val="0"/>
          <w:color w:val="333333"/>
          <w:sz w:val="19"/>
        </w:rPr>
        <w:t>abcd = 2⁶· 3⁹· 5⁷</w:t>
      </w:r>
    </w:p>
    <w:p>
      <w:pPr>
        <w:spacing w:before="0" w:after="80" w:line="300" w:lineRule="auto"/>
        <w:jc w:val="left"/>
      </w:pPr>
      <w:r>
        <w:rPr>
          <w:rFonts w:ascii="Times New Roman" w:hAnsi="Times New Roman" w:eastAsia="宋体"/>
          <w:b w:val="0"/>
          <w:i w:val="0"/>
          <w:color w:val="333333"/>
          <w:sz w:val="19"/>
        </w:rPr>
        <w:t>lcm(a,b) = 2³· 3²· 5³</w:t>
      </w:r>
    </w:p>
    <w:p>
      <w:pPr>
        <w:spacing w:before="0" w:after="80" w:line="300" w:lineRule="auto"/>
        <w:jc w:val="left"/>
      </w:pPr>
      <w:r>
        <w:rPr>
          <w:rFonts w:ascii="Times New Roman" w:hAnsi="Times New Roman" w:eastAsia="宋体"/>
          <w:b w:val="0"/>
          <w:i w:val="0"/>
          <w:color w:val="333333"/>
          <w:sz w:val="19"/>
        </w:rPr>
        <w:t>lcm(a,c) = 2³· 3³· 5³</w:t>
      </w:r>
    </w:p>
    <w:p>
      <w:pPr>
        <w:spacing w:before="0" w:after="80" w:line="300" w:lineRule="auto"/>
        <w:jc w:val="left"/>
      </w:pPr>
      <w:r>
        <w:rPr>
          <w:rFonts w:ascii="Times New Roman" w:hAnsi="Times New Roman" w:eastAsia="宋体"/>
          <w:b w:val="0"/>
          <w:i w:val="0"/>
          <w:color w:val="333333"/>
          <w:sz w:val="19"/>
        </w:rPr>
        <w:t>lcm(a,d) = 2³· 3³· 5³</w:t>
      </w:r>
    </w:p>
    <w:p>
      <w:pPr>
        <w:spacing w:before="0" w:after="80" w:line="300" w:lineRule="auto"/>
        <w:jc w:val="left"/>
      </w:pPr>
      <w:r>
        <w:rPr>
          <w:rFonts w:ascii="Times New Roman" w:hAnsi="Times New Roman" w:eastAsia="宋体"/>
          <w:b w:val="0"/>
          <w:i w:val="0"/>
          <w:color w:val="333333"/>
          <w:sz w:val="19"/>
        </w:rPr>
        <w:t>lcm(b,c) = 2¹· 3³· 5²</w:t>
      </w:r>
    </w:p>
    <w:p>
      <w:pPr>
        <w:spacing w:before="0" w:after="80" w:line="300" w:lineRule="auto"/>
        <w:jc w:val="left"/>
      </w:pPr>
      <w:r>
        <w:rPr>
          <w:rFonts w:ascii="Times New Roman" w:hAnsi="Times New Roman" w:eastAsia="宋体"/>
          <w:b w:val="0"/>
          <w:i w:val="0"/>
          <w:color w:val="333333"/>
          <w:sz w:val="19"/>
        </w:rPr>
        <w:t>lcm(b,d) = 2²· 3³· 5²</w:t>
      </w:r>
    </w:p>
    <w:p>
      <w:pPr>
        <w:spacing w:before="0" w:after="80" w:line="300" w:lineRule="auto"/>
        <w:jc w:val="left"/>
      </w:pPr>
      <w:r>
        <w:rPr>
          <w:rFonts w:ascii="Times New Roman" w:hAnsi="Times New Roman" w:eastAsia="宋体"/>
          <w:b w:val="0"/>
          <w:i w:val="0"/>
          <w:color w:val="333333"/>
          <w:sz w:val="19"/>
        </w:rPr>
        <w:t>lcm(c,d) = 2²· 3³· 5²</w:t>
      </w:r>
    </w:p>
    <w:p>
      <w:pPr>
        <w:spacing w:before="0" w:after="80" w:line="300" w:lineRule="auto"/>
        <w:jc w:val="left"/>
      </w:pPr>
      <w:r>
        <w:rPr>
          <w:rFonts w:ascii="Times New Roman" w:hAnsi="Times New Roman" w:eastAsia="宋体"/>
          <w:b w:val="0"/>
          <w:i w:val="0"/>
          <w:color w:val="333333"/>
          <w:sz w:val="19"/>
        </w:rPr>
        <w:t>What is gcd(a,b,c,d)?</w:t>
      </w:r>
    </w:p>
    <w:p>
      <w:pPr>
        <w:spacing w:before="0" w:after="160" w:line="300" w:lineRule="auto"/>
      </w:pPr>
      <w:r>
        <w:rPr>
          <w:rFonts w:ascii="Times New Roman" w:hAnsi="Times New Roman" w:eastAsia="宋体"/>
          <w:b w:val="0"/>
          <w:i w:val="0"/>
          <w:color w:val="333333"/>
          <w:sz w:val="19"/>
        </w:rPr>
        <w:t>(A) 30　　(B) 45　　(C) 3　　(D) 15　　(E) 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一个面积为 √(5)+1 的正五边形印在纸上并被剪下。将五边形的五个顶点都折到 五边形的中心，形成一个较小的五边形。新五边形的面积是多少？</w:t>
      </w:r>
    </w:p>
    <w:p>
      <w:pPr>
        <w:spacing w:before="0" w:after="120" w:line="300" w:lineRule="auto"/>
      </w:pPr>
      <w:r>
        <w:rPr>
          <w:rFonts w:ascii="Times New Roman" w:hAnsi="Times New Roman" w:eastAsia="宋体"/>
          <w:b w:val="0"/>
          <w:i w:val="0"/>
          <w:sz w:val="21"/>
        </w:rPr>
        <w:t>（A）4-√(5)　　（B）√(5)-1　　（C）8-3√(5)　　（D）(√(5)+1)/2　　（E）(2+√(5))/3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pentagon with area √(5)+1 is printed on paper and cut out. The five vertices of the pentagon are folded into the center of the pentagon, creating a smaller pentagon. What is the area of the new pentagon?</w:t>
      </w:r>
    </w:p>
    <w:p>
      <w:pPr>
        <w:spacing w:before="0" w:after="160" w:line="300" w:lineRule="auto"/>
      </w:pPr>
      <w:r>
        <w:rPr>
          <w:rFonts w:ascii="Times New Roman" w:hAnsi="Times New Roman" w:eastAsia="宋体"/>
          <w:b w:val="0"/>
          <w:i w:val="0"/>
          <w:color w:val="333333"/>
          <w:sz w:val="19"/>
        </w:rPr>
        <w:t>(A) 4-√(5)　　(B) √(5)-1　　(C) 8-3√(5)　　(D) (√(5)+1)/2　　(E) (2+√(5))/3</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B　D　C　C　C　E　D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D　E　D　A　E　D　E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E　E　E　A　C　B</w:t>
      </w:r>
    </w:p>
    <w:p>
      <w:pPr>
        <w:spacing w:before="0" w:after="200" w:line="300" w:lineRule="auto"/>
      </w:pPr>
      <w:r>
        <w:rPr>
          <w:rFonts w:ascii="Times New Roman" w:hAnsi="Times New Roman" w:eastAsia="宋体"/>
          <w:b w:val="0"/>
          <w:i w:val="0"/>
          <w:color w:val="666666"/>
          <w:sz w:val="18"/>
        </w:rPr>
        <w:t>答案串：CBDCCCEDBEDEDAEDEAEEEEACB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橙汁总量是 3+1/3=10/3 杯。平均分成四份后，每个杯子应有 10/3÷ 4=5/6 杯。因此前三个杯子中的每一个都必须倒出 1-5/6=1/6。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juice is 3+1/3=10/3 glasses. Split evenly, each glass should hold 10/3÷ 4=5/6 of a glass. Each of the first three glasses must therefore give up 1-5/6=1/6.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原价为 p 的一双鞋最终费用是 0.8× 1.075× p=0.86p。由 0.86p≤ 43 得 p≤ 50，所以他能买得起的最贵跑鞋原价为 50 美元。</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final cost of a pair with original price p is 0.8× 1.075× p=0.86p. Setting 0.86p≤ 43 gives p≤ 50, so the most expensive affordable pair originally cost 50 dollars.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内接直角三角形的斜边是直径，所以圆 A 的直径为 5，圆 B 的直径为 13。面积之比为 (5/13)²= 25/169。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hypotenuse of an inscribed right triangle is a diameter, so circle A has diameter 5 and circle B has diameter 13. The ratio of areas is (5/13)²= 25/169.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换算单位后，这条窄条宽 0.65 厘米，长 2500 厘米，所以面积为 0.65× 2500=1625 平方厘米。</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Converting units, the strip is 0.65 cm wide and 2500 cm long, so its area is 0.65× 2500=1625 square centimeters.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一组猜过的小正方形能保证碰到这个骨牌，当且仅当未猜的小正方形中没有两个相邻；否则骨牌 可以藏在那一对相邻小正方形上。3× 3 方格中两两不相邻的小正方形集合最大是 5 个小正方形的棋盘格集合（四个角加中心）。所以最多能留下 5 个小正方形不猜，必须猜 9-5=4。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set of guessed squares is guaranteed to hit the domino if and only if the un-guessed squares contain no two adjacent squares, since otherwise the domino could hide on that adjacent pair. The largest set of pairwise non-adjacent squares in the 3× 3 grid is the 5-square checkerboard (four corners plus the center). So at most 5 squares can be left unguessed, and you must guess 9-5=4.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因子 (x-k) 的指数是 k，所以 P 的符号只在 x=k 且 k 为奇数时改变，也就是在 1,3,5,7,9 处改变。当 x&gt; 10 时每个因子都为正，所以 P&gt; 0。向左扫描并在每个奇数根处翻转符号，正区间为 (10,∞)、(9,10)、(6,7)、(5,6)、(2,3) 和 (1,2)，共六个区间。</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exponent of the factor (x-k) is k, so the sign of P changes at x=k only when k is odd, i.e. at 1,3,5,7,9. For x&gt; 10 every factor is positive, so P&gt; 0. Sweeping left and flipping at each odd root, the positive intervals are (10,∞), (9,10), (6,7), (5,6), (2,3), and (1,2) — six intervals in all.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设 L=log n，则 log(n²)-(log n)² =2L-L² =L(2-L)，分式为 (L(2-L))/L-3。作符号分析可知它 ≥ 0 当且仅当 L≤ 0 或 2≤ L&lt; 3。由于 n 是正整数，L≤ 0 只给出 n=1，而 2≤ L&lt; 3 给出 100≤ n≤ 999，共 900 个值。总数为 1+900=901。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L=log n. Then log(n²)-(log n)² =2L-L² =L(2-L), and the fraction is (L(2-L))/L-3. A sign chart shows this is ≥ 0 exactly when L≤ 0 or 2≤ L&lt; 3. Since n is a positive integer, L≤ 0 forces n=1, while 2≤ L&lt; 3 gives 100≤ n≤ 999, which is 900 values. In total 1+900=901.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如果最小元素为 m (m≥ 1)，则 |B|=m，其余 m-1 个元素来自 {m+1,…,12}，这个集合大小为 12-m。总数为</w:t>
      </w:r>
    </w:p>
    <w:p>
      <w:pPr>
        <w:spacing w:before="0" w:after="80" w:line="300" w:lineRule="auto"/>
        <w:jc w:val="left"/>
      </w:pPr>
      <w:r>
        <w:rPr>
          <w:rFonts w:ascii="Times New Roman" w:hAnsi="Times New Roman" w:eastAsia="宋体"/>
          <w:b w:val="0"/>
          <w:i w:val="0"/>
          <w:sz w:val="21"/>
        </w:rPr>
        <w:t>Σ_(m≥ 1)C(12-m, m-1) =C(11, 0)</w:t>
      </w:r>
    </w:p>
    <w:p>
      <w:pPr>
        <w:spacing w:before="0" w:after="80" w:line="300" w:lineRule="auto"/>
        <w:jc w:val="left"/>
      </w:pPr>
      <w:r>
        <w:rPr>
          <w:rFonts w:ascii="Times New Roman" w:hAnsi="Times New Roman" w:eastAsia="宋体"/>
          <w:b w:val="0"/>
          <w:i w:val="0"/>
          <w:sz w:val="21"/>
        </w:rPr>
        <w:t>+C(10, 1)</w:t>
      </w:r>
    </w:p>
    <w:p>
      <w:pPr>
        <w:spacing w:before="0" w:after="80" w:line="300" w:lineRule="auto"/>
        <w:jc w:val="left"/>
      </w:pPr>
      <w:r>
        <w:rPr>
          <w:rFonts w:ascii="Times New Roman" w:hAnsi="Times New Roman" w:eastAsia="宋体"/>
          <w:b w:val="0"/>
          <w:i w:val="0"/>
          <w:sz w:val="21"/>
        </w:rPr>
        <w:t>+C(9, 2)</w:t>
      </w:r>
    </w:p>
    <w:p>
      <w:pPr>
        <w:spacing w:before="0" w:after="80" w:line="300" w:lineRule="auto"/>
        <w:jc w:val="left"/>
      </w:pPr>
      <w:r>
        <w:rPr>
          <w:rFonts w:ascii="Times New Roman" w:hAnsi="Times New Roman" w:eastAsia="宋体"/>
          <w:b w:val="0"/>
          <w:i w:val="0"/>
          <w:sz w:val="21"/>
        </w:rPr>
        <w:t>+C(8, 3)</w:t>
      </w:r>
    </w:p>
    <w:p>
      <w:pPr>
        <w:spacing w:before="0" w:after="80" w:line="300" w:lineRule="auto"/>
        <w:jc w:val="left"/>
      </w:pPr>
      <w:r>
        <w:rPr>
          <w:rFonts w:ascii="Times New Roman" w:hAnsi="Times New Roman" w:eastAsia="宋体"/>
          <w:b w:val="0"/>
          <w:i w:val="0"/>
          <w:sz w:val="21"/>
        </w:rPr>
        <w:t>+C(7, 4)</w:t>
      </w:r>
    </w:p>
    <w:p>
      <w:pPr>
        <w:spacing w:before="0" w:after="80" w:line="300" w:lineRule="auto"/>
        <w:jc w:val="left"/>
      </w:pPr>
      <w:r>
        <w:rPr>
          <w:rFonts w:ascii="Times New Roman" w:hAnsi="Times New Roman" w:eastAsia="宋体"/>
          <w:b w:val="0"/>
          <w:i w:val="0"/>
          <w:sz w:val="21"/>
        </w:rPr>
        <w:t>+C(6, 5)，</w:t>
      </w:r>
    </w:p>
    <w:p>
      <w:pPr>
        <w:spacing w:before="0" w:after="80" w:line="300" w:lineRule="auto"/>
        <w:jc w:val="left"/>
      </w:pPr>
      <w:r>
        <w:rPr>
          <w:rFonts w:ascii="Times New Roman" w:hAnsi="Times New Roman" w:eastAsia="宋体"/>
          <w:b w:val="0"/>
          <w:i w:val="0"/>
          <w:sz w:val="21"/>
        </w:rPr>
        <w:t>等于 1+10+36+56+35+6 =144。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least element is m (m≥ 1), then |B|=m and the remaining m-1 elements come from {m+1,…,12}, a set of size 12-m. The count is</w:t>
      </w:r>
    </w:p>
    <w:p>
      <w:pPr>
        <w:spacing w:before="0" w:after="80" w:line="300" w:lineRule="auto"/>
        <w:jc w:val="left"/>
      </w:pPr>
      <w:r>
        <w:rPr>
          <w:rFonts w:ascii="Times New Roman" w:hAnsi="Times New Roman" w:eastAsia="宋体"/>
          <w:b w:val="0"/>
          <w:i w:val="0"/>
          <w:color w:val="333333"/>
          <w:sz w:val="19"/>
        </w:rPr>
        <w:t>Σ_(m≥ 1)C(12-m, m-1) =C(11, 0)</w:t>
      </w:r>
    </w:p>
    <w:p>
      <w:pPr>
        <w:spacing w:before="0" w:after="80" w:line="300" w:lineRule="auto"/>
        <w:jc w:val="left"/>
      </w:pPr>
      <w:r>
        <w:rPr>
          <w:rFonts w:ascii="Times New Roman" w:hAnsi="Times New Roman" w:eastAsia="宋体"/>
          <w:b w:val="0"/>
          <w:i w:val="0"/>
          <w:color w:val="333333"/>
          <w:sz w:val="19"/>
        </w:rPr>
        <w:t>+C(10, 1)</w:t>
      </w:r>
    </w:p>
    <w:p>
      <w:pPr>
        <w:spacing w:before="0" w:after="80" w:line="300" w:lineRule="auto"/>
        <w:jc w:val="left"/>
      </w:pPr>
      <w:r>
        <w:rPr>
          <w:rFonts w:ascii="Times New Roman" w:hAnsi="Times New Roman" w:eastAsia="宋体"/>
          <w:b w:val="0"/>
          <w:i w:val="0"/>
          <w:color w:val="333333"/>
          <w:sz w:val="19"/>
        </w:rPr>
        <w:t>+C(9, 2)</w:t>
      </w:r>
    </w:p>
    <w:p>
      <w:pPr>
        <w:spacing w:before="0" w:after="80" w:line="300" w:lineRule="auto"/>
        <w:jc w:val="left"/>
      </w:pPr>
      <w:r>
        <w:rPr>
          <w:rFonts w:ascii="Times New Roman" w:hAnsi="Times New Roman" w:eastAsia="宋体"/>
          <w:b w:val="0"/>
          <w:i w:val="0"/>
          <w:color w:val="333333"/>
          <w:sz w:val="19"/>
        </w:rPr>
        <w:t>+C(8, 3)</w:t>
      </w:r>
    </w:p>
    <w:p>
      <w:pPr>
        <w:spacing w:before="0" w:after="80" w:line="300" w:lineRule="auto"/>
        <w:jc w:val="left"/>
      </w:pPr>
      <w:r>
        <w:rPr>
          <w:rFonts w:ascii="Times New Roman" w:hAnsi="Times New Roman" w:eastAsia="宋体"/>
          <w:b w:val="0"/>
          <w:i w:val="0"/>
          <w:color w:val="333333"/>
          <w:sz w:val="19"/>
        </w:rPr>
        <w:t>+C(7, 4)</w:t>
      </w:r>
    </w:p>
    <w:p>
      <w:pPr>
        <w:spacing w:before="0" w:after="80" w:line="300" w:lineRule="auto"/>
        <w:jc w:val="left"/>
      </w:pPr>
      <w:r>
        <w:rPr>
          <w:rFonts w:ascii="Times New Roman" w:hAnsi="Times New Roman" w:eastAsia="宋体"/>
          <w:b w:val="0"/>
          <w:i w:val="0"/>
          <w:color w:val="333333"/>
          <w:sz w:val="19"/>
        </w:rPr>
        <w:t>+C(6, 5),</w:t>
      </w:r>
    </w:p>
    <w:p>
      <w:pPr>
        <w:spacing w:before="0" w:after="80" w:line="300" w:lineRule="auto"/>
        <w:jc w:val="left"/>
      </w:pPr>
      <w:r>
        <w:rPr>
          <w:rFonts w:ascii="Times New Roman" w:hAnsi="Times New Roman" w:eastAsia="宋体"/>
          <w:b w:val="0"/>
          <w:i w:val="0"/>
          <w:color w:val="333333"/>
          <w:sz w:val="19"/>
        </w:rPr>
        <w:t>which equals 1+10+36+56+35+6 =144.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将 x,y 替换为 |x|,|y|，条件 |x-1|+|y-1|≤ 1 描述的是以 (1,1) 为中心、对角线长为 2 的菱形，因此面积为 2。它完全位于第一象限（只在单个点 接触坐标轴），所以关于两条坐标轴反射后得到 4 个互不重叠的副本。总面积为 4× 2=8。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Replacing x,y by |x|,|y|, the condition |x-1|+|y-1|≤ 1 describes a diamond centered at (1,1) with diagonals of length 2, hence area 2. It lies entirely in the first quadrant (touching the axes only at single points), so reflecting across the two axes produces 4 disjoint copies. The total area is 4× 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两个圆分别为 (x-4)²+y²=16 和 x²+(y-10)²=100，即 x²+y²=8x 和 x²+y²=20y。相减得 8x=20y，所以交点都在 y=2/5x 上，该直线的斜率为 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circles are (x-4)²+y²=16 and x²+(y-10)²=100, i.e. x²+y²=8x and x²+y²=20y. Subtracting gives 8x=20y, so the intersection points lie on y=2/5x, which has slope 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设两条底边为 a 和 2a。每条腰的水平偏移为 a/2，所以高为 √(1-a²/4)，面积为 A=3a/2√(1-a²/4)。于是 A²=9/4(a²-a⁴/4)，当 a²=2 时最大。此时高为 1/(√(2))，且 A=(3√(2))/2·1/(√(2))=3/2。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bases be a and 2a. Each leg has horizontal offset a/2, so the height is √(1-a²/4) and the area is A=3a/2√(1-a²/4). Then A²=9/4(a²-a⁴/4), maximized when a²=2. There the height is 1/(√(2)) and A=(3√(2))/2·1/(√(2))=3/2.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令 z=a+bi，则 zotimes z=a²+b² i，且 z²+40=(a²-b²+40)+2abi。比较实部得 a²=a²-b²+40，所以 b²=40。比较虚部得 b²=2ab，所以 b=2a，a²=b²/4=10。因此 |z|²=a²+b²=50，所以 |z|=5√(2)。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z=a+bi, we have zotimes z=a²+b² i and z²+40=(a²-b²+40)+2abi. The real parts give a²=a²-b²+40, so b²=40. The imaginary parts give b²=2ab, so b=2a and a²=b²/4=10. Then |z|²=a²+b²=50, so |z|=5√(2).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由棱长和，4(a+b+c)=13，所以 a+b+c=13/4。由表面积，2(ab+bc+ca)=11/2，所以 ab+bc+ca=11/4。因此</w:t>
      </w:r>
    </w:p>
    <w:p>
      <w:pPr>
        <w:spacing w:before="0" w:after="80" w:line="300" w:lineRule="auto"/>
        <w:jc w:val="left"/>
      </w:pPr>
      <w:r>
        <w:rPr>
          <w:rFonts w:ascii="Times New Roman" w:hAnsi="Times New Roman" w:eastAsia="宋体"/>
          <w:b w:val="0"/>
          <w:i w:val="0"/>
          <w:sz w:val="21"/>
        </w:rPr>
        <w:t>a²+b²+c² =(13/4)²-2·11/4</w:t>
      </w:r>
    </w:p>
    <w:p>
      <w:pPr>
        <w:spacing w:before="0" w:after="80" w:line="300" w:lineRule="auto"/>
        <w:jc w:val="left"/>
      </w:pPr>
      <w:r>
        <w:rPr>
          <w:rFonts w:ascii="Times New Roman" w:hAnsi="Times New Roman" w:eastAsia="宋体"/>
          <w:b w:val="0"/>
          <w:i w:val="0"/>
          <w:sz w:val="21"/>
        </w:rPr>
        <w:t>=169/16-88/16</w:t>
      </w:r>
    </w:p>
    <w:p>
      <w:pPr>
        <w:spacing w:before="0" w:after="80" w:line="300" w:lineRule="auto"/>
        <w:jc w:val="left"/>
      </w:pPr>
      <w:r>
        <w:rPr>
          <w:rFonts w:ascii="Times New Roman" w:hAnsi="Times New Roman" w:eastAsia="宋体"/>
          <w:b w:val="0"/>
          <w:i w:val="0"/>
          <w:sz w:val="21"/>
        </w:rPr>
        <w:t>=81/16，</w:t>
      </w:r>
    </w:p>
    <w:p>
      <w:pPr>
        <w:spacing w:before="0" w:after="80" w:line="300" w:lineRule="auto"/>
        <w:jc w:val="left"/>
      </w:pPr>
      <w:r>
        <w:rPr>
          <w:rFonts w:ascii="Times New Roman" w:hAnsi="Times New Roman" w:eastAsia="宋体"/>
          <w:b w:val="0"/>
          <w:i w:val="0"/>
          <w:sz w:val="21"/>
        </w:rPr>
        <w:t>所以对角线长为 √(81/16)=9/4。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edges, 4(a+b+c)=13, so a+b+c=13/4. From the faces, 2(ab+bc+ca)=11/2, so ab+bc+ca=11/4. Then</w:t>
      </w:r>
    </w:p>
    <w:p>
      <w:pPr>
        <w:spacing w:before="0" w:after="80" w:line="300" w:lineRule="auto"/>
        <w:jc w:val="left"/>
      </w:pPr>
      <w:r>
        <w:rPr>
          <w:rFonts w:ascii="Times New Roman" w:hAnsi="Times New Roman" w:eastAsia="宋体"/>
          <w:b w:val="0"/>
          <w:i w:val="0"/>
          <w:color w:val="333333"/>
          <w:sz w:val="19"/>
        </w:rPr>
        <w:t>a²+b²+c² =(13/4)²-2·11/4</w:t>
      </w:r>
    </w:p>
    <w:p>
      <w:pPr>
        <w:spacing w:before="0" w:after="80" w:line="300" w:lineRule="auto"/>
        <w:jc w:val="left"/>
      </w:pPr>
      <w:r>
        <w:rPr>
          <w:rFonts w:ascii="Times New Roman" w:hAnsi="Times New Roman" w:eastAsia="宋体"/>
          <w:b w:val="0"/>
          <w:i w:val="0"/>
          <w:color w:val="333333"/>
          <w:sz w:val="19"/>
        </w:rPr>
        <w:t>=169/16-88/16</w:t>
      </w:r>
    </w:p>
    <w:p>
      <w:pPr>
        <w:spacing w:before="0" w:after="80" w:line="300" w:lineRule="auto"/>
        <w:jc w:val="left"/>
      </w:pPr>
      <w:r>
        <w:rPr>
          <w:rFonts w:ascii="Times New Roman" w:hAnsi="Times New Roman" w:eastAsia="宋体"/>
          <w:b w:val="0"/>
          <w:i w:val="0"/>
          <w:color w:val="333333"/>
          <w:sz w:val="19"/>
        </w:rPr>
        <w:t>=81/16,</w:t>
      </w:r>
    </w:p>
    <w:p>
      <w:pPr>
        <w:spacing w:before="0" w:after="80" w:line="300" w:lineRule="auto"/>
        <w:jc w:val="left"/>
      </w:pPr>
      <w:r>
        <w:rPr>
          <w:rFonts w:ascii="Times New Roman" w:hAnsi="Times New Roman" w:eastAsia="宋体"/>
          <w:b w:val="0"/>
          <w:i w:val="0"/>
          <w:color w:val="333333"/>
          <w:sz w:val="19"/>
        </w:rPr>
        <w:t>so the diagonal is √(81/16)=9/4.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由韦达定理，三个不同整数根的乘积为 -6。三个不同整数且乘积为 -6 的集合为 {1,2,-3}，{1,-2,3}，{-1,2,3}，{-1,-2,-3}，和 {1,-1,6}。每个集合决定 a=-(p+q+r) 和 b=pq+qr+rp，并且这五个集合给出 不同的有序对，所以共有 5 个有序对 (a,b)。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Vieta, the three distinct integer roots multiply to -6. The sets of three distinct integers with product -6 are {1,2,-3}, {1,-2,3}, {-1,2,3}, {-1,-2,-3}, and {1,-1,6}. Each set determines a=-(p+q+r) and b=pq+qr+rp, and all five give different pairs, so there are 5 ordered pairs (a,b).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两边乘以 210 得 c=15a+14b。因为 15≡ 1pmod14，得 c≡ apmod14，所以 gcd(c,14)=1 当且仅当 gcd(a,14)=1。因为 14≡ -1pmod15，得 c≡ -bpmod15，所以 gcd(c,15)=1 当且仅当 gcd(b,15)=1。又因为 210=14· 15 且 gcd(14,15)=1，陈述 III 成立：gcd(c,210)=1 当且仅当两者都成立。陈述 II 是 III 的正向推论，因此为真。陈述 I 为假：如果 gcd(a,14)=1 但 gcd(b,15)≠ 1，则 gcd(c,15)≠ 1，因而 gcd(c,210)≠ 1。只有 II 和 III 为真。</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by 210 gives c=15a+14b. Since 15≡ 1pmod14, we get c≡ apmod14, so gcd(c,14)=1 iff gcd(a,14)=1. Since 14≡ -1pmod15, we get c≡ -bpmod15, so gcd(c,15)=1 iff gcd(b,15)=1. As 210=14· 15 with gcd(14,15)=1, statement III follows: gcd(c,210)=1 iff both hold. Statement II is the forward implication of III, hence true. Statement I is false: if gcd(a,14)=1 but gcd(b,15)≠ 1, then gcd(c,15)≠ 1, so gcd(c,210)≠ 1. Only II and III are true.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金额 30,31,32,33,34,35 都能凑出（例如 30=6· 5，31=6+10+15，32=6· 2+10· 2，33=6· 3+15，34=6· 4+10，35=10+10+15）。之后不断加上 6 元硬币，就能凑出所有更大的金额。检查更小的数，29 无法凑出：若不用 15 元硬币，若干 6 元和 10 元硬币的总额为偶数；若用一枚 15 元硬币，剩余的 14 不能写成 6a+10b；两枚 15 元硬币已经超过 29。所以最大无法凑出的金额是 29，其数位和为 2+9=11。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amounts 30,31,32,33,34,35 are all attainable (for instance 30=6· 5, 31=6+10+15, 32=6· 2+10· 2, 33=6· 3+15, 34=6· 4+10, 35=10+10+15). Adding 6’s then reaches every larger amount. Checking below, 29 is impossible: without a 15-coin a sum of 6’s and 10’s is even, while with one 15-coin the remaining 14 cannot be written as 6a+10b; two 15-coins already exceed 29. So the largest impossible amount is 29, whose digit sum is 2+9=11.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设边长为 6, 6+d, 6+2d。120° 角对着最长边，所以 (6+2d)²=6²+(6+d)² -2· 6·(6+d)cos 120°。用 cos 120°=-1/2 得 3d²+6d-72=0，所以 d=4，边长为 6,10,14。面积为 1/2· 6· 10·sin 120° =30·(√(3))/2 =15√(3)。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sides be 6, 6+d, 6+2d. The 120° angle faces the longest side, so (6+2d)²=6²+(6+d)² -2· 6·(6+d)cos 120°. Using cos 120°=-1/2 gives 3d²+6d-72=0, so d=4 and the sides are 6,10,14. The area is 1/2· 6· 10·sin 120° =30·(√(3))/2 =15√(3).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把 Zelda 第一学期的平均分从四个学期平均分中同时减去，并不影响比较。于是可以把学期平均分写成 Zelda 的 0,18 和 Yolanda 的 3,21。设 p 和 q 分别是 Yolanda 和 Zelda 在第二学期完成的小测所占的比例。她们的学年平均分之差为</w:t>
      </w:r>
    </w:p>
    <w:p>
      <w:pPr>
        <w:spacing w:before="0" w:after="80" w:line="300" w:lineRule="auto"/>
        <w:jc w:val="left"/>
      </w:pPr>
      <w:r>
        <w:rPr>
          <w:rFonts w:ascii="Times New Roman" w:hAnsi="Times New Roman" w:eastAsia="宋体"/>
          <w:b w:val="0"/>
          <w:i w:val="0"/>
          <w:sz w:val="21"/>
        </w:rPr>
        <w:t>(3+18p)-18q=3+18(p-q)。</w:t>
      </w:r>
    </w:p>
    <w:p>
      <w:pPr>
        <w:spacing w:before="0" w:after="80" w:line="300" w:lineRule="auto"/>
        <w:jc w:val="left"/>
      </w:pPr>
      <w:r>
        <w:rPr>
          <w:rFonts w:ascii="Times New Roman" w:hAnsi="Times New Roman" w:eastAsia="宋体"/>
          <w:b w:val="0"/>
          <w:i w:val="0"/>
          <w:sz w:val="21"/>
        </w:rPr>
        <w:t>因为 0&lt; p,q&lt; 1，这个差小于 21，所以不可能等于 22。</w:t>
      </w:r>
    </w:p>
    <w:p>
      <w:pPr>
        <w:spacing w:before="0" w:after="80" w:line="300" w:lineRule="auto"/>
        <w:jc w:val="left"/>
      </w:pPr>
      <w:r>
        <w:rPr>
          <w:rFonts w:ascii="Times New Roman" w:hAnsi="Times New Roman" w:eastAsia="宋体"/>
          <w:b w:val="0"/>
          <w:i w:val="0"/>
          <w:sz w:val="21"/>
        </w:rPr>
        <w:t>其他陈述确实可能发生。取 (p,q)=(1/4,3/4) 会使 Zelda 的平均分更高；取 p=q 会使 Yolanda 的平均分高 3 分（把 Zelda 的每次小测成绩都加上 3 分之后，这也验证了最后一个选项）；取 (p,q)=(1/3,1/2) 会使两人的学年平均分相等。上面出现的每个分数都能用正整数的小测次数实现。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Subtracting Zelda’s first-semester average from all four semester averages does not affect the comparison. We may therefore write the semester averages as 0,18 for Zelda and 3,21 for Yolanda. Let p and q be the fractions of Yolanda’s and Zelda’s quizzes, respectively, that occurred in the second semester. Their yearly-average difference is</w:t>
      </w:r>
    </w:p>
    <w:p>
      <w:pPr>
        <w:spacing w:before="0" w:after="80" w:line="300" w:lineRule="auto"/>
        <w:jc w:val="left"/>
      </w:pPr>
      <w:r>
        <w:rPr>
          <w:rFonts w:ascii="Times New Roman" w:hAnsi="Times New Roman" w:eastAsia="宋体"/>
          <w:b w:val="0"/>
          <w:i w:val="0"/>
          <w:color w:val="333333"/>
          <w:sz w:val="19"/>
        </w:rPr>
        <w:t>(3+18p)-18q=3+18(p-q).</w:t>
      </w:r>
    </w:p>
    <w:p>
      <w:pPr>
        <w:spacing w:before="0" w:after="80" w:line="300" w:lineRule="auto"/>
        <w:jc w:val="left"/>
      </w:pPr>
      <w:r>
        <w:rPr>
          <w:rFonts w:ascii="Times New Roman" w:hAnsi="Times New Roman" w:eastAsia="宋体"/>
          <w:b w:val="0"/>
          <w:i w:val="0"/>
          <w:color w:val="333333"/>
          <w:sz w:val="19"/>
        </w:rPr>
        <w:t>Because 0&lt; p,q&lt; 1, this difference is less than 21, so it cannot be 22.</w:t>
      </w:r>
    </w:p>
    <w:p>
      <w:pPr>
        <w:spacing w:before="0" w:after="80" w:line="300" w:lineRule="auto"/>
        <w:jc w:val="left"/>
      </w:pPr>
      <w:r>
        <w:rPr>
          <w:rFonts w:ascii="Times New Roman" w:hAnsi="Times New Roman" w:eastAsia="宋体"/>
          <w:b w:val="0"/>
          <w:i w:val="0"/>
          <w:color w:val="333333"/>
          <w:sz w:val="19"/>
        </w:rPr>
        <w:t>The other options really can occur. Taking (p,q)=(1/4,3/4) makes Zelda’s average higher; taking p=q makes Yolanda’s average 3 points higher (and also verifies the last option after adding 3 to every Zelda score); and taking (p,q)=(1/3,1/2) makes the yearly averages equal. Each displayed fraction can be realized by positive integer quiz counts.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用奇偶筛计数三个箱子全为奇数的分配数，对奇数 n 可得</w:t>
      </w:r>
    </w:p>
    <w:p>
      <w:pPr>
        <w:spacing w:before="0" w:after="80" w:line="300" w:lineRule="auto"/>
        <w:jc w:val="left"/>
      </w:pPr>
      <w:r>
        <w:rPr>
          <w:rFonts w:ascii="Times New Roman" w:hAnsi="Times New Roman" w:eastAsia="宋体"/>
          <w:b w:val="0"/>
          <w:i w:val="0"/>
          <w:sz w:val="21"/>
        </w:rPr>
        <w:t>scriptsize1/8Σ_(Ssubseteq{1,2,3})(-1)^(|S|)(3-2|S|)ⁿ=3ⁿ-3/4</w:t>
      </w:r>
    </w:p>
    <w:p>
      <w:pPr>
        <w:spacing w:before="0" w:after="80" w:line="300" w:lineRule="auto"/>
        <w:jc w:val="left"/>
      </w:pPr>
      <w:r>
        <w:rPr>
          <w:rFonts w:ascii="Times New Roman" w:hAnsi="Times New Roman" w:eastAsia="宋体"/>
          <w:b w:val="0"/>
          <w:i w:val="0"/>
          <w:sz w:val="21"/>
        </w:rPr>
        <w:t>再除以总分配数 3ⁿ，概率为 3ⁿ-3/(4· 3ⁿ)，当 n=2023 时极其接近 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Counting assignments where all three bins are odd with the parity filter gives</w:t>
      </w:r>
    </w:p>
    <w:p>
      <w:pPr>
        <w:spacing w:before="0" w:after="80" w:line="300" w:lineRule="auto"/>
        <w:jc w:val="left"/>
      </w:pPr>
      <w:r>
        <w:rPr>
          <w:rFonts w:ascii="Times New Roman" w:hAnsi="Times New Roman" w:eastAsia="宋体"/>
          <w:b w:val="0"/>
          <w:i w:val="0"/>
          <w:color w:val="333333"/>
          <w:sz w:val="19"/>
        </w:rPr>
        <w:t>scriptsize1/8Σ_(Ssubseteq{1,2,3})(-1)^(|S|)(3-2|S|)ⁿ=3ⁿ-3/4</w:t>
      </w:r>
    </w:p>
    <w:p>
      <w:pPr>
        <w:spacing w:before="0" w:after="80" w:line="300" w:lineRule="auto"/>
        <w:jc w:val="left"/>
      </w:pPr>
      <w:r>
        <w:rPr>
          <w:rFonts w:ascii="Times New Roman" w:hAnsi="Times New Roman" w:eastAsia="宋体"/>
          <w:b w:val="0"/>
          <w:i w:val="0"/>
          <w:color w:val="333333"/>
          <w:sz w:val="19"/>
        </w:rPr>
        <w:t>for odd n. Dividing by the 3ⁿ total assignments, the probability is 3ⁿ-3/(4· 3ⁿ), which for n=2023 is extremely close to 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取第一次跳跃为 (2,0)，第二次为 (2cosθ,2sinθ)，其中 θ 在 [0,2π) 上均匀分布。落点距离满足 R²=(2+2cosθ)² +(2sinθ)² =8+8cosθ。需要 R&lt; 1，即 cosθ&lt;-7/8。这样的角的测度为 2arccos7/8，所以概率为 (2arccos7/8)/2π= (arccos7/8)/π。利用 arccos(1-2x²)=2arcsin x，并取 x=1/4，得到 arccos7/8=2arcsin1/4，因此概率为 (2arcsin1/4)/π。</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the first jump as (2,0) and the second as (2cosθ,2sinθ) with θ uniform on [0,2π). The landing distance satisfies R²=(2+2cosθ)² +(2sinθ)² =8+8cosθ. We need R&lt; 1, i.e. cosθ&lt;-7/8. The measure of such angles is 2arccos7/8, so the probability is (2arccos7/8)/2π= (arccos7/8)/π. Using arccos(1-2x²)=2arcsin x with x=1/4 gives arccos7/8=2arcsin1/4, so the probability is (2arcsin1/4)/π.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将圆锥台延伸成完整圆锥。由于半径为 3 和 6，斜高带宽为 6，顶点到上边缘的斜距为 6，到下边缘的斜距为 12。下底周长 12π 展开成半径 12、角度 12π/12=π 的扇形。在这个展开图中把虫子放在 (12,0)；蜂蜜位于沿底边走半圈的位置，在展开图中半径为 6、角度为 π/2。连接它们的直弦会进入半径 6 以内（不在表面上），所以测地线与半径 6 的圆相切：切线长为 √(12²-6²)=6√(3)，切点角度为 π/3，之后沿半径 6 的圆弧走过角度 π/6，弧长为 6·π/6=π。最短路径为 6√(3)+π。</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Extend the frustum to a full cone. Since the radii are 3 and 6 with slant band 6, the apex is slant distance 6 from the top rim and 12 from the bottom rim. The bottom circumference 12π unrolls to a sector of radius 12 and angle 12π/12=π. Place the bug at (12,0) in this pattern; the honey, halfway around the base, is at radius 6 and angle π/2. The straight chord between them passes within radius 6 (off the surface), so the geodesic goes tangent to the circle of radius 6: the tangent has length √(12²-6²)=6√(3) and touches at angle π/3, after which the path follows the arc of angle π/6 on radius 6, of length 6·π/6=π. The shortest path is 6√(3)+π.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令 a=b=0 得 2f(0)=2f(0)²，所以 f(0)=0 或 f(0)=1。如果 f(0)=0，则令 b=0 可推出 f≡ 0，此时 f(1)=0。否则 f(0)=1，令 a=b 得 f(2a)=2f(a)²-1≥ -1 对每个 a 都成立。特别地，取 a=1/2，得 f(1)=2f(1/2)²-1≥ -1。所以 f(1)≥ -1，而且 [-1,∞) 中的每个值都可达到（例如 f(x)=cos(kx) 或 cosh(kx)）。因此 -2 不可能。</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a=b=0 gives 2f(0)=2f(0)², so f(0)=0 or f(0)=1. If f(0)=0, then setting b=0 forces f≡ 0, giving f(1)=0. Otherwise f(0)=1, and setting a=b gives f(2a)=2f(a)²-1≥ -1 for every a. In particular, with a=1/2, f(1)=2f(1/2)²-1≥ -1. So f(1)≥ -1, and indeed every value in [-1,∞) is attainable (e.g. f(x)=cos(kx) or cosh(kx)). Hence -2 is impossible.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每个骰子在质数 2,3,5 上贡献一个指数向量（点数 1→(0,0,0)，2→(1,0,0)，3→(0,1,0)，4→(2,0,0)，5→(0,0,1)，6→(1,1,0)），而乘积由这些向量之和决定。</w:t>
      </w:r>
    </w:p>
    <w:p>
      <w:pPr>
        <w:spacing w:before="0" w:after="80" w:line="300" w:lineRule="auto"/>
        <w:jc w:val="left"/>
      </w:pPr>
      <w:r>
        <w:rPr>
          <w:rFonts w:ascii="Times New Roman" w:hAnsi="Times New Roman" w:eastAsia="宋体"/>
          <w:b w:val="0"/>
          <w:i w:val="0"/>
          <w:sz w:val="21"/>
        </w:rPr>
        <w:t>要求恰有 k 枚骰子显示 5，从而固定 5 的指数，并令 m=n-k。对 3 的指数 b，其中 0≤ b≤ m，2 的可能指数 a 恰好是 0,1,…,2m-b。若 a≤ b，就用 a 枚显示 6 的骰子和 b-a 枚显示 3 的骰子。若 a&gt; b，就用 b 枚显示 6 的骰子，再用显示 4 的骰子（必要时加一枚显示 2 的骰子）凑出余下的 a-b 个因子 2。由 a≤ 2m-b 可知这样至多用 m 枚骰子；其余骰子都显示 1。因此指数对的个数为</w:t>
      </w:r>
    </w:p>
    <w:p>
      <w:pPr>
        <w:spacing w:before="0" w:after="80" w:line="300" w:lineRule="auto"/>
        <w:jc w:val="left"/>
      </w:pPr>
      <w:r>
        <w:rPr>
          <w:rFonts w:ascii="Times New Roman" w:hAnsi="Times New Roman" w:eastAsia="宋体"/>
          <w:b w:val="0"/>
          <w:i w:val="0"/>
          <w:sz w:val="21"/>
        </w:rPr>
        <w:t>Σ_(b=0)ᵐ(2m-b+1)</w:t>
      </w:r>
    </w:p>
    <w:p>
      <w:pPr>
        <w:spacing w:before="0" w:after="80" w:line="300" w:lineRule="auto"/>
        <w:jc w:val="left"/>
      </w:pPr>
      <w:r>
        <w:rPr>
          <w:rFonts w:ascii="Times New Roman" w:hAnsi="Times New Roman" w:eastAsia="宋体"/>
          <w:b w:val="0"/>
          <w:i w:val="0"/>
          <w:sz w:val="21"/>
        </w:rPr>
        <w:t>=((m+1)(3m+2))/2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对 k=0,1,…,n 求和，也就是对 m=0,1,…,n 求和，不同乘积的个数为</w:t>
      </w:r>
    </w:p>
    <w:p>
      <w:pPr>
        <w:spacing w:before="0" w:after="80" w:line="300" w:lineRule="auto"/>
        <w:jc w:val="left"/>
      </w:pPr>
      <w:r>
        <w:rPr>
          <w:rFonts w:ascii="Times New Roman" w:hAnsi="Times New Roman" w:eastAsia="宋体"/>
          <w:b w:val="0"/>
          <w:i w:val="0"/>
          <w:sz w:val="21"/>
        </w:rPr>
        <w:t>Σₘ₌₀ⁿ((m+1)(3m+2))/2</w:t>
      </w:r>
    </w:p>
    <w:p>
      <w:pPr>
        <w:spacing w:before="0" w:after="80" w:line="300" w:lineRule="auto"/>
        <w:jc w:val="left"/>
      </w:pPr>
      <w:r>
        <w:rPr>
          <w:rFonts w:ascii="Times New Roman" w:hAnsi="Times New Roman" w:eastAsia="宋体"/>
          <w:b w:val="0"/>
          <w:i w:val="0"/>
          <w:sz w:val="21"/>
        </w:rPr>
        <w:t>=((n+1)²(n+2))/2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n=11 时它等于 (12²·13)/2=936，所以 n=11。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die contributes an exponent vector in the primes 2,3,5 (face 1→(0,0,0), 2→(1,0,0), 3→(0,1,0), 4→(2,0,0), 5→(0,0,1), 6→(1,1,0)), and a product is determined by the sum of these vectors.</w:t>
      </w:r>
    </w:p>
    <w:p>
      <w:pPr>
        <w:spacing w:before="0" w:after="80" w:line="300" w:lineRule="auto"/>
        <w:jc w:val="left"/>
      </w:pPr>
      <w:r>
        <w:rPr>
          <w:rFonts w:ascii="Times New Roman" w:hAnsi="Times New Roman" w:eastAsia="宋体"/>
          <w:b w:val="0"/>
          <w:i w:val="0"/>
          <w:color w:val="333333"/>
          <w:sz w:val="19"/>
        </w:rPr>
        <w:t>Fix the exponent of 5 by requiring exactly k dice to show 5, and put m=n-k. For an exponent b of 3, where 0≤ b≤ m, the possible exponents a of 2 are precisely 0,1,…,2m-b. If a≤ b, use a faces showing 6 and b-a showing 3. If a&gt; b, use b faces showing 6 and make the remaining a-b factors of 2 with faces 4 and, if needed, one face 2. The bound a≤ 2m-b says this uses at most m dice; fill unused dice with 1’s. Thus the number of exponent pairs is</w:t>
      </w:r>
    </w:p>
    <w:p>
      <w:pPr>
        <w:spacing w:before="0" w:after="80" w:line="300" w:lineRule="auto"/>
        <w:jc w:val="left"/>
      </w:pPr>
      <w:r>
        <w:rPr>
          <w:rFonts w:ascii="Times New Roman" w:hAnsi="Times New Roman" w:eastAsia="宋体"/>
          <w:b w:val="0"/>
          <w:i w:val="0"/>
          <w:color w:val="333333"/>
          <w:sz w:val="19"/>
        </w:rPr>
        <w:t>Σ_(b=0)ᵐ(2m-b+1)</w:t>
      </w:r>
    </w:p>
    <w:p>
      <w:pPr>
        <w:spacing w:before="0" w:after="80" w:line="300" w:lineRule="auto"/>
        <w:jc w:val="left"/>
      </w:pPr>
      <w:r>
        <w:rPr>
          <w:rFonts w:ascii="Times New Roman" w:hAnsi="Times New Roman" w:eastAsia="宋体"/>
          <w:b w:val="0"/>
          <w:i w:val="0"/>
          <w:color w:val="333333"/>
          <w:sz w:val="19"/>
        </w:rPr>
        <w:t>=((m+1)(3m+2))/2.</w:t>
      </w:r>
    </w:p>
    <w:p>
      <w:pPr>
        <w:spacing w:before="0" w:after="80" w:line="300" w:lineRule="auto"/>
        <w:jc w:val="left"/>
      </w:pPr>
      <w:r>
        <w:rPr>
          <w:rFonts w:ascii="Times New Roman" w:hAnsi="Times New Roman" w:eastAsia="宋体"/>
          <w:b w:val="0"/>
          <w:i w:val="0"/>
          <w:color w:val="333333"/>
          <w:sz w:val="19"/>
        </w:rPr>
        <w:t>Summing over k=0,1,…,n, equivalently over m=0,1,…,n, the number of distinct products is</w:t>
      </w:r>
    </w:p>
    <w:p>
      <w:pPr>
        <w:spacing w:before="0" w:after="80" w:line="300" w:lineRule="auto"/>
        <w:jc w:val="left"/>
      </w:pPr>
      <w:r>
        <w:rPr>
          <w:rFonts w:ascii="Times New Roman" w:hAnsi="Times New Roman" w:eastAsia="宋体"/>
          <w:b w:val="0"/>
          <w:i w:val="0"/>
          <w:color w:val="333333"/>
          <w:sz w:val="19"/>
        </w:rPr>
        <w:t>Σₘ₌₀ⁿ((m+1)(3m+2))/2</w:t>
      </w:r>
    </w:p>
    <w:p>
      <w:pPr>
        <w:spacing w:before="0" w:after="80" w:line="300" w:lineRule="auto"/>
        <w:jc w:val="left"/>
      </w:pPr>
      <w:r>
        <w:rPr>
          <w:rFonts w:ascii="Times New Roman" w:hAnsi="Times New Roman" w:eastAsia="宋体"/>
          <w:b w:val="0"/>
          <w:i w:val="0"/>
          <w:color w:val="333333"/>
          <w:sz w:val="19"/>
        </w:rPr>
        <w:t>=((n+1)²(n+2))/2.</w:t>
      </w:r>
    </w:p>
    <w:p>
      <w:pPr>
        <w:spacing w:before="0" w:after="80" w:line="300" w:lineRule="auto"/>
        <w:jc w:val="left"/>
      </w:pPr>
      <w:r>
        <w:rPr>
          <w:rFonts w:ascii="Times New Roman" w:hAnsi="Times New Roman" w:eastAsia="宋体"/>
          <w:b w:val="0"/>
          <w:i w:val="0"/>
          <w:color w:val="333333"/>
          <w:sz w:val="19"/>
        </w:rPr>
        <w:t>For n=11 this is (12²·13)/2=936, so n=11.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对每个质数分别处理 a,b,c,d 中的指数。</w:t>
      </w:r>
    </w:p>
    <w:p>
      <w:pPr>
        <w:spacing w:before="0" w:after="80" w:line="300" w:lineRule="auto"/>
        <w:jc w:val="left"/>
      </w:pPr>
      <w:r>
        <w:rPr>
          <w:rFonts w:ascii="Times New Roman" w:hAnsi="Times New Roman" w:eastAsia="宋体"/>
          <w:b/>
          <w:i w:val="0"/>
          <w:sz w:val="21"/>
        </w:rPr>
        <w:t>质数 2</w:t>
      </w:r>
      <w:r>
        <w:rPr>
          <w:rFonts w:ascii="Times New Roman" w:hAnsi="Times New Roman" w:eastAsia="宋体"/>
          <w:b w:val="0"/>
          <w:i w:val="0"/>
          <w:sz w:val="21"/>
        </w:rPr>
        <w:t>（总指数 6）：max(b,c)=1 强制 a=3；然后 b+c+d=3，且 max(b,d)=max(c,d)=2，得 d=2 且 {b,c}={0,1}，所以最小指数为 0。</w:t>
      </w:r>
    </w:p>
    <w:p>
      <w:pPr>
        <w:spacing w:before="0" w:after="80" w:line="300" w:lineRule="auto"/>
        <w:jc w:val="left"/>
      </w:pPr>
      <w:r>
        <w:rPr>
          <w:rFonts w:ascii="Times New Roman" w:hAnsi="Times New Roman" w:eastAsia="宋体"/>
          <w:b/>
          <w:i w:val="0"/>
          <w:sz w:val="21"/>
        </w:rPr>
        <w:t>质数 3</w:t>
      </w:r>
      <w:r>
        <w:rPr>
          <w:rFonts w:ascii="Times New Roman" w:hAnsi="Times New Roman" w:eastAsia="宋体"/>
          <w:b w:val="0"/>
          <w:i w:val="0"/>
          <w:sz w:val="21"/>
        </w:rPr>
        <w:t>（总指数 9）：max(a,b)=2，而其他最小公倍数都等于 3，强制 c=d=3；然后 a+b=3，且 max(a,b)=2，得 {a,b}={1,2}，所以最小指数为 1。</w:t>
      </w:r>
    </w:p>
    <w:p>
      <w:pPr>
        <w:spacing w:before="0" w:after="80" w:line="300" w:lineRule="auto"/>
        <w:jc w:val="left"/>
      </w:pPr>
      <w:r>
        <w:rPr>
          <w:rFonts w:ascii="Times New Roman" w:hAnsi="Times New Roman" w:eastAsia="宋体"/>
          <w:b/>
          <w:i w:val="0"/>
          <w:sz w:val="21"/>
        </w:rPr>
        <w:t>质数 5</w:t>
      </w:r>
      <w:r>
        <w:rPr>
          <w:rFonts w:ascii="Times New Roman" w:hAnsi="Times New Roman" w:eastAsia="宋体"/>
          <w:b w:val="0"/>
          <w:i w:val="0"/>
          <w:sz w:val="21"/>
        </w:rPr>
        <w:t>（总指数 7）：max(a,b)=3，且 max(b,c)，max(b,d),max(c,d)=2，强制 a=3；然后 b+c+d=4，每个都 ≤ 2，且两两最大值为 2，所以其中两个等于 2，一个等于 0，最小指数为 0。</w:t>
      </w:r>
    </w:p>
    <w:p>
      <w:pPr>
        <w:spacing w:before="0" w:after="80" w:line="300" w:lineRule="auto"/>
        <w:jc w:val="left"/>
      </w:pPr>
      <w:r>
        <w:rPr>
          <w:rFonts w:ascii="Times New Roman" w:hAnsi="Times New Roman" w:eastAsia="宋体"/>
          <w:b w:val="0"/>
          <w:i w:val="0"/>
          <w:sz w:val="21"/>
        </w:rPr>
        <w:t>因此 gcd(a,b,c,d)=2⁰· 3¹· 5⁰=3。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Handle each prime separately using the exponents of a,b,c,d.</w:t>
      </w:r>
    </w:p>
    <w:p>
      <w:pPr>
        <w:spacing w:before="0" w:after="80" w:line="300" w:lineRule="auto"/>
        <w:jc w:val="left"/>
      </w:pPr>
      <w:r>
        <w:rPr>
          <w:rFonts w:ascii="Times New Roman" w:hAnsi="Times New Roman" w:eastAsia="宋体"/>
          <w:b/>
          <w:i w:val="0"/>
          <w:color w:val="333333"/>
          <w:sz w:val="19"/>
        </w:rPr>
        <w:t>Prime 2</w:t>
      </w:r>
      <w:r>
        <w:rPr>
          <w:rFonts w:ascii="Times New Roman" w:hAnsi="Times New Roman" w:eastAsia="宋体"/>
          <w:b w:val="0"/>
          <w:i w:val="0"/>
          <w:color w:val="333333"/>
          <w:sz w:val="19"/>
        </w:rPr>
        <w:t>(total 6): max(b,c)=1 forces a=3; then b+c+d=3 with max(b,d)=max(c,d)=2 gives d=2 and {b,c}={0,1}, so the minimum exponent is 0.</w:t>
      </w:r>
    </w:p>
    <w:p>
      <w:pPr>
        <w:spacing w:before="0" w:after="80" w:line="300" w:lineRule="auto"/>
        <w:jc w:val="left"/>
      </w:pPr>
      <w:r>
        <w:rPr>
          <w:rFonts w:ascii="Times New Roman" w:hAnsi="Times New Roman" w:eastAsia="宋体"/>
          <w:b/>
          <w:i w:val="0"/>
          <w:color w:val="333333"/>
          <w:sz w:val="19"/>
        </w:rPr>
        <w:t>Prime 3</w:t>
      </w:r>
      <w:r>
        <w:rPr>
          <w:rFonts w:ascii="Times New Roman" w:hAnsi="Times New Roman" w:eastAsia="宋体"/>
          <w:b w:val="0"/>
          <w:i w:val="0"/>
          <w:color w:val="333333"/>
          <w:sz w:val="19"/>
        </w:rPr>
        <w:t>(total 9): max(a,b)=2 with the other lcms equal to 3 forces c=d=3; then a+b=3 with max(a,b)=2 gives {a,b}={1,2}, so the minimum is 1.</w:t>
      </w:r>
    </w:p>
    <w:p>
      <w:pPr>
        <w:spacing w:before="0" w:after="80" w:line="300" w:lineRule="auto"/>
        <w:jc w:val="left"/>
      </w:pPr>
      <w:r>
        <w:rPr>
          <w:rFonts w:ascii="Times New Roman" w:hAnsi="Times New Roman" w:eastAsia="宋体"/>
          <w:b/>
          <w:i w:val="0"/>
          <w:color w:val="333333"/>
          <w:sz w:val="19"/>
        </w:rPr>
        <w:t>Prime 5</w:t>
      </w:r>
      <w:r>
        <w:rPr>
          <w:rFonts w:ascii="Times New Roman" w:hAnsi="Times New Roman" w:eastAsia="宋体"/>
          <w:b w:val="0"/>
          <w:i w:val="0"/>
          <w:color w:val="333333"/>
          <w:sz w:val="19"/>
        </w:rPr>
        <w:t>(total 7): max(a,b)=3 with max(b,c), max(b,d),max(c,d)=2 forces a=3; then b+c+d=4 with each ≤ 2 and pairwise maxima 2 gives two of them equal to 2 and one equal to 0, so the minimum is 0.</w:t>
      </w:r>
    </w:p>
    <w:p>
      <w:pPr>
        <w:spacing w:before="0" w:after="80" w:line="300" w:lineRule="auto"/>
        <w:jc w:val="left"/>
      </w:pPr>
      <w:r>
        <w:rPr>
          <w:rFonts w:ascii="Times New Roman" w:hAnsi="Times New Roman" w:eastAsia="宋体"/>
          <w:b w:val="0"/>
          <w:i w:val="0"/>
          <w:color w:val="333333"/>
          <w:sz w:val="19"/>
        </w:rPr>
        <w:t>Therefore gcd(a,b,c,d)=2⁰· 3¹· 5⁰=3.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设原五边形的外接圆半径为 R。将一个顶点折到中心时，折痕是中心到该顶点线段的垂直平分线，即离中心距离为 R/2 的直线。五条折痕围成一个内切圆半径为 R/2 的正五边形，而原五边形的内切圆半径为 Rcos 36°。面积按内切圆半径的平方成比例，所以比例为</w:t>
      </w:r>
    </w:p>
    <w:p>
      <w:pPr>
        <w:spacing w:before="0" w:after="80" w:line="300" w:lineRule="auto"/>
        <w:jc w:val="left"/>
      </w:pPr>
      <w:r>
        <w:rPr>
          <w:rFonts w:ascii="Times New Roman" w:hAnsi="Times New Roman" w:eastAsia="宋体"/>
          <w:b w:val="0"/>
          <w:i w:val="0"/>
          <w:sz w:val="21"/>
        </w:rPr>
        <w:t>((R/2)²)/((Rcos 36°)²)=1/(4cos² 36°)。</w:t>
      </w:r>
    </w:p>
    <w:p>
      <w:pPr>
        <w:spacing w:before="0" w:after="80" w:line="300" w:lineRule="auto"/>
        <w:jc w:val="left"/>
      </w:pPr>
      <w:r>
        <w:rPr>
          <w:rFonts w:ascii="Times New Roman" w:hAnsi="Times New Roman" w:eastAsia="宋体"/>
          <w:b w:val="0"/>
          <w:i w:val="0"/>
          <w:sz w:val="21"/>
        </w:rPr>
        <w:t>因为 cos 36°=(1+√(5))/4，这个比例为 4/((1+√(5))²) =4/(6+2√(5)) =2/(3+√(5)) =(3-√(5))/2。乘以原面积 √(5)+1 得 ((3-√(5))(√(5)+1))/2 =(2√(5)-2)/2 =√(5)-1。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original pentagon have circumradius R. Folding a vertex to the center creases along the perpendicular bisector of the segment from the center to that vertex, a line at distance R/2 from the center. The five creases bound a regular pentagon with apothem R/2, whereas the original has apothem Rcos 36°. Areas scale as the square of the apothem, so the ratio is</w:t>
      </w:r>
    </w:p>
    <w:p>
      <w:pPr>
        <w:spacing w:before="0" w:after="80" w:line="300" w:lineRule="auto"/>
        <w:jc w:val="left"/>
      </w:pPr>
      <w:r>
        <w:rPr>
          <w:rFonts w:ascii="Times New Roman" w:hAnsi="Times New Roman" w:eastAsia="宋体"/>
          <w:b w:val="0"/>
          <w:i w:val="0"/>
          <w:color w:val="333333"/>
          <w:sz w:val="19"/>
        </w:rPr>
        <w:t>((R/2)²)/((Rcos 36°)²)=1/(4cos² 36°).</w:t>
      </w:r>
    </w:p>
    <w:p>
      <w:pPr>
        <w:spacing w:before="0" w:after="80" w:line="300" w:lineRule="auto"/>
        <w:jc w:val="left"/>
      </w:pPr>
      <w:r>
        <w:rPr>
          <w:rFonts w:ascii="Times New Roman" w:hAnsi="Times New Roman" w:eastAsia="宋体"/>
          <w:b w:val="0"/>
          <w:i w:val="0"/>
          <w:color w:val="333333"/>
          <w:sz w:val="19"/>
        </w:rPr>
        <w:t>Since cos 36°=(1+√(5))/4, this ratio is 4/((1+√(5))²) =4/(6+2√(5)) =2/(3+√(5)) =(3-√(5))/2. Multiplying by the original area √(5)+1 gives ((3-√(5))(√(5)+1))/2 =(2√(5)-2)/2 =√(5)-1.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