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200" w:line="300" w:lineRule="auto"/>
        <w:jc w:val="center"/>
      </w:pPr>
      <w:r>
        <w:rPr>
          <w:rFonts w:ascii="Times New Roman" w:hAnsi="Times New Roman" w:eastAsia="宋体"/>
          <w:b/>
          <w:i w:val="0"/>
          <w:sz w:val="36"/>
        </w:rPr>
        <w:t>2023A AMC 12 真题与解答</w:t>
      </w:r>
    </w:p>
    <w:p>
      <w:pPr>
        <w:spacing w:before="0" w:after="40" w:line="300" w:lineRule="auto"/>
        <w:jc w:val="center"/>
      </w:pPr>
      <w:r>
        <w:rPr>
          <w:rFonts w:ascii="Times New Roman" w:hAnsi="Times New Roman" w:eastAsia="宋体"/>
          <w:b w:val="0"/>
          <w:i w:val="0"/>
          <w:color w:val="555555"/>
          <w:sz w:val="21"/>
        </w:rPr>
        <w:t>American Mathematics Competitions 12 · 中英双语</w:t>
      </w:r>
    </w:p>
    <w:p>
      <w:pPr>
        <w:spacing w:before="0" w:after="280" w:line="300" w:lineRule="auto"/>
        <w:jc w:val="center"/>
      </w:pPr>
      <w:r>
        <w:rPr>
          <w:rFonts w:ascii="Times New Roman" w:hAnsi="Times New Roman" w:eastAsia="宋体"/>
          <w:b w:val="0"/>
          <w:i w:val="0"/>
          <w:color w:val="555555"/>
          <w:sz w:val="19"/>
        </w:rPr>
        <w:t>共 25 题，限时 75 分钟；答对得 6 分，未答得 1.5 分，答错 0 分，满分 150 分。</w:t>
      </w:r>
    </w:p>
    <w:p>
      <w:pPr>
        <w:spacing w:before="0" w:after="200" w:line="300" w:lineRule="auto"/>
      </w:pPr>
      <w:r>
        <w:rPr>
          <w:rFonts w:ascii="Times New Roman" w:hAnsi="Times New Roman" w:eastAsia="宋体"/>
          <w:b w:val="0"/>
          <w:i w:val="0"/>
          <w:color w:val="666666"/>
          <w:sz w:val="18"/>
        </w:rPr>
        <w:t>编排说明：第一部分为题目（先中文、后英文原题），第二部分为解答与答案，便于先做题后对答案。</w:t>
      </w:r>
    </w:p>
    <w:p>
      <w:pPr>
        <w:spacing w:before="280" w:after="160" w:line="300" w:lineRule="auto"/>
      </w:pPr>
      <w:r>
        <w:rPr>
          <w:rFonts w:ascii="Times New Roman" w:hAnsi="Times New Roman" w:eastAsia="宋体"/>
          <w:b/>
          <w:i w:val="0"/>
          <w:sz w:val="28"/>
        </w:rPr>
        <w:t>第一部分　题目</w:t>
      </w:r>
    </w:p>
    <w:p>
      <w:pPr>
        <w:spacing w:before="200" w:after="80" w:line="300" w:lineRule="auto"/>
      </w:pPr>
      <w:r>
        <w:rPr>
          <w:rFonts w:ascii="Times New Roman" w:hAnsi="Times New Roman" w:eastAsia="宋体"/>
          <w:b/>
          <w:i w:val="0"/>
          <w:sz w:val="23"/>
        </w:rPr>
        <w:t>第 1 题</w:t>
      </w:r>
    </w:p>
    <w:p>
      <w:pPr>
        <w:spacing w:before="0" w:after="80" w:line="300" w:lineRule="auto"/>
        <w:jc w:val="left"/>
      </w:pPr>
      <w:r>
        <w:rPr>
          <w:rFonts w:ascii="Times New Roman" w:hAnsi="Times New Roman" w:eastAsia="宋体"/>
          <w:b w:val="0"/>
          <w:i w:val="0"/>
          <w:sz w:val="21"/>
        </w:rPr>
        <w:t>城市 A 和 B 相距 45 英里。Alicia 住在 A，Beth 住在 B。Alicia 以每小时 18 英里的速度骑车前往 B。Beth 同时出发，以每小时 12 英里的速度骑车前往 A。她们相遇时距离城市 A 多少英里？</w:t>
      </w:r>
    </w:p>
    <w:p>
      <w:pPr>
        <w:spacing w:before="0" w:after="120" w:line="300" w:lineRule="auto"/>
      </w:pPr>
      <w:r>
        <w:rPr>
          <w:rFonts w:ascii="Times New Roman" w:hAnsi="Times New Roman" w:eastAsia="宋体"/>
          <w:b w:val="0"/>
          <w:i w:val="0"/>
          <w:sz w:val="21"/>
        </w:rPr>
        <w:t>（A）20　　（B）24　　（C）25　　（D）26　　（E）27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Cities A and B are 45 miles apart. Alicia lives in A and Beth lives in B. Alicia bikes towards B at 18 miles per hour. Leaving at the same time, Beth bikes toward A at 12 miles per hour. How many miles from City A will they be when they meet?</w:t>
      </w:r>
    </w:p>
    <w:p>
      <w:pPr>
        <w:spacing w:before="0" w:after="160" w:line="300" w:lineRule="auto"/>
      </w:pPr>
      <w:r>
        <w:rPr>
          <w:rFonts w:ascii="Times New Roman" w:hAnsi="Times New Roman" w:eastAsia="宋体"/>
          <w:b w:val="0"/>
          <w:i w:val="0"/>
          <w:color w:val="333333"/>
          <w:sz w:val="19"/>
        </w:rPr>
        <w:t>(A) 20　　(B) 24　　(C) 25　　(D) 26　　(E) 27</w:t>
      </w:r>
    </w:p>
    <w:p>
      <w:pPr>
        <w:spacing w:before="200" w:after="80" w:line="300" w:lineRule="auto"/>
      </w:pPr>
      <w:r>
        <w:rPr>
          <w:rFonts w:ascii="Times New Roman" w:hAnsi="Times New Roman" w:eastAsia="宋体"/>
          <w:b/>
          <w:i w:val="0"/>
          <w:sz w:val="23"/>
        </w:rPr>
        <w:t>第 2 题</w:t>
      </w:r>
    </w:p>
    <w:p>
      <w:pPr>
        <w:spacing w:before="0" w:after="80" w:line="300" w:lineRule="auto"/>
        <w:jc w:val="left"/>
      </w:pPr>
      <w:r>
        <w:rPr>
          <w:rFonts w:ascii="Times New Roman" w:hAnsi="Times New Roman" w:eastAsia="宋体"/>
          <w:b w:val="0"/>
          <w:i w:val="0"/>
          <w:sz w:val="21"/>
        </w:rPr>
        <w:t>一个大披萨的 1/3 加上 31/2 杯橙子片的重量，等于一个大披萨的 3/4 加上 1/2 杯橙子片的重量。一杯橙子片重 1/4 磅。一个大披萨重多少磅？</w:t>
      </w:r>
    </w:p>
    <w:p>
      <w:pPr>
        <w:spacing w:before="0" w:after="120" w:line="300" w:lineRule="auto"/>
      </w:pPr>
      <w:r>
        <w:rPr>
          <w:rFonts w:ascii="Times New Roman" w:hAnsi="Times New Roman" w:eastAsia="宋体"/>
          <w:b w:val="0"/>
          <w:i w:val="0"/>
          <w:sz w:val="21"/>
        </w:rPr>
        <w:t>（A）14/5　　（B）2　　（C）22/5　　（D）3　　（E）33/5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weight of 1/3 of a large pizza together with 31/2 cups of orange slices is the same as the weight of 3/4 of a large pizza together with 1/2 cup of orange slices. A cup of orange slices weighs 1/4 of a pound. What is the weight, in pounds, of a large pizza?</w:t>
      </w:r>
    </w:p>
    <w:p>
      <w:pPr>
        <w:spacing w:before="0" w:after="160" w:line="300" w:lineRule="auto"/>
      </w:pPr>
      <w:r>
        <w:rPr>
          <w:rFonts w:ascii="Times New Roman" w:hAnsi="Times New Roman" w:eastAsia="宋体"/>
          <w:b w:val="0"/>
          <w:i w:val="0"/>
          <w:color w:val="333333"/>
          <w:sz w:val="19"/>
        </w:rPr>
        <w:t>(A) 14/5　　(B) 2　　(C) 22/5　　(D) 3　　(E) 33/5</w:t>
      </w:r>
    </w:p>
    <w:p>
      <w:pPr>
        <w:spacing w:before="200" w:after="80" w:line="300" w:lineRule="auto"/>
      </w:pPr>
      <w:r>
        <w:rPr>
          <w:rFonts w:ascii="Times New Roman" w:hAnsi="Times New Roman" w:eastAsia="宋体"/>
          <w:b/>
          <w:i w:val="0"/>
          <w:sz w:val="23"/>
        </w:rPr>
        <w:t>第 3 题</w:t>
      </w:r>
    </w:p>
    <w:p>
      <w:pPr>
        <w:spacing w:before="0" w:after="80" w:line="300" w:lineRule="auto"/>
        <w:jc w:val="left"/>
      </w:pPr>
      <w:r>
        <w:rPr>
          <w:rFonts w:ascii="Times New Roman" w:hAnsi="Times New Roman" w:eastAsia="宋体"/>
          <w:b w:val="0"/>
          <w:i w:val="0"/>
          <w:sz w:val="21"/>
        </w:rPr>
        <w:t>小于 2023 且能被 5 整除的正完全平方数有多少个？</w:t>
      </w:r>
    </w:p>
    <w:p>
      <w:pPr>
        <w:spacing w:before="0" w:after="120" w:line="300" w:lineRule="auto"/>
      </w:pPr>
      <w:r>
        <w:rPr>
          <w:rFonts w:ascii="Times New Roman" w:hAnsi="Times New Roman" w:eastAsia="宋体"/>
          <w:b w:val="0"/>
          <w:i w:val="0"/>
          <w:sz w:val="21"/>
        </w:rPr>
        <w:t>（A）8　　（B）9　　（C）10　　（D）11　　（E）12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How many positive perfect squares less than 2023 are divisible by 5?</w:t>
      </w:r>
    </w:p>
    <w:p>
      <w:pPr>
        <w:spacing w:before="0" w:after="160" w:line="300" w:lineRule="auto"/>
      </w:pPr>
      <w:r>
        <w:rPr>
          <w:rFonts w:ascii="Times New Roman" w:hAnsi="Times New Roman" w:eastAsia="宋体"/>
          <w:b w:val="0"/>
          <w:i w:val="0"/>
          <w:color w:val="333333"/>
          <w:sz w:val="19"/>
        </w:rPr>
        <w:t>(A) 8　　(B) 9　　(C) 10　　(D) 11　　(E) 12</w:t>
      </w:r>
    </w:p>
    <w:p>
      <w:pPr>
        <w:spacing w:before="200" w:after="80" w:line="300" w:lineRule="auto"/>
      </w:pPr>
      <w:r>
        <w:rPr>
          <w:rFonts w:ascii="Times New Roman" w:hAnsi="Times New Roman" w:eastAsia="宋体"/>
          <w:b/>
          <w:i w:val="0"/>
          <w:sz w:val="23"/>
        </w:rPr>
        <w:t>第 4 题</w:t>
      </w:r>
    </w:p>
    <w:p>
      <w:pPr>
        <w:spacing w:before="0" w:after="80" w:line="300" w:lineRule="auto"/>
        <w:jc w:val="left"/>
      </w:pPr>
      <w:r>
        <w:rPr>
          <w:rFonts w:ascii="Times New Roman" w:hAnsi="Times New Roman" w:eastAsia="宋体"/>
          <w:b w:val="0"/>
          <w:i w:val="0"/>
          <w:sz w:val="21"/>
        </w:rPr>
        <w:t>8⁵· 5¹⁰· 15⁵ 的通常数字表示有多少位数字？</w:t>
      </w:r>
    </w:p>
    <w:p>
      <w:pPr>
        <w:spacing w:before="0" w:after="120" w:line="300" w:lineRule="auto"/>
      </w:pPr>
      <w:r>
        <w:rPr>
          <w:rFonts w:ascii="Times New Roman" w:hAnsi="Times New Roman" w:eastAsia="宋体"/>
          <w:b w:val="0"/>
          <w:i w:val="0"/>
          <w:sz w:val="21"/>
        </w:rPr>
        <w:t>（A）14　　（B）15　　（C）16　　（D）17　　（E）18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How many digits are in the base-ten representation of 8⁵· 5¹⁰· 15⁵?</w:t>
      </w:r>
    </w:p>
    <w:p>
      <w:pPr>
        <w:spacing w:before="0" w:after="160" w:line="300" w:lineRule="auto"/>
      </w:pPr>
      <w:r>
        <w:rPr>
          <w:rFonts w:ascii="Times New Roman" w:hAnsi="Times New Roman" w:eastAsia="宋体"/>
          <w:b w:val="0"/>
          <w:i w:val="0"/>
          <w:color w:val="333333"/>
          <w:sz w:val="19"/>
        </w:rPr>
        <w:t>(A) 14　　(B) 15　　(C) 16　　(D) 17　　(E) 18</w:t>
      </w:r>
    </w:p>
    <w:p>
      <w:pPr>
        <w:spacing w:before="200" w:after="80" w:line="300" w:lineRule="auto"/>
      </w:pPr>
      <w:r>
        <w:rPr>
          <w:rFonts w:ascii="Times New Roman" w:hAnsi="Times New Roman" w:eastAsia="宋体"/>
          <w:b/>
          <w:i w:val="0"/>
          <w:sz w:val="23"/>
        </w:rPr>
        <w:t>第 5 题</w:t>
      </w:r>
    </w:p>
    <w:p>
      <w:pPr>
        <w:spacing w:before="0" w:after="80" w:line="300" w:lineRule="auto"/>
        <w:jc w:val="left"/>
      </w:pPr>
      <w:r>
        <w:rPr>
          <w:rFonts w:ascii="Times New Roman" w:hAnsi="Times New Roman" w:eastAsia="宋体"/>
          <w:b w:val="0"/>
          <w:i w:val="0"/>
          <w:sz w:val="21"/>
        </w:rPr>
        <w:t>Janet 掷一个标准 6 面骰子 4 次，并持续记录掷出点数的累加和。她的累加和在某一时刻等于 3 的概率是多少？</w:t>
      </w:r>
    </w:p>
    <w:p>
      <w:pPr>
        <w:spacing w:before="0" w:after="120" w:line="300" w:lineRule="auto"/>
      </w:pPr>
      <w:r>
        <w:rPr>
          <w:rFonts w:ascii="Times New Roman" w:hAnsi="Times New Roman" w:eastAsia="宋体"/>
          <w:b w:val="0"/>
          <w:i w:val="0"/>
          <w:sz w:val="21"/>
        </w:rPr>
        <w:t>（A）2/9　　（B）49/216　　（C）25/108　　（D）17/72　　（E）13/54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Janet rolls a standard 6-sided die 4 times and keeps a running total of the numbers she rolls. What is the probability that at some point, her running total will equal 3?</w:t>
      </w:r>
    </w:p>
    <w:p>
      <w:pPr>
        <w:spacing w:before="0" w:after="160" w:line="300" w:lineRule="auto"/>
      </w:pPr>
      <w:r>
        <w:rPr>
          <w:rFonts w:ascii="Times New Roman" w:hAnsi="Times New Roman" w:eastAsia="宋体"/>
          <w:b w:val="0"/>
          <w:i w:val="0"/>
          <w:color w:val="333333"/>
          <w:sz w:val="19"/>
        </w:rPr>
        <w:t>(A) 2/9　　(B) 49/216　　(C) 25/108　　(D) 17/72　　(E) 13/54</w:t>
      </w:r>
    </w:p>
    <w:p>
      <w:pPr>
        <w:spacing w:before="200" w:after="80" w:line="300" w:lineRule="auto"/>
      </w:pPr>
      <w:r>
        <w:rPr>
          <w:rFonts w:ascii="Times New Roman" w:hAnsi="Times New Roman" w:eastAsia="宋体"/>
          <w:b/>
          <w:i w:val="0"/>
          <w:sz w:val="23"/>
        </w:rPr>
        <w:t>第 6 题</w:t>
      </w:r>
    </w:p>
    <w:p>
      <w:pPr>
        <w:spacing w:before="0" w:after="80" w:line="300" w:lineRule="auto"/>
        <w:jc w:val="left"/>
      </w:pPr>
      <w:r>
        <w:rPr>
          <w:rFonts w:ascii="Times New Roman" w:hAnsi="Times New Roman" w:eastAsia="宋体"/>
          <w:b w:val="0"/>
          <w:i w:val="0"/>
          <w:sz w:val="21"/>
        </w:rPr>
        <w:t>点 A 和 B 在 y=log₂ x 的图像上。线段 AB 的中点是 (6,2)。A 和 B 的 x 坐标的正差是多少？</w:t>
      </w:r>
    </w:p>
    <w:p>
      <w:pPr>
        <w:spacing w:before="0" w:after="120" w:line="300" w:lineRule="auto"/>
      </w:pPr>
      <w:r>
        <w:rPr>
          <w:rFonts w:ascii="Times New Roman" w:hAnsi="Times New Roman" w:eastAsia="宋体"/>
          <w:b w:val="0"/>
          <w:i w:val="0"/>
          <w:sz w:val="21"/>
        </w:rPr>
        <w:t>（A）2√(11)　　（B）4√(3)　　（C）8　　（D）4√(5)　　（E）9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Points A and B lie on the graph of y=log₂ x. The midpoint of AB is (6,2). What is the positive difference between the x-coordinates of A and B?</w:t>
      </w:r>
    </w:p>
    <w:p>
      <w:pPr>
        <w:spacing w:before="0" w:after="160" w:line="300" w:lineRule="auto"/>
      </w:pPr>
      <w:r>
        <w:rPr>
          <w:rFonts w:ascii="Times New Roman" w:hAnsi="Times New Roman" w:eastAsia="宋体"/>
          <w:b w:val="0"/>
          <w:i w:val="0"/>
          <w:color w:val="333333"/>
          <w:sz w:val="19"/>
        </w:rPr>
        <w:t>(A) 2√(11)　　(B) 4√(3)　　(C) 8　　(D) 4√(5)　　(E) 9</w:t>
      </w:r>
    </w:p>
    <w:p>
      <w:pPr>
        <w:spacing w:before="200" w:after="80" w:line="300" w:lineRule="auto"/>
      </w:pPr>
      <w:r>
        <w:rPr>
          <w:rFonts w:ascii="Times New Roman" w:hAnsi="Times New Roman" w:eastAsia="宋体"/>
          <w:b/>
          <w:i w:val="0"/>
          <w:sz w:val="23"/>
        </w:rPr>
        <w:t>第 7 题</w:t>
      </w:r>
    </w:p>
    <w:p>
      <w:pPr>
        <w:spacing w:before="0" w:after="80" w:line="300" w:lineRule="auto"/>
        <w:jc w:val="left"/>
      </w:pPr>
      <w:r>
        <w:rPr>
          <w:rFonts w:ascii="Times New Roman" w:hAnsi="Times New Roman" w:eastAsia="宋体"/>
          <w:b w:val="0"/>
          <w:i w:val="0"/>
          <w:sz w:val="21"/>
        </w:rPr>
        <w:t>一个电子显示屏把当前日期显示为一个 8 位整数：先是 4 位年份，再是 2 位月份，最后是该月内的 2 位日期。例如，今年的植树节显示为 20230428。在 2023 年中，有多少个日期的 8 位显示中每个数字都出现偶数次？</w:t>
      </w:r>
    </w:p>
    <w:p>
      <w:pPr>
        <w:spacing w:before="0" w:after="120" w:line="300" w:lineRule="auto"/>
      </w:pPr>
      <w:r>
        <w:rPr>
          <w:rFonts w:ascii="Times New Roman" w:hAnsi="Times New Roman" w:eastAsia="宋体"/>
          <w:b w:val="0"/>
          <w:i w:val="0"/>
          <w:sz w:val="21"/>
        </w:rPr>
        <w:t>（A）5　　（B）6　　（C）7　　（D）8　　（E）9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digital display shows the current date as an 8-digit integer consisting of a 4-digit year, followed by a 2-digit month, followed by a 2-digit date within the month. For example, Arbor Day this year is displayed as 20230428. For how many dates in 2023 will each digit appear an even number of times in the 8-digit display for that date?</w:t>
      </w:r>
    </w:p>
    <w:p>
      <w:pPr>
        <w:spacing w:before="0" w:after="160" w:line="300" w:lineRule="auto"/>
      </w:pPr>
      <w:r>
        <w:rPr>
          <w:rFonts w:ascii="Times New Roman" w:hAnsi="Times New Roman" w:eastAsia="宋体"/>
          <w:b w:val="0"/>
          <w:i w:val="0"/>
          <w:color w:val="333333"/>
          <w:sz w:val="19"/>
        </w:rPr>
        <w:t>(A) 5　　(B) 6　　(C) 7　　(D) 8　　(E) 9</w:t>
      </w:r>
    </w:p>
    <w:p>
      <w:pPr>
        <w:spacing w:before="200" w:after="80" w:line="300" w:lineRule="auto"/>
      </w:pPr>
      <w:r>
        <w:rPr>
          <w:rFonts w:ascii="Times New Roman" w:hAnsi="Times New Roman" w:eastAsia="宋体"/>
          <w:b/>
          <w:i w:val="0"/>
          <w:sz w:val="23"/>
        </w:rPr>
        <w:t>第 8 题</w:t>
      </w:r>
    </w:p>
    <w:p>
      <w:pPr>
        <w:spacing w:before="0" w:after="80" w:line="300" w:lineRule="auto"/>
        <w:jc w:val="left"/>
      </w:pPr>
      <w:r>
        <w:rPr>
          <w:rFonts w:ascii="Times New Roman" w:hAnsi="Times New Roman" w:eastAsia="宋体"/>
          <w:b w:val="0"/>
          <w:i w:val="0"/>
          <w:sz w:val="21"/>
        </w:rPr>
        <w:t>Maureen 正在记录本学期小测成绩的平均分。如果 Maureen 下一次小测得 11 分，她的平均分会增加 1。如果她接下来三次小测都得 11 分，她的平均分会增加 2。她当前的小测平均分是多少？</w:t>
      </w:r>
    </w:p>
    <w:p>
      <w:pPr>
        <w:spacing w:before="0" w:after="120" w:line="300" w:lineRule="auto"/>
      </w:pPr>
      <w:r>
        <w:rPr>
          <w:rFonts w:ascii="Times New Roman" w:hAnsi="Times New Roman" w:eastAsia="宋体"/>
          <w:b w:val="0"/>
          <w:i w:val="0"/>
          <w:sz w:val="21"/>
        </w:rPr>
        <w:t>（A）4　　（B）5　　（C）6　　（D）7　　（E）8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Maureen is keeping track of the mean of her quiz scores this semester. If Maureen scores an 11 on the next quiz, her mean will increase by 1. If she scores an 11 on each of the next three quizzes, her mean will increase by 2. What is the mean of her quiz scores currently?</w:t>
      </w:r>
    </w:p>
    <w:p>
      <w:pPr>
        <w:spacing w:before="0" w:after="160" w:line="300" w:lineRule="auto"/>
      </w:pPr>
      <w:r>
        <w:rPr>
          <w:rFonts w:ascii="Times New Roman" w:hAnsi="Times New Roman" w:eastAsia="宋体"/>
          <w:b w:val="0"/>
          <w:i w:val="0"/>
          <w:color w:val="333333"/>
          <w:sz w:val="19"/>
        </w:rPr>
        <w:t>(A) 4　　(B) 5　　(C) 6　　(D) 7　　(E) 8</w:t>
      </w:r>
    </w:p>
    <w:p>
      <w:pPr>
        <w:spacing w:before="200" w:after="80" w:line="300" w:lineRule="auto"/>
      </w:pPr>
      <w:r>
        <w:rPr>
          <w:rFonts w:ascii="Times New Roman" w:hAnsi="Times New Roman" w:eastAsia="宋体"/>
          <w:b/>
          <w:i w:val="0"/>
          <w:sz w:val="23"/>
        </w:rPr>
        <w:t>第 9 题</w:t>
      </w:r>
    </w:p>
    <w:p>
      <w:pPr>
        <w:spacing w:before="0" w:after="80" w:line="300" w:lineRule="auto"/>
        <w:jc w:val="left"/>
      </w:pPr>
      <w:r>
        <w:rPr>
          <w:rFonts w:ascii="Times New Roman" w:hAnsi="Times New Roman" w:eastAsia="宋体"/>
          <w:b w:val="0"/>
          <w:i w:val="0"/>
          <w:sz w:val="21"/>
        </w:rPr>
        <w:t>一个面积为 2 的正方形内接于一个面积为 3 的正方形中，形成四个全等三角形，如下图所示。阴影直角三角形的较短直角边与较长直角边之比是多少？</w:t>
      </w:r>
    </w:p>
    <w:p>
      <w:pPr>
        <w:spacing w:before="80" w:after="80"/>
        <w:jc w:val="center"/>
      </w:pPr>
      <w:r>
        <w:drawing>
          <wp:inline xmlns:a="http://schemas.openxmlformats.org/drawingml/2006/main" xmlns:pic="http://schemas.openxmlformats.org/drawingml/2006/picture">
            <wp:extent cx="1883314" cy="1883314"/>
            <wp:docPr id="1" name="Picture 1"/>
            <wp:cNvGraphicFramePr>
              <a:graphicFrameLocks noChangeAspect="1"/>
            </wp:cNvGraphicFramePr>
            <a:graphic>
              <a:graphicData uri="http://schemas.openxmlformats.org/drawingml/2006/picture">
                <pic:pic>
                  <pic:nvPicPr>
                    <pic:cNvPr id="0" name="q09-1@300dpi.png"/>
                    <pic:cNvPicPr/>
                  </pic:nvPicPr>
                  <pic:blipFill>
                    <a:blip r:embed="rId9"/>
                    <a:stretch>
                      <a:fillRect/>
                    </a:stretch>
                  </pic:blipFill>
                  <pic:spPr>
                    <a:xfrm>
                      <a:off x="0" y="0"/>
                      <a:ext cx="1883314" cy="1883314"/>
                    </a:xfrm>
                    <a:prstGeom prst="rect"/>
                  </pic:spPr>
                </pic:pic>
              </a:graphicData>
            </a:graphic>
          </wp:inline>
        </w:drawing>
      </w:r>
    </w:p>
    <w:p>
      <w:pPr>
        <w:spacing w:before="0" w:after="120" w:line="300" w:lineRule="auto"/>
      </w:pPr>
      <w:r>
        <w:rPr>
          <w:rFonts w:ascii="Times New Roman" w:hAnsi="Times New Roman" w:eastAsia="宋体"/>
          <w:b w:val="0"/>
          <w:i w:val="0"/>
          <w:sz w:val="21"/>
        </w:rPr>
        <w:t>（A）1/5　　（B）1/4　　（C）2-√(3)　　（D）√(3)-√(2)　　（E）√(2)-1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square of area 2 is inscribed in a square of area 3, creating four congruent triangles, as shown below. What is the ratio of the shorter leg to the longer leg in the shaded right triangle?</w:t>
      </w:r>
    </w:p>
    <w:p>
      <w:pPr>
        <w:spacing w:before="80" w:after="80"/>
        <w:jc w:val="center"/>
      </w:pPr>
      <w:r>
        <w:drawing>
          <wp:inline xmlns:a="http://schemas.openxmlformats.org/drawingml/2006/main" xmlns:pic="http://schemas.openxmlformats.org/drawingml/2006/picture">
            <wp:extent cx="1883314" cy="1883314"/>
            <wp:docPr id="2" name="Picture 2"/>
            <wp:cNvGraphicFramePr>
              <a:graphicFrameLocks noChangeAspect="1"/>
            </wp:cNvGraphicFramePr>
            <a:graphic>
              <a:graphicData uri="http://schemas.openxmlformats.org/drawingml/2006/picture">
                <pic:pic>
                  <pic:nvPicPr>
                    <pic:cNvPr id="0" name="q09-1@300dpi.png"/>
                    <pic:cNvPicPr/>
                  </pic:nvPicPr>
                  <pic:blipFill>
                    <a:blip r:embed="rId9"/>
                    <a:stretch>
                      <a:fillRect/>
                    </a:stretch>
                  </pic:blipFill>
                  <pic:spPr>
                    <a:xfrm>
                      <a:off x="0" y="0"/>
                      <a:ext cx="1883314" cy="1883314"/>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1/5　　(B) 1/4　　(C) 2-√(3)　　(D) √(3)-√(2)　　(E) √(2)-1</w:t>
      </w:r>
    </w:p>
    <w:p>
      <w:pPr>
        <w:spacing w:before="200" w:after="80" w:line="300" w:lineRule="auto"/>
      </w:pPr>
      <w:r>
        <w:rPr>
          <w:rFonts w:ascii="Times New Roman" w:hAnsi="Times New Roman" w:eastAsia="宋体"/>
          <w:b/>
          <w:i w:val="0"/>
          <w:sz w:val="23"/>
        </w:rPr>
        <w:t>第 10 题</w:t>
      </w:r>
    </w:p>
    <w:p>
      <w:pPr>
        <w:spacing w:before="0" w:after="80" w:line="300" w:lineRule="auto"/>
        <w:jc w:val="left"/>
      </w:pPr>
      <w:r>
        <w:rPr>
          <w:rFonts w:ascii="Times New Roman" w:hAnsi="Times New Roman" w:eastAsia="宋体"/>
          <w:b w:val="0"/>
          <w:i w:val="0"/>
          <w:sz w:val="21"/>
        </w:rPr>
        <w:t>正实数 x 和 y 满足 y³=x² 且 (y-x)²=4y²。求 x+y？</w:t>
      </w:r>
    </w:p>
    <w:p>
      <w:pPr>
        <w:spacing w:before="0" w:after="120" w:line="300" w:lineRule="auto"/>
      </w:pPr>
      <w:r>
        <w:rPr>
          <w:rFonts w:ascii="Times New Roman" w:hAnsi="Times New Roman" w:eastAsia="宋体"/>
          <w:b w:val="0"/>
          <w:i w:val="0"/>
          <w:sz w:val="21"/>
        </w:rPr>
        <w:t>（A）12　　（B）18　　（C）24　　（D）36　　（E）42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Positive real numbers x and y satisfy y³=x² and (y-x)²=4y². What is x+y?</w:t>
      </w:r>
    </w:p>
    <w:p>
      <w:pPr>
        <w:spacing w:before="0" w:after="160" w:line="300" w:lineRule="auto"/>
      </w:pPr>
      <w:r>
        <w:rPr>
          <w:rFonts w:ascii="Times New Roman" w:hAnsi="Times New Roman" w:eastAsia="宋体"/>
          <w:b w:val="0"/>
          <w:i w:val="0"/>
          <w:color w:val="333333"/>
          <w:sz w:val="19"/>
        </w:rPr>
        <w:t>(A) 12　　(B) 18　　(C) 24　　(D) 36　　(E) 42</w:t>
      </w:r>
    </w:p>
    <w:p>
      <w:pPr>
        <w:spacing w:before="200" w:after="80" w:line="300" w:lineRule="auto"/>
      </w:pPr>
      <w:r>
        <w:rPr>
          <w:rFonts w:ascii="Times New Roman" w:hAnsi="Times New Roman" w:eastAsia="宋体"/>
          <w:b/>
          <w:i w:val="0"/>
          <w:sz w:val="23"/>
        </w:rPr>
        <w:t>第 11 题</w:t>
      </w:r>
    </w:p>
    <w:p>
      <w:pPr>
        <w:spacing w:before="0" w:after="80" w:line="300" w:lineRule="auto"/>
        <w:jc w:val="left"/>
      </w:pPr>
      <w:r>
        <w:rPr>
          <w:rFonts w:ascii="Times New Roman" w:hAnsi="Times New Roman" w:eastAsia="宋体"/>
          <w:b w:val="0"/>
          <w:i w:val="0"/>
          <w:sz w:val="21"/>
        </w:rPr>
        <w:t>斜率为 2 和 1/3 的两条直线所成锐角的度数是多少？</w:t>
      </w:r>
    </w:p>
    <w:p>
      <w:pPr>
        <w:spacing w:before="0" w:after="120" w:line="300" w:lineRule="auto"/>
      </w:pPr>
      <w:r>
        <w:rPr>
          <w:rFonts w:ascii="Times New Roman" w:hAnsi="Times New Roman" w:eastAsia="宋体"/>
          <w:b w:val="0"/>
          <w:i w:val="0"/>
          <w:sz w:val="21"/>
        </w:rPr>
        <w:t>（A）30　　（B）37.5　　（C）45　　（D）52.5　　（E）60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degree measure of the acute angle formed by lines with slopes 2 and 1/3?</w:t>
      </w:r>
    </w:p>
    <w:p>
      <w:pPr>
        <w:spacing w:before="0" w:after="160" w:line="300" w:lineRule="auto"/>
      </w:pPr>
      <w:r>
        <w:rPr>
          <w:rFonts w:ascii="Times New Roman" w:hAnsi="Times New Roman" w:eastAsia="宋体"/>
          <w:b w:val="0"/>
          <w:i w:val="0"/>
          <w:color w:val="333333"/>
          <w:sz w:val="19"/>
        </w:rPr>
        <w:t>(A) 30　　(B) 37.5　　(C) 45　　(D) 52.5　　(E) 60</w:t>
      </w:r>
    </w:p>
    <w:p>
      <w:pPr>
        <w:spacing w:before="200" w:after="80" w:line="300" w:lineRule="auto"/>
      </w:pPr>
      <w:r>
        <w:rPr>
          <w:rFonts w:ascii="Times New Roman" w:hAnsi="Times New Roman" w:eastAsia="宋体"/>
          <w:b/>
          <w:i w:val="0"/>
          <w:sz w:val="23"/>
        </w:rPr>
        <w:t>第 12 题</w:t>
      </w:r>
    </w:p>
    <w:p>
      <w:pPr>
        <w:spacing w:before="0" w:after="80" w:line="300" w:lineRule="auto"/>
        <w:jc w:val="left"/>
      </w:pPr>
      <w:r>
        <w:rPr>
          <w:rFonts w:ascii="Times New Roman" w:hAnsi="Times New Roman" w:eastAsia="宋体"/>
          <w:b w:val="0"/>
          <w:i w:val="0"/>
          <w:sz w:val="21"/>
        </w:rPr>
        <w:t>求下式的值：</w:t>
      </w:r>
    </w:p>
    <w:p>
      <w:pPr>
        <w:spacing w:before="0" w:after="80" w:line="300" w:lineRule="auto"/>
        <w:jc w:val="left"/>
      </w:pPr>
      <w:r>
        <w:rPr>
          <w:rFonts w:ascii="Times New Roman" w:hAnsi="Times New Roman" w:eastAsia="宋体"/>
          <w:b w:val="0"/>
          <w:i w:val="0"/>
          <w:sz w:val="21"/>
        </w:rPr>
        <w:t>2³-1³+4³-3³+6³-5³</w:t>
      </w:r>
    </w:p>
    <w:p>
      <w:pPr>
        <w:spacing w:before="0" w:after="80" w:line="300" w:lineRule="auto"/>
        <w:jc w:val="left"/>
      </w:pPr>
      <w:r>
        <w:rPr>
          <w:rFonts w:ascii="Times New Roman" w:hAnsi="Times New Roman" w:eastAsia="宋体"/>
          <w:b w:val="0"/>
          <w:i w:val="0"/>
          <w:sz w:val="21"/>
        </w:rPr>
        <w:t>+⋯+18³-17³</w:t>
      </w:r>
    </w:p>
    <w:p>
      <w:pPr>
        <w:spacing w:before="0" w:after="80" w:line="300" w:lineRule="auto"/>
        <w:jc w:val="left"/>
      </w:pPr>
      <w:r>
        <w:rPr>
          <w:rFonts w:ascii="Times New Roman" w:hAnsi="Times New Roman" w:eastAsia="宋体"/>
          <w:b w:val="0"/>
          <w:i w:val="0"/>
          <w:sz w:val="21"/>
        </w:rPr>
        <w:t>？</w:t>
      </w:r>
    </w:p>
    <w:p>
      <w:pPr>
        <w:spacing w:before="0" w:after="120" w:line="300" w:lineRule="auto"/>
      </w:pPr>
      <w:r>
        <w:rPr>
          <w:rFonts w:ascii="Times New Roman" w:hAnsi="Times New Roman" w:eastAsia="宋体"/>
          <w:b w:val="0"/>
          <w:i w:val="0"/>
          <w:sz w:val="21"/>
        </w:rPr>
        <w:t>（A）2023　　（B）2679　　（C）2941　　（D）3159　　（E）3235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value of</w:t>
      </w:r>
    </w:p>
    <w:p>
      <w:pPr>
        <w:spacing w:before="0" w:after="80" w:line="300" w:lineRule="auto"/>
        <w:jc w:val="left"/>
      </w:pPr>
      <w:r>
        <w:rPr>
          <w:rFonts w:ascii="Times New Roman" w:hAnsi="Times New Roman" w:eastAsia="宋体"/>
          <w:b w:val="0"/>
          <w:i w:val="0"/>
          <w:color w:val="333333"/>
          <w:sz w:val="19"/>
        </w:rPr>
        <w:t>2³-1³+4³-3³+6³-5³</w:t>
      </w:r>
    </w:p>
    <w:p>
      <w:pPr>
        <w:spacing w:before="0" w:after="80" w:line="300" w:lineRule="auto"/>
        <w:jc w:val="left"/>
      </w:pPr>
      <w:r>
        <w:rPr>
          <w:rFonts w:ascii="Times New Roman" w:hAnsi="Times New Roman" w:eastAsia="宋体"/>
          <w:b w:val="0"/>
          <w:i w:val="0"/>
          <w:color w:val="333333"/>
          <w:sz w:val="19"/>
        </w:rPr>
        <w:t>+⋯+18³-17³?</w:t>
      </w:r>
    </w:p>
    <w:p>
      <w:pPr>
        <w:spacing w:before="0" w:after="160" w:line="300" w:lineRule="auto"/>
      </w:pPr>
      <w:r>
        <w:rPr>
          <w:rFonts w:ascii="Times New Roman" w:hAnsi="Times New Roman" w:eastAsia="宋体"/>
          <w:b w:val="0"/>
          <w:i w:val="0"/>
          <w:color w:val="333333"/>
          <w:sz w:val="19"/>
        </w:rPr>
        <w:t>(A) 2023　　(B) 2679　　(C) 2941　　(D) 3159　　(E) 3235</w:t>
      </w:r>
    </w:p>
    <w:p>
      <w:pPr>
        <w:spacing w:before="200" w:after="80" w:line="300" w:lineRule="auto"/>
      </w:pPr>
      <w:r>
        <w:rPr>
          <w:rFonts w:ascii="Times New Roman" w:hAnsi="Times New Roman" w:eastAsia="宋体"/>
          <w:b/>
          <w:i w:val="0"/>
          <w:sz w:val="23"/>
        </w:rPr>
        <w:t>第 13 题</w:t>
      </w:r>
    </w:p>
    <w:p>
      <w:pPr>
        <w:spacing w:before="0" w:after="80" w:line="300" w:lineRule="auto"/>
        <w:jc w:val="left"/>
      </w:pPr>
      <w:r>
        <w:rPr>
          <w:rFonts w:ascii="Times New Roman" w:hAnsi="Times New Roman" w:eastAsia="宋体"/>
          <w:b w:val="0"/>
          <w:i w:val="0"/>
          <w:sz w:val="21"/>
        </w:rPr>
        <w:t>在一场乒乓球锦标赛中，每位参赛者都与其他每位参赛者恰好比赛一次。虽然右手选手的人数是左手选手的两倍，但左手选手赢的场数比右手选手赢的场数多 40%。（没有平局，也没有双利手选手。）总共进行了多少场比赛？</w:t>
      </w:r>
    </w:p>
    <w:p>
      <w:pPr>
        <w:spacing w:before="0" w:after="120" w:line="300" w:lineRule="auto"/>
      </w:pPr>
      <w:r>
        <w:rPr>
          <w:rFonts w:ascii="Times New Roman" w:hAnsi="Times New Roman" w:eastAsia="宋体"/>
          <w:b w:val="0"/>
          <w:i w:val="0"/>
          <w:sz w:val="21"/>
        </w:rPr>
        <w:t>（A）15　　（B）36　　（C）45　　（D）48　　（E）66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a table tennis tournament every participant played every other participant exactly once. Although there were twice as many right-handed players as left-handed players, the number of games won by left-handed players was 40% more than the number of games won by right-handed players. (There were no ties and no ambidextrous players.) What is the total number of games played?</w:t>
      </w:r>
    </w:p>
    <w:p>
      <w:pPr>
        <w:spacing w:before="0" w:after="160" w:line="300" w:lineRule="auto"/>
      </w:pPr>
      <w:r>
        <w:rPr>
          <w:rFonts w:ascii="Times New Roman" w:hAnsi="Times New Roman" w:eastAsia="宋体"/>
          <w:b w:val="0"/>
          <w:i w:val="0"/>
          <w:color w:val="333333"/>
          <w:sz w:val="19"/>
        </w:rPr>
        <w:t>(A) 15　　(B) 36　　(C) 45　　(D) 48　　(E) 66</w:t>
      </w:r>
    </w:p>
    <w:p>
      <w:pPr>
        <w:spacing w:before="200" w:after="80" w:line="300" w:lineRule="auto"/>
      </w:pPr>
      <w:r>
        <w:rPr>
          <w:rFonts w:ascii="Times New Roman" w:hAnsi="Times New Roman" w:eastAsia="宋体"/>
          <w:b/>
          <w:i w:val="0"/>
          <w:sz w:val="23"/>
        </w:rPr>
        <w:t>第 14 题</w:t>
      </w:r>
    </w:p>
    <w:p>
      <w:pPr>
        <w:spacing w:before="0" w:after="80" w:line="300" w:lineRule="auto"/>
        <w:jc w:val="left"/>
      </w:pPr>
      <w:r>
        <w:rPr>
          <w:rFonts w:ascii="Times New Roman" w:hAnsi="Times New Roman" w:eastAsia="宋体"/>
          <w:b w:val="0"/>
          <w:i w:val="0"/>
          <w:sz w:val="21"/>
        </w:rPr>
        <w:t>有多少个复数满足方程 z⁵=z，其中 z 是复数 z 的共轭？</w:t>
      </w:r>
    </w:p>
    <w:p>
      <w:pPr>
        <w:spacing w:before="0" w:after="120" w:line="300" w:lineRule="auto"/>
      </w:pPr>
      <w:r>
        <w:rPr>
          <w:rFonts w:ascii="Times New Roman" w:hAnsi="Times New Roman" w:eastAsia="宋体"/>
          <w:b w:val="0"/>
          <w:i w:val="0"/>
          <w:sz w:val="21"/>
        </w:rPr>
        <w:t>（A）2　　（B）3　　（C）5　　（D）6　　（E）7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How many complex numbers satisfy the equation z⁵=z, where z is the conjugate of the complex number z?</w:t>
      </w:r>
    </w:p>
    <w:p>
      <w:pPr>
        <w:spacing w:before="0" w:after="160" w:line="300" w:lineRule="auto"/>
      </w:pPr>
      <w:r>
        <w:rPr>
          <w:rFonts w:ascii="Times New Roman" w:hAnsi="Times New Roman" w:eastAsia="宋体"/>
          <w:b w:val="0"/>
          <w:i w:val="0"/>
          <w:color w:val="333333"/>
          <w:sz w:val="19"/>
        </w:rPr>
        <w:t>(A) 2　　(B) 3　　(C) 5　　(D) 6　　(E) 7</w:t>
      </w:r>
    </w:p>
    <w:p>
      <w:pPr>
        <w:spacing w:before="200" w:after="80" w:line="300" w:lineRule="auto"/>
      </w:pPr>
      <w:r>
        <w:rPr>
          <w:rFonts w:ascii="Times New Roman" w:hAnsi="Times New Roman" w:eastAsia="宋体"/>
          <w:b/>
          <w:i w:val="0"/>
          <w:sz w:val="23"/>
        </w:rPr>
        <w:t>第 15 题</w:t>
      </w:r>
    </w:p>
    <w:p>
      <w:pPr>
        <w:spacing w:before="0" w:after="80" w:line="300" w:lineRule="auto"/>
        <w:jc w:val="left"/>
      </w:pPr>
      <w:r>
        <w:rPr>
          <w:rFonts w:ascii="Times New Roman" w:hAnsi="Times New Roman" w:eastAsia="宋体"/>
          <w:b w:val="0"/>
          <w:i w:val="0"/>
          <w:sz w:val="21"/>
        </w:rPr>
        <w:t>Usain 为了锻炼，在一块 100 米乘 30 米的矩形场地中之字形行走，从点 A 出发并在 BC 上结束。他想像下图所示（APQRS）通过之字形增加行走距离。什么角 θ=∠ PAB =∠ QPC =∠ RQB=⋯ 会使路径长度为 120 米？（不要假设之字形路径恰好有图中所示的四段；段数可能更多或更少。）</w:t>
      </w:r>
    </w:p>
    <w:p>
      <w:pPr>
        <w:spacing w:before="80" w:after="80"/>
        <w:jc w:val="center"/>
      </w:pPr>
      <w:r>
        <w:drawing>
          <wp:inline xmlns:a="http://schemas.openxmlformats.org/drawingml/2006/main" xmlns:pic="http://schemas.openxmlformats.org/drawingml/2006/picture">
            <wp:extent cx="3595255" cy="1300901"/>
            <wp:docPr id="3" name="Picture 3"/>
            <wp:cNvGraphicFramePr>
              <a:graphicFrameLocks noChangeAspect="1"/>
            </wp:cNvGraphicFramePr>
            <a:graphic>
              <a:graphicData uri="http://schemas.openxmlformats.org/drawingml/2006/picture">
                <pic:pic>
                  <pic:nvPicPr>
                    <pic:cNvPr id="0" name="q15-1@300dpi.png"/>
                    <pic:cNvPicPr/>
                  </pic:nvPicPr>
                  <pic:blipFill>
                    <a:blip r:embed="rId10"/>
                    <a:stretch>
                      <a:fillRect/>
                    </a:stretch>
                  </pic:blipFill>
                  <pic:spPr>
                    <a:xfrm>
                      <a:off x="0" y="0"/>
                      <a:ext cx="3595255" cy="1300901"/>
                    </a:xfrm>
                    <a:prstGeom prst="rect"/>
                  </pic:spPr>
                </pic:pic>
              </a:graphicData>
            </a:graphic>
          </wp:inline>
        </w:drawing>
      </w:r>
    </w:p>
    <w:p>
      <w:pPr>
        <w:spacing w:before="0" w:after="120" w:line="300" w:lineRule="auto"/>
      </w:pPr>
      <w:r>
        <w:rPr>
          <w:rFonts w:ascii="Times New Roman" w:hAnsi="Times New Roman" w:eastAsia="宋体"/>
          <w:b w:val="0"/>
          <w:i w:val="0"/>
          <w:sz w:val="21"/>
        </w:rPr>
        <w:t>（A）arccos5/6　　（B）arccos4/5　　（C）arccos3/10　　（D）arcsin4/5　　（E）arcsin5/6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Usain is walking for exercise by zigzagging across a 100-meter by 30-meter rectangular field, beginning at point A and ending on the segment BC. He wants to increase the distance walked by zigzagging as shown in the figure below (APQRS). What angle θ=∠ PAB =∠ QPC =∠ RQB=⋯ will produce a length that is 120 meters? (Do not assume the zigzag path has exactly four segments as shown; there could be more or fewer.)</w:t>
      </w:r>
    </w:p>
    <w:p>
      <w:pPr>
        <w:spacing w:before="80" w:after="80"/>
        <w:jc w:val="center"/>
      </w:pPr>
      <w:r>
        <w:drawing>
          <wp:inline xmlns:a="http://schemas.openxmlformats.org/drawingml/2006/main" xmlns:pic="http://schemas.openxmlformats.org/drawingml/2006/picture">
            <wp:extent cx="3595255" cy="1300901"/>
            <wp:docPr id="4" name="Picture 4"/>
            <wp:cNvGraphicFramePr>
              <a:graphicFrameLocks noChangeAspect="1"/>
            </wp:cNvGraphicFramePr>
            <a:graphic>
              <a:graphicData uri="http://schemas.openxmlformats.org/drawingml/2006/picture">
                <pic:pic>
                  <pic:nvPicPr>
                    <pic:cNvPr id="0" name="q15-1@300dpi.png"/>
                    <pic:cNvPicPr/>
                  </pic:nvPicPr>
                  <pic:blipFill>
                    <a:blip r:embed="rId10"/>
                    <a:stretch>
                      <a:fillRect/>
                    </a:stretch>
                  </pic:blipFill>
                  <pic:spPr>
                    <a:xfrm>
                      <a:off x="0" y="0"/>
                      <a:ext cx="3595255" cy="1300901"/>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arccos5/6　　(B) arccos4/5　　(C) arccos3/10　　(D) arcsin4/5　　(E) arcsin5/6</w:t>
      </w:r>
    </w:p>
    <w:p>
      <w:pPr>
        <w:spacing w:before="200" w:after="80" w:line="300" w:lineRule="auto"/>
      </w:pPr>
      <w:r>
        <w:rPr>
          <w:rFonts w:ascii="Times New Roman" w:hAnsi="Times New Roman" w:eastAsia="宋体"/>
          <w:b/>
          <w:i w:val="0"/>
          <w:sz w:val="23"/>
        </w:rPr>
        <w:t>第 16 题</w:t>
      </w:r>
    </w:p>
    <w:p>
      <w:pPr>
        <w:spacing w:before="0" w:after="80" w:line="300" w:lineRule="auto"/>
        <w:jc w:val="left"/>
      </w:pPr>
      <w:r>
        <w:rPr>
          <w:rFonts w:ascii="Times New Roman" w:hAnsi="Times New Roman" w:eastAsia="宋体"/>
          <w:b w:val="0"/>
          <w:i w:val="0"/>
          <w:sz w:val="21"/>
        </w:rPr>
        <w:t>考虑满足 |1+z+z²|=4 的复数 z 的集合。z 的虚部的最大值可写成 (√(m))/n，其中 m 和 n 是互质正整数。求 m+n？</w:t>
      </w:r>
    </w:p>
    <w:p>
      <w:pPr>
        <w:spacing w:before="0" w:after="120" w:line="300" w:lineRule="auto"/>
      </w:pPr>
      <w:r>
        <w:rPr>
          <w:rFonts w:ascii="Times New Roman" w:hAnsi="Times New Roman" w:eastAsia="宋体"/>
          <w:b w:val="0"/>
          <w:i w:val="0"/>
          <w:sz w:val="21"/>
        </w:rPr>
        <w:t>（A）20　　（B）21　　（C）22　　（D）23　　（E）24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Consider the set of complex numbers z satisfying |1+z+z²|=4. The maximum value of the imaginary part of z can be written in the form (√(m))/n, where m and n are relatively prime positive integers. What is m+n?</w:t>
      </w:r>
    </w:p>
    <w:p>
      <w:pPr>
        <w:spacing w:before="0" w:after="160" w:line="300" w:lineRule="auto"/>
      </w:pPr>
      <w:r>
        <w:rPr>
          <w:rFonts w:ascii="Times New Roman" w:hAnsi="Times New Roman" w:eastAsia="宋体"/>
          <w:b w:val="0"/>
          <w:i w:val="0"/>
          <w:color w:val="333333"/>
          <w:sz w:val="19"/>
        </w:rPr>
        <w:t>(A) 20　　(B) 21　　(C) 22　　(D) 23　　(E) 24</w:t>
      </w:r>
    </w:p>
    <w:p>
      <w:pPr>
        <w:spacing w:before="200" w:after="80" w:line="300" w:lineRule="auto"/>
      </w:pPr>
      <w:r>
        <w:rPr>
          <w:rFonts w:ascii="Times New Roman" w:hAnsi="Times New Roman" w:eastAsia="宋体"/>
          <w:b/>
          <w:i w:val="0"/>
          <w:sz w:val="23"/>
        </w:rPr>
        <w:t>第 17 题</w:t>
      </w:r>
    </w:p>
    <w:p>
      <w:pPr>
        <w:spacing w:before="0" w:after="80" w:line="300" w:lineRule="auto"/>
        <w:jc w:val="left"/>
      </w:pPr>
      <w:r>
        <w:rPr>
          <w:rFonts w:ascii="Times New Roman" w:hAnsi="Times New Roman" w:eastAsia="宋体"/>
          <w:b w:val="0"/>
          <w:i w:val="0"/>
          <w:sz w:val="21"/>
        </w:rPr>
        <w:t>青蛙 Flora 从数轴上的 0 出发，向右进行一系列跳跃。每次跳跃中，不受之前跳跃影响，Flora 以 1/2ᵐ 的概率跳跃一个正整数距离 m。Flora 最终会落在 10 上的概率是多少？</w:t>
      </w:r>
    </w:p>
    <w:p>
      <w:pPr>
        <w:spacing w:before="0" w:after="120" w:line="300" w:lineRule="auto"/>
      </w:pPr>
      <w:r>
        <w:rPr>
          <w:rFonts w:ascii="Times New Roman" w:hAnsi="Times New Roman" w:eastAsia="宋体"/>
          <w:b w:val="0"/>
          <w:i w:val="0"/>
          <w:sz w:val="21"/>
        </w:rPr>
        <w:t>（A）5/512　　（B）45/1024　　（C）127/1024　　（D）511/1024　　（E）1/2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Flora the frog starts at 0 on the number line and makes a sequence of jumps to the right. In any one jump, independent of previous jumps, Flora leaps a positive integer distance m with probability 1/2ᵐ. What is the probability that Flora will eventually land at 10?</w:t>
      </w:r>
    </w:p>
    <w:p>
      <w:pPr>
        <w:spacing w:before="0" w:after="160" w:line="300" w:lineRule="auto"/>
      </w:pPr>
      <w:r>
        <w:rPr>
          <w:rFonts w:ascii="Times New Roman" w:hAnsi="Times New Roman" w:eastAsia="宋体"/>
          <w:b w:val="0"/>
          <w:i w:val="0"/>
          <w:color w:val="333333"/>
          <w:sz w:val="19"/>
        </w:rPr>
        <w:t>(A) 5/512　　(B) 45/1024　　(C) 127/1024　　(D) 511/1024　　(E) 1/2</w:t>
      </w:r>
    </w:p>
    <w:p>
      <w:pPr>
        <w:spacing w:before="200" w:after="80" w:line="300" w:lineRule="auto"/>
      </w:pPr>
      <w:r>
        <w:rPr>
          <w:rFonts w:ascii="Times New Roman" w:hAnsi="Times New Roman" w:eastAsia="宋体"/>
          <w:b/>
          <w:i w:val="0"/>
          <w:sz w:val="23"/>
        </w:rPr>
        <w:t>第 18 题</w:t>
      </w:r>
    </w:p>
    <w:p>
      <w:pPr>
        <w:spacing w:before="0" w:after="80" w:line="300" w:lineRule="auto"/>
        <w:jc w:val="left"/>
      </w:pPr>
      <w:r>
        <w:rPr>
          <w:rFonts w:ascii="Times New Roman" w:hAnsi="Times New Roman" w:eastAsia="宋体"/>
          <w:b w:val="0"/>
          <w:i w:val="0"/>
          <w:sz w:val="21"/>
        </w:rPr>
        <w:t>圆 C₁ 和 C₂ 的半径都为 1，两圆圆心之间的距离为 1/2。圆 C₃ 是同时内切于 C₁ 和 C₂ 的最大圆。圆 C₄ 同时内切于 C₁ 和 C₂，并且外切于 C₃。圆 C₄ 的半径是多少？</w:t>
      </w:r>
    </w:p>
    <w:p>
      <w:pPr>
        <w:spacing w:before="80" w:after="80"/>
        <w:jc w:val="center"/>
      </w:pPr>
      <w:r>
        <w:drawing>
          <wp:inline xmlns:a="http://schemas.openxmlformats.org/drawingml/2006/main" xmlns:pic="http://schemas.openxmlformats.org/drawingml/2006/picture">
            <wp:extent cx="3348638" cy="2316700"/>
            <wp:docPr id="5" name="Picture 5"/>
            <wp:cNvGraphicFramePr>
              <a:graphicFrameLocks noChangeAspect="1"/>
            </wp:cNvGraphicFramePr>
            <a:graphic>
              <a:graphicData uri="http://schemas.openxmlformats.org/drawingml/2006/picture">
                <pic:pic>
                  <pic:nvPicPr>
                    <pic:cNvPr id="0" name="q18-1@300dpi.png"/>
                    <pic:cNvPicPr/>
                  </pic:nvPicPr>
                  <pic:blipFill>
                    <a:blip r:embed="rId11"/>
                    <a:stretch>
                      <a:fillRect/>
                    </a:stretch>
                  </pic:blipFill>
                  <pic:spPr>
                    <a:xfrm>
                      <a:off x="0" y="0"/>
                      <a:ext cx="3348638" cy="2316700"/>
                    </a:xfrm>
                    <a:prstGeom prst="rect"/>
                  </pic:spPr>
                </pic:pic>
              </a:graphicData>
            </a:graphic>
          </wp:inline>
        </w:drawing>
      </w:r>
    </w:p>
    <w:p>
      <w:pPr>
        <w:spacing w:before="0" w:after="120" w:line="300" w:lineRule="auto"/>
      </w:pPr>
      <w:r>
        <w:rPr>
          <w:rFonts w:ascii="Times New Roman" w:hAnsi="Times New Roman" w:eastAsia="宋体"/>
          <w:b w:val="0"/>
          <w:i w:val="0"/>
          <w:sz w:val="21"/>
        </w:rPr>
        <w:t>（A）1/14　　（B）1/12　　（C）1/10　　（D）3/28　　（E）1/9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Circle C₁ and C₂ each have radius 1, and the distance between their centers is 1/2. Circle C₃ is the largest circle internally tangent to both C₁ and C₂. Circle C₄ is internally tangent to both C₁ and C₂ and externally tangent to C₃. What is the radius of C₄?</w:t>
      </w:r>
    </w:p>
    <w:p>
      <w:pPr>
        <w:spacing w:before="80" w:after="80"/>
        <w:jc w:val="center"/>
      </w:pPr>
      <w:r>
        <w:drawing>
          <wp:inline xmlns:a="http://schemas.openxmlformats.org/drawingml/2006/main" xmlns:pic="http://schemas.openxmlformats.org/drawingml/2006/picture">
            <wp:extent cx="3348638" cy="2316700"/>
            <wp:docPr id="6" name="Picture 6"/>
            <wp:cNvGraphicFramePr>
              <a:graphicFrameLocks noChangeAspect="1"/>
            </wp:cNvGraphicFramePr>
            <a:graphic>
              <a:graphicData uri="http://schemas.openxmlformats.org/drawingml/2006/picture">
                <pic:pic>
                  <pic:nvPicPr>
                    <pic:cNvPr id="0" name="q18-1@300dpi.png"/>
                    <pic:cNvPicPr/>
                  </pic:nvPicPr>
                  <pic:blipFill>
                    <a:blip r:embed="rId11"/>
                    <a:stretch>
                      <a:fillRect/>
                    </a:stretch>
                  </pic:blipFill>
                  <pic:spPr>
                    <a:xfrm>
                      <a:off x="0" y="0"/>
                      <a:ext cx="3348638" cy="2316700"/>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1/14　　(B) 1/12　　(C) 1/10　　(D) 3/28　　(E) 1/9</w:t>
      </w:r>
    </w:p>
    <w:p>
      <w:pPr>
        <w:spacing w:before="200" w:after="80" w:line="300" w:lineRule="auto"/>
      </w:pPr>
      <w:r>
        <w:rPr>
          <w:rFonts w:ascii="Times New Roman" w:hAnsi="Times New Roman" w:eastAsia="宋体"/>
          <w:b/>
          <w:i w:val="0"/>
          <w:sz w:val="23"/>
        </w:rPr>
        <w:t>第 19 题</w:t>
      </w:r>
    </w:p>
    <w:p>
      <w:pPr>
        <w:spacing w:before="0" w:after="80" w:line="300" w:lineRule="auto"/>
        <w:jc w:val="left"/>
      </w:pPr>
      <w:r>
        <w:rPr>
          <w:rFonts w:ascii="Times New Roman" w:hAnsi="Times New Roman" w:eastAsia="宋体"/>
          <w:b w:val="0"/>
          <w:i w:val="0"/>
          <w:sz w:val="21"/>
        </w:rPr>
        <w:t>求下列方程所有解的乘积：</w:t>
      </w:r>
    </w:p>
    <w:p>
      <w:pPr>
        <w:spacing w:before="0" w:after="80" w:line="300" w:lineRule="auto"/>
        <w:jc w:val="left"/>
      </w:pPr>
      <w:r>
        <w:rPr>
          <w:rFonts w:ascii="Times New Roman" w:hAnsi="Times New Roman" w:eastAsia="宋体"/>
          <w:b w:val="0"/>
          <w:i w:val="0"/>
          <w:sz w:val="21"/>
        </w:rPr>
        <w:t>log₇ₓ2023·log₂₈₉ₓ2023</w:t>
      </w:r>
    </w:p>
    <w:p>
      <w:pPr>
        <w:spacing w:before="0" w:after="80" w:line="300" w:lineRule="auto"/>
        <w:jc w:val="left"/>
      </w:pPr>
      <w:r>
        <w:rPr>
          <w:rFonts w:ascii="Times New Roman" w:hAnsi="Times New Roman" w:eastAsia="宋体"/>
          <w:b w:val="0"/>
          <w:i w:val="0"/>
          <w:sz w:val="21"/>
        </w:rPr>
        <w:t>=log₂₀₂₃ₓ2023</w:t>
      </w:r>
    </w:p>
    <w:p>
      <w:pPr>
        <w:spacing w:before="0" w:after="80" w:line="300" w:lineRule="auto"/>
        <w:jc w:val="left"/>
      </w:pPr>
      <w:r>
        <w:rPr>
          <w:rFonts w:ascii="Times New Roman" w:hAnsi="Times New Roman" w:eastAsia="宋体"/>
          <w:b w:val="0"/>
          <w:i w:val="0"/>
          <w:sz w:val="21"/>
        </w:rPr>
        <w:t>？</w:t>
      </w:r>
    </w:p>
    <w:p>
      <w:pPr>
        <w:spacing w:before="0" w:after="120" w:line="300" w:lineRule="auto"/>
      </w:pPr>
      <w:r>
        <w:rPr>
          <w:rFonts w:ascii="Times New Roman" w:hAnsi="Times New Roman" w:eastAsia="宋体"/>
          <w:b w:val="0"/>
          <w:i w:val="0"/>
          <w:sz w:val="21"/>
        </w:rPr>
        <w:t>（A）(log₂₀₂₃7·log₂₀₂₃289)²　　（B）log₂₀₂₃7·log₂₀₂₃289　　（C）1　　（D）log₇ 2023·log₂₈₉2023　　（E）(log₇ 2023·log₂₈₉2023)²</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product of all the solutions to the equation</w:t>
      </w:r>
    </w:p>
    <w:p>
      <w:pPr>
        <w:spacing w:before="0" w:after="80" w:line="300" w:lineRule="auto"/>
        <w:jc w:val="left"/>
      </w:pPr>
      <w:r>
        <w:rPr>
          <w:rFonts w:ascii="Times New Roman" w:hAnsi="Times New Roman" w:eastAsia="宋体"/>
          <w:b w:val="0"/>
          <w:i w:val="0"/>
          <w:color w:val="333333"/>
          <w:sz w:val="19"/>
        </w:rPr>
        <w:t>log₇ₓ2023·log₂₈₉ₓ2023</w:t>
      </w:r>
    </w:p>
    <w:p>
      <w:pPr>
        <w:spacing w:before="0" w:after="80" w:line="300" w:lineRule="auto"/>
        <w:jc w:val="left"/>
      </w:pPr>
      <w:r>
        <w:rPr>
          <w:rFonts w:ascii="Times New Roman" w:hAnsi="Times New Roman" w:eastAsia="宋体"/>
          <w:b w:val="0"/>
          <w:i w:val="0"/>
          <w:color w:val="333333"/>
          <w:sz w:val="19"/>
        </w:rPr>
        <w:t>=log₂₀₂₃ₓ2023?</w:t>
      </w:r>
    </w:p>
    <w:p>
      <w:pPr>
        <w:spacing w:before="0" w:after="160" w:line="300" w:lineRule="auto"/>
      </w:pPr>
      <w:r>
        <w:rPr>
          <w:rFonts w:ascii="Times New Roman" w:hAnsi="Times New Roman" w:eastAsia="宋体"/>
          <w:b w:val="0"/>
          <w:i w:val="0"/>
          <w:color w:val="333333"/>
          <w:sz w:val="19"/>
        </w:rPr>
        <w:t>(A) (log₂₀₂₃7·log₂₀₂₃289)²　　(B) log₂₀₂₃7·log₂₀₂₃289　　(C) 1　　(D) log₇ 2023·log₂₈₉2023　　(E) (log₇ 2023·log₂₈₉2023)²</w:t>
      </w:r>
    </w:p>
    <w:p>
      <w:pPr>
        <w:spacing w:before="200" w:after="80" w:line="300" w:lineRule="auto"/>
      </w:pPr>
      <w:r>
        <w:rPr>
          <w:rFonts w:ascii="Times New Roman" w:hAnsi="Times New Roman" w:eastAsia="宋体"/>
          <w:b/>
          <w:i w:val="0"/>
          <w:sz w:val="23"/>
        </w:rPr>
        <w:t>第 20 题</w:t>
      </w:r>
    </w:p>
    <w:p>
      <w:pPr>
        <w:spacing w:before="0" w:after="80" w:line="300" w:lineRule="auto"/>
        <w:jc w:val="left"/>
      </w:pPr>
      <w:r>
        <w:rPr>
          <w:rFonts w:ascii="Times New Roman" w:hAnsi="Times New Roman" w:eastAsia="宋体"/>
          <w:b w:val="0"/>
          <w:i w:val="0"/>
          <w:sz w:val="21"/>
        </w:rPr>
        <w:t>下方展示了一个整数三角形阵列的第 1，2，3，4 和 5 行。</w:t>
      </w:r>
    </w:p>
    <w:tbl>
      <w:tblPr>
        <w:tblW w:type="auto" w:w="0"/>
        <w:jc w:val="center"/>
        <w:tblLayout w:type="autofit"/>
        <w:tblLook w:firstColumn="1" w:firstRow="1" w:lastColumn="0" w:lastRow="0" w:noHBand="0" w:noVBand="1" w:val="04A0"/>
      </w:tblPr>
      <w:tblGrid>
        <w:gridCol w:w="1046"/>
        <w:gridCol w:w="1046"/>
        <w:gridCol w:w="1046"/>
        <w:gridCol w:w="1046"/>
        <w:gridCol w:w="1046"/>
        <w:gridCol w:w="1046"/>
        <w:gridCol w:w="1046"/>
        <w:gridCol w:w="1046"/>
        <w:gridCol w:w="1046"/>
      </w:tblGrid>
      <w:tr>
        <w:tc>
          <w:tcPr>
            <w:tcW w:type="dxa" w:w="1046"/>
          </w:tcPr>
          <w:p>
            <w:pPr>
              <w:spacing w:before="20" w:after="20" w:line="240" w:lineRule="auto"/>
              <w:jc w:val="center"/>
            </w:pPr>
            <w:r/>
          </w:p>
        </w:tc>
        <w:tc>
          <w:tcPr>
            <w:tcW w:type="dxa" w:w="1046"/>
          </w:tcPr>
          <w:p>
            <w:pPr>
              <w:spacing w:before="20" w:after="20" w:line="240" w:lineRule="auto"/>
              <w:jc w:val="center"/>
            </w:pPr>
            <w:r/>
          </w:p>
        </w:tc>
        <w:tc>
          <w:tcPr>
            <w:tcW w:type="dxa" w:w="1046"/>
          </w:tcPr>
          <w:p>
            <w:pPr>
              <w:spacing w:before="20" w:after="20" w:line="240" w:lineRule="auto"/>
              <w:jc w:val="center"/>
            </w:pPr>
            <w:r/>
          </w:p>
        </w:tc>
        <w:tc>
          <w:tcPr>
            <w:tcW w:type="dxa" w:w="1046"/>
          </w:tcPr>
          <w:p>
            <w:pPr>
              <w:spacing w:before="20" w:after="20" w:line="240" w:lineRule="auto"/>
              <w:jc w:val="center"/>
            </w:pPr>
            <w:r/>
          </w:p>
        </w:tc>
        <w:tc>
          <w:tcPr>
            <w:tcW w:type="dxa" w:w="1046"/>
          </w:tcPr>
          <w:p>
            <w:pPr>
              <w:spacing w:before="20" w:after="20" w:line="240" w:lineRule="auto"/>
              <w:jc w:val="center"/>
            </w:pPr>
            <w:r/>
            <w:r>
              <w:rPr>
                <w:rFonts w:ascii="Times New Roman" w:hAnsi="Times New Roman" w:eastAsia="宋体"/>
                <w:b w:val="0"/>
                <w:i w:val="0"/>
                <w:sz w:val="20"/>
              </w:rPr>
              <w:t>1</w:t>
            </w:r>
          </w:p>
        </w:tc>
        <w:tc>
          <w:tcPr>
            <w:tcW w:type="dxa" w:w="1046"/>
          </w:tcPr>
          <w:p>
            <w:pPr>
              <w:spacing w:before="20" w:after="20" w:line="240" w:lineRule="auto"/>
              <w:jc w:val="center"/>
            </w:pPr>
            <w:r/>
          </w:p>
        </w:tc>
        <w:tc>
          <w:tcPr>
            <w:tcW w:type="dxa" w:w="1046"/>
          </w:tcPr>
          <w:p>
            <w:pPr>
              <w:spacing w:before="20" w:after="20" w:line="240" w:lineRule="auto"/>
              <w:jc w:val="center"/>
            </w:pPr>
            <w:r/>
          </w:p>
        </w:tc>
        <w:tc>
          <w:tcPr>
            <w:tcW w:type="dxa" w:w="1046"/>
          </w:tcPr>
          <w:p>
            <w:pPr>
              <w:spacing w:before="20" w:after="20" w:line="240" w:lineRule="auto"/>
              <w:jc w:val="center"/>
            </w:pPr>
            <w:r/>
          </w:p>
        </w:tc>
        <w:tc>
          <w:tcPr>
            <w:tcW w:type="dxa" w:w="1046"/>
          </w:tcPr>
          <w:p>
            <w:pPr>
              <w:spacing w:before="20" w:after="20" w:line="240" w:lineRule="auto"/>
              <w:jc w:val="center"/>
            </w:pPr>
            <w:r/>
          </w:p>
        </w:tc>
      </w:tr>
      <w:tr>
        <w:tc>
          <w:tcPr>
            <w:tcW w:type="dxa" w:w="1046"/>
          </w:tcPr>
          <w:p>
            <w:pPr>
              <w:spacing w:before="20" w:after="20" w:line="240" w:lineRule="auto"/>
              <w:jc w:val="center"/>
            </w:pPr>
            <w:r/>
          </w:p>
        </w:tc>
        <w:tc>
          <w:tcPr>
            <w:tcW w:type="dxa" w:w="1046"/>
          </w:tcPr>
          <w:p>
            <w:pPr>
              <w:spacing w:before="20" w:after="20" w:line="240" w:lineRule="auto"/>
              <w:jc w:val="center"/>
            </w:pPr>
            <w:r/>
          </w:p>
        </w:tc>
        <w:tc>
          <w:tcPr>
            <w:tcW w:type="dxa" w:w="1046"/>
          </w:tcPr>
          <w:p>
            <w:pPr>
              <w:spacing w:before="20" w:after="20" w:line="240" w:lineRule="auto"/>
              <w:jc w:val="center"/>
            </w:pPr>
            <w:r/>
          </w:p>
        </w:tc>
        <w:tc>
          <w:tcPr>
            <w:tcW w:type="dxa" w:w="1046"/>
          </w:tcPr>
          <w:p>
            <w:pPr>
              <w:spacing w:before="20" w:after="20" w:line="240" w:lineRule="auto"/>
              <w:jc w:val="center"/>
            </w:pPr>
            <w:r/>
            <w:r>
              <w:rPr>
                <w:rFonts w:ascii="Times New Roman" w:hAnsi="Times New Roman" w:eastAsia="宋体"/>
                <w:b w:val="0"/>
                <w:i w:val="0"/>
                <w:sz w:val="20"/>
              </w:rPr>
              <w:t>1</w:t>
            </w:r>
          </w:p>
        </w:tc>
        <w:tc>
          <w:tcPr>
            <w:tcW w:type="dxa" w:w="1046"/>
          </w:tcPr>
          <w:p>
            <w:pPr>
              <w:spacing w:before="20" w:after="20" w:line="240" w:lineRule="auto"/>
              <w:jc w:val="center"/>
            </w:pPr>
            <w:r/>
          </w:p>
        </w:tc>
        <w:tc>
          <w:tcPr>
            <w:tcW w:type="dxa" w:w="1046"/>
          </w:tcPr>
          <w:p>
            <w:pPr>
              <w:spacing w:before="20" w:after="20" w:line="240" w:lineRule="auto"/>
              <w:jc w:val="center"/>
            </w:pPr>
            <w:r/>
            <w:r>
              <w:rPr>
                <w:rFonts w:ascii="Times New Roman" w:hAnsi="Times New Roman" w:eastAsia="宋体"/>
                <w:b w:val="0"/>
                <w:i w:val="0"/>
                <w:sz w:val="20"/>
              </w:rPr>
              <w:t>1</w:t>
            </w:r>
          </w:p>
        </w:tc>
        <w:tc>
          <w:tcPr>
            <w:tcW w:type="dxa" w:w="1046"/>
          </w:tcPr>
          <w:p>
            <w:pPr>
              <w:spacing w:before="20" w:after="20" w:line="240" w:lineRule="auto"/>
              <w:jc w:val="center"/>
            </w:pPr>
            <w:r/>
          </w:p>
        </w:tc>
        <w:tc>
          <w:tcPr>
            <w:tcW w:type="dxa" w:w="1046"/>
          </w:tcPr>
          <w:p>
            <w:pPr>
              <w:spacing w:before="20" w:after="20" w:line="240" w:lineRule="auto"/>
              <w:jc w:val="center"/>
            </w:pPr>
            <w:r/>
          </w:p>
        </w:tc>
        <w:tc>
          <w:tcPr>
            <w:tcW w:type="dxa" w:w="1046"/>
          </w:tcPr>
          <w:p>
            <w:pPr>
              <w:spacing w:before="20" w:after="20" w:line="240" w:lineRule="auto"/>
              <w:jc w:val="center"/>
            </w:pPr>
            <w:r/>
          </w:p>
        </w:tc>
      </w:tr>
      <w:tr>
        <w:tc>
          <w:tcPr>
            <w:tcW w:type="dxa" w:w="1046"/>
          </w:tcPr>
          <w:p>
            <w:pPr>
              <w:spacing w:before="20" w:after="20" w:line="240" w:lineRule="auto"/>
              <w:jc w:val="center"/>
            </w:pPr>
            <w:r/>
          </w:p>
        </w:tc>
        <w:tc>
          <w:tcPr>
            <w:tcW w:type="dxa" w:w="1046"/>
          </w:tcPr>
          <w:p>
            <w:pPr>
              <w:spacing w:before="20" w:after="20" w:line="240" w:lineRule="auto"/>
              <w:jc w:val="center"/>
            </w:pPr>
            <w:r/>
          </w:p>
        </w:tc>
        <w:tc>
          <w:tcPr>
            <w:tcW w:type="dxa" w:w="1046"/>
          </w:tcPr>
          <w:p>
            <w:pPr>
              <w:spacing w:before="20" w:after="20" w:line="240" w:lineRule="auto"/>
              <w:jc w:val="center"/>
            </w:pPr>
            <w:r/>
            <w:r>
              <w:rPr>
                <w:rFonts w:ascii="Times New Roman" w:hAnsi="Times New Roman" w:eastAsia="宋体"/>
                <w:b w:val="0"/>
                <w:i w:val="0"/>
                <w:sz w:val="20"/>
              </w:rPr>
              <w:t>1</w:t>
            </w:r>
          </w:p>
        </w:tc>
        <w:tc>
          <w:tcPr>
            <w:tcW w:type="dxa" w:w="1046"/>
          </w:tcPr>
          <w:p>
            <w:pPr>
              <w:spacing w:before="20" w:after="20" w:line="240" w:lineRule="auto"/>
              <w:jc w:val="center"/>
            </w:pPr>
            <w:r/>
          </w:p>
        </w:tc>
        <w:tc>
          <w:tcPr>
            <w:tcW w:type="dxa" w:w="1046"/>
          </w:tcPr>
          <w:p>
            <w:pPr>
              <w:spacing w:before="20" w:after="20" w:line="240" w:lineRule="auto"/>
              <w:jc w:val="center"/>
            </w:pPr>
            <w:r/>
            <w:r>
              <w:rPr>
                <w:rFonts w:ascii="Times New Roman" w:hAnsi="Times New Roman" w:eastAsia="宋体"/>
                <w:b w:val="0"/>
                <w:i w:val="0"/>
                <w:sz w:val="20"/>
              </w:rPr>
              <w:t>3</w:t>
            </w:r>
          </w:p>
        </w:tc>
        <w:tc>
          <w:tcPr>
            <w:tcW w:type="dxa" w:w="1046"/>
          </w:tcPr>
          <w:p>
            <w:pPr>
              <w:spacing w:before="20" w:after="20" w:line="240" w:lineRule="auto"/>
              <w:jc w:val="center"/>
            </w:pPr>
            <w:r/>
          </w:p>
        </w:tc>
        <w:tc>
          <w:tcPr>
            <w:tcW w:type="dxa" w:w="1046"/>
          </w:tcPr>
          <w:p>
            <w:pPr>
              <w:spacing w:before="20" w:after="20" w:line="240" w:lineRule="auto"/>
              <w:jc w:val="center"/>
            </w:pPr>
            <w:r/>
            <w:r>
              <w:rPr>
                <w:rFonts w:ascii="Times New Roman" w:hAnsi="Times New Roman" w:eastAsia="宋体"/>
                <w:b w:val="0"/>
                <w:i w:val="0"/>
                <w:sz w:val="20"/>
              </w:rPr>
              <w:t>1</w:t>
            </w:r>
          </w:p>
        </w:tc>
        <w:tc>
          <w:tcPr>
            <w:tcW w:type="dxa" w:w="1046"/>
          </w:tcPr>
          <w:p>
            <w:pPr>
              <w:spacing w:before="20" w:after="20" w:line="240" w:lineRule="auto"/>
              <w:jc w:val="center"/>
            </w:pPr>
            <w:r/>
          </w:p>
        </w:tc>
        <w:tc>
          <w:tcPr>
            <w:tcW w:type="dxa" w:w="1046"/>
          </w:tcPr>
          <w:p>
            <w:pPr>
              <w:spacing w:before="20" w:after="20" w:line="240" w:lineRule="auto"/>
              <w:jc w:val="center"/>
            </w:pPr>
            <w:r/>
          </w:p>
        </w:tc>
      </w:tr>
      <w:tr>
        <w:tc>
          <w:tcPr>
            <w:tcW w:type="dxa" w:w="1046"/>
          </w:tcPr>
          <w:p>
            <w:pPr>
              <w:spacing w:before="20" w:after="20" w:line="240" w:lineRule="auto"/>
              <w:jc w:val="center"/>
            </w:pPr>
            <w:r/>
          </w:p>
        </w:tc>
        <w:tc>
          <w:tcPr>
            <w:tcW w:type="dxa" w:w="1046"/>
          </w:tcPr>
          <w:p>
            <w:pPr>
              <w:spacing w:before="20" w:after="20" w:line="240" w:lineRule="auto"/>
              <w:jc w:val="center"/>
            </w:pPr>
            <w:r/>
            <w:r>
              <w:rPr>
                <w:rFonts w:ascii="Times New Roman" w:hAnsi="Times New Roman" w:eastAsia="宋体"/>
                <w:b w:val="0"/>
                <w:i w:val="0"/>
                <w:sz w:val="20"/>
              </w:rPr>
              <w:t>1</w:t>
            </w:r>
          </w:p>
        </w:tc>
        <w:tc>
          <w:tcPr>
            <w:tcW w:type="dxa" w:w="1046"/>
          </w:tcPr>
          <w:p>
            <w:pPr>
              <w:spacing w:before="20" w:after="20" w:line="240" w:lineRule="auto"/>
              <w:jc w:val="center"/>
            </w:pPr>
            <w:r/>
          </w:p>
        </w:tc>
        <w:tc>
          <w:tcPr>
            <w:tcW w:type="dxa" w:w="1046"/>
          </w:tcPr>
          <w:p>
            <w:pPr>
              <w:spacing w:before="20" w:after="20" w:line="240" w:lineRule="auto"/>
              <w:jc w:val="center"/>
            </w:pPr>
            <w:r/>
            <w:r>
              <w:rPr>
                <w:rFonts w:ascii="Times New Roman" w:hAnsi="Times New Roman" w:eastAsia="宋体"/>
                <w:b w:val="0"/>
                <w:i w:val="0"/>
                <w:sz w:val="20"/>
              </w:rPr>
              <w:t>5</w:t>
            </w:r>
          </w:p>
        </w:tc>
        <w:tc>
          <w:tcPr>
            <w:tcW w:type="dxa" w:w="1046"/>
          </w:tcPr>
          <w:p>
            <w:pPr>
              <w:spacing w:before="20" w:after="20" w:line="240" w:lineRule="auto"/>
              <w:jc w:val="center"/>
            </w:pPr>
            <w:r/>
          </w:p>
        </w:tc>
        <w:tc>
          <w:tcPr>
            <w:tcW w:type="dxa" w:w="1046"/>
          </w:tcPr>
          <w:p>
            <w:pPr>
              <w:spacing w:before="20" w:after="20" w:line="240" w:lineRule="auto"/>
              <w:jc w:val="center"/>
            </w:pPr>
            <w:r/>
            <w:r>
              <w:rPr>
                <w:rFonts w:ascii="Times New Roman" w:hAnsi="Times New Roman" w:eastAsia="宋体"/>
                <w:b w:val="0"/>
                <w:i w:val="0"/>
                <w:sz w:val="20"/>
              </w:rPr>
              <w:t>5</w:t>
            </w:r>
          </w:p>
        </w:tc>
        <w:tc>
          <w:tcPr>
            <w:tcW w:type="dxa" w:w="1046"/>
          </w:tcPr>
          <w:p>
            <w:pPr>
              <w:spacing w:before="20" w:after="20" w:line="240" w:lineRule="auto"/>
              <w:jc w:val="center"/>
            </w:pPr>
            <w:r/>
          </w:p>
        </w:tc>
        <w:tc>
          <w:tcPr>
            <w:tcW w:type="dxa" w:w="1046"/>
          </w:tcPr>
          <w:p>
            <w:pPr>
              <w:spacing w:before="20" w:after="20" w:line="240" w:lineRule="auto"/>
              <w:jc w:val="center"/>
            </w:pPr>
            <w:r/>
            <w:r>
              <w:rPr>
                <w:rFonts w:ascii="Times New Roman" w:hAnsi="Times New Roman" w:eastAsia="宋体"/>
                <w:b w:val="0"/>
                <w:i w:val="0"/>
                <w:sz w:val="20"/>
              </w:rPr>
              <w:t>1</w:t>
            </w:r>
          </w:p>
        </w:tc>
        <w:tc>
          <w:tcPr>
            <w:tcW w:type="dxa" w:w="1046"/>
          </w:tcPr>
          <w:p>
            <w:pPr>
              <w:spacing w:before="20" w:after="20" w:line="240" w:lineRule="auto"/>
              <w:jc w:val="center"/>
            </w:pPr>
            <w:r/>
          </w:p>
        </w:tc>
      </w:tr>
      <w:tr>
        <w:tc>
          <w:tcPr>
            <w:tcW w:type="dxa" w:w="1046"/>
          </w:tcPr>
          <w:p>
            <w:pPr>
              <w:spacing w:before="20" w:after="20" w:line="240" w:lineRule="auto"/>
              <w:jc w:val="center"/>
            </w:pPr>
            <w:r/>
            <w:r>
              <w:rPr>
                <w:rFonts w:ascii="Times New Roman" w:hAnsi="Times New Roman" w:eastAsia="宋体"/>
                <w:b w:val="0"/>
                <w:i w:val="0"/>
                <w:sz w:val="20"/>
              </w:rPr>
              <w:t>1</w:t>
            </w:r>
          </w:p>
        </w:tc>
        <w:tc>
          <w:tcPr>
            <w:tcW w:type="dxa" w:w="1046"/>
          </w:tcPr>
          <w:p>
            <w:pPr>
              <w:spacing w:before="20" w:after="20" w:line="240" w:lineRule="auto"/>
              <w:jc w:val="center"/>
            </w:pPr>
            <w:r/>
          </w:p>
        </w:tc>
        <w:tc>
          <w:tcPr>
            <w:tcW w:type="dxa" w:w="1046"/>
          </w:tcPr>
          <w:p>
            <w:pPr>
              <w:spacing w:before="20" w:after="20" w:line="240" w:lineRule="auto"/>
              <w:jc w:val="center"/>
            </w:pPr>
            <w:r/>
            <w:r>
              <w:rPr>
                <w:rFonts w:ascii="Times New Roman" w:hAnsi="Times New Roman" w:eastAsia="宋体"/>
                <w:b w:val="0"/>
                <w:i w:val="0"/>
                <w:sz w:val="20"/>
              </w:rPr>
              <w:t>7</w:t>
            </w:r>
          </w:p>
        </w:tc>
        <w:tc>
          <w:tcPr>
            <w:tcW w:type="dxa" w:w="1046"/>
          </w:tcPr>
          <w:p>
            <w:pPr>
              <w:spacing w:before="20" w:after="20" w:line="240" w:lineRule="auto"/>
              <w:jc w:val="center"/>
            </w:pPr>
            <w:r/>
          </w:p>
        </w:tc>
        <w:tc>
          <w:tcPr>
            <w:tcW w:type="dxa" w:w="1046"/>
          </w:tcPr>
          <w:p>
            <w:pPr>
              <w:spacing w:before="20" w:after="20" w:line="240" w:lineRule="auto"/>
              <w:jc w:val="center"/>
            </w:pPr>
            <w:r/>
            <w:r>
              <w:rPr>
                <w:rFonts w:ascii="Times New Roman" w:hAnsi="Times New Roman" w:eastAsia="宋体"/>
                <w:b w:val="0"/>
                <w:i w:val="0"/>
                <w:sz w:val="20"/>
              </w:rPr>
              <w:t>11</w:t>
            </w:r>
          </w:p>
        </w:tc>
        <w:tc>
          <w:tcPr>
            <w:tcW w:type="dxa" w:w="1046"/>
          </w:tcPr>
          <w:p>
            <w:pPr>
              <w:spacing w:before="20" w:after="20" w:line="240" w:lineRule="auto"/>
              <w:jc w:val="center"/>
            </w:pPr>
            <w:r/>
          </w:p>
        </w:tc>
        <w:tc>
          <w:tcPr>
            <w:tcW w:type="dxa" w:w="1046"/>
          </w:tcPr>
          <w:p>
            <w:pPr>
              <w:spacing w:before="20" w:after="20" w:line="240" w:lineRule="auto"/>
              <w:jc w:val="center"/>
            </w:pPr>
            <w:r/>
            <w:r>
              <w:rPr>
                <w:rFonts w:ascii="Times New Roman" w:hAnsi="Times New Roman" w:eastAsia="宋体"/>
                <w:b w:val="0"/>
                <w:i w:val="0"/>
                <w:sz w:val="20"/>
              </w:rPr>
              <w:t>7</w:t>
            </w:r>
          </w:p>
        </w:tc>
        <w:tc>
          <w:tcPr>
            <w:tcW w:type="dxa" w:w="1046"/>
          </w:tcPr>
          <w:p>
            <w:pPr>
              <w:spacing w:before="20" w:after="20" w:line="240" w:lineRule="auto"/>
              <w:jc w:val="center"/>
            </w:pPr>
            <w:r/>
          </w:p>
        </w:tc>
        <w:tc>
          <w:tcPr>
            <w:tcW w:type="dxa" w:w="1046"/>
          </w:tcPr>
          <w:p>
            <w:pPr>
              <w:spacing w:before="20" w:after="20" w:line="240" w:lineRule="auto"/>
              <w:jc w:val="center"/>
            </w:pPr>
            <w:r/>
            <w:r>
              <w:rPr>
                <w:rFonts w:ascii="Times New Roman" w:hAnsi="Times New Roman" w:eastAsia="宋体"/>
                <w:b w:val="0"/>
                <w:i w:val="0"/>
                <w:sz w:val="20"/>
              </w:rPr>
              <w:t>1</w:t>
            </w:r>
          </w:p>
        </w:tc>
      </w:tr>
    </w:tbl>
    <w:p>
      <w:pPr>
        <w:spacing w:before="0" w:after="0" w:line="240" w:lineRule="auto"/>
      </w:pPr>
      <w:r>
        <w:rPr>
          <w:rFonts w:ascii="Times New Roman" w:hAnsi="Times New Roman" w:eastAsia="宋体"/>
          <w:b w:val="0"/>
          <w:i w:val="0"/>
          <w:sz w:val="8"/>
        </w:rPr>
      </w:r>
    </w:p>
    <w:p>
      <w:pPr>
        <w:spacing w:before="0" w:after="80" w:line="300" w:lineRule="auto"/>
        <w:jc w:val="left"/>
      </w:pPr>
      <w:r>
        <w:rPr>
          <w:rFonts w:ascii="Times New Roman" w:hAnsi="Times New Roman" w:eastAsia="宋体"/>
          <w:b w:val="0"/>
          <w:i w:val="0"/>
          <w:sz w:val="21"/>
        </w:rPr>
        <w:t>第一行之后，每一行都在两端放置 1，每个内部项比上一行中斜上方两个数之和大 1。第 2023 行的 2023 个数之和的个位数字是多少？</w:t>
      </w:r>
    </w:p>
    <w:p>
      <w:pPr>
        <w:spacing w:before="0" w:after="120" w:line="300" w:lineRule="auto"/>
      </w:pPr>
      <w:r>
        <w:rPr>
          <w:rFonts w:ascii="Times New Roman" w:hAnsi="Times New Roman" w:eastAsia="宋体"/>
          <w:b w:val="0"/>
          <w:i w:val="0"/>
          <w:sz w:val="21"/>
        </w:rPr>
        <w:t>（A）1　　（B）3　　（C）5　　（D）7　　（E）9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Rows 1, 2, 3, 4, and 5 of a triangular array of integers are shown below.</w:t>
      </w:r>
    </w:p>
    <w:tbl>
      <w:tblPr>
        <w:tblW w:type="auto" w:w="0"/>
        <w:jc w:val="center"/>
        <w:tblLayout w:type="autofit"/>
        <w:tblLook w:firstColumn="1" w:firstRow="1" w:lastColumn="0" w:lastRow="0" w:noHBand="0" w:noVBand="1" w:val="04A0"/>
      </w:tblPr>
      <w:tblGrid>
        <w:gridCol w:w="1046"/>
        <w:gridCol w:w="1046"/>
        <w:gridCol w:w="1046"/>
        <w:gridCol w:w="1046"/>
        <w:gridCol w:w="1046"/>
        <w:gridCol w:w="1046"/>
        <w:gridCol w:w="1046"/>
        <w:gridCol w:w="1046"/>
        <w:gridCol w:w="1046"/>
      </w:tblGrid>
      <w:tr>
        <w:tc>
          <w:tcPr>
            <w:tcW w:type="dxa" w:w="1046"/>
          </w:tcPr>
          <w:p>
            <w:pPr>
              <w:spacing w:before="20" w:after="20" w:line="240" w:lineRule="auto"/>
              <w:jc w:val="center"/>
            </w:pPr>
            <w:r/>
          </w:p>
        </w:tc>
        <w:tc>
          <w:tcPr>
            <w:tcW w:type="dxa" w:w="1046"/>
          </w:tcPr>
          <w:p>
            <w:pPr>
              <w:spacing w:before="20" w:after="20" w:line="240" w:lineRule="auto"/>
              <w:jc w:val="center"/>
            </w:pPr>
            <w:r/>
          </w:p>
        </w:tc>
        <w:tc>
          <w:tcPr>
            <w:tcW w:type="dxa" w:w="1046"/>
          </w:tcPr>
          <w:p>
            <w:pPr>
              <w:spacing w:before="20" w:after="20" w:line="240" w:lineRule="auto"/>
              <w:jc w:val="center"/>
            </w:pPr>
            <w:r/>
          </w:p>
        </w:tc>
        <w:tc>
          <w:tcPr>
            <w:tcW w:type="dxa" w:w="1046"/>
          </w:tcPr>
          <w:p>
            <w:pPr>
              <w:spacing w:before="20" w:after="20" w:line="240" w:lineRule="auto"/>
              <w:jc w:val="center"/>
            </w:pPr>
            <w:r/>
          </w:p>
        </w:tc>
        <w:tc>
          <w:tcPr>
            <w:tcW w:type="dxa" w:w="1046"/>
          </w:tcPr>
          <w:p>
            <w:pPr>
              <w:spacing w:before="20" w:after="20" w:line="240" w:lineRule="auto"/>
              <w:jc w:val="center"/>
            </w:pPr>
            <w:r/>
            <w:r>
              <w:rPr>
                <w:rFonts w:ascii="Times New Roman" w:hAnsi="Times New Roman" w:eastAsia="宋体"/>
                <w:b w:val="0"/>
                <w:i w:val="0"/>
                <w:color w:val="333333"/>
                <w:sz w:val="19"/>
              </w:rPr>
              <w:t>1</w:t>
            </w:r>
          </w:p>
        </w:tc>
        <w:tc>
          <w:tcPr>
            <w:tcW w:type="dxa" w:w="1046"/>
          </w:tcPr>
          <w:p>
            <w:pPr>
              <w:spacing w:before="20" w:after="20" w:line="240" w:lineRule="auto"/>
              <w:jc w:val="center"/>
            </w:pPr>
            <w:r/>
          </w:p>
        </w:tc>
        <w:tc>
          <w:tcPr>
            <w:tcW w:type="dxa" w:w="1046"/>
          </w:tcPr>
          <w:p>
            <w:pPr>
              <w:spacing w:before="20" w:after="20" w:line="240" w:lineRule="auto"/>
              <w:jc w:val="center"/>
            </w:pPr>
            <w:r/>
          </w:p>
        </w:tc>
        <w:tc>
          <w:tcPr>
            <w:tcW w:type="dxa" w:w="1046"/>
          </w:tcPr>
          <w:p>
            <w:pPr>
              <w:spacing w:before="20" w:after="20" w:line="240" w:lineRule="auto"/>
              <w:jc w:val="center"/>
            </w:pPr>
            <w:r/>
          </w:p>
        </w:tc>
        <w:tc>
          <w:tcPr>
            <w:tcW w:type="dxa" w:w="1046"/>
          </w:tcPr>
          <w:p>
            <w:pPr>
              <w:spacing w:before="20" w:after="20" w:line="240" w:lineRule="auto"/>
              <w:jc w:val="center"/>
            </w:pPr>
            <w:r/>
          </w:p>
        </w:tc>
      </w:tr>
      <w:tr>
        <w:tc>
          <w:tcPr>
            <w:tcW w:type="dxa" w:w="1046"/>
          </w:tcPr>
          <w:p>
            <w:pPr>
              <w:spacing w:before="20" w:after="20" w:line="240" w:lineRule="auto"/>
              <w:jc w:val="center"/>
            </w:pPr>
            <w:r/>
          </w:p>
        </w:tc>
        <w:tc>
          <w:tcPr>
            <w:tcW w:type="dxa" w:w="1046"/>
          </w:tcPr>
          <w:p>
            <w:pPr>
              <w:spacing w:before="20" w:after="20" w:line="240" w:lineRule="auto"/>
              <w:jc w:val="center"/>
            </w:pPr>
            <w:r/>
          </w:p>
        </w:tc>
        <w:tc>
          <w:tcPr>
            <w:tcW w:type="dxa" w:w="1046"/>
          </w:tcPr>
          <w:p>
            <w:pPr>
              <w:spacing w:before="20" w:after="20" w:line="240" w:lineRule="auto"/>
              <w:jc w:val="center"/>
            </w:pPr>
            <w:r/>
          </w:p>
        </w:tc>
        <w:tc>
          <w:tcPr>
            <w:tcW w:type="dxa" w:w="1046"/>
          </w:tcPr>
          <w:p>
            <w:pPr>
              <w:spacing w:before="20" w:after="20" w:line="240" w:lineRule="auto"/>
              <w:jc w:val="center"/>
            </w:pPr>
            <w:r/>
            <w:r>
              <w:rPr>
                <w:rFonts w:ascii="Times New Roman" w:hAnsi="Times New Roman" w:eastAsia="宋体"/>
                <w:b w:val="0"/>
                <w:i w:val="0"/>
                <w:color w:val="333333"/>
                <w:sz w:val="19"/>
              </w:rPr>
              <w:t>1</w:t>
            </w:r>
          </w:p>
        </w:tc>
        <w:tc>
          <w:tcPr>
            <w:tcW w:type="dxa" w:w="1046"/>
          </w:tcPr>
          <w:p>
            <w:pPr>
              <w:spacing w:before="20" w:after="20" w:line="240" w:lineRule="auto"/>
              <w:jc w:val="center"/>
            </w:pPr>
            <w:r/>
          </w:p>
        </w:tc>
        <w:tc>
          <w:tcPr>
            <w:tcW w:type="dxa" w:w="1046"/>
          </w:tcPr>
          <w:p>
            <w:pPr>
              <w:spacing w:before="20" w:after="20" w:line="240" w:lineRule="auto"/>
              <w:jc w:val="center"/>
            </w:pPr>
            <w:r/>
            <w:r>
              <w:rPr>
                <w:rFonts w:ascii="Times New Roman" w:hAnsi="Times New Roman" w:eastAsia="宋体"/>
                <w:b w:val="0"/>
                <w:i w:val="0"/>
                <w:color w:val="333333"/>
                <w:sz w:val="19"/>
              </w:rPr>
              <w:t>1</w:t>
            </w:r>
          </w:p>
        </w:tc>
        <w:tc>
          <w:tcPr>
            <w:tcW w:type="dxa" w:w="1046"/>
          </w:tcPr>
          <w:p>
            <w:pPr>
              <w:spacing w:before="20" w:after="20" w:line="240" w:lineRule="auto"/>
              <w:jc w:val="center"/>
            </w:pPr>
            <w:r/>
          </w:p>
        </w:tc>
        <w:tc>
          <w:tcPr>
            <w:tcW w:type="dxa" w:w="1046"/>
          </w:tcPr>
          <w:p>
            <w:pPr>
              <w:spacing w:before="20" w:after="20" w:line="240" w:lineRule="auto"/>
              <w:jc w:val="center"/>
            </w:pPr>
            <w:r/>
          </w:p>
        </w:tc>
        <w:tc>
          <w:tcPr>
            <w:tcW w:type="dxa" w:w="1046"/>
          </w:tcPr>
          <w:p>
            <w:pPr>
              <w:spacing w:before="20" w:after="20" w:line="240" w:lineRule="auto"/>
              <w:jc w:val="center"/>
            </w:pPr>
            <w:r/>
          </w:p>
        </w:tc>
      </w:tr>
      <w:tr>
        <w:tc>
          <w:tcPr>
            <w:tcW w:type="dxa" w:w="1046"/>
          </w:tcPr>
          <w:p>
            <w:pPr>
              <w:spacing w:before="20" w:after="20" w:line="240" w:lineRule="auto"/>
              <w:jc w:val="center"/>
            </w:pPr>
            <w:r/>
          </w:p>
        </w:tc>
        <w:tc>
          <w:tcPr>
            <w:tcW w:type="dxa" w:w="1046"/>
          </w:tcPr>
          <w:p>
            <w:pPr>
              <w:spacing w:before="20" w:after="20" w:line="240" w:lineRule="auto"/>
              <w:jc w:val="center"/>
            </w:pPr>
            <w:r/>
          </w:p>
        </w:tc>
        <w:tc>
          <w:tcPr>
            <w:tcW w:type="dxa" w:w="1046"/>
          </w:tcPr>
          <w:p>
            <w:pPr>
              <w:spacing w:before="20" w:after="20" w:line="240" w:lineRule="auto"/>
              <w:jc w:val="center"/>
            </w:pPr>
            <w:r/>
            <w:r>
              <w:rPr>
                <w:rFonts w:ascii="Times New Roman" w:hAnsi="Times New Roman" w:eastAsia="宋体"/>
                <w:b w:val="0"/>
                <w:i w:val="0"/>
                <w:color w:val="333333"/>
                <w:sz w:val="19"/>
              </w:rPr>
              <w:t>1</w:t>
            </w:r>
          </w:p>
        </w:tc>
        <w:tc>
          <w:tcPr>
            <w:tcW w:type="dxa" w:w="1046"/>
          </w:tcPr>
          <w:p>
            <w:pPr>
              <w:spacing w:before="20" w:after="20" w:line="240" w:lineRule="auto"/>
              <w:jc w:val="center"/>
            </w:pPr>
            <w:r/>
          </w:p>
        </w:tc>
        <w:tc>
          <w:tcPr>
            <w:tcW w:type="dxa" w:w="1046"/>
          </w:tcPr>
          <w:p>
            <w:pPr>
              <w:spacing w:before="20" w:after="20" w:line="240" w:lineRule="auto"/>
              <w:jc w:val="center"/>
            </w:pPr>
            <w:r/>
            <w:r>
              <w:rPr>
                <w:rFonts w:ascii="Times New Roman" w:hAnsi="Times New Roman" w:eastAsia="宋体"/>
                <w:b w:val="0"/>
                <w:i w:val="0"/>
                <w:color w:val="333333"/>
                <w:sz w:val="19"/>
              </w:rPr>
              <w:t>3</w:t>
            </w:r>
          </w:p>
        </w:tc>
        <w:tc>
          <w:tcPr>
            <w:tcW w:type="dxa" w:w="1046"/>
          </w:tcPr>
          <w:p>
            <w:pPr>
              <w:spacing w:before="20" w:after="20" w:line="240" w:lineRule="auto"/>
              <w:jc w:val="center"/>
            </w:pPr>
            <w:r/>
          </w:p>
        </w:tc>
        <w:tc>
          <w:tcPr>
            <w:tcW w:type="dxa" w:w="1046"/>
          </w:tcPr>
          <w:p>
            <w:pPr>
              <w:spacing w:before="20" w:after="20" w:line="240" w:lineRule="auto"/>
              <w:jc w:val="center"/>
            </w:pPr>
            <w:r/>
            <w:r>
              <w:rPr>
                <w:rFonts w:ascii="Times New Roman" w:hAnsi="Times New Roman" w:eastAsia="宋体"/>
                <w:b w:val="0"/>
                <w:i w:val="0"/>
                <w:color w:val="333333"/>
                <w:sz w:val="19"/>
              </w:rPr>
              <w:t>1</w:t>
            </w:r>
          </w:p>
        </w:tc>
        <w:tc>
          <w:tcPr>
            <w:tcW w:type="dxa" w:w="1046"/>
          </w:tcPr>
          <w:p>
            <w:pPr>
              <w:spacing w:before="20" w:after="20" w:line="240" w:lineRule="auto"/>
              <w:jc w:val="center"/>
            </w:pPr>
            <w:r/>
          </w:p>
        </w:tc>
        <w:tc>
          <w:tcPr>
            <w:tcW w:type="dxa" w:w="1046"/>
          </w:tcPr>
          <w:p>
            <w:pPr>
              <w:spacing w:before="20" w:after="20" w:line="240" w:lineRule="auto"/>
              <w:jc w:val="center"/>
            </w:pPr>
            <w:r/>
          </w:p>
        </w:tc>
      </w:tr>
      <w:tr>
        <w:tc>
          <w:tcPr>
            <w:tcW w:type="dxa" w:w="1046"/>
          </w:tcPr>
          <w:p>
            <w:pPr>
              <w:spacing w:before="20" w:after="20" w:line="240" w:lineRule="auto"/>
              <w:jc w:val="center"/>
            </w:pPr>
            <w:r/>
          </w:p>
        </w:tc>
        <w:tc>
          <w:tcPr>
            <w:tcW w:type="dxa" w:w="1046"/>
          </w:tcPr>
          <w:p>
            <w:pPr>
              <w:spacing w:before="20" w:after="20" w:line="240" w:lineRule="auto"/>
              <w:jc w:val="center"/>
            </w:pPr>
            <w:r/>
            <w:r>
              <w:rPr>
                <w:rFonts w:ascii="Times New Roman" w:hAnsi="Times New Roman" w:eastAsia="宋体"/>
                <w:b w:val="0"/>
                <w:i w:val="0"/>
                <w:color w:val="333333"/>
                <w:sz w:val="19"/>
              </w:rPr>
              <w:t>1</w:t>
            </w:r>
          </w:p>
        </w:tc>
        <w:tc>
          <w:tcPr>
            <w:tcW w:type="dxa" w:w="1046"/>
          </w:tcPr>
          <w:p>
            <w:pPr>
              <w:spacing w:before="20" w:after="20" w:line="240" w:lineRule="auto"/>
              <w:jc w:val="center"/>
            </w:pPr>
            <w:r/>
          </w:p>
        </w:tc>
        <w:tc>
          <w:tcPr>
            <w:tcW w:type="dxa" w:w="1046"/>
          </w:tcPr>
          <w:p>
            <w:pPr>
              <w:spacing w:before="20" w:after="20" w:line="240" w:lineRule="auto"/>
              <w:jc w:val="center"/>
            </w:pPr>
            <w:r/>
            <w:r>
              <w:rPr>
                <w:rFonts w:ascii="Times New Roman" w:hAnsi="Times New Roman" w:eastAsia="宋体"/>
                <w:b w:val="0"/>
                <w:i w:val="0"/>
                <w:color w:val="333333"/>
                <w:sz w:val="19"/>
              </w:rPr>
              <w:t>5</w:t>
            </w:r>
          </w:p>
        </w:tc>
        <w:tc>
          <w:tcPr>
            <w:tcW w:type="dxa" w:w="1046"/>
          </w:tcPr>
          <w:p>
            <w:pPr>
              <w:spacing w:before="20" w:after="20" w:line="240" w:lineRule="auto"/>
              <w:jc w:val="center"/>
            </w:pPr>
            <w:r/>
          </w:p>
        </w:tc>
        <w:tc>
          <w:tcPr>
            <w:tcW w:type="dxa" w:w="1046"/>
          </w:tcPr>
          <w:p>
            <w:pPr>
              <w:spacing w:before="20" w:after="20" w:line="240" w:lineRule="auto"/>
              <w:jc w:val="center"/>
            </w:pPr>
            <w:r/>
            <w:r>
              <w:rPr>
                <w:rFonts w:ascii="Times New Roman" w:hAnsi="Times New Roman" w:eastAsia="宋体"/>
                <w:b w:val="0"/>
                <w:i w:val="0"/>
                <w:color w:val="333333"/>
                <w:sz w:val="19"/>
              </w:rPr>
              <w:t>5</w:t>
            </w:r>
          </w:p>
        </w:tc>
        <w:tc>
          <w:tcPr>
            <w:tcW w:type="dxa" w:w="1046"/>
          </w:tcPr>
          <w:p>
            <w:pPr>
              <w:spacing w:before="20" w:after="20" w:line="240" w:lineRule="auto"/>
              <w:jc w:val="center"/>
            </w:pPr>
            <w:r/>
          </w:p>
        </w:tc>
        <w:tc>
          <w:tcPr>
            <w:tcW w:type="dxa" w:w="1046"/>
          </w:tcPr>
          <w:p>
            <w:pPr>
              <w:spacing w:before="20" w:after="20" w:line="240" w:lineRule="auto"/>
              <w:jc w:val="center"/>
            </w:pPr>
            <w:r/>
            <w:r>
              <w:rPr>
                <w:rFonts w:ascii="Times New Roman" w:hAnsi="Times New Roman" w:eastAsia="宋体"/>
                <w:b w:val="0"/>
                <w:i w:val="0"/>
                <w:color w:val="333333"/>
                <w:sz w:val="19"/>
              </w:rPr>
              <w:t>1</w:t>
            </w:r>
          </w:p>
        </w:tc>
        <w:tc>
          <w:tcPr>
            <w:tcW w:type="dxa" w:w="1046"/>
          </w:tcPr>
          <w:p>
            <w:pPr>
              <w:spacing w:before="20" w:after="20" w:line="240" w:lineRule="auto"/>
              <w:jc w:val="center"/>
            </w:pPr>
            <w:r/>
          </w:p>
        </w:tc>
      </w:tr>
      <w:tr>
        <w:tc>
          <w:tcPr>
            <w:tcW w:type="dxa" w:w="1046"/>
          </w:tcPr>
          <w:p>
            <w:pPr>
              <w:spacing w:before="20" w:after="20" w:line="240" w:lineRule="auto"/>
              <w:jc w:val="center"/>
            </w:pPr>
            <w:r/>
            <w:r>
              <w:rPr>
                <w:rFonts w:ascii="Times New Roman" w:hAnsi="Times New Roman" w:eastAsia="宋体"/>
                <w:b w:val="0"/>
                <w:i w:val="0"/>
                <w:color w:val="333333"/>
                <w:sz w:val="19"/>
              </w:rPr>
              <w:t>1</w:t>
            </w:r>
          </w:p>
        </w:tc>
        <w:tc>
          <w:tcPr>
            <w:tcW w:type="dxa" w:w="1046"/>
          </w:tcPr>
          <w:p>
            <w:pPr>
              <w:spacing w:before="20" w:after="20" w:line="240" w:lineRule="auto"/>
              <w:jc w:val="center"/>
            </w:pPr>
            <w:r/>
          </w:p>
        </w:tc>
        <w:tc>
          <w:tcPr>
            <w:tcW w:type="dxa" w:w="1046"/>
          </w:tcPr>
          <w:p>
            <w:pPr>
              <w:spacing w:before="20" w:after="20" w:line="240" w:lineRule="auto"/>
              <w:jc w:val="center"/>
            </w:pPr>
            <w:r/>
            <w:r>
              <w:rPr>
                <w:rFonts w:ascii="Times New Roman" w:hAnsi="Times New Roman" w:eastAsia="宋体"/>
                <w:b w:val="0"/>
                <w:i w:val="0"/>
                <w:color w:val="333333"/>
                <w:sz w:val="19"/>
              </w:rPr>
              <w:t>7</w:t>
            </w:r>
          </w:p>
        </w:tc>
        <w:tc>
          <w:tcPr>
            <w:tcW w:type="dxa" w:w="1046"/>
          </w:tcPr>
          <w:p>
            <w:pPr>
              <w:spacing w:before="20" w:after="20" w:line="240" w:lineRule="auto"/>
              <w:jc w:val="center"/>
            </w:pPr>
            <w:r/>
          </w:p>
        </w:tc>
        <w:tc>
          <w:tcPr>
            <w:tcW w:type="dxa" w:w="1046"/>
          </w:tcPr>
          <w:p>
            <w:pPr>
              <w:spacing w:before="20" w:after="20" w:line="240" w:lineRule="auto"/>
              <w:jc w:val="center"/>
            </w:pPr>
            <w:r/>
            <w:r>
              <w:rPr>
                <w:rFonts w:ascii="Times New Roman" w:hAnsi="Times New Roman" w:eastAsia="宋体"/>
                <w:b w:val="0"/>
                <w:i w:val="0"/>
                <w:color w:val="333333"/>
                <w:sz w:val="19"/>
              </w:rPr>
              <w:t>11</w:t>
            </w:r>
          </w:p>
        </w:tc>
        <w:tc>
          <w:tcPr>
            <w:tcW w:type="dxa" w:w="1046"/>
          </w:tcPr>
          <w:p>
            <w:pPr>
              <w:spacing w:before="20" w:after="20" w:line="240" w:lineRule="auto"/>
              <w:jc w:val="center"/>
            </w:pPr>
            <w:r/>
          </w:p>
        </w:tc>
        <w:tc>
          <w:tcPr>
            <w:tcW w:type="dxa" w:w="1046"/>
          </w:tcPr>
          <w:p>
            <w:pPr>
              <w:spacing w:before="20" w:after="20" w:line="240" w:lineRule="auto"/>
              <w:jc w:val="center"/>
            </w:pPr>
            <w:r/>
            <w:r>
              <w:rPr>
                <w:rFonts w:ascii="Times New Roman" w:hAnsi="Times New Roman" w:eastAsia="宋体"/>
                <w:b w:val="0"/>
                <w:i w:val="0"/>
                <w:color w:val="333333"/>
                <w:sz w:val="19"/>
              </w:rPr>
              <w:t>7</w:t>
            </w:r>
          </w:p>
        </w:tc>
        <w:tc>
          <w:tcPr>
            <w:tcW w:type="dxa" w:w="1046"/>
          </w:tcPr>
          <w:p>
            <w:pPr>
              <w:spacing w:before="20" w:after="20" w:line="240" w:lineRule="auto"/>
              <w:jc w:val="center"/>
            </w:pPr>
            <w:r/>
          </w:p>
        </w:tc>
        <w:tc>
          <w:tcPr>
            <w:tcW w:type="dxa" w:w="1046"/>
          </w:tcPr>
          <w:p>
            <w:pPr>
              <w:spacing w:before="20" w:after="20" w:line="240" w:lineRule="auto"/>
              <w:jc w:val="center"/>
            </w:pPr>
            <w:r/>
            <w:r>
              <w:rPr>
                <w:rFonts w:ascii="Times New Roman" w:hAnsi="Times New Roman" w:eastAsia="宋体"/>
                <w:b w:val="0"/>
                <w:i w:val="0"/>
                <w:color w:val="333333"/>
                <w:sz w:val="19"/>
              </w:rPr>
              <w:t>1</w:t>
            </w:r>
          </w:p>
        </w:tc>
      </w:tr>
    </w:tbl>
    <w:p>
      <w:pPr>
        <w:spacing w:before="0" w:after="0" w:line="240" w:lineRule="auto"/>
      </w:pPr>
      <w:r>
        <w:rPr>
          <w:rFonts w:ascii="Times New Roman" w:hAnsi="Times New Roman" w:eastAsia="宋体"/>
          <w:b w:val="0"/>
          <w:i w:val="0"/>
          <w:sz w:val="8"/>
        </w:rPr>
      </w:r>
    </w:p>
    <w:p>
      <w:pPr>
        <w:spacing w:before="0" w:after="80" w:line="300" w:lineRule="auto"/>
        <w:jc w:val="left"/>
      </w:pPr>
      <w:r>
        <w:rPr>
          <w:rFonts w:ascii="Times New Roman" w:hAnsi="Times New Roman" w:eastAsia="宋体"/>
          <w:b w:val="0"/>
          <w:i w:val="0"/>
          <w:color w:val="333333"/>
          <w:sz w:val="19"/>
        </w:rPr>
        <w:t>Each row after the first row is formed by placing a 1 at each end of the row, and each interior entry is 1 greater than the sum of the two numbers diagonally above it in the previous row. What is the units digit of the sum of the 2023 numbers in the 2023rd row?</w:t>
      </w:r>
    </w:p>
    <w:p>
      <w:pPr>
        <w:spacing w:before="0" w:after="160" w:line="300" w:lineRule="auto"/>
      </w:pPr>
      <w:r>
        <w:rPr>
          <w:rFonts w:ascii="Times New Roman" w:hAnsi="Times New Roman" w:eastAsia="宋体"/>
          <w:b w:val="0"/>
          <w:i w:val="0"/>
          <w:color w:val="333333"/>
          <w:sz w:val="19"/>
        </w:rPr>
        <w:t>(A) 1　　(B) 3　　(C) 5　　(D) 7　　(E) 9</w:t>
      </w:r>
    </w:p>
    <w:p>
      <w:pPr>
        <w:spacing w:before="200" w:after="80" w:line="300" w:lineRule="auto"/>
      </w:pPr>
      <w:r>
        <w:rPr>
          <w:rFonts w:ascii="Times New Roman" w:hAnsi="Times New Roman" w:eastAsia="宋体"/>
          <w:b/>
          <w:i w:val="0"/>
          <w:sz w:val="23"/>
        </w:rPr>
        <w:t>第 21 题</w:t>
      </w:r>
    </w:p>
    <w:p>
      <w:pPr>
        <w:spacing w:before="0" w:after="80" w:line="300" w:lineRule="auto"/>
        <w:jc w:val="left"/>
      </w:pPr>
      <w:r>
        <w:rPr>
          <w:rFonts w:ascii="Times New Roman" w:hAnsi="Times New Roman" w:eastAsia="宋体"/>
          <w:b w:val="0"/>
          <w:i w:val="0"/>
          <w:sz w:val="21"/>
        </w:rPr>
        <w:t>如果 A 和 B 是一个多面体的顶点，定义距离 d(A,B) 为沿该多面体的棱从 A 连接到 B 所必须经过的最少棱数。例如，如果 AB 是该多面体的一条棱，则 d(A,B)=1；但如果 AC 和 CB 是棱且 AB 不是棱，则 d(A,B)=2。从一个正二十面体（由 20 个等边三角形组成的正多面体）的顶点中随机选出互不相同的顶点 Q、R 和 S。求 d(Q,R)&gt; d(R,S) 的概率。</w:t>
      </w:r>
    </w:p>
    <w:p>
      <w:pPr>
        <w:spacing w:before="0" w:after="120" w:line="300" w:lineRule="auto"/>
      </w:pPr>
      <w:r>
        <w:rPr>
          <w:rFonts w:ascii="Times New Roman" w:hAnsi="Times New Roman" w:eastAsia="宋体"/>
          <w:b w:val="0"/>
          <w:i w:val="0"/>
          <w:sz w:val="21"/>
        </w:rPr>
        <w:t>（A）7/22　　（B）1/3　　（C）3/8　　（D）5/12　　（E）1/2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A and B are vertices of a polyhedron, define the distance d(A,B) to be the minimum number of edges of the polyhedron one must traverse in order to connect A and B. For example, if AB is an edge of the polyhedron, then d(A,B)=1, but if AC and CB are edges and AB is not an edge, then d(A,B)=2. Let Q, R, and S be randomly chosen distinct vertices of a regular icosahedron (regular polyhedron made up of 20 equilateral triangles). What is the probability that d(Q,R)&gt; d(R,S)?</w:t>
      </w:r>
    </w:p>
    <w:p>
      <w:pPr>
        <w:spacing w:before="0" w:after="160" w:line="300" w:lineRule="auto"/>
      </w:pPr>
      <w:r>
        <w:rPr>
          <w:rFonts w:ascii="Times New Roman" w:hAnsi="Times New Roman" w:eastAsia="宋体"/>
          <w:b w:val="0"/>
          <w:i w:val="0"/>
          <w:color w:val="333333"/>
          <w:sz w:val="19"/>
        </w:rPr>
        <w:t>(A) 7/22　　(B) 1/3　　(C) 3/8　　(D) 5/12　　(E) 1/2</w:t>
      </w:r>
    </w:p>
    <w:p>
      <w:pPr>
        <w:spacing w:before="200" w:after="80" w:line="300" w:lineRule="auto"/>
      </w:pPr>
      <w:r>
        <w:rPr>
          <w:rFonts w:ascii="Times New Roman" w:hAnsi="Times New Roman" w:eastAsia="宋体"/>
          <w:b/>
          <w:i w:val="0"/>
          <w:sz w:val="23"/>
        </w:rPr>
        <w:t>第 22 题</w:t>
      </w:r>
    </w:p>
    <w:p>
      <w:pPr>
        <w:spacing w:before="0" w:after="80" w:line="300" w:lineRule="auto"/>
        <w:jc w:val="left"/>
      </w:pPr>
      <w:r>
        <w:rPr>
          <w:rFonts w:ascii="Times New Roman" w:hAnsi="Times New Roman" w:eastAsia="宋体"/>
          <w:b w:val="0"/>
          <w:i w:val="0"/>
          <w:sz w:val="21"/>
        </w:rPr>
        <w:t>设 f 是定义在正整数上的唯一函数，满足对所有正整数 n 都有</w:t>
      </w:r>
    </w:p>
    <w:p>
      <w:pPr>
        <w:spacing w:before="0" w:after="80" w:line="300" w:lineRule="auto"/>
        <w:jc w:val="left"/>
      </w:pPr>
      <w:r>
        <w:rPr>
          <w:rFonts w:ascii="Times New Roman" w:hAnsi="Times New Roman" w:eastAsia="宋体"/>
          <w:b w:val="0"/>
          <w:i w:val="0"/>
          <w:sz w:val="21"/>
        </w:rPr>
        <w:t>Σ_(d| n) d· f(n/d)=1</w:t>
      </w:r>
    </w:p>
    <w:p>
      <w:pPr>
        <w:spacing w:before="0" w:after="80" w:line="300" w:lineRule="auto"/>
        <w:jc w:val="left"/>
      </w:pPr>
      <w:r>
        <w:rPr>
          <w:rFonts w:ascii="Times New Roman" w:hAnsi="Times New Roman" w:eastAsia="宋体"/>
          <w:b w:val="0"/>
          <w:i w:val="0"/>
          <w:sz w:val="21"/>
        </w:rPr>
        <w:t>其中求和遍历 n 的所有正因数。求 f(2023)？</w:t>
      </w:r>
    </w:p>
    <w:p>
      <w:pPr>
        <w:spacing w:before="0" w:after="120" w:line="300" w:lineRule="auto"/>
      </w:pPr>
      <w:r>
        <w:rPr>
          <w:rFonts w:ascii="Times New Roman" w:hAnsi="Times New Roman" w:eastAsia="宋体"/>
          <w:b w:val="0"/>
          <w:i w:val="0"/>
          <w:sz w:val="21"/>
        </w:rPr>
        <w:t>（A）-1536　　（B）96　　（C）108　　（D）116　　（E）144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f be the unique function defined on the positive integers such that</w:t>
      </w:r>
    </w:p>
    <w:p>
      <w:pPr>
        <w:spacing w:before="0" w:after="80" w:line="300" w:lineRule="auto"/>
        <w:jc w:val="left"/>
      </w:pPr>
      <w:r>
        <w:rPr>
          <w:rFonts w:ascii="Times New Roman" w:hAnsi="Times New Roman" w:eastAsia="宋体"/>
          <w:b w:val="0"/>
          <w:i w:val="0"/>
          <w:color w:val="333333"/>
          <w:sz w:val="19"/>
        </w:rPr>
        <w:t>Σ_(d| n) d· f(n/d)=1</w:t>
      </w:r>
    </w:p>
    <w:p>
      <w:pPr>
        <w:spacing w:before="0" w:after="80" w:line="300" w:lineRule="auto"/>
        <w:jc w:val="left"/>
      </w:pPr>
      <w:r>
        <w:rPr>
          <w:rFonts w:ascii="Times New Roman" w:hAnsi="Times New Roman" w:eastAsia="宋体"/>
          <w:b w:val="0"/>
          <w:i w:val="0"/>
          <w:color w:val="333333"/>
          <w:sz w:val="19"/>
        </w:rPr>
        <w:t>for all positive integers n, where the sum is taken over all positive divisors of n. What is f(2023)?</w:t>
      </w:r>
    </w:p>
    <w:p>
      <w:pPr>
        <w:spacing w:before="0" w:after="160" w:line="300" w:lineRule="auto"/>
      </w:pPr>
      <w:r>
        <w:rPr>
          <w:rFonts w:ascii="Times New Roman" w:hAnsi="Times New Roman" w:eastAsia="宋体"/>
          <w:b w:val="0"/>
          <w:i w:val="0"/>
          <w:color w:val="333333"/>
          <w:sz w:val="19"/>
        </w:rPr>
        <w:t>(A) -1536　　(B) 96　　(C) 108　　(D) 116　　(E) 144</w:t>
      </w:r>
    </w:p>
    <w:p>
      <w:pPr>
        <w:spacing w:before="200" w:after="80" w:line="300" w:lineRule="auto"/>
      </w:pPr>
      <w:r>
        <w:rPr>
          <w:rFonts w:ascii="Times New Roman" w:hAnsi="Times New Roman" w:eastAsia="宋体"/>
          <w:b/>
          <w:i w:val="0"/>
          <w:sz w:val="23"/>
        </w:rPr>
        <w:t>第 23 题</w:t>
      </w:r>
    </w:p>
    <w:p>
      <w:pPr>
        <w:spacing w:before="0" w:after="80" w:line="300" w:lineRule="auto"/>
        <w:jc w:val="left"/>
      </w:pPr>
      <w:r>
        <w:rPr>
          <w:rFonts w:ascii="Times New Roman" w:hAnsi="Times New Roman" w:eastAsia="宋体"/>
          <w:b w:val="0"/>
          <w:i w:val="0"/>
          <w:sz w:val="21"/>
        </w:rPr>
        <w:t>有多少个正实数有序对 (a,b) 满足方程</w:t>
      </w:r>
    </w:p>
    <w:p>
      <w:pPr>
        <w:spacing w:before="0" w:after="80" w:line="300" w:lineRule="auto"/>
        <w:jc w:val="left"/>
      </w:pPr>
      <w:r>
        <w:rPr>
          <w:rFonts w:ascii="Times New Roman" w:hAnsi="Times New Roman" w:eastAsia="宋体"/>
          <w:b w:val="0"/>
          <w:i w:val="0"/>
          <w:sz w:val="21"/>
        </w:rPr>
        <w:t>(1+2a)(2+2b)(2a+b)</w:t>
      </w:r>
    </w:p>
    <w:p>
      <w:pPr>
        <w:spacing w:before="0" w:after="80" w:line="300" w:lineRule="auto"/>
        <w:jc w:val="left"/>
      </w:pPr>
      <w:r>
        <w:rPr>
          <w:rFonts w:ascii="Times New Roman" w:hAnsi="Times New Roman" w:eastAsia="宋体"/>
          <w:b w:val="0"/>
          <w:i w:val="0"/>
          <w:sz w:val="21"/>
        </w:rPr>
        <w:t>=32ab</w:t>
      </w:r>
    </w:p>
    <w:p>
      <w:pPr>
        <w:spacing w:before="0" w:after="80" w:line="300" w:lineRule="auto"/>
        <w:jc w:val="left"/>
      </w:pPr>
      <w:r>
        <w:rPr>
          <w:rFonts w:ascii="Times New Roman" w:hAnsi="Times New Roman" w:eastAsia="宋体"/>
          <w:b w:val="0"/>
          <w:i w:val="0"/>
          <w:sz w:val="21"/>
        </w:rPr>
        <w:t>？</w:t>
      </w:r>
    </w:p>
    <w:p>
      <w:pPr>
        <w:spacing w:before="0" w:after="120" w:line="300" w:lineRule="auto"/>
      </w:pPr>
      <w:r>
        <w:rPr>
          <w:rFonts w:ascii="Times New Roman" w:hAnsi="Times New Roman" w:eastAsia="宋体"/>
          <w:b w:val="0"/>
          <w:i w:val="0"/>
          <w:sz w:val="21"/>
        </w:rPr>
        <w:t>（A）0　　（B）1　　（C）2　　（D）3　　（E）无穷多个</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How many ordered pairs of positive real numbers (a,b) satisfy the equation</w:t>
      </w:r>
    </w:p>
    <w:p>
      <w:pPr>
        <w:spacing w:before="0" w:after="80" w:line="300" w:lineRule="auto"/>
        <w:jc w:val="left"/>
      </w:pPr>
      <w:r>
        <w:rPr>
          <w:rFonts w:ascii="Times New Roman" w:hAnsi="Times New Roman" w:eastAsia="宋体"/>
          <w:b w:val="0"/>
          <w:i w:val="0"/>
          <w:color w:val="333333"/>
          <w:sz w:val="19"/>
        </w:rPr>
        <w:t>(1+2a)(2+2b)(2a+b)</w:t>
      </w:r>
    </w:p>
    <w:p>
      <w:pPr>
        <w:spacing w:before="0" w:after="80" w:line="300" w:lineRule="auto"/>
        <w:jc w:val="left"/>
      </w:pPr>
      <w:r>
        <w:rPr>
          <w:rFonts w:ascii="Times New Roman" w:hAnsi="Times New Roman" w:eastAsia="宋体"/>
          <w:b w:val="0"/>
          <w:i w:val="0"/>
          <w:color w:val="333333"/>
          <w:sz w:val="19"/>
        </w:rPr>
        <w:t>=32ab?</w:t>
      </w:r>
    </w:p>
    <w:p>
      <w:pPr>
        <w:spacing w:before="0" w:after="160" w:line="300" w:lineRule="auto"/>
      </w:pPr>
      <w:r>
        <w:rPr>
          <w:rFonts w:ascii="Times New Roman" w:hAnsi="Times New Roman" w:eastAsia="宋体"/>
          <w:b w:val="0"/>
          <w:i w:val="0"/>
          <w:color w:val="333333"/>
          <w:sz w:val="19"/>
        </w:rPr>
        <w:t>(A) 0　　(B) 1　　(C) 2　　(D) 3　　(E) an infinite number</w:t>
      </w:r>
    </w:p>
    <w:p>
      <w:pPr>
        <w:spacing w:before="200" w:after="80" w:line="300" w:lineRule="auto"/>
      </w:pPr>
      <w:r>
        <w:rPr>
          <w:rFonts w:ascii="Times New Roman" w:hAnsi="Times New Roman" w:eastAsia="宋体"/>
          <w:b/>
          <w:i w:val="0"/>
          <w:sz w:val="23"/>
        </w:rPr>
        <w:t>第 24 题</w:t>
      </w:r>
    </w:p>
    <w:p>
      <w:pPr>
        <w:spacing w:before="0" w:after="80" w:line="300" w:lineRule="auto"/>
        <w:jc w:val="left"/>
      </w:pPr>
      <w:r>
        <w:rPr>
          <w:rFonts w:ascii="Times New Roman" w:hAnsi="Times New Roman" w:eastAsia="宋体"/>
          <w:b w:val="0"/>
          <w:i w:val="0"/>
          <w:sz w:val="21"/>
        </w:rPr>
        <w:t>设 K 为满足以下条件的序列 A₁，A₂，…，Aₙ 的数量：n 是不超过 10 的正整数，每个 Aᵢ 都是 {1,2,3,…,10} 的子集，并且对每个介于 2 和 n 之间（含端点）的 i，都有 Aᵢ₋₁ 是 Aᵢ 的子集。例如，{}、{5,7}、{2,5,7}、{2,5,7}、{2,5,6,7,9} 是这样一个序列，其中 n=5。K 除以 10 的余数是多少？</w:t>
      </w:r>
    </w:p>
    <w:p>
      <w:pPr>
        <w:spacing w:before="0" w:after="120" w:line="300" w:lineRule="auto"/>
      </w:pPr>
      <w:r>
        <w:rPr>
          <w:rFonts w:ascii="Times New Roman" w:hAnsi="Times New Roman" w:eastAsia="宋体"/>
          <w:b w:val="0"/>
          <w:i w:val="0"/>
          <w:sz w:val="21"/>
        </w:rPr>
        <w:t>（A）1　　（B）3　　（C）5　　（D）7　　（E）9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K be the number of sequences A₁, A₂, …, Aₙ such that n is a positive integer less than or equal to 10, each Aᵢ is a subset of {1,2,3,…,10}, and Aᵢ₋₁ is a subset of Aᵢ for each i between 2 and n, inclusive. For example, {}, {5,7}, {2,5,7}, {2,5,7}, {2,5,6,7,9} is one such sequence, with n=5. What is the remainder when K is divided by 10?</w:t>
      </w:r>
    </w:p>
    <w:p>
      <w:pPr>
        <w:spacing w:before="0" w:after="160" w:line="300" w:lineRule="auto"/>
      </w:pPr>
      <w:r>
        <w:rPr>
          <w:rFonts w:ascii="Times New Roman" w:hAnsi="Times New Roman" w:eastAsia="宋体"/>
          <w:b w:val="0"/>
          <w:i w:val="0"/>
          <w:color w:val="333333"/>
          <w:sz w:val="19"/>
        </w:rPr>
        <w:t>(A) 1　　(B) 3　　(C) 5　　(D) 7　　(E) 9</w:t>
      </w:r>
    </w:p>
    <w:p>
      <w:pPr>
        <w:spacing w:before="200" w:after="80" w:line="300" w:lineRule="auto"/>
      </w:pPr>
      <w:r>
        <w:rPr>
          <w:rFonts w:ascii="Times New Roman" w:hAnsi="Times New Roman" w:eastAsia="宋体"/>
          <w:b/>
          <w:i w:val="0"/>
          <w:sz w:val="23"/>
        </w:rPr>
        <w:t>第 25 题</w:t>
      </w:r>
    </w:p>
    <w:p>
      <w:pPr>
        <w:spacing w:before="0" w:after="80" w:line="300" w:lineRule="auto"/>
        <w:jc w:val="left"/>
      </w:pPr>
      <w:r>
        <w:rPr>
          <w:rFonts w:ascii="Times New Roman" w:hAnsi="Times New Roman" w:eastAsia="宋体"/>
          <w:b w:val="0"/>
          <w:i w:val="0"/>
          <w:sz w:val="21"/>
        </w:rPr>
        <w:t>存在唯一的整数序列 a₁，a₂，⋯ a₂₀₂₃，使得只要 tan 2023x 有定义，就有</w:t>
      </w:r>
    </w:p>
    <w:p>
      <w:pPr>
        <w:spacing w:before="0" w:after="80" w:line="300" w:lineRule="auto"/>
        <w:jc w:val="left"/>
      </w:pPr>
      <w:r>
        <w:rPr>
          <w:rFonts w:ascii="Times New Roman" w:hAnsi="Times New Roman" w:eastAsia="宋体"/>
          <w:b w:val="0"/>
          <w:i w:val="0"/>
          <w:sz w:val="21"/>
        </w:rPr>
        <w:t>tan 2023x</w:t>
      </w:r>
    </w:p>
    <w:p>
      <w:pPr>
        <w:spacing w:before="0" w:after="80" w:line="300" w:lineRule="auto"/>
        <w:jc w:val="left"/>
      </w:pPr>
      <w:r>
        <w:rPr>
          <w:rFonts w:ascii="Times New Roman" w:hAnsi="Times New Roman" w:eastAsia="宋体"/>
          <w:b w:val="0"/>
          <w:i w:val="0"/>
          <w:sz w:val="21"/>
        </w:rPr>
        <w:t>=tiny(a₁tan x+a₃tan³ x+a₅tan⁵ x+⋯+a₂₀₂₃tan²⁰²³x)/(1+a₂tan² x+a₄tan⁴ x⋯+a₂₀₂₂tan²⁰²²x)</w:t>
      </w:r>
    </w:p>
    <w:p>
      <w:pPr>
        <w:spacing w:before="0" w:after="80" w:line="300" w:lineRule="auto"/>
        <w:jc w:val="left"/>
      </w:pPr>
      <w:r>
        <w:rPr>
          <w:rFonts w:ascii="Times New Roman" w:hAnsi="Times New Roman" w:eastAsia="宋体"/>
          <w:b w:val="0"/>
          <w:i w:val="0"/>
          <w:sz w:val="21"/>
        </w:rPr>
        <w:t>求 a₂₀₂₃？</w:t>
      </w:r>
    </w:p>
    <w:p>
      <w:pPr>
        <w:spacing w:before="0" w:after="120" w:line="300" w:lineRule="auto"/>
      </w:pPr>
      <w:r>
        <w:rPr>
          <w:rFonts w:ascii="Times New Roman" w:hAnsi="Times New Roman" w:eastAsia="宋体"/>
          <w:b w:val="0"/>
          <w:i w:val="0"/>
          <w:sz w:val="21"/>
        </w:rPr>
        <w:t>（A）-2023　　（B）-2022　　（C）-1　　（D）1　　（E）2023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There is a unique sequence of integers a₁, a₂, ⋯ a₂₀₂₃ such that</w:t>
      </w:r>
    </w:p>
    <w:p>
      <w:pPr>
        <w:spacing w:before="0" w:after="80" w:line="300" w:lineRule="auto"/>
        <w:jc w:val="left"/>
      </w:pPr>
      <w:r>
        <w:rPr>
          <w:rFonts w:ascii="Times New Roman" w:hAnsi="Times New Roman" w:eastAsia="宋体"/>
          <w:b w:val="0"/>
          <w:i w:val="0"/>
          <w:color w:val="333333"/>
          <w:sz w:val="19"/>
        </w:rPr>
        <w:t>tan 2023x</w:t>
      </w:r>
    </w:p>
    <w:p>
      <w:pPr>
        <w:spacing w:before="0" w:after="80" w:line="300" w:lineRule="auto"/>
        <w:jc w:val="left"/>
      </w:pPr>
      <w:r>
        <w:rPr>
          <w:rFonts w:ascii="Times New Roman" w:hAnsi="Times New Roman" w:eastAsia="宋体"/>
          <w:b w:val="0"/>
          <w:i w:val="0"/>
          <w:color w:val="333333"/>
          <w:sz w:val="19"/>
        </w:rPr>
        <w:t>=tiny(a₁tan x+a₃tan³ x+a₅tan⁵ x+⋯+a₂₀₂₃tan²⁰²³x)/(1+a₂tan² x+a₄tan⁴ x⋯+a₂₀₂₂tan²⁰²²x)</w:t>
      </w:r>
    </w:p>
    <w:p>
      <w:pPr>
        <w:spacing w:before="0" w:after="80" w:line="300" w:lineRule="auto"/>
        <w:jc w:val="left"/>
      </w:pPr>
      <w:r>
        <w:rPr>
          <w:rFonts w:ascii="Times New Roman" w:hAnsi="Times New Roman" w:eastAsia="宋体"/>
          <w:b w:val="0"/>
          <w:i w:val="0"/>
          <w:color w:val="333333"/>
          <w:sz w:val="19"/>
        </w:rPr>
        <w:t>whenever tan 2023x is defined. What is a₂₀₂₃?</w:t>
      </w:r>
    </w:p>
    <w:p>
      <w:pPr>
        <w:spacing w:before="0" w:after="160" w:line="300" w:lineRule="auto"/>
      </w:pPr>
      <w:r>
        <w:rPr>
          <w:rFonts w:ascii="Times New Roman" w:hAnsi="Times New Roman" w:eastAsia="宋体"/>
          <w:b w:val="0"/>
          <w:i w:val="0"/>
          <w:color w:val="333333"/>
          <w:sz w:val="19"/>
        </w:rPr>
        <w:t>(A) -2023　　(B) -2022　　(C) -1　　(D) 1　　(E) 2023</w:t>
      </w:r>
    </w:p>
    <w:p>
      <w:r>
        <w:br w:type="page"/>
      </w:r>
    </w:p>
    <w:p>
      <w:pPr>
        <w:spacing w:before="280" w:after="160" w:line="300" w:lineRule="auto"/>
      </w:pPr>
      <w:r>
        <w:rPr>
          <w:rFonts w:ascii="Times New Roman" w:hAnsi="Times New Roman" w:eastAsia="宋体"/>
          <w:b/>
          <w:i w:val="0"/>
          <w:sz w:val="28"/>
        </w:rPr>
        <w:t>第二部分　解答</w:t>
      </w:r>
    </w:p>
    <w:p>
      <w:pPr>
        <w:spacing w:before="0" w:after="40" w:line="300" w:lineRule="auto"/>
      </w:pPr>
      <w:r>
        <w:rPr>
          <w:rFonts w:ascii="Times New Roman" w:hAnsi="Times New Roman" w:eastAsia="宋体"/>
          <w:b/>
          <w:i w:val="0"/>
          <w:sz w:val="19"/>
        </w:rPr>
        <w:t>答案速查：</w:t>
      </w:r>
    </w:p>
    <w:p>
      <w:pPr>
        <w:spacing w:before="0" w:after="0" w:line="300" w:lineRule="auto"/>
      </w:pPr>
      <w:r>
        <w:rPr>
          <w:rFonts w:ascii="Times New Roman" w:hAnsi="Times New Roman" w:eastAsia="宋体"/>
          <w:b w:val="0"/>
          <w:i w:val="0"/>
          <w:sz w:val="18"/>
        </w:rPr>
        <w:t>题号　1　2　3　4　5　6　7　8　9</w:t>
      </w:r>
    </w:p>
    <w:p>
      <w:pPr>
        <w:spacing w:before="0" w:after="80" w:line="300" w:lineRule="auto"/>
      </w:pPr>
      <w:r>
        <w:rPr>
          <w:rFonts w:ascii="Times New Roman" w:hAnsi="Times New Roman" w:eastAsia="宋体"/>
          <w:b/>
          <w:i w:val="0"/>
          <w:sz w:val="18"/>
        </w:rPr>
        <w:t>答案　E　A　A　E　B　D　E　D　C</w:t>
      </w:r>
    </w:p>
    <w:p>
      <w:pPr>
        <w:spacing w:before="0" w:after="0" w:line="300" w:lineRule="auto"/>
      </w:pPr>
      <w:r>
        <w:rPr>
          <w:rFonts w:ascii="Times New Roman" w:hAnsi="Times New Roman" w:eastAsia="宋体"/>
          <w:b w:val="0"/>
          <w:i w:val="0"/>
          <w:sz w:val="18"/>
        </w:rPr>
        <w:t>题号　10　11　12　13　14　15　16　17　18</w:t>
      </w:r>
    </w:p>
    <w:p>
      <w:pPr>
        <w:spacing w:before="0" w:after="80" w:line="300" w:lineRule="auto"/>
      </w:pPr>
      <w:r>
        <w:rPr>
          <w:rFonts w:ascii="Times New Roman" w:hAnsi="Times New Roman" w:eastAsia="宋体"/>
          <w:b/>
          <w:i w:val="0"/>
          <w:sz w:val="18"/>
        </w:rPr>
        <w:t>答案　D　C　D　B　E　A　B　E　D</w:t>
      </w:r>
    </w:p>
    <w:p>
      <w:pPr>
        <w:spacing w:before="0" w:after="0" w:line="300" w:lineRule="auto"/>
      </w:pPr>
      <w:r>
        <w:rPr>
          <w:rFonts w:ascii="Times New Roman" w:hAnsi="Times New Roman" w:eastAsia="宋体"/>
          <w:b w:val="0"/>
          <w:i w:val="0"/>
          <w:sz w:val="18"/>
        </w:rPr>
        <w:t>题号　19　20　21　22　23　24　25</w:t>
      </w:r>
    </w:p>
    <w:p>
      <w:pPr>
        <w:spacing w:before="0" w:after="80" w:line="300" w:lineRule="auto"/>
      </w:pPr>
      <w:r>
        <w:rPr>
          <w:rFonts w:ascii="Times New Roman" w:hAnsi="Times New Roman" w:eastAsia="宋体"/>
          <w:b/>
          <w:i w:val="0"/>
          <w:sz w:val="18"/>
        </w:rPr>
        <w:t>答案　C　C　A　B　B　C　C</w:t>
      </w:r>
    </w:p>
    <w:p>
      <w:pPr>
        <w:spacing w:before="0" w:after="200" w:line="300" w:lineRule="auto"/>
      </w:pPr>
      <w:r>
        <w:rPr>
          <w:rFonts w:ascii="Times New Roman" w:hAnsi="Times New Roman" w:eastAsia="宋体"/>
          <w:b w:val="0"/>
          <w:i w:val="0"/>
          <w:color w:val="666666"/>
          <w:sz w:val="18"/>
        </w:rPr>
        <w:t>答案串：EAAEBDEDCDCDBEABEDCCABBCC</w:t>
      </w:r>
    </w:p>
    <w:p>
      <w:pPr>
        <w:spacing w:before="200" w:after="80" w:line="300" w:lineRule="auto"/>
      </w:pPr>
      <w:r>
        <w:rPr>
          <w:rFonts w:ascii="Times New Roman" w:hAnsi="Times New Roman" w:eastAsia="宋体"/>
          <w:b/>
          <w:i w:val="0"/>
          <w:sz w:val="23"/>
        </w:rPr>
        <w:t>第 1 题　答案 E</w:t>
      </w:r>
    </w:p>
    <w:p>
      <w:pPr>
        <w:spacing w:before="0" w:after="80" w:line="300" w:lineRule="auto"/>
        <w:jc w:val="left"/>
      </w:pPr>
      <w:r>
        <w:rPr>
          <w:rFonts w:ascii="Times New Roman" w:hAnsi="Times New Roman" w:eastAsia="宋体"/>
          <w:b w:val="0"/>
          <w:i w:val="0"/>
          <w:sz w:val="21"/>
        </w:rPr>
        <w:t>两人之间的距离以每小时 18+12=30 英里的速度缩短，所以她们在 45/30=1.5 小时后相遇。</w:t>
      </w:r>
    </w:p>
    <w:p>
      <w:pPr>
        <w:spacing w:before="0" w:after="80" w:line="300" w:lineRule="auto"/>
        <w:jc w:val="left"/>
      </w:pPr>
      <w:r>
        <w:rPr>
          <w:rFonts w:ascii="Times New Roman" w:hAnsi="Times New Roman" w:eastAsia="宋体"/>
          <w:b w:val="0"/>
          <w:i w:val="0"/>
          <w:sz w:val="21"/>
        </w:rPr>
        <w:t>在这段时间里，Alicia 从城市 A 出发骑了 18· 1.5=27 英里。</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gap between them closes at 18+12=30 miles per hour, so they meet after 45/30=1.5 hours.</w:t>
      </w:r>
    </w:p>
    <w:p>
      <w:pPr>
        <w:spacing w:before="0" w:after="80" w:line="300" w:lineRule="auto"/>
        <w:jc w:val="left"/>
      </w:pPr>
      <w:r>
        <w:rPr>
          <w:rFonts w:ascii="Times New Roman" w:hAnsi="Times New Roman" w:eastAsia="宋体"/>
          <w:b w:val="0"/>
          <w:i w:val="0"/>
          <w:color w:val="333333"/>
          <w:sz w:val="19"/>
        </w:rPr>
        <w:t>In that time Alicia has ridden 18· 1.5=27 miles from City A.</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 题　答案 A</w:t>
      </w:r>
    </w:p>
    <w:p>
      <w:pPr>
        <w:spacing w:before="0" w:after="80" w:line="300" w:lineRule="auto"/>
        <w:jc w:val="left"/>
      </w:pPr>
      <w:r>
        <w:rPr>
          <w:rFonts w:ascii="Times New Roman" w:hAnsi="Times New Roman" w:eastAsia="宋体"/>
          <w:b w:val="0"/>
          <w:i w:val="0"/>
          <w:sz w:val="21"/>
        </w:rPr>
        <w:t>设披萨重 P 磅。则 31/2 杯重 7/2·1/4=7/8 而 1/2 杯重 1/2·1/4=1/8。</w:t>
      </w:r>
    </w:p>
    <w:p>
      <w:pPr>
        <w:spacing w:before="0" w:after="80" w:line="300" w:lineRule="auto"/>
        <w:jc w:val="left"/>
      </w:pPr>
      <w:r>
        <w:rPr>
          <w:rFonts w:ascii="Times New Roman" w:hAnsi="Times New Roman" w:eastAsia="宋体"/>
          <w:b w:val="0"/>
          <w:i w:val="0"/>
          <w:sz w:val="21"/>
        </w:rPr>
        <w:t>方程为</w:t>
      </w:r>
    </w:p>
    <w:p>
      <w:pPr>
        <w:spacing w:before="0" w:after="80" w:line="300" w:lineRule="auto"/>
        <w:jc w:val="left"/>
      </w:pPr>
      <w:r>
        <w:rPr>
          <w:rFonts w:ascii="Times New Roman" w:hAnsi="Times New Roman" w:eastAsia="宋体"/>
          <w:b w:val="0"/>
          <w:i w:val="0"/>
          <w:sz w:val="21"/>
        </w:rPr>
        <w:t>1/3 P+7/8=3/4 P+1/8。</w:t>
      </w:r>
    </w:p>
    <w:p>
      <w:pPr>
        <w:spacing w:before="0" w:after="80" w:line="300" w:lineRule="auto"/>
        <w:jc w:val="left"/>
      </w:pPr>
      <w:r>
        <w:rPr>
          <w:rFonts w:ascii="Times New Roman" w:hAnsi="Times New Roman" w:eastAsia="宋体"/>
          <w:b w:val="0"/>
          <w:i w:val="0"/>
          <w:sz w:val="21"/>
        </w:rPr>
        <w:t>相减得 7/8-1/8=(3/4-1/3)P，所以 3/4=5/12P，从而 P=9/5=14/5。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pizza weigh P pounds. Then 31/2 cups weigh 7/2·1/4=7/8 and 1/2 cup weighs 1/2·1/4=1/8.</w:t>
      </w:r>
    </w:p>
    <w:p>
      <w:pPr>
        <w:spacing w:before="0" w:after="80" w:line="300" w:lineRule="auto"/>
        <w:jc w:val="left"/>
      </w:pPr>
      <w:r>
        <w:rPr>
          <w:rFonts w:ascii="Times New Roman" w:hAnsi="Times New Roman" w:eastAsia="宋体"/>
          <w:b w:val="0"/>
          <w:i w:val="0"/>
          <w:color w:val="333333"/>
          <w:sz w:val="19"/>
        </w:rPr>
        <w:t>The equation is</w:t>
      </w:r>
    </w:p>
    <w:p>
      <w:pPr>
        <w:spacing w:before="0" w:after="80" w:line="300" w:lineRule="auto"/>
        <w:jc w:val="left"/>
      </w:pPr>
      <w:r>
        <w:rPr>
          <w:rFonts w:ascii="Times New Roman" w:hAnsi="Times New Roman" w:eastAsia="宋体"/>
          <w:b w:val="0"/>
          <w:i w:val="0"/>
          <w:color w:val="333333"/>
          <w:sz w:val="19"/>
        </w:rPr>
        <w:t>1/3 P+7/8=3/4 P+1/8.</w:t>
      </w:r>
    </w:p>
    <w:p>
      <w:pPr>
        <w:spacing w:before="0" w:after="80" w:line="300" w:lineRule="auto"/>
        <w:jc w:val="left"/>
      </w:pPr>
      <w:r>
        <w:rPr>
          <w:rFonts w:ascii="Times New Roman" w:hAnsi="Times New Roman" w:eastAsia="宋体"/>
          <w:b w:val="0"/>
          <w:i w:val="0"/>
          <w:color w:val="333333"/>
          <w:sz w:val="19"/>
        </w:rPr>
        <w:t>Subtracting gives 7/8-1/8=(3/4-1/3)P, so 3/4=5/12P and P=9/5=14/5.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 题　答案 A</w:t>
      </w:r>
    </w:p>
    <w:p>
      <w:pPr>
        <w:spacing w:before="0" w:after="80" w:line="300" w:lineRule="auto"/>
        <w:jc w:val="left"/>
      </w:pPr>
      <w:r>
        <w:rPr>
          <w:rFonts w:ascii="Times New Roman" w:hAnsi="Times New Roman" w:eastAsia="宋体"/>
          <w:b w:val="0"/>
          <w:i w:val="0"/>
          <w:sz w:val="21"/>
        </w:rPr>
        <w:t>一个完全平方数能被 5 整除，只有它的平方根也能被五整除，因此这些平方数形如 (5k)²=25k²。</w:t>
      </w:r>
    </w:p>
    <w:p>
      <w:pPr>
        <w:spacing w:before="0" w:after="80" w:line="300" w:lineRule="auto"/>
        <w:jc w:val="left"/>
      </w:pPr>
      <w:r>
        <w:rPr>
          <w:rFonts w:ascii="Times New Roman" w:hAnsi="Times New Roman" w:eastAsia="宋体"/>
          <w:b w:val="0"/>
          <w:i w:val="0"/>
          <w:sz w:val="21"/>
        </w:rPr>
        <w:t>因为 44²=1936&lt; 2023，而且这个数 &lt; 2025=45²，所以平方根可以是 5,10,…,40，也就是 k=1 到 8。</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perfect square is divisible by 5 only if its root is, so the squares are (5k)²=25k².</w:t>
      </w:r>
    </w:p>
    <w:p>
      <w:pPr>
        <w:spacing w:before="0" w:after="80" w:line="300" w:lineRule="auto"/>
        <w:jc w:val="left"/>
      </w:pPr>
      <w:r>
        <w:rPr>
          <w:rFonts w:ascii="Times New Roman" w:hAnsi="Times New Roman" w:eastAsia="宋体"/>
          <w:b w:val="0"/>
          <w:i w:val="0"/>
          <w:color w:val="333333"/>
          <w:sz w:val="19"/>
        </w:rPr>
        <w:t>Since 44²=1936&lt; 2023 &lt; 2025=45², the root can be 5,10,…,40, which is k=1 through 8.</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 题　答案 E</w:t>
      </w:r>
    </w:p>
    <w:p>
      <w:pPr>
        <w:spacing w:before="0" w:after="80" w:line="300" w:lineRule="auto"/>
        <w:jc w:val="left"/>
      </w:pPr>
      <w:r>
        <w:rPr>
          <w:rFonts w:ascii="Times New Roman" w:hAnsi="Times New Roman" w:eastAsia="宋体"/>
          <w:b w:val="0"/>
          <w:i w:val="0"/>
          <w:sz w:val="21"/>
        </w:rPr>
        <w:t>全部分解为质因数：</w:t>
      </w:r>
    </w:p>
    <w:p>
      <w:pPr>
        <w:spacing w:before="0" w:after="80" w:line="300" w:lineRule="auto"/>
        <w:jc w:val="left"/>
      </w:pPr>
      <w:r>
        <w:rPr>
          <w:rFonts w:ascii="Times New Roman" w:hAnsi="Times New Roman" w:eastAsia="宋体"/>
          <w:b w:val="0"/>
          <w:i w:val="0"/>
          <w:sz w:val="21"/>
        </w:rPr>
        <w:t>8⁵· 5¹⁰· 15⁵</w:t>
      </w:r>
    </w:p>
    <w:p>
      <w:pPr>
        <w:spacing w:before="0" w:after="80" w:line="300" w:lineRule="auto"/>
        <w:jc w:val="left"/>
      </w:pPr>
      <w:r>
        <w:rPr>
          <w:rFonts w:ascii="Times New Roman" w:hAnsi="Times New Roman" w:eastAsia="宋体"/>
          <w:b w:val="0"/>
          <w:i w:val="0"/>
          <w:sz w:val="21"/>
        </w:rPr>
        <w:t>=2¹⁵· 5¹⁰· 3⁵· 5⁵</w:t>
      </w:r>
    </w:p>
    <w:p>
      <w:pPr>
        <w:spacing w:before="0" w:after="80" w:line="300" w:lineRule="auto"/>
        <w:jc w:val="left"/>
      </w:pPr>
      <w:r>
        <w:rPr>
          <w:rFonts w:ascii="Times New Roman" w:hAnsi="Times New Roman" w:eastAsia="宋体"/>
          <w:b w:val="0"/>
          <w:i w:val="0"/>
          <w:sz w:val="21"/>
        </w:rPr>
        <w:t>=3⁵· 2¹⁵· 5¹⁵</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这等于 3⁵· 10¹⁵=243· 10¹⁵ 也就是 243 后接 15 个零，总共有 18 位数字。</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Writing everything in primes,</w:t>
      </w:r>
    </w:p>
    <w:p>
      <w:pPr>
        <w:spacing w:before="0" w:after="80" w:line="300" w:lineRule="auto"/>
        <w:jc w:val="left"/>
      </w:pPr>
      <w:r>
        <w:rPr>
          <w:rFonts w:ascii="Times New Roman" w:hAnsi="Times New Roman" w:eastAsia="宋体"/>
          <w:b w:val="0"/>
          <w:i w:val="0"/>
          <w:color w:val="333333"/>
          <w:sz w:val="19"/>
        </w:rPr>
        <w:t>8⁵· 5¹⁰· 15⁵</w:t>
      </w:r>
    </w:p>
    <w:p>
      <w:pPr>
        <w:spacing w:before="0" w:after="80" w:line="300" w:lineRule="auto"/>
        <w:jc w:val="left"/>
      </w:pPr>
      <w:r>
        <w:rPr>
          <w:rFonts w:ascii="Times New Roman" w:hAnsi="Times New Roman" w:eastAsia="宋体"/>
          <w:b w:val="0"/>
          <w:i w:val="0"/>
          <w:color w:val="333333"/>
          <w:sz w:val="19"/>
        </w:rPr>
        <w:t>=2¹⁵· 5¹⁰· 3⁵· 5⁵</w:t>
      </w:r>
    </w:p>
    <w:p>
      <w:pPr>
        <w:spacing w:before="0" w:after="80" w:line="300" w:lineRule="auto"/>
        <w:jc w:val="left"/>
      </w:pPr>
      <w:r>
        <w:rPr>
          <w:rFonts w:ascii="Times New Roman" w:hAnsi="Times New Roman" w:eastAsia="宋体"/>
          <w:b w:val="0"/>
          <w:i w:val="0"/>
          <w:color w:val="333333"/>
          <w:sz w:val="19"/>
        </w:rPr>
        <w:t>=3⁵· 2¹⁵· 5¹⁵.</w:t>
      </w:r>
    </w:p>
    <w:p>
      <w:pPr>
        <w:spacing w:before="0" w:after="80" w:line="300" w:lineRule="auto"/>
        <w:jc w:val="left"/>
      </w:pPr>
      <w:r>
        <w:rPr>
          <w:rFonts w:ascii="Times New Roman" w:hAnsi="Times New Roman" w:eastAsia="宋体"/>
          <w:b w:val="0"/>
          <w:i w:val="0"/>
          <w:color w:val="333333"/>
          <w:sz w:val="19"/>
        </w:rPr>
        <w:t>This equals 3⁵· 10¹⁵=243· 10¹⁵, which is 243 followed by 15 zeros, for a total of 18 digits.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5 题　答案 B</w:t>
      </w:r>
    </w:p>
    <w:p>
      <w:pPr>
        <w:spacing w:before="0" w:after="80" w:line="300" w:lineRule="auto"/>
        <w:jc w:val="left"/>
      </w:pPr>
      <w:r>
        <w:rPr>
          <w:rFonts w:ascii="Times New Roman" w:hAnsi="Times New Roman" w:eastAsia="宋体"/>
          <w:b w:val="0"/>
          <w:i w:val="0"/>
          <w:sz w:val="21"/>
        </w:rPr>
        <w:t>累加和递增，所以它恰好到达 3 当且仅当出现以下互斥开头之一：第一次掷出 3；前两次为 1,2；前两次为 2,1；或前三次为 1,1,1。</w:t>
      </w:r>
    </w:p>
    <w:p>
      <w:pPr>
        <w:spacing w:before="0" w:after="80" w:line="300" w:lineRule="auto"/>
        <w:jc w:val="left"/>
      </w:pPr>
      <w:r>
        <w:rPr>
          <w:rFonts w:ascii="Times New Roman" w:hAnsi="Times New Roman" w:eastAsia="宋体"/>
          <w:b w:val="0"/>
          <w:i w:val="0"/>
          <w:sz w:val="21"/>
        </w:rPr>
        <w:t>它们的概率之和为</w:t>
      </w:r>
    </w:p>
    <w:p>
      <w:pPr>
        <w:spacing w:before="0" w:after="80" w:line="300" w:lineRule="auto"/>
        <w:jc w:val="left"/>
      </w:pPr>
      <w:r>
        <w:rPr>
          <w:rFonts w:ascii="Times New Roman" w:hAnsi="Times New Roman" w:eastAsia="宋体"/>
          <w:b w:val="0"/>
          <w:i w:val="0"/>
          <w:sz w:val="21"/>
        </w:rPr>
        <w:t>1/6+1/36+1/36+1/216</w:t>
      </w:r>
    </w:p>
    <w:p>
      <w:pPr>
        <w:spacing w:before="0" w:after="80" w:line="300" w:lineRule="auto"/>
        <w:jc w:val="left"/>
      </w:pPr>
      <w:r>
        <w:rPr>
          <w:rFonts w:ascii="Times New Roman" w:hAnsi="Times New Roman" w:eastAsia="宋体"/>
          <w:b w:val="0"/>
          <w:i w:val="0"/>
          <w:sz w:val="21"/>
        </w:rPr>
        <w:t>=36+6+6+1/216</w:t>
      </w:r>
    </w:p>
    <w:p>
      <w:pPr>
        <w:spacing w:before="0" w:after="80" w:line="300" w:lineRule="auto"/>
        <w:jc w:val="left"/>
      </w:pPr>
      <w:r>
        <w:rPr>
          <w:rFonts w:ascii="Times New Roman" w:hAnsi="Times New Roman" w:eastAsia="宋体"/>
          <w:b w:val="0"/>
          <w:i w:val="0"/>
          <w:sz w:val="21"/>
        </w:rPr>
        <w:t>=49/216</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running total is increasing, so it hits 3 exactly when one of these disjoint openings occurs: a first roll of 3; rolls 1,2; rolls 2,1; or rolls 1,1,1.</w:t>
      </w:r>
    </w:p>
    <w:p>
      <w:pPr>
        <w:spacing w:before="0" w:after="80" w:line="300" w:lineRule="auto"/>
        <w:jc w:val="left"/>
      </w:pPr>
      <w:r>
        <w:rPr>
          <w:rFonts w:ascii="Times New Roman" w:hAnsi="Times New Roman" w:eastAsia="宋体"/>
          <w:b w:val="0"/>
          <w:i w:val="0"/>
          <w:color w:val="333333"/>
          <w:sz w:val="19"/>
        </w:rPr>
        <w:t>Their probabilities are</w:t>
      </w:r>
    </w:p>
    <w:p>
      <w:pPr>
        <w:spacing w:before="0" w:after="80" w:line="300" w:lineRule="auto"/>
        <w:jc w:val="left"/>
      </w:pPr>
      <w:r>
        <w:rPr>
          <w:rFonts w:ascii="Times New Roman" w:hAnsi="Times New Roman" w:eastAsia="宋体"/>
          <w:b w:val="0"/>
          <w:i w:val="0"/>
          <w:color w:val="333333"/>
          <w:sz w:val="19"/>
        </w:rPr>
        <w:t>1/6+1/36+1/36+1/216</w:t>
      </w:r>
    </w:p>
    <w:p>
      <w:pPr>
        <w:spacing w:before="0" w:after="80" w:line="300" w:lineRule="auto"/>
        <w:jc w:val="left"/>
      </w:pPr>
      <w:r>
        <w:rPr>
          <w:rFonts w:ascii="Times New Roman" w:hAnsi="Times New Roman" w:eastAsia="宋体"/>
          <w:b w:val="0"/>
          <w:i w:val="0"/>
          <w:color w:val="333333"/>
          <w:sz w:val="19"/>
        </w:rPr>
        <w:t>=36+6+6+1/216</w:t>
      </w:r>
    </w:p>
    <w:p>
      <w:pPr>
        <w:spacing w:before="0" w:after="80" w:line="300" w:lineRule="auto"/>
        <w:jc w:val="left"/>
      </w:pPr>
      <w:r>
        <w:rPr>
          <w:rFonts w:ascii="Times New Roman" w:hAnsi="Times New Roman" w:eastAsia="宋体"/>
          <w:b w:val="0"/>
          <w:i w:val="0"/>
          <w:color w:val="333333"/>
          <w:sz w:val="19"/>
        </w:rPr>
        <w:t>=49/216.</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6 题　答案 D</w:t>
      </w:r>
    </w:p>
    <w:p>
      <w:pPr>
        <w:spacing w:before="0" w:after="80" w:line="300" w:lineRule="auto"/>
        <w:jc w:val="left"/>
      </w:pPr>
      <w:r>
        <w:rPr>
          <w:rFonts w:ascii="Times New Roman" w:hAnsi="Times New Roman" w:eastAsia="宋体"/>
          <w:b w:val="0"/>
          <w:i w:val="0"/>
          <w:sz w:val="21"/>
        </w:rPr>
        <w:t>设两个 x 坐标为 x₁ 和 x₂。由中点可得 x₁+x₂=12，由两个 y 值的平均数可得 log₂ x₁+log₂ x₂=4，所以 x₁x₂=2⁴=16。</w:t>
      </w:r>
    </w:p>
    <w:p>
      <w:pPr>
        <w:spacing w:before="0" w:after="80" w:line="300" w:lineRule="auto"/>
        <w:jc w:val="left"/>
      </w:pPr>
      <w:r>
        <w:rPr>
          <w:rFonts w:ascii="Times New Roman" w:hAnsi="Times New Roman" w:eastAsia="宋体"/>
          <w:b w:val="0"/>
          <w:i w:val="0"/>
          <w:sz w:val="21"/>
        </w:rPr>
        <w:t>因此</w:t>
      </w:r>
    </w:p>
    <w:p>
      <w:pPr>
        <w:spacing w:before="0" w:after="80" w:line="300" w:lineRule="auto"/>
        <w:jc w:val="left"/>
      </w:pPr>
      <w:r>
        <w:rPr>
          <w:rFonts w:ascii="Times New Roman" w:hAnsi="Times New Roman" w:eastAsia="宋体"/>
          <w:b w:val="0"/>
          <w:i w:val="0"/>
          <w:sz w:val="21"/>
        </w:rPr>
        <w:t>|x₁-x₂|</w:t>
      </w:r>
    </w:p>
    <w:p>
      <w:pPr>
        <w:spacing w:before="0" w:after="80" w:line="300" w:lineRule="auto"/>
        <w:jc w:val="left"/>
      </w:pPr>
      <w:r>
        <w:rPr>
          <w:rFonts w:ascii="Times New Roman" w:hAnsi="Times New Roman" w:eastAsia="宋体"/>
          <w:b w:val="0"/>
          <w:i w:val="0"/>
          <w:sz w:val="21"/>
        </w:rPr>
        <w:t>=√((x₁+x₂)²-4x₁x₂)</w:t>
      </w:r>
    </w:p>
    <w:p>
      <w:pPr>
        <w:spacing w:before="0" w:after="80" w:line="300" w:lineRule="auto"/>
        <w:jc w:val="left"/>
      </w:pPr>
      <w:r>
        <w:rPr>
          <w:rFonts w:ascii="Times New Roman" w:hAnsi="Times New Roman" w:eastAsia="宋体"/>
          <w:b w:val="0"/>
          <w:i w:val="0"/>
          <w:sz w:val="21"/>
        </w:rPr>
        <w:t>=√(144-64)</w:t>
      </w:r>
    </w:p>
    <w:p>
      <w:pPr>
        <w:spacing w:before="0" w:after="80" w:line="300" w:lineRule="auto"/>
        <w:jc w:val="left"/>
      </w:pPr>
      <w:r>
        <w:rPr>
          <w:rFonts w:ascii="Times New Roman" w:hAnsi="Times New Roman" w:eastAsia="宋体"/>
          <w:b w:val="0"/>
          <w:i w:val="0"/>
          <w:sz w:val="21"/>
        </w:rPr>
        <w:t>=√(80)</w:t>
      </w:r>
    </w:p>
    <w:p>
      <w:pPr>
        <w:spacing w:before="0" w:after="80" w:line="300" w:lineRule="auto"/>
        <w:jc w:val="left"/>
      </w:pPr>
      <w:r>
        <w:rPr>
          <w:rFonts w:ascii="Times New Roman" w:hAnsi="Times New Roman" w:eastAsia="宋体"/>
          <w:b w:val="0"/>
          <w:i w:val="0"/>
          <w:sz w:val="21"/>
        </w:rPr>
        <w:t>=4√(5)</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x-coordinates be x₁ and x₂. The midpoint gives x₁+x₂=12, and the average of the y-values gives log₂ x₁+log₂ x₂=4, so x₁x₂=2⁴=16.</w:t>
      </w:r>
    </w:p>
    <w:p>
      <w:pPr>
        <w:spacing w:before="0" w:after="80" w:line="300" w:lineRule="auto"/>
        <w:jc w:val="left"/>
      </w:pPr>
      <w:r>
        <w:rPr>
          <w:rFonts w:ascii="Times New Roman" w:hAnsi="Times New Roman" w:eastAsia="宋体"/>
          <w:b w:val="0"/>
          <w:i w:val="0"/>
          <w:color w:val="333333"/>
          <w:sz w:val="19"/>
        </w:rPr>
        <w:t>Then</w:t>
      </w:r>
    </w:p>
    <w:p>
      <w:pPr>
        <w:spacing w:before="0" w:after="80" w:line="300" w:lineRule="auto"/>
        <w:jc w:val="left"/>
      </w:pPr>
      <w:r>
        <w:rPr>
          <w:rFonts w:ascii="Times New Roman" w:hAnsi="Times New Roman" w:eastAsia="宋体"/>
          <w:b w:val="0"/>
          <w:i w:val="0"/>
          <w:color w:val="333333"/>
          <w:sz w:val="19"/>
        </w:rPr>
        <w:t>|x₁-x₂|</w:t>
      </w:r>
    </w:p>
    <w:p>
      <w:pPr>
        <w:spacing w:before="0" w:after="80" w:line="300" w:lineRule="auto"/>
        <w:jc w:val="left"/>
      </w:pPr>
      <w:r>
        <w:rPr>
          <w:rFonts w:ascii="Times New Roman" w:hAnsi="Times New Roman" w:eastAsia="宋体"/>
          <w:b w:val="0"/>
          <w:i w:val="0"/>
          <w:color w:val="333333"/>
          <w:sz w:val="19"/>
        </w:rPr>
        <w:t>=√((x₁+x₂)²-4x₁x₂)</w:t>
      </w:r>
    </w:p>
    <w:p>
      <w:pPr>
        <w:spacing w:before="0" w:after="80" w:line="300" w:lineRule="auto"/>
        <w:jc w:val="left"/>
      </w:pPr>
      <w:r>
        <w:rPr>
          <w:rFonts w:ascii="Times New Roman" w:hAnsi="Times New Roman" w:eastAsia="宋体"/>
          <w:b w:val="0"/>
          <w:i w:val="0"/>
          <w:color w:val="333333"/>
          <w:sz w:val="19"/>
        </w:rPr>
        <w:t>=√(144-64)</w:t>
      </w:r>
    </w:p>
    <w:p>
      <w:pPr>
        <w:spacing w:before="0" w:after="80" w:line="300" w:lineRule="auto"/>
        <w:jc w:val="left"/>
      </w:pPr>
      <w:r>
        <w:rPr>
          <w:rFonts w:ascii="Times New Roman" w:hAnsi="Times New Roman" w:eastAsia="宋体"/>
          <w:b w:val="0"/>
          <w:i w:val="0"/>
          <w:color w:val="333333"/>
          <w:sz w:val="19"/>
        </w:rPr>
        <w:t>=√(80)</w:t>
      </w:r>
    </w:p>
    <w:p>
      <w:pPr>
        <w:spacing w:before="0" w:after="80" w:line="300" w:lineRule="auto"/>
        <w:jc w:val="left"/>
      </w:pPr>
      <w:r>
        <w:rPr>
          <w:rFonts w:ascii="Times New Roman" w:hAnsi="Times New Roman" w:eastAsia="宋体"/>
          <w:b w:val="0"/>
          <w:i w:val="0"/>
          <w:color w:val="333333"/>
          <w:sz w:val="19"/>
        </w:rPr>
        <w:t>=4√(5).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7 题　答案 E</w:t>
      </w:r>
    </w:p>
    <w:p>
      <w:pPr>
        <w:spacing w:before="0" w:after="80" w:line="300" w:lineRule="auto"/>
        <w:jc w:val="left"/>
      </w:pPr>
      <w:r>
        <w:rPr>
          <w:rFonts w:ascii="Times New Roman" w:hAnsi="Times New Roman" w:eastAsia="宋体"/>
          <w:b w:val="0"/>
          <w:i w:val="0"/>
          <w:sz w:val="21"/>
        </w:rPr>
        <w:t>年份贡献数字 2,0,2,3，所以 2 出现两次，而 0 和 3 各出现一次。为了让每个数字最终出现偶数次，月份和日期的四个数字必须提供奇数个 0、奇数个 3，以及偶数个其他每种数字。</w:t>
      </w:r>
    </w:p>
    <w:p>
      <w:pPr>
        <w:spacing w:before="0" w:after="80" w:line="300" w:lineRule="auto"/>
        <w:jc w:val="left"/>
      </w:pPr>
      <w:r>
        <w:rPr>
          <w:rFonts w:ascii="Times New Roman" w:hAnsi="Times New Roman" w:eastAsia="宋体"/>
          <w:b w:val="0"/>
          <w:i w:val="0"/>
          <w:sz w:val="21"/>
        </w:rPr>
        <w:t>只有四个数字可用，因此月份日期串必须恰好包含一个 0、一个 3，以及由某个数字组成的一对。检查合法月份和日期，得到九个日期：01-13、01-31、02-23、03-11、03-22、10-13、10-31、11-03 和 11-30。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year contributes the digits 2,0,2,3, so 2 appears twice while 0 and 3 each appear once. For every digit to end up with an even count, the four digits of the month and day must supply an odd number of 0’s, an odd number of 3’s, and an even number of every other digit.</w:t>
      </w:r>
    </w:p>
    <w:p>
      <w:pPr>
        <w:spacing w:before="0" w:after="80" w:line="300" w:lineRule="auto"/>
        <w:jc w:val="left"/>
      </w:pPr>
      <w:r>
        <w:rPr>
          <w:rFonts w:ascii="Times New Roman" w:hAnsi="Times New Roman" w:eastAsia="宋体"/>
          <w:b w:val="0"/>
          <w:i w:val="0"/>
          <w:color w:val="333333"/>
          <w:sz w:val="19"/>
        </w:rPr>
        <w:t>With only four digits available, the month-day string must use exactly one 0, one 3, and a repeated pair of some digit. Checking valid months and days leaves nine dates: 01-13, 01-31, 02-23, 03-11, 03-22, 10-13, 10-31, 11-03, and 11-30.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8 题　答案 D</w:t>
      </w:r>
    </w:p>
    <w:p>
      <w:pPr>
        <w:spacing w:before="0" w:after="80" w:line="300" w:lineRule="auto"/>
        <w:jc w:val="left"/>
      </w:pPr>
      <w:r>
        <w:rPr>
          <w:rFonts w:ascii="Times New Roman" w:hAnsi="Times New Roman" w:eastAsia="宋体"/>
          <w:b w:val="0"/>
          <w:i w:val="0"/>
          <w:sz w:val="21"/>
        </w:rPr>
        <w:t>设当前 n 次小测的平均分为 m，所以总分为 S=mn。加入一次 11 分后，有</w:t>
      </w:r>
    </w:p>
    <w:p>
      <w:pPr>
        <w:spacing w:before="0" w:after="80" w:line="300" w:lineRule="auto"/>
        <w:jc w:val="left"/>
      </w:pPr>
      <w:r>
        <w:rPr>
          <w:rFonts w:ascii="Times New Roman" w:hAnsi="Times New Roman" w:eastAsia="宋体"/>
          <w:b w:val="0"/>
          <w:i w:val="0"/>
          <w:sz w:val="21"/>
        </w:rPr>
        <w:t>mn+11/n+1=m+1，</w:t>
      </w:r>
    </w:p>
    <w:p>
      <w:pPr>
        <w:spacing w:before="0" w:after="80" w:line="300" w:lineRule="auto"/>
        <w:jc w:val="left"/>
      </w:pPr>
      <w:r>
        <w:rPr>
          <w:rFonts w:ascii="Times New Roman" w:hAnsi="Times New Roman" w:eastAsia="宋体"/>
          <w:b w:val="0"/>
          <w:i w:val="0"/>
          <w:sz w:val="21"/>
        </w:rPr>
        <w:t>化简得 m+n=10。</w:t>
      </w:r>
    </w:p>
    <w:p>
      <w:pPr>
        <w:spacing w:before="0" w:after="80" w:line="300" w:lineRule="auto"/>
        <w:jc w:val="left"/>
      </w:pPr>
      <w:r>
        <w:rPr>
          <w:rFonts w:ascii="Times New Roman" w:hAnsi="Times New Roman" w:eastAsia="宋体"/>
          <w:b w:val="0"/>
          <w:i w:val="0"/>
          <w:sz w:val="21"/>
        </w:rPr>
        <w:t>加入三次 11 分后，有</w:t>
      </w:r>
    </w:p>
    <w:p>
      <w:pPr>
        <w:spacing w:before="0" w:after="80" w:line="300" w:lineRule="auto"/>
        <w:jc w:val="left"/>
      </w:pPr>
      <w:r>
        <w:rPr>
          <w:rFonts w:ascii="Times New Roman" w:hAnsi="Times New Roman" w:eastAsia="宋体"/>
          <w:b w:val="0"/>
          <w:i w:val="0"/>
          <w:sz w:val="21"/>
        </w:rPr>
        <w:t>mn+33/n+3=m+2，</w:t>
      </w:r>
    </w:p>
    <w:p>
      <w:pPr>
        <w:spacing w:before="0" w:after="80" w:line="300" w:lineRule="auto"/>
        <w:jc w:val="left"/>
      </w:pPr>
      <w:r>
        <w:rPr>
          <w:rFonts w:ascii="Times New Roman" w:hAnsi="Times New Roman" w:eastAsia="宋体"/>
          <w:b w:val="0"/>
          <w:i w:val="0"/>
          <w:sz w:val="21"/>
        </w:rPr>
        <w:t>化简得 3m+2n=27。</w:t>
      </w:r>
    </w:p>
    <w:p>
      <w:pPr>
        <w:spacing w:before="0" w:after="80" w:line="300" w:lineRule="auto"/>
        <w:jc w:val="left"/>
      </w:pPr>
      <w:r>
        <w:rPr>
          <w:rFonts w:ascii="Times New Roman" w:hAnsi="Times New Roman" w:eastAsia="宋体"/>
          <w:b w:val="0"/>
          <w:i w:val="0"/>
          <w:sz w:val="21"/>
        </w:rPr>
        <w:t>解 m+n=10 和 3m+2n=27 得到 m=7。</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current mean be m over n quizzes, so the total is S=mn. Adding one 11 gives</w:t>
      </w:r>
    </w:p>
    <w:p>
      <w:pPr>
        <w:spacing w:before="0" w:after="80" w:line="300" w:lineRule="auto"/>
        <w:jc w:val="left"/>
      </w:pPr>
      <w:r>
        <w:rPr>
          <w:rFonts w:ascii="Times New Roman" w:hAnsi="Times New Roman" w:eastAsia="宋体"/>
          <w:b w:val="0"/>
          <w:i w:val="0"/>
          <w:color w:val="333333"/>
          <w:sz w:val="19"/>
        </w:rPr>
        <w:t>mn+11/n+1=m+1,</w:t>
      </w:r>
    </w:p>
    <w:p>
      <w:pPr>
        <w:spacing w:before="0" w:after="80" w:line="300" w:lineRule="auto"/>
        <w:jc w:val="left"/>
      </w:pPr>
      <w:r>
        <w:rPr>
          <w:rFonts w:ascii="Times New Roman" w:hAnsi="Times New Roman" w:eastAsia="宋体"/>
          <w:b w:val="0"/>
          <w:i w:val="0"/>
          <w:color w:val="333333"/>
          <w:sz w:val="19"/>
        </w:rPr>
        <w:t>which simplifies to m+n=10.</w:t>
      </w:r>
    </w:p>
    <w:p>
      <w:pPr>
        <w:spacing w:before="0" w:after="80" w:line="300" w:lineRule="auto"/>
        <w:jc w:val="left"/>
      </w:pPr>
      <w:r>
        <w:rPr>
          <w:rFonts w:ascii="Times New Roman" w:hAnsi="Times New Roman" w:eastAsia="宋体"/>
          <w:b w:val="0"/>
          <w:i w:val="0"/>
          <w:color w:val="333333"/>
          <w:sz w:val="19"/>
        </w:rPr>
        <w:t>Adding three 11’s gives</w:t>
      </w:r>
    </w:p>
    <w:p>
      <w:pPr>
        <w:spacing w:before="0" w:after="80" w:line="300" w:lineRule="auto"/>
        <w:jc w:val="left"/>
      </w:pPr>
      <w:r>
        <w:rPr>
          <w:rFonts w:ascii="Times New Roman" w:hAnsi="Times New Roman" w:eastAsia="宋体"/>
          <w:b w:val="0"/>
          <w:i w:val="0"/>
          <w:color w:val="333333"/>
          <w:sz w:val="19"/>
        </w:rPr>
        <w:t>mn+33/n+3=m+2,</w:t>
      </w:r>
    </w:p>
    <w:p>
      <w:pPr>
        <w:spacing w:before="0" w:after="80" w:line="300" w:lineRule="auto"/>
        <w:jc w:val="left"/>
      </w:pPr>
      <w:r>
        <w:rPr>
          <w:rFonts w:ascii="Times New Roman" w:hAnsi="Times New Roman" w:eastAsia="宋体"/>
          <w:b w:val="0"/>
          <w:i w:val="0"/>
          <w:color w:val="333333"/>
          <w:sz w:val="19"/>
        </w:rPr>
        <w:t>which simplifies to 3m+2n=27.</w:t>
      </w:r>
    </w:p>
    <w:p>
      <w:pPr>
        <w:spacing w:before="0" w:after="80" w:line="300" w:lineRule="auto"/>
        <w:jc w:val="left"/>
      </w:pPr>
      <w:r>
        <w:rPr>
          <w:rFonts w:ascii="Times New Roman" w:hAnsi="Times New Roman" w:eastAsia="宋体"/>
          <w:b w:val="0"/>
          <w:i w:val="0"/>
          <w:color w:val="333333"/>
          <w:sz w:val="19"/>
        </w:rPr>
        <w:t>Solving m+n=10 and 3m+2n=27 gives m=7.</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9 题　答案 C</w:t>
      </w:r>
    </w:p>
    <w:p>
      <w:pPr>
        <w:spacing w:before="0" w:after="80" w:line="300" w:lineRule="auto"/>
        <w:jc w:val="left"/>
      </w:pPr>
      <w:r>
        <w:rPr>
          <w:rFonts w:ascii="Times New Roman" w:hAnsi="Times New Roman" w:eastAsia="宋体"/>
          <w:b w:val="0"/>
          <w:i w:val="0"/>
          <w:sz w:val="21"/>
        </w:rPr>
        <w:t>外正方形边长为 √(3)，内正方形边长为 √(2)。每个三角形是直角三角形，其两条直角边 p 和 q 沿着外正方形的一条边，所以 p+q=√(3)；其斜边是内正方形的一条边，所以 p²+q²=2。</w:t>
      </w:r>
    </w:p>
    <w:p>
      <w:pPr>
        <w:spacing w:before="0" w:after="80" w:line="300" w:lineRule="auto"/>
        <w:jc w:val="left"/>
      </w:pPr>
      <w:r>
        <w:rPr>
          <w:rFonts w:ascii="Times New Roman" w:hAnsi="Times New Roman" w:eastAsia="宋体"/>
          <w:b w:val="0"/>
          <w:i w:val="0"/>
          <w:sz w:val="21"/>
        </w:rPr>
        <w:t>由 (p+q)²=3 可得 2pq=1，所以 p 和 q 是 t²-√(3) t+1/2=0 的两个根，即 (√(3)± 1)/2。</w:t>
      </w:r>
    </w:p>
    <w:p>
      <w:pPr>
        <w:spacing w:before="0" w:after="80" w:line="300" w:lineRule="auto"/>
        <w:jc w:val="left"/>
      </w:pPr>
      <w:r>
        <w:rPr>
          <w:rFonts w:ascii="Times New Roman" w:hAnsi="Times New Roman" w:eastAsia="宋体"/>
          <w:b w:val="0"/>
          <w:i w:val="0"/>
          <w:sz w:val="21"/>
        </w:rPr>
        <w:t>较短边与较长边之比为</w:t>
      </w:r>
    </w:p>
    <w:p>
      <w:pPr>
        <w:spacing w:before="0" w:after="80" w:line="300" w:lineRule="auto"/>
        <w:jc w:val="left"/>
      </w:pPr>
      <w:r>
        <w:rPr>
          <w:rFonts w:ascii="Times New Roman" w:hAnsi="Times New Roman" w:eastAsia="宋体"/>
          <w:b w:val="0"/>
          <w:i w:val="0"/>
          <w:sz w:val="21"/>
        </w:rPr>
        <w:t>(√(3)-1)/(√(3)+1)</w:t>
      </w:r>
    </w:p>
    <w:p>
      <w:pPr>
        <w:spacing w:before="0" w:after="80" w:line="300" w:lineRule="auto"/>
        <w:jc w:val="left"/>
      </w:pPr>
      <w:r>
        <w:rPr>
          <w:rFonts w:ascii="Times New Roman" w:hAnsi="Times New Roman" w:eastAsia="宋体"/>
          <w:b w:val="0"/>
          <w:i w:val="0"/>
          <w:sz w:val="21"/>
        </w:rPr>
        <w:t>=((√(3)-1)²)/2</w:t>
      </w:r>
    </w:p>
    <w:p>
      <w:pPr>
        <w:spacing w:before="0" w:after="80" w:line="300" w:lineRule="auto"/>
        <w:jc w:val="left"/>
      </w:pPr>
      <w:r>
        <w:rPr>
          <w:rFonts w:ascii="Times New Roman" w:hAnsi="Times New Roman" w:eastAsia="宋体"/>
          <w:b w:val="0"/>
          <w:i w:val="0"/>
          <w:sz w:val="21"/>
        </w:rPr>
        <w:t>=2-√(3)</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outer square has side √(3) and the inner square has side √(2). Each triangle is right, with legs p and q along an outer side, so p+q=√(3), and with hypotenuse an inner side, so p²+q²=2.</w:t>
      </w:r>
    </w:p>
    <w:p>
      <w:pPr>
        <w:spacing w:before="0" w:after="80" w:line="300" w:lineRule="auto"/>
        <w:jc w:val="left"/>
      </w:pPr>
      <w:r>
        <w:rPr>
          <w:rFonts w:ascii="Times New Roman" w:hAnsi="Times New Roman" w:eastAsia="宋体"/>
          <w:b w:val="0"/>
          <w:i w:val="0"/>
          <w:color w:val="333333"/>
          <w:sz w:val="19"/>
        </w:rPr>
        <w:t>Then (p+q)²=3 gives 2pq=1, so p and q are the roots of t²-√(3) t+1/2=0, namely (√(3)± 1)/2.</w:t>
      </w:r>
    </w:p>
    <w:p>
      <w:pPr>
        <w:spacing w:before="0" w:after="80" w:line="300" w:lineRule="auto"/>
        <w:jc w:val="left"/>
      </w:pPr>
      <w:r>
        <w:rPr>
          <w:rFonts w:ascii="Times New Roman" w:hAnsi="Times New Roman" w:eastAsia="宋体"/>
          <w:b w:val="0"/>
          <w:i w:val="0"/>
          <w:color w:val="333333"/>
          <w:sz w:val="19"/>
        </w:rPr>
        <w:t>The ratio of shorter to longer leg is</w:t>
      </w:r>
    </w:p>
    <w:p>
      <w:pPr>
        <w:spacing w:before="0" w:after="80" w:line="300" w:lineRule="auto"/>
        <w:jc w:val="left"/>
      </w:pPr>
      <w:r>
        <w:rPr>
          <w:rFonts w:ascii="Times New Roman" w:hAnsi="Times New Roman" w:eastAsia="宋体"/>
          <w:b w:val="0"/>
          <w:i w:val="0"/>
          <w:color w:val="333333"/>
          <w:sz w:val="19"/>
        </w:rPr>
        <w:t>(√(3)-1)/(√(3)+1)</w:t>
      </w:r>
    </w:p>
    <w:p>
      <w:pPr>
        <w:spacing w:before="0" w:after="80" w:line="300" w:lineRule="auto"/>
        <w:jc w:val="left"/>
      </w:pPr>
      <w:r>
        <w:rPr>
          <w:rFonts w:ascii="Times New Roman" w:hAnsi="Times New Roman" w:eastAsia="宋体"/>
          <w:b w:val="0"/>
          <w:i w:val="0"/>
          <w:color w:val="333333"/>
          <w:sz w:val="19"/>
        </w:rPr>
        <w:t>=((√(3)-1)²)/2</w:t>
      </w:r>
    </w:p>
    <w:p>
      <w:pPr>
        <w:spacing w:before="0" w:after="80" w:line="300" w:lineRule="auto"/>
        <w:jc w:val="left"/>
      </w:pPr>
      <w:r>
        <w:rPr>
          <w:rFonts w:ascii="Times New Roman" w:hAnsi="Times New Roman" w:eastAsia="宋体"/>
          <w:b w:val="0"/>
          <w:i w:val="0"/>
          <w:color w:val="333333"/>
          <w:sz w:val="19"/>
        </w:rPr>
        <w:t>=2-√(3).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10 题　答案 D</w:t>
      </w:r>
    </w:p>
    <w:p>
      <w:pPr>
        <w:spacing w:before="0" w:after="80" w:line="300" w:lineRule="auto"/>
        <w:jc w:val="left"/>
      </w:pPr>
      <w:r>
        <w:rPr>
          <w:rFonts w:ascii="Times New Roman" w:hAnsi="Times New Roman" w:eastAsia="宋体"/>
          <w:b w:val="0"/>
          <w:i w:val="0"/>
          <w:sz w:val="21"/>
        </w:rPr>
        <w:t>由 (y-x)²=4y²，可得 y-x=± 2y。若 y-x=2y，则 x=-y&lt; 0，不可能；因此 y-x=-2y，也就是 x=3y。</w:t>
      </w:r>
    </w:p>
    <w:p>
      <w:pPr>
        <w:spacing w:before="0" w:after="80" w:line="300" w:lineRule="auto"/>
        <w:jc w:val="left"/>
      </w:pPr>
      <w:r>
        <w:rPr>
          <w:rFonts w:ascii="Times New Roman" w:hAnsi="Times New Roman" w:eastAsia="宋体"/>
          <w:b w:val="0"/>
          <w:i w:val="0"/>
          <w:sz w:val="21"/>
        </w:rPr>
        <w:t>代入 y³=x²=9y² 得到 y=9，所以 x=27，x+y=36。</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From (y-x)²=4y² we get y-x=± 2y. The choice y-x=2y gives x=-y&lt; 0, impossible, so y-x=-2y, meaning x=3y.</w:t>
      </w:r>
    </w:p>
    <w:p>
      <w:pPr>
        <w:spacing w:before="0" w:after="80" w:line="300" w:lineRule="auto"/>
        <w:jc w:val="left"/>
      </w:pPr>
      <w:r>
        <w:rPr>
          <w:rFonts w:ascii="Times New Roman" w:hAnsi="Times New Roman" w:eastAsia="宋体"/>
          <w:b w:val="0"/>
          <w:i w:val="0"/>
          <w:color w:val="333333"/>
          <w:sz w:val="19"/>
        </w:rPr>
        <w:t>Substituting into y³=x²=9y² gives y=9, hence x=27 and x+y=36.</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11 题　答案 C</w:t>
      </w:r>
    </w:p>
    <w:p>
      <w:pPr>
        <w:spacing w:before="0" w:after="80" w:line="300" w:lineRule="auto"/>
        <w:jc w:val="left"/>
      </w:pPr>
      <w:r>
        <w:rPr>
          <w:rFonts w:ascii="Times New Roman" w:hAnsi="Times New Roman" w:eastAsia="宋体"/>
          <w:b w:val="0"/>
          <w:i w:val="0"/>
          <w:sz w:val="21"/>
        </w:rPr>
        <w:t>两直线夹角的正切为</w:t>
      </w:r>
    </w:p>
    <w:p>
      <w:pPr>
        <w:spacing w:before="0" w:after="80" w:line="300" w:lineRule="auto"/>
        <w:jc w:val="left"/>
      </w:pPr>
      <w:r>
        <w:rPr>
          <w:rFonts w:ascii="Times New Roman" w:hAnsi="Times New Roman" w:eastAsia="宋体"/>
          <w:b w:val="0"/>
          <w:i w:val="0"/>
          <w:sz w:val="21"/>
        </w:rPr>
        <w:t>|(2-1/3)/(1+2·1/3)| =|(5/3)/(5/3)|=1。</w:t>
      </w:r>
    </w:p>
    <w:p>
      <w:pPr>
        <w:spacing w:before="0" w:after="80" w:line="300" w:lineRule="auto"/>
        <w:jc w:val="left"/>
      </w:pPr>
      <w:r>
        <w:rPr>
          <w:rFonts w:ascii="Times New Roman" w:hAnsi="Times New Roman" w:eastAsia="宋体"/>
          <w:b w:val="0"/>
          <w:i w:val="0"/>
          <w:sz w:val="21"/>
        </w:rPr>
        <w:t>正切为 1 的锐角是 45°。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tangent of the angle between the lines is</w:t>
      </w:r>
    </w:p>
    <w:p>
      <w:pPr>
        <w:spacing w:before="0" w:after="80" w:line="300" w:lineRule="auto"/>
        <w:jc w:val="left"/>
      </w:pPr>
      <w:r>
        <w:rPr>
          <w:rFonts w:ascii="Times New Roman" w:hAnsi="Times New Roman" w:eastAsia="宋体"/>
          <w:b w:val="0"/>
          <w:i w:val="0"/>
          <w:color w:val="333333"/>
          <w:sz w:val="19"/>
        </w:rPr>
        <w:t>|(2-1/3)/(1+2·1/3)| =|(5/3)/(5/3)|=1.</w:t>
      </w:r>
    </w:p>
    <w:p>
      <w:pPr>
        <w:spacing w:before="0" w:after="80" w:line="300" w:lineRule="auto"/>
        <w:jc w:val="left"/>
      </w:pPr>
      <w:r>
        <w:rPr>
          <w:rFonts w:ascii="Times New Roman" w:hAnsi="Times New Roman" w:eastAsia="宋体"/>
          <w:b w:val="0"/>
          <w:i w:val="0"/>
          <w:color w:val="333333"/>
          <w:sz w:val="19"/>
        </w:rPr>
        <w:t>The acute angle with tangent 1 is 45°.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12 题　答案 D</w:t>
      </w:r>
    </w:p>
    <w:p>
      <w:pPr>
        <w:spacing w:before="0" w:after="80" w:line="300" w:lineRule="auto"/>
        <w:jc w:val="left"/>
      </w:pPr>
      <w:r>
        <w:rPr>
          <w:rFonts w:ascii="Times New Roman" w:hAnsi="Times New Roman" w:eastAsia="宋体"/>
          <w:b w:val="0"/>
          <w:i w:val="0"/>
          <w:sz w:val="21"/>
        </w:rPr>
        <w:t>配成 (2k)³-(2k-1)³，其中 k=1,…,9。展开得</w:t>
      </w:r>
    </w:p>
    <w:p>
      <w:pPr>
        <w:spacing w:before="0" w:after="80" w:line="300" w:lineRule="auto"/>
        <w:jc w:val="left"/>
      </w:pPr>
      <w:r>
        <w:rPr>
          <w:rFonts w:ascii="Times New Roman" w:hAnsi="Times New Roman" w:eastAsia="宋体"/>
          <w:b w:val="0"/>
          <w:i w:val="0"/>
          <w:sz w:val="21"/>
        </w:rPr>
        <w:t>(2k)³-(2k-1)³</w:t>
      </w:r>
    </w:p>
    <w:p>
      <w:pPr>
        <w:spacing w:before="0" w:after="80" w:line="300" w:lineRule="auto"/>
        <w:jc w:val="left"/>
      </w:pPr>
      <w:r>
        <w:rPr>
          <w:rFonts w:ascii="Times New Roman" w:hAnsi="Times New Roman" w:eastAsia="宋体"/>
          <w:b w:val="0"/>
          <w:i w:val="0"/>
          <w:sz w:val="21"/>
        </w:rPr>
        <w:t>=12k²-6k+1</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对 k=1 到 9，求和，并用 Σ k²=285、Σ k=45 得到</w:t>
      </w:r>
    </w:p>
    <w:p>
      <w:pPr>
        <w:spacing w:before="0" w:after="80" w:line="300" w:lineRule="auto"/>
        <w:jc w:val="left"/>
      </w:pPr>
      <w:r>
        <w:rPr>
          <w:rFonts w:ascii="Times New Roman" w:hAnsi="Times New Roman" w:eastAsia="宋体"/>
          <w:b w:val="0"/>
          <w:i w:val="0"/>
          <w:sz w:val="21"/>
        </w:rPr>
        <w:t>12· 285-6· 45+9</w:t>
      </w:r>
    </w:p>
    <w:p>
      <w:pPr>
        <w:spacing w:before="0" w:after="80" w:line="300" w:lineRule="auto"/>
        <w:jc w:val="left"/>
      </w:pPr>
      <w:r>
        <w:rPr>
          <w:rFonts w:ascii="Times New Roman" w:hAnsi="Times New Roman" w:eastAsia="宋体"/>
          <w:b w:val="0"/>
          <w:i w:val="0"/>
          <w:sz w:val="21"/>
        </w:rPr>
        <w:t>=3420-270+9</w:t>
      </w:r>
    </w:p>
    <w:p>
      <w:pPr>
        <w:spacing w:before="0" w:after="80" w:line="300" w:lineRule="auto"/>
        <w:jc w:val="left"/>
      </w:pPr>
      <w:r>
        <w:rPr>
          <w:rFonts w:ascii="Times New Roman" w:hAnsi="Times New Roman" w:eastAsia="宋体"/>
          <w:b w:val="0"/>
          <w:i w:val="0"/>
          <w:sz w:val="21"/>
        </w:rPr>
        <w:t>=3159</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Group into pairs (2k)³-(2k-1)³ for k=1,…,9. Expanding,</w:t>
      </w:r>
    </w:p>
    <w:p>
      <w:pPr>
        <w:spacing w:before="0" w:after="80" w:line="300" w:lineRule="auto"/>
        <w:jc w:val="left"/>
      </w:pPr>
      <w:r>
        <w:rPr>
          <w:rFonts w:ascii="Times New Roman" w:hAnsi="Times New Roman" w:eastAsia="宋体"/>
          <w:b w:val="0"/>
          <w:i w:val="0"/>
          <w:color w:val="333333"/>
          <w:sz w:val="19"/>
        </w:rPr>
        <w:t>(2k)³-(2k-1)³</w:t>
      </w:r>
    </w:p>
    <w:p>
      <w:pPr>
        <w:spacing w:before="0" w:after="80" w:line="300" w:lineRule="auto"/>
        <w:jc w:val="left"/>
      </w:pPr>
      <w:r>
        <w:rPr>
          <w:rFonts w:ascii="Times New Roman" w:hAnsi="Times New Roman" w:eastAsia="宋体"/>
          <w:b w:val="0"/>
          <w:i w:val="0"/>
          <w:color w:val="333333"/>
          <w:sz w:val="19"/>
        </w:rPr>
        <w:t>=12k²-6k+1.</w:t>
      </w:r>
    </w:p>
    <w:p>
      <w:pPr>
        <w:spacing w:before="0" w:after="80" w:line="300" w:lineRule="auto"/>
        <w:jc w:val="left"/>
      </w:pPr>
      <w:r>
        <w:rPr>
          <w:rFonts w:ascii="Times New Roman" w:hAnsi="Times New Roman" w:eastAsia="宋体"/>
          <w:b w:val="0"/>
          <w:i w:val="0"/>
          <w:color w:val="333333"/>
          <w:sz w:val="19"/>
        </w:rPr>
        <w:t>Summing for k=1 to 9, with Σ k²=285 and Σ k=45, gives</w:t>
      </w:r>
    </w:p>
    <w:p>
      <w:pPr>
        <w:spacing w:before="0" w:after="80" w:line="300" w:lineRule="auto"/>
        <w:jc w:val="left"/>
      </w:pPr>
      <w:r>
        <w:rPr>
          <w:rFonts w:ascii="Times New Roman" w:hAnsi="Times New Roman" w:eastAsia="宋体"/>
          <w:b w:val="0"/>
          <w:i w:val="0"/>
          <w:color w:val="333333"/>
          <w:sz w:val="19"/>
        </w:rPr>
        <w:t>12· 285-6· 45+9</w:t>
      </w:r>
    </w:p>
    <w:p>
      <w:pPr>
        <w:spacing w:before="0" w:after="80" w:line="300" w:lineRule="auto"/>
        <w:jc w:val="left"/>
      </w:pPr>
      <w:r>
        <w:rPr>
          <w:rFonts w:ascii="Times New Roman" w:hAnsi="Times New Roman" w:eastAsia="宋体"/>
          <w:b w:val="0"/>
          <w:i w:val="0"/>
          <w:color w:val="333333"/>
          <w:sz w:val="19"/>
        </w:rPr>
        <w:t>=3420-270+9</w:t>
      </w:r>
    </w:p>
    <w:p>
      <w:pPr>
        <w:spacing w:before="0" w:after="80" w:line="300" w:lineRule="auto"/>
        <w:jc w:val="left"/>
      </w:pPr>
      <w:r>
        <w:rPr>
          <w:rFonts w:ascii="Times New Roman" w:hAnsi="Times New Roman" w:eastAsia="宋体"/>
          <w:b w:val="0"/>
          <w:i w:val="0"/>
          <w:color w:val="333333"/>
          <w:sz w:val="19"/>
        </w:rPr>
        <w:t>=3159.</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13 题　答案 B</w:t>
      </w:r>
    </w:p>
    <w:p>
      <w:pPr>
        <w:spacing w:before="0" w:after="80" w:line="300" w:lineRule="auto"/>
        <w:jc w:val="left"/>
      </w:pPr>
      <w:r>
        <w:rPr>
          <w:rFonts w:ascii="Times New Roman" w:hAnsi="Times New Roman" w:eastAsia="宋体"/>
          <w:b w:val="0"/>
          <w:i w:val="0"/>
          <w:sz w:val="21"/>
        </w:rPr>
        <w:t>设有 L 名左手选手和 2L 名右手选手，则共有 3L 人，总场数为 C(3L, 2)。</w:t>
      </w:r>
    </w:p>
    <w:p>
      <w:pPr>
        <w:spacing w:before="0" w:after="80" w:line="300" w:lineRule="auto"/>
        <w:jc w:val="left"/>
      </w:pPr>
      <w:r>
        <w:rPr>
          <w:rFonts w:ascii="Times New Roman" w:hAnsi="Times New Roman" w:eastAsia="宋体"/>
          <w:b w:val="0"/>
          <w:i w:val="0"/>
          <w:sz w:val="21"/>
        </w:rPr>
        <w:t>若右手选手赢 R 场，则左手选手赢 1.4R 场，所以总场数为 2.4R=12/5R。要使它是整数场数，总场数必须是 12 的倍数。</w:t>
      </w:r>
    </w:p>
    <w:p>
      <w:pPr>
        <w:spacing w:before="0" w:after="80" w:line="300" w:lineRule="auto"/>
        <w:jc w:val="left"/>
      </w:pPr>
      <w:r>
        <w:rPr>
          <w:rFonts w:ascii="Times New Roman" w:hAnsi="Times New Roman" w:eastAsia="宋体"/>
          <w:b w:val="0"/>
          <w:i w:val="0"/>
          <w:sz w:val="21"/>
        </w:rPr>
        <w:t>左手选手至多能赢下所有至少有一名左手选手参加的比赛，即 C(L, 2)+2L²=5L²-L/2 场。另一方面，他们必须赢 7/12C(3L, 2)=(7L(3L-1))/8 场。比较这两个量可得 21L-7≤ 20L-4，所以 L≤ 3。</w:t>
      </w:r>
    </w:p>
    <w:p>
      <w:pPr>
        <w:spacing w:before="0" w:after="80" w:line="300" w:lineRule="auto"/>
        <w:jc w:val="left"/>
      </w:pPr>
      <w:r>
        <w:rPr>
          <w:rFonts w:ascii="Times New Roman" w:hAnsi="Times New Roman" w:eastAsia="宋体"/>
          <w:b w:val="0"/>
          <w:i w:val="0"/>
          <w:sz w:val="21"/>
        </w:rPr>
        <w:t>依次试 L=1,2,3，总场数为 3,15,36；其中只有 36 是 12 的倍数，且可实现：3 名左手选手可以赢下全部 18 场混合对局以及左手内部的 3 场，共 21=1.4· 15 场。</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there be L left-handed and 2L right-handed players, for 3L players and C(3L, 2) games total.</w:t>
      </w:r>
    </w:p>
    <w:p>
      <w:pPr>
        <w:spacing w:before="0" w:after="80" w:line="300" w:lineRule="auto"/>
        <w:jc w:val="left"/>
      </w:pPr>
      <w:r>
        <w:rPr>
          <w:rFonts w:ascii="Times New Roman" w:hAnsi="Times New Roman" w:eastAsia="宋体"/>
          <w:b w:val="0"/>
          <w:i w:val="0"/>
          <w:color w:val="333333"/>
          <w:sz w:val="19"/>
        </w:rPr>
        <w:t>If right-handers win R games, left-handers win 1.4R, so the total is 2.4R=12/5R. For this to be an integer count, the total number of games must be a multiple of 12.</w:t>
      </w:r>
    </w:p>
    <w:p>
      <w:pPr>
        <w:spacing w:before="0" w:after="80" w:line="300" w:lineRule="auto"/>
        <w:jc w:val="left"/>
      </w:pPr>
      <w:r>
        <w:rPr>
          <w:rFonts w:ascii="Times New Roman" w:hAnsi="Times New Roman" w:eastAsia="宋体"/>
          <w:b w:val="0"/>
          <w:i w:val="0"/>
          <w:color w:val="333333"/>
          <w:sz w:val="19"/>
        </w:rPr>
        <w:t>The left-handers can win at most every game involving at least one left-hander, namely C(L, 2)+2L²=5L²-L/2. On the other hand, they must win 7/12C(3L, 2)=(7L(3L-1))/8 games. Comparing these quantities gives 21L-7≤ 20L-4, so L≤ 3.</w:t>
      </w:r>
    </w:p>
    <w:p>
      <w:pPr>
        <w:spacing w:before="0" w:after="80" w:line="300" w:lineRule="auto"/>
        <w:jc w:val="left"/>
      </w:pPr>
      <w:r>
        <w:rPr>
          <w:rFonts w:ascii="Times New Roman" w:hAnsi="Times New Roman" w:eastAsia="宋体"/>
          <w:b w:val="0"/>
          <w:i w:val="0"/>
          <w:color w:val="333333"/>
          <w:sz w:val="19"/>
        </w:rPr>
        <w:t>Testing L=1,2,3 gives totals 3,15,36; only 36 is a multiple of 12. It is achievable: the 3 left-handers can win all 18 mixed games and their 3 internal games, giving 21=1.4· 15 wins.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14 题　答案 E</w:t>
      </w:r>
    </w:p>
    <w:p>
      <w:pPr>
        <w:spacing w:before="0" w:after="80" w:line="300" w:lineRule="auto"/>
        <w:jc w:val="left"/>
      </w:pPr>
      <w:r>
        <w:rPr>
          <w:rFonts w:ascii="Times New Roman" w:hAnsi="Times New Roman" w:eastAsia="宋体"/>
          <w:b w:val="0"/>
          <w:i w:val="0"/>
          <w:sz w:val="21"/>
        </w:rPr>
        <w:t>取模长得 |z|⁵=|z|，所以 |z|=0 或 |z|=1。z=0 满足方程，给出一个解。</w:t>
      </w:r>
    </w:p>
    <w:p>
      <w:pPr>
        <w:spacing w:before="0" w:after="80" w:line="300" w:lineRule="auto"/>
        <w:jc w:val="left"/>
      </w:pPr>
      <w:r>
        <w:rPr>
          <w:rFonts w:ascii="Times New Roman" w:hAnsi="Times New Roman" w:eastAsia="宋体"/>
          <w:b w:val="0"/>
          <w:i w:val="0"/>
          <w:sz w:val="21"/>
        </w:rPr>
        <w:t>若 |z|=1，把原方程乘以 z 得到 z⁶=zz=|z|²=1。这有 6 个不同的根，并且这些根的模长都等于 1。</w:t>
      </w:r>
    </w:p>
    <w:p>
      <w:pPr>
        <w:spacing w:before="0" w:after="80" w:line="300" w:lineRule="auto"/>
        <w:jc w:val="left"/>
      </w:pPr>
      <w:r>
        <w:rPr>
          <w:rFonts w:ascii="Times New Roman" w:hAnsi="Times New Roman" w:eastAsia="宋体"/>
          <w:b w:val="0"/>
          <w:i w:val="0"/>
          <w:sz w:val="21"/>
        </w:rPr>
        <w:t>总共有 1+6=7 个解。</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Taking magnitudes gives |z|⁵=|z|, so |z|=0 or |z|=1. The value z=0 works, giving one solution.</w:t>
      </w:r>
    </w:p>
    <w:p>
      <w:pPr>
        <w:spacing w:before="0" w:after="80" w:line="300" w:lineRule="auto"/>
        <w:jc w:val="left"/>
      </w:pPr>
      <w:r>
        <w:rPr>
          <w:rFonts w:ascii="Times New Roman" w:hAnsi="Times New Roman" w:eastAsia="宋体"/>
          <w:b w:val="0"/>
          <w:i w:val="0"/>
          <w:color w:val="333333"/>
          <w:sz w:val="19"/>
        </w:rPr>
        <w:t>If |z|=1, multiply the equation by z to get z⁶=zz=|z|²=1. This has 6 distinct roots, all of modulus 1.</w:t>
      </w:r>
    </w:p>
    <w:p>
      <w:pPr>
        <w:spacing w:before="0" w:after="80" w:line="300" w:lineRule="auto"/>
        <w:jc w:val="left"/>
      </w:pPr>
      <w:r>
        <w:rPr>
          <w:rFonts w:ascii="Times New Roman" w:hAnsi="Times New Roman" w:eastAsia="宋体"/>
          <w:b w:val="0"/>
          <w:i w:val="0"/>
          <w:color w:val="333333"/>
          <w:sz w:val="19"/>
        </w:rPr>
        <w:t>Altogether there are 1+6=7 solutions.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15 题　答案 A</w:t>
      </w:r>
    </w:p>
    <w:p>
      <w:pPr>
        <w:spacing w:before="0" w:after="80" w:line="300" w:lineRule="auto"/>
        <w:jc w:val="left"/>
      </w:pPr>
      <w:r>
        <w:rPr>
          <w:rFonts w:ascii="Times New Roman" w:hAnsi="Times New Roman" w:eastAsia="宋体"/>
          <w:b w:val="0"/>
          <w:i w:val="0"/>
          <w:sz w:val="21"/>
        </w:rPr>
        <w:t>之字形的每一段都与场地的水平边成角 θ。因此，长度为 s 的一段在水平方向前进 scosθ 米。即使最后一段在横跨场地完整宽度之前结束，这一点仍然成立。</w:t>
      </w:r>
    </w:p>
    <w:p>
      <w:pPr>
        <w:spacing w:before="0" w:after="80" w:line="300" w:lineRule="auto"/>
        <w:jc w:val="left"/>
      </w:pPr>
      <w:r>
        <w:rPr>
          <w:rFonts w:ascii="Times New Roman" w:hAnsi="Times New Roman" w:eastAsia="宋体"/>
          <w:b w:val="0"/>
          <w:i w:val="0"/>
          <w:sz w:val="21"/>
        </w:rPr>
        <w:t>将整条 120 米路径的水平投影相加，得到 120cosθ=100。</w:t>
      </w:r>
    </w:p>
    <w:p>
      <w:pPr>
        <w:spacing w:before="0" w:after="80" w:line="300" w:lineRule="auto"/>
        <w:jc w:val="left"/>
      </w:pPr>
      <w:r>
        <w:rPr>
          <w:rFonts w:ascii="Times New Roman" w:hAnsi="Times New Roman" w:eastAsia="宋体"/>
          <w:b w:val="0"/>
          <w:i w:val="0"/>
          <w:sz w:val="21"/>
        </w:rPr>
        <w:t>所以 cosθ=5/6，从而 θ=arccos5/6。</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Every segment of the zigzag makes angle θ with a horizontal side of the field. Therefore a segment of length s advances scosθ meters horizontally. This remains true for the last segment even if it ends before crossing the full width of the field.</w:t>
      </w:r>
    </w:p>
    <w:p>
      <w:pPr>
        <w:spacing w:before="0" w:after="80" w:line="300" w:lineRule="auto"/>
        <w:jc w:val="left"/>
      </w:pPr>
      <w:r>
        <w:rPr>
          <w:rFonts w:ascii="Times New Roman" w:hAnsi="Times New Roman" w:eastAsia="宋体"/>
          <w:b w:val="0"/>
          <w:i w:val="0"/>
          <w:color w:val="333333"/>
          <w:sz w:val="19"/>
        </w:rPr>
        <w:t>Adding the horizontal projections over the entire 120-meter path gives 120cosθ=100.</w:t>
      </w:r>
    </w:p>
    <w:p>
      <w:pPr>
        <w:spacing w:before="0" w:after="80" w:line="300" w:lineRule="auto"/>
        <w:jc w:val="left"/>
      </w:pPr>
      <w:r>
        <w:rPr>
          <w:rFonts w:ascii="Times New Roman" w:hAnsi="Times New Roman" w:eastAsia="宋体"/>
          <w:b w:val="0"/>
          <w:i w:val="0"/>
          <w:color w:val="333333"/>
          <w:sz w:val="19"/>
        </w:rPr>
        <w:t>Therefore cosθ=5/6, so θ=arccos5/6.</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16 题　答案 B</w:t>
      </w:r>
    </w:p>
    <w:p>
      <w:pPr>
        <w:spacing w:before="0" w:after="80" w:line="300" w:lineRule="auto"/>
        <w:jc w:val="left"/>
      </w:pPr>
      <w:r>
        <w:rPr>
          <w:rFonts w:ascii="Times New Roman" w:hAnsi="Times New Roman" w:eastAsia="宋体"/>
          <w:b w:val="0"/>
          <w:i w:val="0"/>
          <w:sz w:val="21"/>
        </w:rPr>
        <w:t>令 z=x+yi。则 1+z+z² =(1+x+x²-y²) +y(1+2x)i，约束条件为</w:t>
      </w:r>
    </w:p>
    <w:p>
      <w:pPr>
        <w:spacing w:before="0" w:after="80" w:line="300" w:lineRule="auto"/>
        <w:jc w:val="left"/>
      </w:pPr>
      <w:r>
        <w:rPr>
          <w:rFonts w:ascii="Times New Roman" w:hAnsi="Times New Roman" w:eastAsia="宋体"/>
          <w:b w:val="0"/>
          <w:i w:val="0"/>
          <w:sz w:val="21"/>
        </w:rPr>
        <w:t>(1+x+x²-y²)²</w:t>
      </w:r>
    </w:p>
    <w:p>
      <w:pPr>
        <w:spacing w:before="0" w:after="80" w:line="300" w:lineRule="auto"/>
        <w:jc w:val="left"/>
      </w:pPr>
      <w:r>
        <w:rPr>
          <w:rFonts w:ascii="Times New Roman" w:hAnsi="Times New Roman" w:eastAsia="宋体"/>
          <w:b w:val="0"/>
          <w:i w:val="0"/>
          <w:sz w:val="21"/>
        </w:rPr>
        <w:t>+y²(1+2x)²=16</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在这条闭合有界曲线上 y 取最大值的点处，隐函数求导（或拉格朗日乘数法）给出 (1+2x)(P+2y²)=0，其中 P=1+x+x²-y²。但 P+2y²=x²+x+1+y²&gt; 0，所以 x=-1/2。</w:t>
      </w:r>
    </w:p>
    <w:p>
      <w:pPr>
        <w:spacing w:before="0" w:after="80" w:line="300" w:lineRule="auto"/>
        <w:jc w:val="left"/>
      </w:pPr>
      <w:r>
        <w:rPr>
          <w:rFonts w:ascii="Times New Roman" w:hAnsi="Times New Roman" w:eastAsia="宋体"/>
          <w:b w:val="0"/>
          <w:i w:val="0"/>
          <w:sz w:val="21"/>
        </w:rPr>
        <w:t>此时 1+2x=0，约束化为 (3/4-y²)²=16。取 3/4-y²=-4，得 y²=19/4，所以最大值为 y=(√(19))/2。</w:t>
      </w:r>
    </w:p>
    <w:p>
      <w:pPr>
        <w:spacing w:before="0" w:after="80" w:line="300" w:lineRule="auto"/>
        <w:jc w:val="left"/>
      </w:pPr>
      <w:r>
        <w:rPr>
          <w:rFonts w:ascii="Times New Roman" w:hAnsi="Times New Roman" w:eastAsia="宋体"/>
          <w:b w:val="0"/>
          <w:i w:val="0"/>
          <w:sz w:val="21"/>
        </w:rPr>
        <w:t>这里 m=19、n=2，所以 m+n=21。</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Write z=x+yi. Then 1+z+z² =(1+x+x²-y²) +y(1+2x)i, and the constraint is</w:t>
      </w:r>
    </w:p>
    <w:p>
      <w:pPr>
        <w:spacing w:before="0" w:after="80" w:line="300" w:lineRule="auto"/>
        <w:jc w:val="left"/>
      </w:pPr>
      <w:r>
        <w:rPr>
          <w:rFonts w:ascii="Times New Roman" w:hAnsi="Times New Roman" w:eastAsia="宋体"/>
          <w:b w:val="0"/>
          <w:i w:val="0"/>
          <w:color w:val="333333"/>
          <w:sz w:val="19"/>
        </w:rPr>
        <w:t>(1+x+x²-y²)²</w:t>
      </w:r>
    </w:p>
    <w:p>
      <w:pPr>
        <w:spacing w:before="0" w:after="80" w:line="300" w:lineRule="auto"/>
        <w:jc w:val="left"/>
      </w:pPr>
      <w:r>
        <w:rPr>
          <w:rFonts w:ascii="Times New Roman" w:hAnsi="Times New Roman" w:eastAsia="宋体"/>
          <w:b w:val="0"/>
          <w:i w:val="0"/>
          <w:color w:val="333333"/>
          <w:sz w:val="19"/>
        </w:rPr>
        <w:t>+y²(1+2x)²=16.</w:t>
      </w:r>
    </w:p>
    <w:p>
      <w:pPr>
        <w:spacing w:before="0" w:after="80" w:line="300" w:lineRule="auto"/>
        <w:jc w:val="left"/>
      </w:pPr>
      <w:r>
        <w:rPr>
          <w:rFonts w:ascii="Times New Roman" w:hAnsi="Times New Roman" w:eastAsia="宋体"/>
          <w:b w:val="0"/>
          <w:i w:val="0"/>
          <w:color w:val="333333"/>
          <w:sz w:val="19"/>
        </w:rPr>
        <w:t>At a point where y is maximal on this closed, bounded curve, implicit differentiation (or Lagrange multipliers) gives (1+2x)(P+2y²)=0, where P=1+x+x²-y². But P+2y²=x²+x+1+y²&gt; 0, so x=-1/2.</w:t>
      </w:r>
    </w:p>
    <w:p>
      <w:pPr>
        <w:spacing w:before="0" w:after="80" w:line="300" w:lineRule="auto"/>
        <w:jc w:val="left"/>
      </w:pPr>
      <w:r>
        <w:rPr>
          <w:rFonts w:ascii="Times New Roman" w:hAnsi="Times New Roman" w:eastAsia="宋体"/>
          <w:b w:val="0"/>
          <w:i w:val="0"/>
          <w:color w:val="333333"/>
          <w:sz w:val="19"/>
        </w:rPr>
        <w:t>Then 1+2x=0, so the constraint reduces to (3/4-y²)²=16. Taking 3/4-y²=-4 gives y²=19/4, so the maximum is y=(√(19))/2.</w:t>
      </w:r>
    </w:p>
    <w:p>
      <w:pPr>
        <w:spacing w:before="0" w:after="80" w:line="300" w:lineRule="auto"/>
        <w:jc w:val="left"/>
      </w:pPr>
      <w:r>
        <w:rPr>
          <w:rFonts w:ascii="Times New Roman" w:hAnsi="Times New Roman" w:eastAsia="宋体"/>
          <w:b w:val="0"/>
          <w:i w:val="0"/>
          <w:color w:val="333333"/>
          <w:sz w:val="19"/>
        </w:rPr>
        <w:t>Here m=19 and n=2, so m+n=21.</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17 题　答案 E</w:t>
      </w:r>
    </w:p>
    <w:p>
      <w:pPr>
        <w:spacing w:before="0" w:after="80" w:line="300" w:lineRule="auto"/>
        <w:jc w:val="left"/>
      </w:pPr>
      <w:r>
        <w:rPr>
          <w:rFonts w:ascii="Times New Roman" w:hAnsi="Times New Roman" w:eastAsia="宋体"/>
          <w:b w:val="0"/>
          <w:i w:val="0"/>
          <w:sz w:val="21"/>
        </w:rPr>
        <w:t>设 aₙ 为 Flora 曾经恰好落在 n 上的概率，其中 a₀=1。按第一次跳跃分类，</w:t>
      </w:r>
    </w:p>
    <w:p>
      <w:pPr>
        <w:spacing w:before="0" w:after="80" w:line="300" w:lineRule="auto"/>
        <w:jc w:val="left"/>
      </w:pPr>
      <w:r>
        <w:rPr>
          <w:rFonts w:ascii="Times New Roman" w:hAnsi="Times New Roman" w:eastAsia="宋体"/>
          <w:b w:val="0"/>
          <w:i w:val="0"/>
          <w:sz w:val="21"/>
        </w:rPr>
        <w:t>aₙ=Σₖ₌₁ⁿ1/2ᵏ aₙ₋ₖ。</w:t>
      </w:r>
    </w:p>
    <w:p>
      <w:pPr>
        <w:spacing w:before="0" w:after="80" w:line="300" w:lineRule="auto"/>
        <w:jc w:val="left"/>
      </w:pPr>
      <w:r>
        <w:rPr>
          <w:rFonts w:ascii="Times New Roman" w:hAnsi="Times New Roman" w:eastAsia="宋体"/>
          <w:b w:val="0"/>
          <w:i w:val="0"/>
          <w:sz w:val="21"/>
        </w:rPr>
        <w:t>我们用归纳法证明对每个 n≥ 1 都有 aₙ=1/2。n=1 的情形是显然的。若结论直到 n-1 都成立，则</w:t>
      </w:r>
    </w:p>
    <w:p>
      <w:pPr>
        <w:spacing w:before="0" w:after="80" w:line="300" w:lineRule="auto"/>
        <w:jc w:val="left"/>
      </w:pPr>
      <w:r>
        <w:rPr>
          <w:rFonts w:ascii="Times New Roman" w:hAnsi="Times New Roman" w:eastAsia="宋体"/>
          <w:b w:val="0"/>
          <w:i w:val="0"/>
          <w:sz w:val="21"/>
        </w:rPr>
        <w:t>aₙ=1/2ⁿa₀ +Σₖ₌₁ⁿ⁻¹1/2ᵏ·1/2</w:t>
      </w:r>
    </w:p>
    <w:p>
      <w:pPr>
        <w:spacing w:before="0" w:after="80" w:line="300" w:lineRule="auto"/>
        <w:jc w:val="left"/>
      </w:pPr>
      <w:r>
        <w:rPr>
          <w:rFonts w:ascii="Times New Roman" w:hAnsi="Times New Roman" w:eastAsia="宋体"/>
          <w:b w:val="0"/>
          <w:i w:val="0"/>
          <w:sz w:val="21"/>
        </w:rPr>
        <w:t>=1/2ⁿ +1/2(1-1/(2ⁿ⁻¹))</w:t>
      </w:r>
    </w:p>
    <w:p>
      <w:pPr>
        <w:spacing w:before="0" w:after="80" w:line="300" w:lineRule="auto"/>
        <w:jc w:val="left"/>
      </w:pPr>
      <w:r>
        <w:rPr>
          <w:rFonts w:ascii="Times New Roman" w:hAnsi="Times New Roman" w:eastAsia="宋体"/>
          <w:b w:val="0"/>
          <w:i w:val="0"/>
          <w:sz w:val="21"/>
        </w:rPr>
        <w:t>=1/2</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因此落在 10 上的概率是 1/2。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aₙ be the probability that Flora ever lands exactly on n, with a₀=1. Conditioning on the first jump,</w:t>
      </w:r>
    </w:p>
    <w:p>
      <w:pPr>
        <w:spacing w:before="0" w:after="80" w:line="300" w:lineRule="auto"/>
        <w:jc w:val="left"/>
      </w:pPr>
      <w:r>
        <w:rPr>
          <w:rFonts w:ascii="Times New Roman" w:hAnsi="Times New Roman" w:eastAsia="宋体"/>
          <w:b w:val="0"/>
          <w:i w:val="0"/>
          <w:color w:val="333333"/>
          <w:sz w:val="19"/>
        </w:rPr>
        <w:t>aₙ=Σₖ₌₁ⁿ1/2ᵏ aₙ₋ₖ.</w:t>
      </w:r>
    </w:p>
    <w:p>
      <w:pPr>
        <w:spacing w:before="0" w:after="80" w:line="300" w:lineRule="auto"/>
        <w:jc w:val="left"/>
      </w:pPr>
      <w:r>
        <w:rPr>
          <w:rFonts w:ascii="Times New Roman" w:hAnsi="Times New Roman" w:eastAsia="宋体"/>
          <w:b w:val="0"/>
          <w:i w:val="0"/>
          <w:color w:val="333333"/>
          <w:sz w:val="19"/>
        </w:rPr>
        <w:t>We prove by induction that aₙ=1/2 for every n≥ 1. The case n=1 is immediate. If the claim holds through n-1, then</w:t>
      </w:r>
    </w:p>
    <w:p>
      <w:pPr>
        <w:spacing w:before="0" w:after="80" w:line="300" w:lineRule="auto"/>
        <w:jc w:val="left"/>
      </w:pPr>
      <w:r>
        <w:rPr>
          <w:rFonts w:ascii="Times New Roman" w:hAnsi="Times New Roman" w:eastAsia="宋体"/>
          <w:b w:val="0"/>
          <w:i w:val="0"/>
          <w:color w:val="333333"/>
          <w:sz w:val="19"/>
        </w:rPr>
        <w:t>aₙ=1/2ⁿa₀ +Σₖ₌₁ⁿ⁻¹1/2ᵏ·1/2</w:t>
      </w:r>
    </w:p>
    <w:p>
      <w:pPr>
        <w:spacing w:before="0" w:after="80" w:line="300" w:lineRule="auto"/>
        <w:jc w:val="left"/>
      </w:pPr>
      <w:r>
        <w:rPr>
          <w:rFonts w:ascii="Times New Roman" w:hAnsi="Times New Roman" w:eastAsia="宋体"/>
          <w:b w:val="0"/>
          <w:i w:val="0"/>
          <w:color w:val="333333"/>
          <w:sz w:val="19"/>
        </w:rPr>
        <w:t>=1/2ⁿ +1/2(1-1/(2ⁿ⁻¹))</w:t>
      </w:r>
    </w:p>
    <w:p>
      <w:pPr>
        <w:spacing w:before="0" w:after="80" w:line="300" w:lineRule="auto"/>
        <w:jc w:val="left"/>
      </w:pPr>
      <w:r>
        <w:rPr>
          <w:rFonts w:ascii="Times New Roman" w:hAnsi="Times New Roman" w:eastAsia="宋体"/>
          <w:b w:val="0"/>
          <w:i w:val="0"/>
          <w:color w:val="333333"/>
          <w:sz w:val="19"/>
        </w:rPr>
        <w:t>=1/2.</w:t>
      </w:r>
    </w:p>
    <w:p>
      <w:pPr>
        <w:spacing w:before="0" w:after="80" w:line="300" w:lineRule="auto"/>
        <w:jc w:val="left"/>
      </w:pPr>
      <w:r>
        <w:rPr>
          <w:rFonts w:ascii="Times New Roman" w:hAnsi="Times New Roman" w:eastAsia="宋体"/>
          <w:b w:val="0"/>
          <w:i w:val="0"/>
          <w:color w:val="333333"/>
          <w:sz w:val="19"/>
        </w:rPr>
        <w:t>Hence the probability of landing on 10 is 1/2.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18 题　答案 D</w:t>
      </w:r>
    </w:p>
    <w:p>
      <w:pPr>
        <w:spacing w:before="0" w:after="80" w:line="300" w:lineRule="auto"/>
        <w:jc w:val="left"/>
      </w:pPr>
      <w:r>
        <w:rPr>
          <w:rFonts w:ascii="Times New Roman" w:hAnsi="Times New Roman" w:eastAsia="宋体"/>
          <w:b w:val="0"/>
          <w:i w:val="0"/>
          <w:sz w:val="21"/>
        </w:rPr>
        <w:t>把圆心放在 O₁=(-1/4,0) 和 O₂=(1/4,0)。由对称性，C₃ 以原点为圆心；与 C₁ 内切给出其半径为 1-1/4=3/4。</w:t>
      </w:r>
    </w:p>
    <w:p>
      <w:pPr>
        <w:spacing w:before="0" w:after="80" w:line="300" w:lineRule="auto"/>
        <w:jc w:val="left"/>
      </w:pPr>
      <w:r>
        <w:rPr>
          <w:rFonts w:ascii="Times New Roman" w:hAnsi="Times New Roman" w:eastAsia="宋体"/>
          <w:b w:val="0"/>
          <w:i w:val="0"/>
          <w:sz w:val="21"/>
        </w:rPr>
        <w:t>设 C₄ 的半径为 r，圆心为对称轴上的 (0,k)。与 C₃ 外切可得 k=3/4+r，与 C₁ 内切可得 √(1/16+k²)=1-r。</w:t>
      </w:r>
    </w:p>
    <w:p>
      <w:pPr>
        <w:spacing w:before="0" w:after="80" w:line="300" w:lineRule="auto"/>
        <w:jc w:val="left"/>
      </w:pPr>
      <w:r>
        <w:rPr>
          <w:rFonts w:ascii="Times New Roman" w:hAnsi="Times New Roman" w:eastAsia="宋体"/>
          <w:b w:val="0"/>
          <w:i w:val="0"/>
          <w:sz w:val="21"/>
        </w:rPr>
        <w:t>代入得 1/16+(3/4+r)²=(1-r)²，化简为 7/2 r=3/8，所以 r=3/28。</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Put the centers at O₁=(-1/4,0) and O₂=(1/4,0). By symmetry C₃ is centered at the origin, and internal tangency to C₁ gives radius 1-1/4=3/4.</w:t>
      </w:r>
    </w:p>
    <w:p>
      <w:pPr>
        <w:spacing w:before="0" w:after="80" w:line="300" w:lineRule="auto"/>
        <w:jc w:val="left"/>
      </w:pPr>
      <w:r>
        <w:rPr>
          <w:rFonts w:ascii="Times New Roman" w:hAnsi="Times New Roman" w:eastAsia="宋体"/>
          <w:b w:val="0"/>
          <w:i w:val="0"/>
          <w:color w:val="333333"/>
          <w:sz w:val="19"/>
        </w:rPr>
        <w:t>Let C₄ have radius r, centered at (0,k) on the axis of symmetry. External tangency to C₃ gives k=3/4+r, and internal tangency to C₁ gives √(1/16+k²)=1-r.</w:t>
      </w:r>
    </w:p>
    <w:p>
      <w:pPr>
        <w:spacing w:before="0" w:after="80" w:line="300" w:lineRule="auto"/>
        <w:jc w:val="left"/>
      </w:pPr>
      <w:r>
        <w:rPr>
          <w:rFonts w:ascii="Times New Roman" w:hAnsi="Times New Roman" w:eastAsia="宋体"/>
          <w:b w:val="0"/>
          <w:i w:val="0"/>
          <w:color w:val="333333"/>
          <w:sz w:val="19"/>
        </w:rPr>
        <w:t>Substituting, 1/16+(3/4+r)²=(1-r)², which simplifies to 7/2 r=3/8, so r=3/28.</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19 题　答案 C</w:t>
      </w:r>
    </w:p>
    <w:p>
      <w:pPr>
        <w:spacing w:before="0" w:after="80" w:line="300" w:lineRule="auto"/>
        <w:jc w:val="left"/>
      </w:pPr>
      <w:r>
        <w:rPr>
          <w:rFonts w:ascii="Times New Roman" w:hAnsi="Times New Roman" w:eastAsia="宋体"/>
          <w:b w:val="0"/>
          <w:i w:val="0"/>
          <w:sz w:val="21"/>
        </w:rPr>
        <w:t>设 a=log₂₀₂₃7，b=log₂₀₂₃289。因为 2023=7· 289，所以 a+b=1。令 t=log₂₀₂₃x，每个对数都变成倒数，方程化为</w:t>
      </w:r>
    </w:p>
    <w:p>
      <w:pPr>
        <w:spacing w:before="0" w:after="80" w:line="300" w:lineRule="auto"/>
        <w:jc w:val="left"/>
      </w:pPr>
      <w:r>
        <w:rPr>
          <w:rFonts w:ascii="Times New Roman" w:hAnsi="Times New Roman" w:eastAsia="宋体"/>
          <w:b w:val="0"/>
          <w:i w:val="0"/>
          <w:sz w:val="21"/>
        </w:rPr>
        <w:t>(1+t)=(a+t)(b+t)。</w:t>
      </w:r>
    </w:p>
    <w:p>
      <w:pPr>
        <w:spacing w:before="0" w:after="80" w:line="300" w:lineRule="auto"/>
        <w:jc w:val="left"/>
      </w:pPr>
      <w:r>
        <w:rPr>
          <w:rFonts w:ascii="Times New Roman" w:hAnsi="Times New Roman" w:eastAsia="宋体"/>
          <w:b w:val="0"/>
          <w:i w:val="0"/>
          <w:sz w:val="21"/>
        </w:rPr>
        <w:t>展开并使用 a+b=1，一次项相消，留下 t²+(ab-1)=0。两个根满足 t₁+t₂=0。</w:t>
      </w:r>
    </w:p>
    <w:p>
      <w:pPr>
        <w:spacing w:before="0" w:after="80" w:line="300" w:lineRule="auto"/>
        <w:jc w:val="left"/>
      </w:pPr>
      <w:r>
        <w:rPr>
          <w:rFonts w:ascii="Times New Roman" w:hAnsi="Times New Roman" w:eastAsia="宋体"/>
          <w:b w:val="0"/>
          <w:i w:val="0"/>
          <w:sz w:val="21"/>
        </w:rPr>
        <w:t>对应的解乘积为 x₁x₂=2023^(t₁)· 2023^(t₂) =2023^(t₁+t₂) =2023⁰=1。</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a=log₂₀₂₃7 and b=log₂₀₂₃289. Since 2023=7· 289, we have a+b=1. Writing t=log₂₀₂₃x, each logarithm becomes a reciprocal, and the equation turns into</w:t>
      </w:r>
    </w:p>
    <w:p>
      <w:pPr>
        <w:spacing w:before="0" w:after="80" w:line="300" w:lineRule="auto"/>
        <w:jc w:val="left"/>
      </w:pPr>
      <w:r>
        <w:rPr>
          <w:rFonts w:ascii="Times New Roman" w:hAnsi="Times New Roman" w:eastAsia="宋体"/>
          <w:b w:val="0"/>
          <w:i w:val="0"/>
          <w:color w:val="333333"/>
          <w:sz w:val="19"/>
        </w:rPr>
        <w:t>(1+t)=(a+t)(b+t).</w:t>
      </w:r>
    </w:p>
    <w:p>
      <w:pPr>
        <w:spacing w:before="0" w:after="80" w:line="300" w:lineRule="auto"/>
        <w:jc w:val="left"/>
      </w:pPr>
      <w:r>
        <w:rPr>
          <w:rFonts w:ascii="Times New Roman" w:hAnsi="Times New Roman" w:eastAsia="宋体"/>
          <w:b w:val="0"/>
          <w:i w:val="0"/>
          <w:color w:val="333333"/>
          <w:sz w:val="19"/>
        </w:rPr>
        <w:t>Expanding and using a+b=1, the linear terms cancel, leaving t²+(ab-1)=0. Its two roots satisfy t₁+t₂=0.</w:t>
      </w:r>
    </w:p>
    <w:p>
      <w:pPr>
        <w:spacing w:before="0" w:after="80" w:line="300" w:lineRule="auto"/>
        <w:jc w:val="left"/>
      </w:pPr>
      <w:r>
        <w:rPr>
          <w:rFonts w:ascii="Times New Roman" w:hAnsi="Times New Roman" w:eastAsia="宋体"/>
          <w:b w:val="0"/>
          <w:i w:val="0"/>
          <w:color w:val="333333"/>
          <w:sz w:val="19"/>
        </w:rPr>
        <w:t>The corresponding solutions multiply to x₁x₂=2023^(t₁)· 2023^(t₂) =2023^(t₁+t₂) =2023⁰=1.</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20 题　答案 C</w:t>
      </w:r>
    </w:p>
    <w:p>
      <w:pPr>
        <w:spacing w:before="0" w:after="80" w:line="300" w:lineRule="auto"/>
        <w:jc w:val="left"/>
      </w:pPr>
      <w:r>
        <w:rPr>
          <w:rFonts w:ascii="Times New Roman" w:hAnsi="Times New Roman" w:eastAsia="宋体"/>
          <w:b w:val="0"/>
          <w:i w:val="0"/>
          <w:sz w:val="21"/>
        </w:rPr>
        <w:t>设 Sₙ 为第 n 行的和。每个内部项比上一行斜上方两个项之和大 1，对整行求和得到递推</w:t>
      </w:r>
    </w:p>
    <w:p>
      <w:pPr>
        <w:spacing w:before="0" w:after="80" w:line="300" w:lineRule="auto"/>
        <w:jc w:val="left"/>
      </w:pPr>
      <w:r>
        <w:rPr>
          <w:rFonts w:ascii="Times New Roman" w:hAnsi="Times New Roman" w:eastAsia="宋体"/>
          <w:b w:val="0"/>
          <w:i w:val="0"/>
          <w:sz w:val="21"/>
        </w:rPr>
        <w:t>Sₙ=2Sₙ₋₁+(n-2)。</w:t>
      </w:r>
    </w:p>
    <w:p>
      <w:pPr>
        <w:spacing w:before="0" w:after="80" w:line="300" w:lineRule="auto"/>
        <w:jc w:val="left"/>
      </w:pPr>
      <w:r>
        <w:rPr>
          <w:rFonts w:ascii="Times New Roman" w:hAnsi="Times New Roman" w:eastAsia="宋体"/>
          <w:b w:val="0"/>
          <w:i w:val="0"/>
          <w:sz w:val="21"/>
        </w:rPr>
        <w:t>由 S₁=1，可解得 Sₙ=2ⁿ-n（检验：S₅=32-5=27 =1+7+11+7+1）。</w:t>
      </w:r>
    </w:p>
    <w:p>
      <w:pPr>
        <w:spacing w:before="0" w:after="80" w:line="300" w:lineRule="auto"/>
        <w:jc w:val="left"/>
      </w:pPr>
      <w:r>
        <w:rPr>
          <w:rFonts w:ascii="Times New Roman" w:hAnsi="Times New Roman" w:eastAsia="宋体"/>
          <w:b w:val="0"/>
          <w:i w:val="0"/>
          <w:sz w:val="21"/>
        </w:rPr>
        <w:t>所以 S₂₀₂₃=2²⁰²³-2023。2 的幂的个位数字按 2,4,8,6 循环，且 2023≡ 3pmod 4，所以 2²⁰²³ 的个位是 8。于是 8-3=5 个位数字为 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Sₙ be the sum of row n. Each interior entry is 1 more than the sum of the two entries above it, and summing over the row gives the recurrence</w:t>
      </w:r>
    </w:p>
    <w:p>
      <w:pPr>
        <w:spacing w:before="0" w:after="80" w:line="300" w:lineRule="auto"/>
        <w:jc w:val="left"/>
      </w:pPr>
      <w:r>
        <w:rPr>
          <w:rFonts w:ascii="Times New Roman" w:hAnsi="Times New Roman" w:eastAsia="宋体"/>
          <w:b w:val="0"/>
          <w:i w:val="0"/>
          <w:color w:val="333333"/>
          <w:sz w:val="19"/>
        </w:rPr>
        <w:t>Sₙ=2Sₙ₋₁+(n-2).</w:t>
      </w:r>
    </w:p>
    <w:p>
      <w:pPr>
        <w:spacing w:before="0" w:after="80" w:line="300" w:lineRule="auto"/>
        <w:jc w:val="left"/>
      </w:pPr>
      <w:r>
        <w:rPr>
          <w:rFonts w:ascii="Times New Roman" w:hAnsi="Times New Roman" w:eastAsia="宋体"/>
          <w:b w:val="0"/>
          <w:i w:val="0"/>
          <w:color w:val="333333"/>
          <w:sz w:val="19"/>
        </w:rPr>
        <w:t>With S₁=1, this solves to Sₙ=2ⁿ-n (check: S₅=32-5=27 =1+7+11+7+1).</w:t>
      </w:r>
    </w:p>
    <w:p>
      <w:pPr>
        <w:spacing w:before="0" w:after="80" w:line="300" w:lineRule="auto"/>
        <w:jc w:val="left"/>
      </w:pPr>
      <w:r>
        <w:rPr>
          <w:rFonts w:ascii="Times New Roman" w:hAnsi="Times New Roman" w:eastAsia="宋体"/>
          <w:b w:val="0"/>
          <w:i w:val="0"/>
          <w:color w:val="333333"/>
          <w:sz w:val="19"/>
        </w:rPr>
        <w:t>So S₂₀₂₃=2²⁰²³-2023. Since powers of 2 cycle with units digits 2,4,8,6 and 2023≡ 3pmod 4, 2²⁰²³ ends in 8. Then 8-3=5 gives units digit 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21 题　答案 A</w:t>
      </w:r>
    </w:p>
    <w:p>
      <w:pPr>
        <w:spacing w:before="0" w:after="80" w:line="300" w:lineRule="auto"/>
        <w:jc w:val="left"/>
      </w:pPr>
      <w:r>
        <w:rPr>
          <w:rFonts w:ascii="Times New Roman" w:hAnsi="Times New Roman" w:eastAsia="宋体"/>
          <w:b w:val="0"/>
          <w:i w:val="0"/>
          <w:sz w:val="21"/>
        </w:rPr>
        <w:t>固定 R。正二十面体的其他 11 个顶点中，有 5 个到该点的距离为 1，5 个距离为 2，还有 1 个（对顶点）距离为 3。</w:t>
      </w:r>
    </w:p>
    <w:p>
      <w:pPr>
        <w:spacing w:before="0" w:after="80" w:line="300" w:lineRule="auto"/>
        <w:jc w:val="left"/>
      </w:pPr>
      <w:r>
        <w:rPr>
          <w:rFonts w:ascii="Times New Roman" w:hAnsi="Times New Roman" w:eastAsia="宋体"/>
          <w:b w:val="0"/>
          <w:i w:val="0"/>
          <w:sz w:val="21"/>
        </w:rPr>
        <w:t>有序选取互不相同的 Q,S 时，d(Q,R)=d(R,S) 的概率为</w:t>
      </w:r>
    </w:p>
    <w:p>
      <w:pPr>
        <w:spacing w:before="0" w:after="80" w:line="300" w:lineRule="auto"/>
        <w:jc w:val="left"/>
      </w:pPr>
      <w:r>
        <w:rPr>
          <w:rFonts w:ascii="Times New Roman" w:hAnsi="Times New Roman" w:eastAsia="宋体"/>
          <w:b w:val="0"/>
          <w:i w:val="0"/>
          <w:sz w:val="21"/>
        </w:rPr>
        <w:t>(5· 4+5· 4)/(11· 10)=40/110=4/11。</w:t>
      </w:r>
    </w:p>
    <w:p>
      <w:pPr>
        <w:spacing w:before="0" w:after="80" w:line="300" w:lineRule="auto"/>
        <w:jc w:val="left"/>
      </w:pPr>
      <w:r>
        <w:rPr>
          <w:rFonts w:ascii="Times New Roman" w:hAnsi="Times New Roman" w:eastAsia="宋体"/>
          <w:b w:val="0"/>
          <w:i w:val="0"/>
          <w:sz w:val="21"/>
        </w:rPr>
        <w:t>由 Q 和 S 的对称性，</w:t>
      </w:r>
    </w:p>
    <w:p>
      <w:pPr>
        <w:spacing w:before="0" w:after="80" w:line="300" w:lineRule="auto"/>
        <w:jc w:val="left"/>
      </w:pPr>
      <w:r>
        <w:rPr>
          <w:rFonts w:ascii="Times New Roman" w:hAnsi="Times New Roman" w:eastAsia="宋体"/>
          <w:b w:val="0"/>
          <w:i w:val="0"/>
          <w:sz w:val="21"/>
        </w:rPr>
        <w:t>P(d(Q,R)&gt; d(R,S))</w:t>
      </w:r>
    </w:p>
    <w:p>
      <w:pPr>
        <w:spacing w:before="0" w:after="80" w:line="300" w:lineRule="auto"/>
        <w:jc w:val="left"/>
      </w:pPr>
      <w:r>
        <w:rPr>
          <w:rFonts w:ascii="Times New Roman" w:hAnsi="Times New Roman" w:eastAsia="宋体"/>
          <w:b w:val="0"/>
          <w:i w:val="0"/>
          <w:sz w:val="21"/>
        </w:rPr>
        <w:t>=(1-4/11)/2</w:t>
      </w:r>
    </w:p>
    <w:p>
      <w:pPr>
        <w:spacing w:before="0" w:after="80" w:line="300" w:lineRule="auto"/>
        <w:jc w:val="left"/>
      </w:pPr>
      <w:r>
        <w:rPr>
          <w:rFonts w:ascii="Times New Roman" w:hAnsi="Times New Roman" w:eastAsia="宋体"/>
          <w:b w:val="0"/>
          <w:i w:val="0"/>
          <w:sz w:val="21"/>
        </w:rPr>
        <w:t>=7/22</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Fix R. Among the other 11 vertices of the icosahedron, 5 are at distance 1, 5 are at distance 2, and 1 (the antipode) is at distance 3.</w:t>
      </w:r>
    </w:p>
    <w:p>
      <w:pPr>
        <w:spacing w:before="0" w:after="80" w:line="300" w:lineRule="auto"/>
        <w:jc w:val="left"/>
      </w:pPr>
      <w:r>
        <w:rPr>
          <w:rFonts w:ascii="Times New Roman" w:hAnsi="Times New Roman" w:eastAsia="宋体"/>
          <w:b w:val="0"/>
          <w:i w:val="0"/>
          <w:color w:val="333333"/>
          <w:sz w:val="19"/>
        </w:rPr>
        <w:t>Choosing ordered distinct Q,S, the probability that d(Q,R)=d(R,S) is</w:t>
      </w:r>
    </w:p>
    <w:p>
      <w:pPr>
        <w:spacing w:before="0" w:after="80" w:line="300" w:lineRule="auto"/>
        <w:jc w:val="left"/>
      </w:pPr>
      <w:r>
        <w:rPr>
          <w:rFonts w:ascii="Times New Roman" w:hAnsi="Times New Roman" w:eastAsia="宋体"/>
          <w:b w:val="0"/>
          <w:i w:val="0"/>
          <w:color w:val="333333"/>
          <w:sz w:val="19"/>
        </w:rPr>
        <w:t>(5· 4+5· 4)/(11· 10)=40/110=4/11.</w:t>
      </w:r>
    </w:p>
    <w:p>
      <w:pPr>
        <w:spacing w:before="0" w:after="80" w:line="300" w:lineRule="auto"/>
        <w:jc w:val="left"/>
      </w:pPr>
      <w:r>
        <w:rPr>
          <w:rFonts w:ascii="Times New Roman" w:hAnsi="Times New Roman" w:eastAsia="宋体"/>
          <w:b w:val="0"/>
          <w:i w:val="0"/>
          <w:color w:val="333333"/>
          <w:sz w:val="19"/>
        </w:rPr>
        <w:t>By the symmetry between Q and S,</w:t>
      </w:r>
    </w:p>
    <w:p>
      <w:pPr>
        <w:spacing w:before="0" w:after="80" w:line="300" w:lineRule="auto"/>
        <w:jc w:val="left"/>
      </w:pPr>
      <w:r>
        <w:rPr>
          <w:rFonts w:ascii="Times New Roman" w:hAnsi="Times New Roman" w:eastAsia="宋体"/>
          <w:b w:val="0"/>
          <w:i w:val="0"/>
          <w:color w:val="333333"/>
          <w:sz w:val="19"/>
        </w:rPr>
        <w:t>P(d(Q,R)&gt; d(R,S))</w:t>
      </w:r>
    </w:p>
    <w:p>
      <w:pPr>
        <w:spacing w:before="0" w:after="80" w:line="300" w:lineRule="auto"/>
        <w:jc w:val="left"/>
      </w:pPr>
      <w:r>
        <w:rPr>
          <w:rFonts w:ascii="Times New Roman" w:hAnsi="Times New Roman" w:eastAsia="宋体"/>
          <w:b w:val="0"/>
          <w:i w:val="0"/>
          <w:color w:val="333333"/>
          <w:sz w:val="19"/>
        </w:rPr>
        <w:t>=(1-4/11)/2</w:t>
      </w:r>
    </w:p>
    <w:p>
      <w:pPr>
        <w:spacing w:before="0" w:after="80" w:line="300" w:lineRule="auto"/>
        <w:jc w:val="left"/>
      </w:pPr>
      <w:r>
        <w:rPr>
          <w:rFonts w:ascii="Times New Roman" w:hAnsi="Times New Roman" w:eastAsia="宋体"/>
          <w:b w:val="0"/>
          <w:i w:val="0"/>
          <w:color w:val="333333"/>
          <w:sz w:val="19"/>
        </w:rPr>
        <w:t>=7/22.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22 题　答案 B</w:t>
      </w:r>
    </w:p>
    <w:p>
      <w:pPr>
        <w:spacing w:before="0" w:after="80" w:line="300" w:lineRule="auto"/>
        <w:jc w:val="left"/>
      </w:pPr>
      <w:r>
        <w:rPr>
          <w:rFonts w:ascii="Times New Roman" w:hAnsi="Times New Roman" w:eastAsia="宋体"/>
          <w:b w:val="0"/>
          <w:i w:val="0"/>
          <w:sz w:val="21"/>
        </w:rPr>
        <w:t>令 n=1，得 f(1)=1。对素数 p，令 n=p，得 f(p)+p· f(1)=1，所以 f(p)=1-p。令 n=p²，由 f(p²)+p f(p)+p² f(1)=1 得 f(p²)=1-p。</w:t>
      </w:r>
    </w:p>
    <w:p>
      <w:pPr>
        <w:spacing w:before="0" w:after="80" w:line="300" w:lineRule="auto"/>
        <w:jc w:val="left"/>
      </w:pPr>
      <w:r>
        <w:rPr>
          <w:rFonts w:ascii="Times New Roman" w:hAnsi="Times New Roman" w:eastAsia="宋体"/>
          <w:b w:val="0"/>
          <w:i w:val="0"/>
          <w:sz w:val="21"/>
        </w:rPr>
        <w:t>由于定义关系是积性函数的 Dirichlet 卷积，f 也是积性的。又 2023=7· 17²，</w:t>
      </w:r>
    </w:p>
    <w:p>
      <w:pPr>
        <w:spacing w:before="0" w:after="80" w:line="300" w:lineRule="auto"/>
        <w:jc w:val="left"/>
      </w:pPr>
      <w:r>
        <w:rPr>
          <w:rFonts w:ascii="Times New Roman" w:hAnsi="Times New Roman" w:eastAsia="宋体"/>
          <w:b w:val="0"/>
          <w:i w:val="0"/>
          <w:sz w:val="21"/>
        </w:rPr>
        <w:t>f(2023)=f(7)· f(17²)</w:t>
      </w:r>
    </w:p>
    <w:p>
      <w:pPr>
        <w:spacing w:before="0" w:after="80" w:line="300" w:lineRule="auto"/>
        <w:jc w:val="left"/>
      </w:pPr>
      <w:r>
        <w:rPr>
          <w:rFonts w:ascii="Times New Roman" w:hAnsi="Times New Roman" w:eastAsia="宋体"/>
          <w:b w:val="0"/>
          <w:i w:val="0"/>
          <w:sz w:val="21"/>
        </w:rPr>
        <w:t>=(1-7)(1-17)</w:t>
      </w:r>
    </w:p>
    <w:p>
      <w:pPr>
        <w:spacing w:before="0" w:after="80" w:line="300" w:lineRule="auto"/>
        <w:jc w:val="left"/>
      </w:pPr>
      <w:r>
        <w:rPr>
          <w:rFonts w:ascii="Times New Roman" w:hAnsi="Times New Roman" w:eastAsia="宋体"/>
          <w:b w:val="0"/>
          <w:i w:val="0"/>
          <w:sz w:val="21"/>
        </w:rPr>
        <w:t>=(-6)(-16)</w:t>
      </w:r>
    </w:p>
    <w:p>
      <w:pPr>
        <w:spacing w:before="0" w:after="80" w:line="300" w:lineRule="auto"/>
        <w:jc w:val="left"/>
      </w:pPr>
      <w:r>
        <w:rPr>
          <w:rFonts w:ascii="Times New Roman" w:hAnsi="Times New Roman" w:eastAsia="宋体"/>
          <w:b w:val="0"/>
          <w:i w:val="0"/>
          <w:sz w:val="21"/>
        </w:rPr>
        <w:t>=96</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Setting n=1 gives f(1)=1. For a prime p, n=p gives f(p)+p· f(1)=1, so f(p)=1-p. For n=p², f(p²)+p f(p)+p² f(1)=1 gives f(p²)=1-p.</w:t>
      </w:r>
    </w:p>
    <w:p>
      <w:pPr>
        <w:spacing w:before="0" w:after="80" w:line="300" w:lineRule="auto"/>
        <w:jc w:val="left"/>
      </w:pPr>
      <w:r>
        <w:rPr>
          <w:rFonts w:ascii="Times New Roman" w:hAnsi="Times New Roman" w:eastAsia="宋体"/>
          <w:b w:val="0"/>
          <w:i w:val="0"/>
          <w:color w:val="333333"/>
          <w:sz w:val="19"/>
        </w:rPr>
        <w:t>Since the defining relation is a Dirichlet convolution of multiplicative functions, f is multiplicative. With 2023=7· 17²,</w:t>
      </w:r>
    </w:p>
    <w:p>
      <w:pPr>
        <w:spacing w:before="0" w:after="80" w:line="300" w:lineRule="auto"/>
        <w:jc w:val="left"/>
      </w:pPr>
      <w:r>
        <w:rPr>
          <w:rFonts w:ascii="Times New Roman" w:hAnsi="Times New Roman" w:eastAsia="宋体"/>
          <w:b w:val="0"/>
          <w:i w:val="0"/>
          <w:color w:val="333333"/>
          <w:sz w:val="19"/>
        </w:rPr>
        <w:t>f(2023)=f(7)· f(17²)</w:t>
      </w:r>
    </w:p>
    <w:p>
      <w:pPr>
        <w:spacing w:before="0" w:after="80" w:line="300" w:lineRule="auto"/>
        <w:jc w:val="left"/>
      </w:pPr>
      <w:r>
        <w:rPr>
          <w:rFonts w:ascii="Times New Roman" w:hAnsi="Times New Roman" w:eastAsia="宋体"/>
          <w:b w:val="0"/>
          <w:i w:val="0"/>
          <w:color w:val="333333"/>
          <w:sz w:val="19"/>
        </w:rPr>
        <w:t>=(1-7)(1-17)</w:t>
      </w:r>
    </w:p>
    <w:p>
      <w:pPr>
        <w:spacing w:before="0" w:after="80" w:line="300" w:lineRule="auto"/>
        <w:jc w:val="left"/>
      </w:pPr>
      <w:r>
        <w:rPr>
          <w:rFonts w:ascii="Times New Roman" w:hAnsi="Times New Roman" w:eastAsia="宋体"/>
          <w:b w:val="0"/>
          <w:i w:val="0"/>
          <w:color w:val="333333"/>
          <w:sz w:val="19"/>
        </w:rPr>
        <w:t>=(-6)(-16)</w:t>
      </w:r>
    </w:p>
    <w:p>
      <w:pPr>
        <w:spacing w:before="0" w:after="80" w:line="300" w:lineRule="auto"/>
        <w:jc w:val="left"/>
      </w:pPr>
      <w:r>
        <w:rPr>
          <w:rFonts w:ascii="Times New Roman" w:hAnsi="Times New Roman" w:eastAsia="宋体"/>
          <w:b w:val="0"/>
          <w:i w:val="0"/>
          <w:color w:val="333333"/>
          <w:sz w:val="19"/>
        </w:rPr>
        <w:t>=96.</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23 题　答案 B</w:t>
      </w:r>
    </w:p>
    <w:p>
      <w:pPr>
        <w:spacing w:before="0" w:after="80" w:line="300" w:lineRule="auto"/>
        <w:jc w:val="left"/>
      </w:pPr>
      <w:r>
        <w:rPr>
          <w:rFonts w:ascii="Times New Roman" w:hAnsi="Times New Roman" w:eastAsia="宋体"/>
          <w:b w:val="0"/>
          <w:i w:val="0"/>
          <w:sz w:val="21"/>
        </w:rPr>
        <w:t>由 AM-GM，1+2a≥ 2√(2a)，2+2b≥ 4√(b)，且 2a+b≥ 2√(2ab)。相乘得</w:t>
      </w:r>
    </w:p>
    <w:p>
      <w:pPr>
        <w:spacing w:before="0" w:after="80" w:line="300" w:lineRule="auto"/>
        <w:jc w:val="left"/>
      </w:pPr>
      <w:r>
        <w:rPr>
          <w:rFonts w:ascii="Times New Roman" w:hAnsi="Times New Roman" w:eastAsia="宋体"/>
          <w:b w:val="0"/>
          <w:i w:val="0"/>
          <w:sz w:val="21"/>
        </w:rPr>
        <w:t>(1+2a)(2+2b)(2a+b)</w:t>
      </w:r>
    </w:p>
    <w:p>
      <w:pPr>
        <w:spacing w:before="0" w:after="80" w:line="300" w:lineRule="auto"/>
        <w:jc w:val="left"/>
      </w:pPr>
      <w:r>
        <w:rPr>
          <w:rFonts w:ascii="Times New Roman" w:hAnsi="Times New Roman" w:eastAsia="宋体"/>
          <w:b w:val="0"/>
          <w:i w:val="0"/>
          <w:sz w:val="21"/>
        </w:rPr>
        <w:t>≥ 16√(2a)·√(b)·√(2ab)</w:t>
      </w:r>
    </w:p>
    <w:p>
      <w:pPr>
        <w:spacing w:before="0" w:after="80" w:line="300" w:lineRule="auto"/>
        <w:jc w:val="left"/>
      </w:pPr>
      <w:r>
        <w:rPr>
          <w:rFonts w:ascii="Times New Roman" w:hAnsi="Times New Roman" w:eastAsia="宋体"/>
          <w:b w:val="0"/>
          <w:i w:val="0"/>
          <w:sz w:val="21"/>
        </w:rPr>
        <w:t>=32ab</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等号要求 1=2a、2=2b 和 2a=b 同时成立。这给出 a=1/2、b=1，且三者相容，所以恰有一个解。</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By AM-GM, 1+2a≥ 2√(2a), 2+2b≥ 4√(b), and 2a+b≥ 2√(2ab). Multiplying,</w:t>
      </w:r>
    </w:p>
    <w:p>
      <w:pPr>
        <w:spacing w:before="0" w:after="80" w:line="300" w:lineRule="auto"/>
        <w:jc w:val="left"/>
      </w:pPr>
      <w:r>
        <w:rPr>
          <w:rFonts w:ascii="Times New Roman" w:hAnsi="Times New Roman" w:eastAsia="宋体"/>
          <w:b w:val="0"/>
          <w:i w:val="0"/>
          <w:color w:val="333333"/>
          <w:sz w:val="19"/>
        </w:rPr>
        <w:t>(1+2a)(2+2b)(2a+b)</w:t>
      </w:r>
    </w:p>
    <w:p>
      <w:pPr>
        <w:spacing w:before="0" w:after="80" w:line="300" w:lineRule="auto"/>
        <w:jc w:val="left"/>
      </w:pPr>
      <w:r>
        <w:rPr>
          <w:rFonts w:ascii="Times New Roman" w:hAnsi="Times New Roman" w:eastAsia="宋体"/>
          <w:b w:val="0"/>
          <w:i w:val="0"/>
          <w:color w:val="333333"/>
          <w:sz w:val="19"/>
        </w:rPr>
        <w:t>≥ 16√(2a)·√(b)·√(2ab)</w:t>
      </w:r>
    </w:p>
    <w:p>
      <w:pPr>
        <w:spacing w:before="0" w:after="80" w:line="300" w:lineRule="auto"/>
        <w:jc w:val="left"/>
      </w:pPr>
      <w:r>
        <w:rPr>
          <w:rFonts w:ascii="Times New Roman" w:hAnsi="Times New Roman" w:eastAsia="宋体"/>
          <w:b w:val="0"/>
          <w:i w:val="0"/>
          <w:color w:val="333333"/>
          <w:sz w:val="19"/>
        </w:rPr>
        <w:t>=32ab.</w:t>
      </w:r>
    </w:p>
    <w:p>
      <w:pPr>
        <w:spacing w:before="0" w:after="80" w:line="300" w:lineRule="auto"/>
        <w:jc w:val="left"/>
      </w:pPr>
      <w:r>
        <w:rPr>
          <w:rFonts w:ascii="Times New Roman" w:hAnsi="Times New Roman" w:eastAsia="宋体"/>
          <w:b w:val="0"/>
          <w:i w:val="0"/>
          <w:color w:val="333333"/>
          <w:sz w:val="19"/>
        </w:rPr>
        <w:t>Equality requires 1=2a, 2=2b, and 2a=b simultaneously. These give a=1/2, b=1, which are consistent, so there is exactly one solution.</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24 题　答案 C</w:t>
      </w:r>
    </w:p>
    <w:p>
      <w:pPr>
        <w:spacing w:before="0" w:after="80" w:line="300" w:lineRule="auto"/>
        <w:jc w:val="left"/>
      </w:pPr>
      <w:r>
        <w:rPr>
          <w:rFonts w:ascii="Times New Roman" w:hAnsi="Times New Roman" w:eastAsia="宋体"/>
          <w:b w:val="0"/>
          <w:i w:val="0"/>
          <w:sz w:val="21"/>
        </w:rPr>
        <w:t>对固定长度 n，{1,…,10} 中的每个元素可以独立选择永不出现，或第一次出现在 A₁,…,Aₙ 中的某一个，因此每个元素有 n+1 种选择。于是长度为 n 的链有 (n+1)¹⁰ 条。</w:t>
      </w:r>
    </w:p>
    <w:p>
      <w:pPr>
        <w:spacing w:before="0" w:after="80" w:line="300" w:lineRule="auto"/>
        <w:jc w:val="left"/>
      </w:pPr>
      <w:r>
        <w:rPr>
          <w:rFonts w:ascii="Times New Roman" w:hAnsi="Times New Roman" w:eastAsia="宋体"/>
          <w:b w:val="0"/>
          <w:i w:val="0"/>
          <w:sz w:val="21"/>
        </w:rPr>
        <w:t>因此</w:t>
      </w:r>
    </w:p>
    <w:p>
      <w:pPr>
        <w:spacing w:before="0" w:after="80" w:line="300" w:lineRule="auto"/>
        <w:jc w:val="left"/>
      </w:pPr>
      <w:r>
        <w:rPr>
          <w:rFonts w:ascii="Times New Roman" w:hAnsi="Times New Roman" w:eastAsia="宋体"/>
          <w:b w:val="0"/>
          <w:i w:val="0"/>
          <w:sz w:val="21"/>
        </w:rPr>
        <w:t>K=Σₙ₌₁¹⁰(n+1)¹⁰=Σₖ₌₂¹¹k¹⁰。</w:t>
      </w:r>
    </w:p>
    <w:p>
      <w:pPr>
        <w:spacing w:before="0" w:after="80" w:line="300" w:lineRule="auto"/>
        <w:jc w:val="left"/>
      </w:pPr>
      <w:r>
        <w:rPr>
          <w:rFonts w:ascii="Times New Roman" w:hAnsi="Times New Roman" w:eastAsia="宋体"/>
          <w:b w:val="0"/>
          <w:i w:val="0"/>
          <w:sz w:val="21"/>
        </w:rPr>
        <w:t>模 10 时，k=2,…,11 各项化为 4,9,6,5,6,9,4,1,0,1，和为 45≡ 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a fixed length n, each element of {1,…,10} independently either never appears or first appears in one of A₁,…,Aₙ, giving n+1 choices. Hence there are (n+1)¹⁰ chains of length n.</w:t>
      </w:r>
    </w:p>
    <w:p>
      <w:pPr>
        <w:spacing w:before="0" w:after="80" w:line="300" w:lineRule="auto"/>
        <w:jc w:val="left"/>
      </w:pPr>
      <w:r>
        <w:rPr>
          <w:rFonts w:ascii="Times New Roman" w:hAnsi="Times New Roman" w:eastAsia="宋体"/>
          <w:b w:val="0"/>
          <w:i w:val="0"/>
          <w:color w:val="333333"/>
          <w:sz w:val="19"/>
        </w:rPr>
        <w:t>Summing,</w:t>
      </w:r>
    </w:p>
    <w:p>
      <w:pPr>
        <w:spacing w:before="0" w:after="80" w:line="300" w:lineRule="auto"/>
        <w:jc w:val="left"/>
      </w:pPr>
      <w:r>
        <w:rPr>
          <w:rFonts w:ascii="Times New Roman" w:hAnsi="Times New Roman" w:eastAsia="宋体"/>
          <w:b w:val="0"/>
          <w:i w:val="0"/>
          <w:color w:val="333333"/>
          <w:sz w:val="19"/>
        </w:rPr>
        <w:t>K=Σₙ₌₁¹⁰(n+1)¹⁰=Σₖ₌₂¹¹k¹⁰.</w:t>
      </w:r>
    </w:p>
    <w:p>
      <w:pPr>
        <w:spacing w:before="0" w:after="80" w:line="300" w:lineRule="auto"/>
        <w:jc w:val="left"/>
      </w:pPr>
      <w:r>
        <w:rPr>
          <w:rFonts w:ascii="Times New Roman" w:hAnsi="Times New Roman" w:eastAsia="宋体"/>
          <w:b w:val="0"/>
          <w:i w:val="0"/>
          <w:color w:val="333333"/>
          <w:sz w:val="19"/>
        </w:rPr>
        <w:t>Modulo 10, the terms k=2,…,11 reduce to 4,9,6,5,6,9,4,1,0,1, which sum to 45≡ 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25 题　答案 C</w:t>
      </w:r>
    </w:p>
    <w:p>
      <w:pPr>
        <w:spacing w:before="0" w:after="80" w:line="300" w:lineRule="auto"/>
        <w:jc w:val="left"/>
      </w:pPr>
      <w:r>
        <w:rPr>
          <w:rFonts w:ascii="Times New Roman" w:hAnsi="Times New Roman" w:eastAsia="宋体"/>
          <w:b w:val="0"/>
          <w:i w:val="0"/>
          <w:sz w:val="21"/>
        </w:rPr>
        <w:t>由 De Moivre 公式，(cos x+isin x)²⁰²³ =cos 2023x+isin 2023x。展开左边并取虚部与实部之比，再把分子、分母同除以 cos²⁰²³x，即可把 tan 2023x 写成题中关于 tan x 的有理函数。</w:t>
      </w:r>
    </w:p>
    <w:p>
      <w:pPr>
        <w:spacing w:before="0" w:after="80" w:line="300" w:lineRule="auto"/>
        <w:jc w:val="left"/>
      </w:pPr>
      <w:r>
        <w:rPr>
          <w:rFonts w:ascii="Times New Roman" w:hAnsi="Times New Roman" w:eastAsia="宋体"/>
          <w:b w:val="0"/>
          <w:i w:val="0"/>
          <w:sz w:val="21"/>
        </w:rPr>
        <w:t>系数 a₂₀₂₃ 是分子中 tan²⁰²³x 的系数，来自 k=2023 项：</w:t>
      </w:r>
    </w:p>
    <w:p>
      <w:pPr>
        <w:spacing w:before="0" w:after="80" w:line="300" w:lineRule="auto"/>
        <w:jc w:val="left"/>
      </w:pPr>
      <w:r>
        <w:rPr>
          <w:rFonts w:ascii="Times New Roman" w:hAnsi="Times New Roman" w:eastAsia="宋体"/>
          <w:b w:val="0"/>
          <w:i w:val="0"/>
          <w:sz w:val="21"/>
        </w:rPr>
        <w:t>a₂₀₂₃=(-1)^(2023-1/2)C(2023, 2023)</w:t>
      </w:r>
    </w:p>
    <w:p>
      <w:pPr>
        <w:spacing w:before="0" w:after="80" w:line="300" w:lineRule="auto"/>
        <w:jc w:val="left"/>
      </w:pPr>
      <w:r>
        <w:rPr>
          <w:rFonts w:ascii="Times New Roman" w:hAnsi="Times New Roman" w:eastAsia="宋体"/>
          <w:b w:val="0"/>
          <w:i w:val="0"/>
          <w:sz w:val="21"/>
        </w:rPr>
        <w:t>=(-1)¹⁰¹¹</w:t>
      </w:r>
    </w:p>
    <w:p>
      <w:pPr>
        <w:spacing w:before="0" w:after="80" w:line="300" w:lineRule="auto"/>
        <w:jc w:val="left"/>
      </w:pPr>
      <w:r>
        <w:rPr>
          <w:rFonts w:ascii="Times New Roman" w:hAnsi="Times New Roman" w:eastAsia="宋体"/>
          <w:b w:val="0"/>
          <w:i w:val="0"/>
          <w:sz w:val="21"/>
        </w:rPr>
        <w:t>=-1</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By De Moivre, (cos x+isin x)²⁰²³ =cos 2023x+isin 2023x. Expanding the left side and taking the ratio of imaginary to real parts gives tan 2023x as the stated rational function of tan x after dividing numerator and denominator by cos²⁰²³x.</w:t>
      </w:r>
    </w:p>
    <w:p>
      <w:pPr>
        <w:spacing w:before="0" w:after="80" w:line="300" w:lineRule="auto"/>
        <w:jc w:val="left"/>
      </w:pPr>
      <w:r>
        <w:rPr>
          <w:rFonts w:ascii="Times New Roman" w:hAnsi="Times New Roman" w:eastAsia="宋体"/>
          <w:b w:val="0"/>
          <w:i w:val="0"/>
          <w:color w:val="333333"/>
          <w:sz w:val="19"/>
        </w:rPr>
        <w:t>The coefficient a₂₀₂₃ is the coefficient of tan²⁰²³x in the numerator, which comes from the k=2023 term:</w:t>
      </w:r>
    </w:p>
    <w:p>
      <w:pPr>
        <w:spacing w:before="0" w:after="80" w:line="300" w:lineRule="auto"/>
        <w:jc w:val="left"/>
      </w:pPr>
      <w:r>
        <w:rPr>
          <w:rFonts w:ascii="Times New Roman" w:hAnsi="Times New Roman" w:eastAsia="宋体"/>
          <w:b w:val="0"/>
          <w:i w:val="0"/>
          <w:color w:val="333333"/>
          <w:sz w:val="19"/>
        </w:rPr>
        <w:t>a₂₀₂₃=(-1)^(2023-1/2)C(2023, 2023)</w:t>
      </w:r>
    </w:p>
    <w:p>
      <w:pPr>
        <w:spacing w:before="0" w:after="80" w:line="300" w:lineRule="auto"/>
        <w:jc w:val="left"/>
      </w:pPr>
      <w:r>
        <w:rPr>
          <w:rFonts w:ascii="Times New Roman" w:hAnsi="Times New Roman" w:eastAsia="宋体"/>
          <w:b w:val="0"/>
          <w:i w:val="0"/>
          <w:color w:val="333333"/>
          <w:sz w:val="19"/>
        </w:rPr>
        <w:t>=(-1)¹⁰¹¹</w:t>
      </w:r>
    </w:p>
    <w:p>
      <w:pPr>
        <w:spacing w:before="0" w:after="80" w:line="300" w:lineRule="auto"/>
        <w:jc w:val="left"/>
      </w:pPr>
      <w:r>
        <w:rPr>
          <w:rFonts w:ascii="Times New Roman" w:hAnsi="Times New Roman" w:eastAsia="宋体"/>
          <w:b w:val="0"/>
          <w:i w:val="0"/>
          <w:color w:val="333333"/>
          <w:sz w:val="19"/>
        </w:rPr>
        <w:t>=-1.</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