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2022A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3+1/(3+1/(3+1/3))？</w:t>
      </w:r>
    </w:p>
    <w:p>
      <w:pPr>
        <w:spacing w:before="0" w:after="120" w:line="300" w:lineRule="auto"/>
      </w:pPr>
      <w:r>
        <w:rPr>
          <w:rFonts w:ascii="Times New Roman" w:hAnsi="Times New Roman" w:eastAsia="宋体"/>
          <w:b w:val="0"/>
          <w:i w:val="0"/>
          <w:sz w:val="21"/>
        </w:rPr>
        <w:t>（A）31/10　　（B）49/15　　（C）33/10　　（D）109/33　　（E）15/4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3+1/(3+1/(3+1/3))?</w:t>
      </w:r>
    </w:p>
    <w:p>
      <w:pPr>
        <w:spacing w:before="0" w:after="160" w:line="300" w:lineRule="auto"/>
      </w:pPr>
      <w:r>
        <w:rPr>
          <w:rFonts w:ascii="Times New Roman" w:hAnsi="Times New Roman" w:eastAsia="宋体"/>
          <w:b w:val="0"/>
          <w:i w:val="0"/>
          <w:color w:val="333333"/>
          <w:sz w:val="19"/>
        </w:rPr>
        <w:t>(A) 31/10　　(B) 49/15　　(C) 33/10　　(D) 109/33　　(E) 15/4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三个数的和为 96。第一个数是第三个数的 6 倍，第三个数比第二个数少 40。第一个数与第二个数之差的绝对值是多少？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three numbers is 96. The first number is 6 times the third number, and the third number is 40 less than the second number. What is the absolute value of the difference between the first and second numbers?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五个矩形 A，B，C，D，和 E，如下图所示排列成一个正方形。这些矩形的尺寸分别为 1×6，2×4，5×6，2×7，和 2×3。（图形未按比例绘制。）中间的阴影矩形是这五个矩形中的哪一个？</w:t>
      </w:r>
    </w:p>
    <w:p>
      <w:pPr>
        <w:spacing w:before="80" w:after="80"/>
        <w:jc w:val="center"/>
      </w:pPr>
      <w:r>
        <w:drawing>
          <wp:inline xmlns:a="http://schemas.openxmlformats.org/drawingml/2006/main" xmlns:pic="http://schemas.openxmlformats.org/drawingml/2006/picture">
            <wp:extent cx="1452700" cy="1452700"/>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452700" cy="1452700"/>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rectangles, A, B, C, D, and E, are arranged in a square as shown below. These rectangles have dimensions 1×6, 2×4, 5×6, 2×7, and 2×3, respectively. (The figure is not drawn to scale.) Which of the five rectangles is the shaded one in the middle?</w:t>
      </w:r>
    </w:p>
    <w:p>
      <w:pPr>
        <w:spacing w:before="80" w:after="80"/>
        <w:jc w:val="center"/>
      </w:pPr>
      <w:r>
        <w:drawing>
          <wp:inline xmlns:a="http://schemas.openxmlformats.org/drawingml/2006/main" xmlns:pic="http://schemas.openxmlformats.org/drawingml/2006/picture">
            <wp:extent cx="1452700" cy="1452700"/>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452700" cy="145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正整数 n 与 18 的最小公倍数为 180，且 n 与 45 的最大公因数为 15。求 n 的各位数字之和。</w:t>
      </w:r>
    </w:p>
    <w:p>
      <w:pPr>
        <w:spacing w:before="0" w:after="120" w:line="300" w:lineRule="auto"/>
      </w:pPr>
      <w:r>
        <w:rPr>
          <w:rFonts w:ascii="Times New Roman" w:hAnsi="Times New Roman" w:eastAsia="宋体"/>
          <w:b w:val="0"/>
          <w:i w:val="0"/>
          <w:sz w:val="21"/>
        </w:rPr>
        <w:t>（A）3　　（B）6　　（C）8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common multiple of a positive integer n and 18 is 180, and the greatest common divisor of n and 45 is 15. What is the sum of the digits of n?</w:t>
      </w:r>
    </w:p>
    <w:p>
      <w:pPr>
        <w:spacing w:before="0" w:after="160" w:line="300" w:lineRule="auto"/>
      </w:pPr>
      <w:r>
        <w:rPr>
          <w:rFonts w:ascii="Times New Roman" w:hAnsi="Times New Roman" w:eastAsia="宋体"/>
          <w:b w:val="0"/>
          <w:i w:val="0"/>
          <w:color w:val="333333"/>
          <w:sz w:val="19"/>
        </w:rPr>
        <w:t>(A) 3　　(B) 6　　(C) 8　　(D) 9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在坐标平面中，点 (x₁,y₁) 与 (x₂,y₂) 的</w:t>
      </w:r>
      <w:r>
        <w:rPr>
          <w:rFonts w:ascii="Times New Roman" w:hAnsi="Times New Roman" w:eastAsia="宋体"/>
          <w:b w:val="0"/>
          <w:i/>
          <w:sz w:val="21"/>
        </w:rPr>
        <w:t>出租车距离</w:t>
      </w:r>
      <w:r>
        <w:rPr>
          <w:rFonts w:ascii="Times New Roman" w:hAnsi="Times New Roman" w:eastAsia="宋体"/>
          <w:b w:val="0"/>
          <w:i w:val="0"/>
          <w:sz w:val="21"/>
        </w:rPr>
        <w:t>定义为 |x₁-x₂|+|y₁-y₂|。有多少个整数坐标点 P，使得 P 到原点的出租车距离小于或等于 20？</w:t>
      </w:r>
    </w:p>
    <w:p>
      <w:pPr>
        <w:spacing w:before="0" w:after="120" w:line="300" w:lineRule="auto"/>
      </w:pPr>
      <w:r>
        <w:rPr>
          <w:rFonts w:ascii="Times New Roman" w:hAnsi="Times New Roman" w:eastAsia="宋体"/>
          <w:b w:val="0"/>
          <w:i w:val="0"/>
          <w:sz w:val="21"/>
        </w:rPr>
        <w:t>（A）441　　（B）761　　（C）841　　（D）921　　（E）924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w:t>
      </w:r>
      <w:r>
        <w:rPr>
          <w:rFonts w:ascii="Times New Roman" w:hAnsi="Times New Roman" w:eastAsia="宋体"/>
          <w:b w:val="0"/>
          <w:i/>
          <w:color w:val="333333"/>
          <w:sz w:val="19"/>
        </w:rPr>
        <w:t>taxicab distance</w:t>
      </w:r>
      <w:r>
        <w:rPr>
          <w:rFonts w:ascii="Times New Roman" w:hAnsi="Times New Roman" w:eastAsia="宋体"/>
          <w:b w:val="0"/>
          <w:i w:val="0"/>
          <w:color w:val="333333"/>
          <w:sz w:val="19"/>
        </w:rPr>
        <w:t>between points (x₁,y₁) and (x₂,y₂) in the coordinate plane be given by |x₁-x₂|+|y₁-y₂|. For how many points P with integer coordinates is the taxicab distance between P and the origin less than or equal to 20?</w:t>
      </w:r>
    </w:p>
    <w:p>
      <w:pPr>
        <w:spacing w:before="0" w:after="160" w:line="300" w:lineRule="auto"/>
      </w:pPr>
      <w:r>
        <w:rPr>
          <w:rFonts w:ascii="Times New Roman" w:hAnsi="Times New Roman" w:eastAsia="宋体"/>
          <w:b w:val="0"/>
          <w:i w:val="0"/>
          <w:color w:val="333333"/>
          <w:sz w:val="19"/>
        </w:rPr>
        <w:t>(A) 441　　(B) 761　　(C) 841　　(D) 921　　(E) 924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一个数据集由 6 个不一定互异的正整数组成：1，7，5，2，5，和 X。这 6 个数的平均数等于数据集中的某个数。所有正的 X 值之和是多少？</w:t>
      </w:r>
    </w:p>
    <w:p>
      <w:pPr>
        <w:spacing w:before="0" w:after="120" w:line="300" w:lineRule="auto"/>
      </w:pPr>
      <w:r>
        <w:rPr>
          <w:rFonts w:ascii="Times New Roman" w:hAnsi="Times New Roman" w:eastAsia="宋体"/>
          <w:b w:val="0"/>
          <w:i w:val="0"/>
          <w:sz w:val="21"/>
        </w:rPr>
        <w:t>（A）10　　（B）26　　（C）32　　（D）36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data set consists of 6 (not distinct) positive integers: 1, 7, 5, 2, 5, and X. The average (arithmetic mean) of the 6 numbers equals a value in the data set. What is the sum of all positive values of X?</w:t>
      </w:r>
    </w:p>
    <w:p>
      <w:pPr>
        <w:spacing w:before="0" w:after="160" w:line="300" w:lineRule="auto"/>
      </w:pPr>
      <w:r>
        <w:rPr>
          <w:rFonts w:ascii="Times New Roman" w:hAnsi="Times New Roman" w:eastAsia="宋体"/>
          <w:b w:val="0"/>
          <w:i w:val="0"/>
          <w:color w:val="333333"/>
          <w:sz w:val="19"/>
        </w:rPr>
        <w:t>(A) 10　　(B) 26　　(C) 32　　(D) 36　　(E) 40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一个长方形如图被分成 5 个区域。每个区域要涂成一种纯色，可选颜色为红、橙、黄、蓝、绿。相接触的区域必须涂成不同颜色，颜色可以重复使用。共有多少种不同的涂色方法？</w:t>
      </w:r>
    </w:p>
    <w:p>
      <w:pPr>
        <w:spacing w:before="80" w:after="80"/>
        <w:jc w:val="center"/>
      </w:pPr>
      <w:r>
        <w:drawing>
          <wp:inline xmlns:a="http://schemas.openxmlformats.org/drawingml/2006/main" xmlns:pic="http://schemas.openxmlformats.org/drawingml/2006/picture">
            <wp:extent cx="1452700" cy="732699"/>
            <wp:docPr id="3" name="Picture 3"/>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1452700" cy="732699"/>
                    </a:xfrm>
                    <a:prstGeom prst="rect"/>
                  </pic:spPr>
                </pic:pic>
              </a:graphicData>
            </a:graphic>
          </wp:inline>
        </w:drawing>
      </w:r>
    </w:p>
    <w:p>
      <w:pPr>
        <w:spacing w:before="0" w:after="120" w:line="300" w:lineRule="auto"/>
      </w:pPr>
      <w:r>
        <w:rPr>
          <w:rFonts w:ascii="Times New Roman" w:hAnsi="Times New Roman" w:eastAsia="宋体"/>
          <w:b w:val="0"/>
          <w:i w:val="0"/>
          <w:sz w:val="21"/>
        </w:rPr>
        <w:t>（A）120　　（B）270　　（C）360　　（D）540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is partitioned into 5 regions as shown. Each region is to be painted a solid color - red, orange, yellow, blue, or green - so that regions that touch are painted different colors, and colors can be used more than once. How many different colorings are possible?</w:t>
      </w:r>
    </w:p>
    <w:p>
      <w:pPr>
        <w:spacing w:before="80" w:after="80"/>
        <w:jc w:val="center"/>
      </w:pPr>
      <w:r>
        <w:drawing>
          <wp:inline xmlns:a="http://schemas.openxmlformats.org/drawingml/2006/main" xmlns:pic="http://schemas.openxmlformats.org/drawingml/2006/picture">
            <wp:extent cx="1452700" cy="732699"/>
            <wp:docPr id="4" name="Picture 4"/>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1452700" cy="732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120　　(B) 270　　(C) 360　　(D) 540　　(E) 720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无限乘积</w:t>
      </w:r>
    </w:p>
    <w:p>
      <w:pPr>
        <w:spacing w:before="0" w:after="80" w:line="300" w:lineRule="auto"/>
        <w:jc w:val="left"/>
      </w:pPr>
      <w:r>
        <w:rPr>
          <w:rFonts w:ascii="Times New Roman" w:hAnsi="Times New Roman" w:eastAsia="宋体"/>
          <w:b w:val="0"/>
          <w:i w:val="0"/>
          <w:sz w:val="21"/>
        </w:rPr>
        <w:t>³√(10)·³√(³√(10))·³√(³√(³√(10)))⋯</w:t>
      </w:r>
    </w:p>
    <w:p>
      <w:pPr>
        <w:spacing w:before="0" w:after="80" w:line="300" w:lineRule="auto"/>
        <w:jc w:val="left"/>
      </w:pPr>
      <w:r>
        <w:rPr>
          <w:rFonts w:ascii="Times New Roman" w:hAnsi="Times New Roman" w:eastAsia="宋体"/>
          <w:b w:val="0"/>
          <w:i w:val="0"/>
          <w:sz w:val="21"/>
        </w:rPr>
        <w:t>收敛到一个实数。这个数是多少？</w:t>
      </w:r>
    </w:p>
    <w:p>
      <w:pPr>
        <w:spacing w:before="0" w:after="120" w:line="300" w:lineRule="auto"/>
      </w:pPr>
      <w:r>
        <w:rPr>
          <w:rFonts w:ascii="Times New Roman" w:hAnsi="Times New Roman" w:eastAsia="宋体"/>
          <w:b w:val="0"/>
          <w:i w:val="0"/>
          <w:sz w:val="21"/>
        </w:rPr>
        <w:t>（A）√(10)　　（B）³√(100)　　（C）⁴√(1000)　　（D）10　　（E）10³√(10)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infinite product</w:t>
      </w:r>
    </w:p>
    <w:p>
      <w:pPr>
        <w:spacing w:before="0" w:after="80" w:line="300" w:lineRule="auto"/>
        <w:jc w:val="left"/>
      </w:pPr>
      <w:r>
        <w:rPr>
          <w:rFonts w:ascii="Times New Roman" w:hAnsi="Times New Roman" w:eastAsia="宋体"/>
          <w:b w:val="0"/>
          <w:i w:val="0"/>
          <w:color w:val="333333"/>
          <w:sz w:val="19"/>
        </w:rPr>
        <w:t>³√(10)·³√(³√(10))·³√(³√(³√(10)))⋯</w:t>
      </w:r>
    </w:p>
    <w:p>
      <w:pPr>
        <w:spacing w:before="0" w:after="80" w:line="300" w:lineRule="auto"/>
        <w:jc w:val="left"/>
      </w:pPr>
      <w:r>
        <w:rPr>
          <w:rFonts w:ascii="Times New Roman" w:hAnsi="Times New Roman" w:eastAsia="宋体"/>
          <w:b w:val="0"/>
          <w:i w:val="0"/>
          <w:color w:val="333333"/>
          <w:sz w:val="19"/>
        </w:rPr>
        <w:t>evaluates to a real number. What is that number?</w:t>
      </w:r>
    </w:p>
    <w:p>
      <w:pPr>
        <w:spacing w:before="0" w:after="160" w:line="300" w:lineRule="auto"/>
      </w:pPr>
      <w:r>
        <w:rPr>
          <w:rFonts w:ascii="Times New Roman" w:hAnsi="Times New Roman" w:eastAsia="宋体"/>
          <w:b w:val="0"/>
          <w:i w:val="0"/>
          <w:color w:val="333333"/>
          <w:sz w:val="19"/>
        </w:rPr>
        <w:t>(A) √(10)　　(B) ³√(100)　　(C) ⁴√(1000)　　(D) 10　　(E) 10³√(10)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万圣节时，31 个孩子走进校长办公室要糖果。他们可以分为三类：有些总是说谎；有些总是说真话；有些交替说谎和说真话。交替者可以任意选择第一次回答是谎话还是真话，但之后每句话的真假都与前一句相反。校长按以下顺序问每个人相同的三个问题。</w:t>
      </w:r>
    </w:p>
    <w:p>
      <w:pPr>
        <w:spacing w:before="0" w:after="80" w:line="300" w:lineRule="auto"/>
        <w:jc w:val="left"/>
      </w:pPr>
      <w:r>
        <w:rPr>
          <w:rFonts w:ascii="Times New Roman" w:hAnsi="Times New Roman" w:eastAsia="宋体"/>
          <w:b w:val="0"/>
          <w:i w:val="0"/>
          <w:sz w:val="21"/>
        </w:rPr>
        <w:t>“你是说真话者吗？”校长给每个回答“是”的 22 个孩子一颗糖。</w:t>
      </w:r>
    </w:p>
    <w:p>
      <w:pPr>
        <w:spacing w:before="0" w:after="80" w:line="300" w:lineRule="auto"/>
        <w:jc w:val="left"/>
      </w:pPr>
      <w:r>
        <w:rPr>
          <w:rFonts w:ascii="Times New Roman" w:hAnsi="Times New Roman" w:eastAsia="宋体"/>
          <w:b w:val="0"/>
          <w:i w:val="0"/>
          <w:sz w:val="21"/>
        </w:rPr>
        <w:t>“你是交替者吗？”校长给每个回答“是”的 15 个孩子一颗糖。</w:t>
      </w:r>
    </w:p>
    <w:p>
      <w:pPr>
        <w:spacing w:before="0" w:after="80" w:line="300" w:lineRule="auto"/>
        <w:jc w:val="left"/>
      </w:pPr>
      <w:r>
        <w:rPr>
          <w:rFonts w:ascii="Times New Roman" w:hAnsi="Times New Roman" w:eastAsia="宋体"/>
          <w:b w:val="0"/>
          <w:i w:val="0"/>
          <w:sz w:val="21"/>
        </w:rPr>
        <w:t>“你是说谎者吗？”校长给每个回答“是”的 9 个孩子一颗糖。</w:t>
      </w:r>
    </w:p>
    <w:p>
      <w:pPr>
        <w:spacing w:before="0" w:after="80" w:line="300" w:lineRule="auto"/>
        <w:jc w:val="left"/>
      </w:pPr>
      <w:r>
        <w:rPr>
          <w:rFonts w:ascii="Times New Roman" w:hAnsi="Times New Roman" w:eastAsia="宋体"/>
          <w:b w:val="0"/>
          <w:i w:val="0"/>
          <w:sz w:val="21"/>
        </w:rPr>
        <w:t>校长一共给总是说真话的孩子发了多少颗糖？</w:t>
      </w:r>
    </w:p>
    <w:p>
      <w:pPr>
        <w:spacing w:before="0" w:after="120" w:line="300" w:lineRule="auto"/>
      </w:pPr>
      <w:r>
        <w:rPr>
          <w:rFonts w:ascii="Times New Roman" w:hAnsi="Times New Roman" w:eastAsia="宋体"/>
          <w:b w:val="0"/>
          <w:i w:val="0"/>
          <w:sz w:val="21"/>
        </w:rPr>
        <w:t>（A）7　　（B）12　　（C）21　　（D）27　　（E）31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Halloween 31 children walked into the principal’s office asking for candy. They can be classified into three types: some always lie; some always tell the truth; and some alternately lie and tell the truth. The alternaters arbitrarily choose their first response, either a lie or the truth, but each subsequent statement has the opposite truth value from its predecessor. The principal asked everyone the same three questions in this order.</w:t>
      </w:r>
    </w:p>
    <w:p>
      <w:pPr>
        <w:spacing w:before="0" w:after="80" w:line="300" w:lineRule="auto"/>
        <w:jc w:val="left"/>
      </w:pPr>
      <w:r>
        <w:rPr>
          <w:rFonts w:ascii="Times New Roman" w:hAnsi="Times New Roman" w:eastAsia="宋体"/>
          <w:b w:val="0"/>
          <w:i w:val="0"/>
          <w:color w:val="333333"/>
          <w:sz w:val="19"/>
        </w:rPr>
        <w:t>“Are you a truth-teller?” The principal gave a piece of candy to each of the 22 children who answered yes.</w:t>
      </w:r>
    </w:p>
    <w:p>
      <w:pPr>
        <w:spacing w:before="0" w:after="80" w:line="300" w:lineRule="auto"/>
        <w:jc w:val="left"/>
      </w:pPr>
      <w:r>
        <w:rPr>
          <w:rFonts w:ascii="Times New Roman" w:hAnsi="Times New Roman" w:eastAsia="宋体"/>
          <w:b w:val="0"/>
          <w:i w:val="0"/>
          <w:color w:val="333333"/>
          <w:sz w:val="19"/>
        </w:rPr>
        <w:t>“Are you an alternater?” The principal gave a piece of candy to each of the 15 children who answered yes.</w:t>
      </w:r>
    </w:p>
    <w:p>
      <w:pPr>
        <w:spacing w:before="0" w:after="80" w:line="300" w:lineRule="auto"/>
        <w:jc w:val="left"/>
      </w:pPr>
      <w:r>
        <w:rPr>
          <w:rFonts w:ascii="Times New Roman" w:hAnsi="Times New Roman" w:eastAsia="宋体"/>
          <w:b w:val="0"/>
          <w:i w:val="0"/>
          <w:color w:val="333333"/>
          <w:sz w:val="19"/>
        </w:rPr>
        <w:t>“Are you a liar?” The principal gave a piece of candy to each of the 9 children who answered yes.</w:t>
      </w:r>
    </w:p>
    <w:p>
      <w:pPr>
        <w:spacing w:before="0" w:after="80" w:line="300" w:lineRule="auto"/>
        <w:jc w:val="left"/>
      </w:pPr>
      <w:r>
        <w:rPr>
          <w:rFonts w:ascii="Times New Roman" w:hAnsi="Times New Roman" w:eastAsia="宋体"/>
          <w:b w:val="0"/>
          <w:i w:val="0"/>
          <w:color w:val="333333"/>
          <w:sz w:val="19"/>
        </w:rPr>
        <w:t>How many pieces of candy in all did the principal give to the children who always tell the truth?</w:t>
      </w:r>
    </w:p>
    <w:p>
      <w:pPr>
        <w:spacing w:before="0" w:after="160" w:line="300" w:lineRule="auto"/>
      </w:pPr>
      <w:r>
        <w:rPr>
          <w:rFonts w:ascii="Times New Roman" w:hAnsi="Times New Roman" w:eastAsia="宋体"/>
          <w:b w:val="0"/>
          <w:i w:val="0"/>
          <w:color w:val="333333"/>
          <w:sz w:val="19"/>
        </w:rPr>
        <w:t>(A) 7　　(B) 12　　(C) 21　　(D) 27　　(E) 31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有多少种方法可以把 1 到 14 的数分成 7 对，使得每一对中较大的数至少是较小的数的 2 倍？</w:t>
      </w:r>
    </w:p>
    <w:p>
      <w:pPr>
        <w:spacing w:before="0" w:after="120" w:line="300" w:lineRule="auto"/>
      </w:pPr>
      <w:r>
        <w:rPr>
          <w:rFonts w:ascii="Times New Roman" w:hAnsi="Times New Roman" w:eastAsia="宋体"/>
          <w:b w:val="0"/>
          <w:i w:val="0"/>
          <w:sz w:val="21"/>
        </w:rPr>
        <w:t>（A）108　　（B）120　　（C）126　　（D）132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number of ways the numbers from 1 to 14 can be split into 7 pairs such that for each pair, the greater number is at least 2 times the smaller number?</w:t>
      </w:r>
    </w:p>
    <w:p>
      <w:pPr>
        <w:spacing w:before="0" w:after="160" w:line="300" w:lineRule="auto"/>
      </w:pPr>
      <w:r>
        <w:rPr>
          <w:rFonts w:ascii="Times New Roman" w:hAnsi="Times New Roman" w:eastAsia="宋体"/>
          <w:b w:val="0"/>
          <w:i w:val="0"/>
          <w:color w:val="333333"/>
          <w:sz w:val="19"/>
        </w:rPr>
        <w:t>(A) 108　　(B) 120　　(C) 126　　(D) 132　　(E) 144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求所有满足以下条件的实数 x 的乘积：数轴上 log₆ x 与 log₆ 9 的距离，等于 log₆ 10 与 1 的距离的两倍。</w:t>
      </w:r>
    </w:p>
    <w:p>
      <w:pPr>
        <w:spacing w:before="0" w:after="120" w:line="300" w:lineRule="auto"/>
      </w:pPr>
      <w:r>
        <w:rPr>
          <w:rFonts w:ascii="Times New Roman" w:hAnsi="Times New Roman" w:eastAsia="宋体"/>
          <w:b w:val="0"/>
          <w:i w:val="0"/>
          <w:sz w:val="21"/>
        </w:rPr>
        <w:t>（A）10　　（B）18　　（C）25　　（D）36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product of all real numbers x such that the distance on the number line between log₆ x and log₆ 9 is twice the distance on the number line between log₆ 10 and 1?</w:t>
      </w:r>
    </w:p>
    <w:p>
      <w:pPr>
        <w:spacing w:before="0" w:after="160" w:line="300" w:lineRule="auto"/>
      </w:pPr>
      <w:r>
        <w:rPr>
          <w:rFonts w:ascii="Times New Roman" w:hAnsi="Times New Roman" w:eastAsia="宋体"/>
          <w:b w:val="0"/>
          <w:i w:val="0"/>
          <w:color w:val="333333"/>
          <w:sz w:val="19"/>
        </w:rPr>
        <w:t>(A) 10　　(B) 18　　(C) 25　　(D) 36　　(E) 81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在正四面体 ABCD 中，设 M 是 AB 的中点。求 cos(∠ CMD)？</w:t>
      </w:r>
    </w:p>
    <w:p>
      <w:pPr>
        <w:spacing w:before="0" w:after="120" w:line="300" w:lineRule="auto"/>
      </w:pPr>
      <w:r>
        <w:rPr>
          <w:rFonts w:ascii="Times New Roman" w:hAnsi="Times New Roman" w:eastAsia="宋体"/>
          <w:b w:val="0"/>
          <w:i w:val="0"/>
          <w:sz w:val="21"/>
        </w:rPr>
        <w:t>（A）1/4　　（B）1/3　　（C）2/5　　（D）1/2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midpoint of AB in regular tetrahedron ABCD. What is cos(∠ CMD)?</w:t>
      </w:r>
    </w:p>
    <w:p>
      <w:pPr>
        <w:spacing w:before="0" w:after="160" w:line="300" w:lineRule="auto"/>
      </w:pPr>
      <w:r>
        <w:rPr>
          <w:rFonts w:ascii="Times New Roman" w:hAnsi="Times New Roman" w:eastAsia="宋体"/>
          <w:b w:val="0"/>
          <w:i w:val="0"/>
          <w:color w:val="333333"/>
          <w:sz w:val="19"/>
        </w:rPr>
        <w:t>(A) 1/4　　(B) 1/3　　(C) 2/5　　(D) 1/2　　(E) (√(3))/2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R 是复平面中的一个区域，由所有可写成复数 z₁ 与 z₂ 之和的复数 z 组成，其中 z₁ 在线段上，该线段的端点为 3 和 4i，且 z₂ 的模至多为 1。最接近 R 面积的整数是多少？</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region in the complex plane consisting of all complex numbers z that can be written as the sum of complex numbers z₁ and z₂, where z₁ lies on the segment with endpoints 3 and 4i, and z₂ has magnitude at most 1. What integer is closest to the area of R?</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(log 5)³+(log 20)³</w:t>
      </w:r>
    </w:p>
    <w:p>
      <w:pPr>
        <w:spacing w:before="0" w:after="80" w:line="300" w:lineRule="auto"/>
        <w:jc w:val="left"/>
      </w:pPr>
      <w:r>
        <w:rPr>
          <w:rFonts w:ascii="Times New Roman" w:hAnsi="Times New Roman" w:eastAsia="宋体"/>
          <w:b w:val="0"/>
          <w:i w:val="0"/>
          <w:sz w:val="21"/>
        </w:rPr>
        <w:t>+(log 8)(log 0.25)</w:t>
      </w:r>
    </w:p>
    <w:p>
      <w:pPr>
        <w:spacing w:before="0" w:after="80" w:line="300" w:lineRule="auto"/>
        <w:jc w:val="left"/>
      </w:pPr>
      <w:r>
        <w:rPr>
          <w:rFonts w:ascii="Times New Roman" w:hAnsi="Times New Roman" w:eastAsia="宋体"/>
          <w:b w:val="0"/>
          <w:i w:val="0"/>
          <w:sz w:val="21"/>
        </w:rPr>
        <w:t>其中 log 表示常用对数。</w:t>
      </w:r>
    </w:p>
    <w:p>
      <w:pPr>
        <w:spacing w:before="0" w:after="120" w:line="300" w:lineRule="auto"/>
      </w:pPr>
      <w:r>
        <w:rPr>
          <w:rFonts w:ascii="Times New Roman" w:hAnsi="Times New Roman" w:eastAsia="宋体"/>
          <w:b w:val="0"/>
          <w:i w:val="0"/>
          <w:sz w:val="21"/>
        </w:rPr>
        <w:t>（A）3/2　　（B）7/4　　（C）2　　（D）9/4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(log 5)³+(log 20)³</w:t>
      </w:r>
    </w:p>
    <w:p>
      <w:pPr>
        <w:spacing w:before="0" w:after="80" w:line="300" w:lineRule="auto"/>
        <w:jc w:val="left"/>
      </w:pPr>
      <w:r>
        <w:rPr>
          <w:rFonts w:ascii="Times New Roman" w:hAnsi="Times New Roman" w:eastAsia="宋体"/>
          <w:b w:val="0"/>
          <w:i w:val="0"/>
          <w:color w:val="333333"/>
          <w:sz w:val="19"/>
        </w:rPr>
        <w:t>+(log 8)(log 0.25)</w:t>
      </w:r>
    </w:p>
    <w:p>
      <w:pPr>
        <w:spacing w:before="0" w:after="80" w:line="300" w:lineRule="auto"/>
        <w:jc w:val="left"/>
      </w:pPr>
      <w:r>
        <w:rPr>
          <w:rFonts w:ascii="Times New Roman" w:hAnsi="Times New Roman" w:eastAsia="宋体"/>
          <w:b w:val="0"/>
          <w:i w:val="0"/>
          <w:color w:val="333333"/>
          <w:sz w:val="19"/>
        </w:rPr>
        <w:t>where log denotes the base-ten logarithm?</w:t>
      </w:r>
    </w:p>
    <w:p>
      <w:pPr>
        <w:spacing w:before="0" w:after="160" w:line="300" w:lineRule="auto"/>
      </w:pPr>
      <w:r>
        <w:rPr>
          <w:rFonts w:ascii="Times New Roman" w:hAnsi="Times New Roman" w:eastAsia="宋体"/>
          <w:b w:val="0"/>
          <w:i w:val="0"/>
          <w:color w:val="333333"/>
          <w:sz w:val="19"/>
        </w:rPr>
        <w:t>(A) 3/2　　(B) 7/4　　(C) 2　　(D) 9/4　　(E) 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多项式 10x³-39x²+29x-6 的根分别是一个长方体的高、长、宽。将原长方体的每条棱都增加 2 个单位，形成一个新的长方体。新长方体的体积是多少？</w:t>
      </w:r>
    </w:p>
    <w:p>
      <w:pPr>
        <w:spacing w:before="0" w:after="120" w:line="300" w:lineRule="auto"/>
      </w:pPr>
      <w:r>
        <w:rPr>
          <w:rFonts w:ascii="Times New Roman" w:hAnsi="Times New Roman" w:eastAsia="宋体"/>
          <w:b w:val="0"/>
          <w:i w:val="0"/>
          <w:sz w:val="21"/>
        </w:rPr>
        <w:t>（A）24/5　　（B）42/5　　（C）81/5　　（D）30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the polynomial 10x³-39x²+29x-6 are the height, length, and width of a rectangular box (right rectangular prism). A new rectangular box is formed by lengthening each edge of the original box by 2 units. What is the volume of the new box?</w:t>
      </w:r>
    </w:p>
    <w:p>
      <w:pPr>
        <w:spacing w:before="0" w:after="160" w:line="300" w:lineRule="auto"/>
      </w:pPr>
      <w:r>
        <w:rPr>
          <w:rFonts w:ascii="Times New Roman" w:hAnsi="Times New Roman" w:eastAsia="宋体"/>
          <w:b w:val="0"/>
          <w:i w:val="0"/>
          <w:color w:val="333333"/>
          <w:sz w:val="19"/>
        </w:rPr>
        <w:t>(A) 24/5　　(B) 42/5　　(C) 81/5　　(D) 30　　(E) 48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sz w:val="21"/>
        </w:rPr>
        <w:t>三角数</w:t>
      </w:r>
      <w:r>
        <w:rPr>
          <w:rFonts w:ascii="Times New Roman" w:hAnsi="Times New Roman" w:eastAsia="宋体"/>
          <w:b w:val="0"/>
          <w:i w:val="0"/>
          <w:sz w:val="21"/>
        </w:rPr>
        <w:t>是可以写成 tₙ=1+2+3+⋯+n 形式的正整数，其中 n 为正整数。最小的三个同时也是完全平方数的三角数为 t₁=1=1²、t₈=36=6² 和 t₄₉=1225=35²。第四小的同时也是完全平方数的三角数的各位数字之和是多少？</w:t>
      </w:r>
    </w:p>
    <w:p>
      <w:pPr>
        <w:spacing w:before="0" w:after="120" w:line="300" w:lineRule="auto"/>
      </w:pPr>
      <w:r>
        <w:rPr>
          <w:rFonts w:ascii="Times New Roman" w:hAnsi="Times New Roman" w:eastAsia="宋体"/>
          <w:b w:val="0"/>
          <w:i w:val="0"/>
          <w:sz w:val="21"/>
        </w:rPr>
        <w:t>（A）6　　（B）9　　（C）12　　（D）18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triangular number</w:t>
      </w:r>
      <w:r>
        <w:rPr>
          <w:rFonts w:ascii="Times New Roman" w:hAnsi="Times New Roman" w:eastAsia="宋体"/>
          <w:b w:val="0"/>
          <w:i w:val="0"/>
          <w:color w:val="333333"/>
          <w:sz w:val="19"/>
        </w:rPr>
        <w:t>is a positive integer that can be expressed in the form tₙ=1+2+3+⋯+n, for some positive integer n. The three smallest triangular numbers that are also perfect squares are t₁=1=1², t₈=36=6², and t₄₉=1225=35². What is the sum of the digits of the fourth smallest triangular number that is also a perfect square?</w:t>
      </w:r>
    </w:p>
    <w:p>
      <w:pPr>
        <w:spacing w:before="0" w:after="160" w:line="300" w:lineRule="auto"/>
      </w:pPr>
      <w:r>
        <w:rPr>
          <w:rFonts w:ascii="Times New Roman" w:hAnsi="Times New Roman" w:eastAsia="宋体"/>
          <w:b w:val="0"/>
          <w:i w:val="0"/>
          <w:color w:val="333333"/>
          <w:sz w:val="19"/>
        </w:rPr>
        <w:t>(A) 6　　(B) 9　　(C) 12　　(D) 18　　(E) 27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a 为实数，使得方程</w:t>
      </w:r>
    </w:p>
    <w:p>
      <w:pPr>
        <w:spacing w:before="0" w:after="80" w:line="300" w:lineRule="auto"/>
        <w:jc w:val="left"/>
      </w:pPr>
      <w:r>
        <w:rPr>
          <w:rFonts w:ascii="Times New Roman" w:hAnsi="Times New Roman" w:eastAsia="宋体"/>
          <w:b w:val="0"/>
          <w:i w:val="0"/>
          <w:sz w:val="21"/>
        </w:rPr>
        <w:t>a·(sin x+sin(2x))=sin(3x)</w:t>
      </w:r>
    </w:p>
    <w:p>
      <w:pPr>
        <w:spacing w:before="0" w:after="80" w:line="300" w:lineRule="auto"/>
        <w:jc w:val="left"/>
      </w:pPr>
      <w:r>
        <w:rPr>
          <w:rFonts w:ascii="Times New Roman" w:hAnsi="Times New Roman" w:eastAsia="宋体"/>
          <w:b w:val="0"/>
          <w:i w:val="0"/>
          <w:sz w:val="21"/>
        </w:rPr>
        <w:t>在区间 (0,π) 中有多于一个解。所有这样的 a 组成的集合可写为 (p,q)∪(q,r)，其中 p、q 和 r 是满足 p&lt; q&lt; r 的实数。求 p+q+r？</w:t>
      </w:r>
    </w:p>
    <w:p>
      <w:pPr>
        <w:spacing w:before="0" w:after="120" w:line="300" w:lineRule="auto"/>
      </w:pPr>
      <w:r>
        <w:rPr>
          <w:rFonts w:ascii="Times New Roman" w:hAnsi="Times New Roman" w:eastAsia="宋体"/>
          <w:b w:val="0"/>
          <w:i w:val="0"/>
          <w:sz w:val="21"/>
        </w:rPr>
        <w:t>（A）-4　　（B）-1　　（C）0　　（D）1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is a real number such that the equation</w:t>
      </w:r>
    </w:p>
    <w:p>
      <w:pPr>
        <w:spacing w:before="0" w:after="80" w:line="300" w:lineRule="auto"/>
        <w:jc w:val="left"/>
      </w:pPr>
      <w:r>
        <w:rPr>
          <w:rFonts w:ascii="Times New Roman" w:hAnsi="Times New Roman" w:eastAsia="宋体"/>
          <w:b w:val="0"/>
          <w:i w:val="0"/>
          <w:color w:val="333333"/>
          <w:sz w:val="19"/>
        </w:rPr>
        <w:t>a·(sin x+sin(2x))=sin(3x)</w:t>
      </w:r>
    </w:p>
    <w:p>
      <w:pPr>
        <w:spacing w:before="0" w:after="80" w:line="300" w:lineRule="auto"/>
        <w:jc w:val="left"/>
      </w:pPr>
      <w:r>
        <w:rPr>
          <w:rFonts w:ascii="Times New Roman" w:hAnsi="Times New Roman" w:eastAsia="宋体"/>
          <w:b w:val="0"/>
          <w:i w:val="0"/>
          <w:color w:val="333333"/>
          <w:sz w:val="19"/>
        </w:rPr>
        <w:t>has more than one solution in the interval (0,π). The set of all such a can be written in the form (p,q)∪(q,r), where p, q, and r are real numbers with p&lt; q&lt; r. What is p+q+r?</w:t>
      </w:r>
    </w:p>
    <w:p>
      <w:pPr>
        <w:spacing w:before="0" w:after="160" w:line="300" w:lineRule="auto"/>
      </w:pPr>
      <w:r>
        <w:rPr>
          <w:rFonts w:ascii="Times New Roman" w:hAnsi="Times New Roman" w:eastAsia="宋体"/>
          <w:b w:val="0"/>
          <w:i w:val="0"/>
          <w:color w:val="333333"/>
          <w:sz w:val="19"/>
        </w:rPr>
        <w:t>(A) -4　　(B) -1　　(C) 0　　(D) 1　　(E)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Tₖ 是坐标平面的一个变换：先将平面绕原点逆时针旋转 k 度，然后关于 y 轴反射。求最小的正整数 n 使得依次执行变换 T₁，T₂，T₃，…，Tₙ 后，点 (1,0) 回到自身。</w:t>
      </w:r>
    </w:p>
    <w:p>
      <w:pPr>
        <w:spacing w:before="0" w:after="120" w:line="300" w:lineRule="auto"/>
      </w:pPr>
      <w:r>
        <w:rPr>
          <w:rFonts w:ascii="Times New Roman" w:hAnsi="Times New Roman" w:eastAsia="宋体"/>
          <w:b w:val="0"/>
          <w:i w:val="0"/>
          <w:sz w:val="21"/>
        </w:rPr>
        <w:t>（A）359　　（B）360　　（C）719　　（D）720　　（E）721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Tₖ be the transformation of the coordinate plane that first rotates the plane k degrees counterclockwise around the origin and then reflects the plane across the y-axis. What is the least positive integer n such that performing the sequence of transformations T₁, T₂, T₃, …, Tₙ returns the point (1,0) back to itself?</w:t>
      </w:r>
    </w:p>
    <w:p>
      <w:pPr>
        <w:spacing w:before="0" w:after="160" w:line="300" w:lineRule="auto"/>
      </w:pPr>
      <w:r>
        <w:rPr>
          <w:rFonts w:ascii="Times New Roman" w:hAnsi="Times New Roman" w:eastAsia="宋体"/>
          <w:b w:val="0"/>
          <w:i w:val="0"/>
          <w:color w:val="333333"/>
          <w:sz w:val="19"/>
        </w:rPr>
        <w:t>(A) 359　　(B) 360　　(C) 719　　(D) 720　　(E) 721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假设 13 张编号为 1，2，3，…，13 的卡片排成一行。任务是按数字递增顺序拿起它们，并反复从左到右扫描。在下面的例子中，第一次扫描拿起卡片 1，2，3，第二次扫描拿起 4 和 5，第三次扫描拿起 6，第四次扫描拿起 7，8，9，10，第五次扫描拿起 11，12，13。在 13! 种卡片排列中，有多少种会使这 13 张卡片恰好在两次扫描中被拿起？</w:t>
      </w:r>
    </w:p>
    <w:p>
      <w:pPr>
        <w:spacing w:before="80" w:after="80"/>
        <w:jc w:val="center"/>
      </w:pPr>
      <w:r>
        <w:drawing>
          <wp:inline xmlns:a="http://schemas.openxmlformats.org/drawingml/2006/main" xmlns:pic="http://schemas.openxmlformats.org/drawingml/2006/picture">
            <wp:extent cx="3557941" cy="288000"/>
            <wp:docPr id="5" name="Picture 5"/>
            <wp:cNvGraphicFramePr>
              <a:graphicFrameLocks noChangeAspect="1"/>
            </wp:cNvGraphicFramePr>
            <a:graphic>
              <a:graphicData uri="http://schemas.openxmlformats.org/drawingml/2006/picture">
                <pic:pic>
                  <pic:nvPicPr>
                    <pic:cNvPr id="0" name="q19-1@366dpi.png"/>
                    <pic:cNvPicPr/>
                  </pic:nvPicPr>
                  <pic:blipFill>
                    <a:blip r:embed="rId11"/>
                    <a:stretch>
                      <a:fillRect/>
                    </a:stretch>
                  </pic:blipFill>
                  <pic:spPr>
                    <a:xfrm>
                      <a:off x="0" y="0"/>
                      <a:ext cx="3557941" cy="288000"/>
                    </a:xfrm>
                    <a:prstGeom prst="rect"/>
                  </pic:spPr>
                </pic:pic>
              </a:graphicData>
            </a:graphic>
          </wp:inline>
        </w:drawing>
      </w:r>
    </w:p>
    <w:p>
      <w:pPr>
        <w:spacing w:before="0" w:after="120" w:line="300" w:lineRule="auto"/>
      </w:pPr>
      <w:r>
        <w:rPr>
          <w:rFonts w:ascii="Times New Roman" w:hAnsi="Times New Roman" w:eastAsia="宋体"/>
          <w:b w:val="0"/>
          <w:i w:val="0"/>
          <w:sz w:val="21"/>
        </w:rPr>
        <w:t>（A）4082　　（B）4095　　（C）4096　　（D）8178　　（E）8191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13 cards numbered 1, 2, 3, …, 13 are arranged in a row. The task is to pick them up in numerically increasing order, working repeatedly from left to right. In the example below, cards 1, 2, 3 are picked up on the first pass, 4 and 5 on the second pass, 6 on the third pass, 7, 8, 9, 10 on the fourth pass, and 11, 12, 13 on the fifth pass. For how many of the 13! possible orderings of the cards will the 13 cards be picked up in exactly two passes?</w:t>
      </w:r>
    </w:p>
    <w:p>
      <w:pPr>
        <w:spacing w:before="80" w:after="80"/>
        <w:jc w:val="center"/>
      </w:pPr>
      <w:r>
        <w:drawing>
          <wp:inline xmlns:a="http://schemas.openxmlformats.org/drawingml/2006/main" xmlns:pic="http://schemas.openxmlformats.org/drawingml/2006/picture">
            <wp:extent cx="3557941" cy="288000"/>
            <wp:docPr id="6" name="Picture 6"/>
            <wp:cNvGraphicFramePr>
              <a:graphicFrameLocks noChangeAspect="1"/>
            </wp:cNvGraphicFramePr>
            <a:graphic>
              <a:graphicData uri="http://schemas.openxmlformats.org/drawingml/2006/picture">
                <pic:pic>
                  <pic:nvPicPr>
                    <pic:cNvPr id="0" name="q19-1@366dpi.png"/>
                    <pic:cNvPicPr/>
                  </pic:nvPicPr>
                  <pic:blipFill>
                    <a:blip r:embed="rId11"/>
                    <a:stretch>
                      <a:fillRect/>
                    </a:stretch>
                  </pic:blipFill>
                  <pic:spPr>
                    <a:xfrm>
                      <a:off x="0" y="0"/>
                      <a:ext cx="3557941" cy="288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4082　　(B) 4095　　(C) 4096　　(D) 8178　　(E) 8191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等腰梯形 ABCD 的平行边为 AD 和 BC，且 BC&lt; AD、AB=CD。平面上有一点 P，满足 PA=1、PB=2、PC=3，且 PD=4。求 BC/AD？</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trapezoid ABCD has parallel sides AD and BC, with BC&lt; AD and AB=CD. There is a point P in the plane such that PA=1, PB=2, PC=3, and PD=4. What is BC/AD?</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P(x)=x²⁰²²+x¹⁰¹¹+1。下列哪个多项式整除 P(x)？</w:t>
      </w:r>
    </w:p>
    <w:p>
      <w:pPr>
        <w:spacing w:before="0" w:after="120" w:line="300" w:lineRule="auto"/>
      </w:pPr>
      <w:r>
        <w:rPr>
          <w:rFonts w:ascii="Times New Roman" w:hAnsi="Times New Roman" w:eastAsia="宋体"/>
          <w:b w:val="0"/>
          <w:i w:val="0"/>
          <w:sz w:val="21"/>
        </w:rPr>
        <w:t>（A）x²-x+1　　（B）x²+x+1　　（C）x⁴+1　　（D）x⁶-x³+1　　（E）x⁶+x³+1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P(x)=x²⁰²²+x¹⁰¹¹+1. Which of the following polynomials divides P(x)?</w:t>
      </w:r>
    </w:p>
    <w:p>
      <w:pPr>
        <w:spacing w:before="0" w:after="160" w:line="300" w:lineRule="auto"/>
      </w:pPr>
      <w:r>
        <w:rPr>
          <w:rFonts w:ascii="Times New Roman" w:hAnsi="Times New Roman" w:eastAsia="宋体"/>
          <w:b w:val="0"/>
          <w:i w:val="0"/>
          <w:color w:val="333333"/>
          <w:sz w:val="19"/>
        </w:rPr>
        <w:t>(A) x²-x+1　　(B) x²+x+1　　(C) x⁴+1　　(D) x⁶-x³+1　　(E) x⁶+x³+1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c 为实数，且 z₁，z₂ 是二次方程 z²-cz+10=0 的两个复数解。点 z₁，z₂，1/z₁，和 1/z₂ 是复平面中一个凸四边形 Q 的顶点。当 Q 的面积取得最大值时，c 最接近下列哪一个数？</w:t>
      </w:r>
    </w:p>
    <w:p>
      <w:pPr>
        <w:spacing w:before="0" w:after="120" w:line="300" w:lineRule="auto"/>
      </w:pPr>
      <w:r>
        <w:rPr>
          <w:rFonts w:ascii="Times New Roman" w:hAnsi="Times New Roman" w:eastAsia="宋体"/>
          <w:b w:val="0"/>
          <w:i w:val="0"/>
          <w:sz w:val="21"/>
        </w:rPr>
        <w:t>（A）4.5　　（B）5　　（C）5.5　　（D）6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be a real number, and let z₁, z₂ be the two complex numbers satisfying the quadratic z²-cz+10=0. Points z₁, z₂, 1/z₁, and 1/z₂ are the vertices of a (convex) quadrilateral Q in the complex plane. When the area of Q obtains its maximum value, c is the closest to which of the following?</w:t>
      </w:r>
    </w:p>
    <w:p>
      <w:pPr>
        <w:spacing w:before="0" w:after="160" w:line="300" w:lineRule="auto"/>
      </w:pPr>
      <w:r>
        <w:rPr>
          <w:rFonts w:ascii="Times New Roman" w:hAnsi="Times New Roman" w:eastAsia="宋体"/>
          <w:b w:val="0"/>
          <w:i w:val="0"/>
          <w:color w:val="333333"/>
          <w:sz w:val="19"/>
        </w:rPr>
        <w:t>(A) 4.5　　(B) 5　　(C) 5.5　　(D) 6　　(E) 6.5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hₙ 和 kₙ 是唯一一对互质的正整数，使得</w:t>
      </w:r>
    </w:p>
    <w:p>
      <w:pPr>
        <w:spacing w:before="0" w:after="80" w:line="300" w:lineRule="auto"/>
        <w:jc w:val="left"/>
      </w:pPr>
      <w:r>
        <w:rPr>
          <w:rFonts w:ascii="Times New Roman" w:hAnsi="Times New Roman" w:eastAsia="宋体"/>
          <w:b w:val="0"/>
          <w:i w:val="0"/>
          <w:sz w:val="21"/>
        </w:rPr>
        <w:t>1/1+1/2+1/3+⋯+1/n=hₙ/kₙ。</w:t>
      </w:r>
    </w:p>
    <w:p>
      <w:pPr>
        <w:spacing w:before="0" w:after="80" w:line="300" w:lineRule="auto"/>
        <w:jc w:val="left"/>
      </w:pPr>
      <w:r>
        <w:rPr>
          <w:rFonts w:ascii="Times New Roman" w:hAnsi="Times New Roman" w:eastAsia="宋体"/>
          <w:b w:val="0"/>
          <w:i w:val="0"/>
          <w:sz w:val="21"/>
        </w:rPr>
        <w:t>设 Lₙ 表示 1，2，3，…，n 的最小公倍数。对于多少个满足 1≤ n≤22 的整数 n 有 kₙ&lt; Lₙ？</w:t>
      </w:r>
    </w:p>
    <w:p>
      <w:pPr>
        <w:spacing w:before="0" w:after="120" w:line="300" w:lineRule="auto"/>
      </w:pPr>
      <w:r>
        <w:rPr>
          <w:rFonts w:ascii="Times New Roman" w:hAnsi="Times New Roman" w:eastAsia="宋体"/>
          <w:b w:val="0"/>
          <w:i w:val="0"/>
          <w:sz w:val="21"/>
        </w:rPr>
        <w:t>（A）0　　（B）3　　（C）7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hₙ and kₙ be the unique relatively prime positive integers such that</w:t>
      </w:r>
    </w:p>
    <w:p>
      <w:pPr>
        <w:spacing w:before="0" w:after="80" w:line="300" w:lineRule="auto"/>
        <w:jc w:val="left"/>
      </w:pPr>
      <w:r>
        <w:rPr>
          <w:rFonts w:ascii="Times New Roman" w:hAnsi="Times New Roman" w:eastAsia="宋体"/>
          <w:b w:val="0"/>
          <w:i w:val="0"/>
          <w:color w:val="333333"/>
          <w:sz w:val="19"/>
        </w:rPr>
        <w:t>1/1+1/2+1/3+⋯+1/n=hₙ/kₙ.</w:t>
      </w:r>
    </w:p>
    <w:p>
      <w:pPr>
        <w:spacing w:before="0" w:after="80" w:line="300" w:lineRule="auto"/>
        <w:jc w:val="left"/>
      </w:pPr>
      <w:r>
        <w:rPr>
          <w:rFonts w:ascii="Times New Roman" w:hAnsi="Times New Roman" w:eastAsia="宋体"/>
          <w:b w:val="0"/>
          <w:i w:val="0"/>
          <w:color w:val="333333"/>
          <w:sz w:val="19"/>
        </w:rPr>
        <w:t>Let Lₙ denote the least common multiple of the numbers 1, 2, 3, …, n. For how many integers n with 1≤ n≤22 is kₙ&lt; Lₙ?</w:t>
      </w:r>
    </w:p>
    <w:p>
      <w:pPr>
        <w:spacing w:before="0" w:after="160" w:line="300" w:lineRule="auto"/>
      </w:pPr>
      <w:r>
        <w:rPr>
          <w:rFonts w:ascii="Times New Roman" w:hAnsi="Times New Roman" w:eastAsia="宋体"/>
          <w:b w:val="0"/>
          <w:i w:val="0"/>
          <w:color w:val="333333"/>
          <w:sz w:val="19"/>
        </w:rPr>
        <w:t>(A) 0　　(B) 3　　(C) 7　　(D) 8　　(E) 10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用数字 0，1，2，3，4 组成长度为 5 的字符串。有多少个这样的字符串满足：对每个 j∈{1,2,3,4}，至少有 j 个数字小于 j？（例如，02214 满足条件，因为它含有至少 1 个小于 1 的数字，至少 2 个小于 2 的数字，至少 3 个小于 3 的数字，且至少 4 个小于 4 的数字。字符串 23404 不满足条件，因为它不含至少 2 个小于 2 的数字。）</w:t>
      </w:r>
    </w:p>
    <w:p>
      <w:pPr>
        <w:spacing w:before="0" w:after="120" w:line="300" w:lineRule="auto"/>
      </w:pPr>
      <w:r>
        <w:rPr>
          <w:rFonts w:ascii="Times New Roman" w:hAnsi="Times New Roman" w:eastAsia="宋体"/>
          <w:b w:val="0"/>
          <w:i w:val="0"/>
          <w:sz w:val="21"/>
        </w:rPr>
        <w:t>（A）500　　（B）625　　（C）1089　　（D）1199　　（E）1296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strings of length 5 formed from the digits 0, 1, 2, 3, 4 are there such that for each j∈{1,2,3,4}, at least j of the digits are less than j? (For example, 02214 satisfies the condition because it contains at least 1 digit less than 1, at least 2 digits less than 2, at least 3 digits less than 3, and at least 4 digits less than 4. The string 23404 does not satisfy the condition because it does not contain at least 2 digits less than 2.)</w:t>
      </w:r>
    </w:p>
    <w:p>
      <w:pPr>
        <w:spacing w:before="0" w:after="160" w:line="300" w:lineRule="auto"/>
      </w:pPr>
      <w:r>
        <w:rPr>
          <w:rFonts w:ascii="Times New Roman" w:hAnsi="Times New Roman" w:eastAsia="宋体"/>
          <w:b w:val="0"/>
          <w:i w:val="0"/>
          <w:color w:val="333333"/>
          <w:sz w:val="19"/>
        </w:rPr>
        <w:t>(A) 500　　(B) 625　　(C) 1089　　(D) 1199　　(E) 1296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一个半径为整数 r 的圆以 (r,r) 为圆心。对 1≤ i≤14，有若干条互不相同、长度为 cᵢ 的线段，连接点 (0,aᵢ) 与 (bᵢ,0)，并且都与该圆相切，其中 aᵢ、bᵢ 和 cᵢ 都是正整数，且 c₁≤ c₂≤⋯≤ c₁₄。当 r 取尽可能小的值时，c₁₄/c₁ 是多少？</w:t>
      </w:r>
    </w:p>
    <w:p>
      <w:pPr>
        <w:spacing w:before="0" w:after="120" w:line="300" w:lineRule="auto"/>
      </w:pPr>
      <w:r>
        <w:rPr>
          <w:rFonts w:ascii="Times New Roman" w:hAnsi="Times New Roman" w:eastAsia="宋体"/>
          <w:b w:val="0"/>
          <w:i w:val="0"/>
          <w:sz w:val="21"/>
        </w:rPr>
        <w:t>（A）21/5　　（B）85/13　　（C）7　　（D）39/5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integer radius r is centered at (r,r). Distinct line segments of length cᵢ connect points (0,aᵢ) to (bᵢ,0) for 1≤ i≤14 and are tangent to the circle, where aᵢ, bᵢ, and cᵢ are all positive integers and c₁≤ c₂≤⋯≤ c₁₄. What is the ratio c₁₄/c₁ for the least possible value of r?</w:t>
      </w:r>
    </w:p>
    <w:p>
      <w:pPr>
        <w:spacing w:before="0" w:after="160" w:line="300" w:lineRule="auto"/>
      </w:pPr>
      <w:r>
        <w:rPr>
          <w:rFonts w:ascii="Times New Roman" w:hAnsi="Times New Roman" w:eastAsia="宋体"/>
          <w:b w:val="0"/>
          <w:i w:val="0"/>
          <w:color w:val="333333"/>
          <w:sz w:val="19"/>
        </w:rPr>
        <w:t>(A) 21/5　　(B) 85/13　　(C) 7　　(D) 39/5　　(E) 17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B　B　C　D　D　A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E　B　A　C　D　D　A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E　A　D　E　E</w:t>
      </w:r>
    </w:p>
    <w:p>
      <w:pPr>
        <w:spacing w:before="0" w:after="200" w:line="300" w:lineRule="auto"/>
      </w:pPr>
      <w:r>
        <w:rPr>
          <w:rFonts w:ascii="Times New Roman" w:hAnsi="Times New Roman" w:eastAsia="宋体"/>
          <w:b w:val="0"/>
          <w:i w:val="0"/>
          <w:color w:val="666666"/>
          <w:sz w:val="18"/>
        </w:rPr>
        <w:t>答案串：DEBBCDDAAEEBACDDAADBEADEE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从底部开始化简。最里面的部分是 3+1/3=10/3。</w:t>
      </w:r>
    </w:p>
    <w:p>
      <w:pPr>
        <w:spacing w:before="0" w:after="80" w:line="300" w:lineRule="auto"/>
        <w:jc w:val="left"/>
      </w:pPr>
      <w:r>
        <w:rPr>
          <w:rFonts w:ascii="Times New Roman" w:hAnsi="Times New Roman" w:eastAsia="宋体"/>
          <w:b w:val="0"/>
          <w:i w:val="0"/>
          <w:sz w:val="21"/>
        </w:rPr>
        <w:t>下一层是 3+1/(10/3)=3+3/10=33/10。</w:t>
      </w:r>
    </w:p>
    <w:p>
      <w:pPr>
        <w:spacing w:before="0" w:after="80" w:line="300" w:lineRule="auto"/>
        <w:jc w:val="left"/>
      </w:pPr>
      <w:r>
        <w:rPr>
          <w:rFonts w:ascii="Times New Roman" w:hAnsi="Times New Roman" w:eastAsia="宋体"/>
          <w:b w:val="0"/>
          <w:i w:val="0"/>
          <w:sz w:val="21"/>
        </w:rPr>
        <w:t>最后，3+1/(33/10)=3+10/33=109/33。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Simplify from the bottom. The innermost fraction is 3+1/3=10/3.</w:t>
      </w:r>
    </w:p>
    <w:p>
      <w:pPr>
        <w:spacing w:before="0" w:after="80" w:line="300" w:lineRule="auto"/>
        <w:jc w:val="left"/>
      </w:pPr>
      <w:r>
        <w:rPr>
          <w:rFonts w:ascii="Times New Roman" w:hAnsi="Times New Roman" w:eastAsia="宋体"/>
          <w:b w:val="0"/>
          <w:i w:val="0"/>
          <w:color w:val="333333"/>
          <w:sz w:val="19"/>
        </w:rPr>
        <w:t>The next layer is 3+1/(10/3)=3+3/10=33/10.</w:t>
      </w:r>
    </w:p>
    <w:p>
      <w:pPr>
        <w:spacing w:before="0" w:after="80" w:line="300" w:lineRule="auto"/>
        <w:jc w:val="left"/>
      </w:pPr>
      <w:r>
        <w:rPr>
          <w:rFonts w:ascii="Times New Roman" w:hAnsi="Times New Roman" w:eastAsia="宋体"/>
          <w:b w:val="0"/>
          <w:i w:val="0"/>
          <w:color w:val="333333"/>
          <w:sz w:val="19"/>
        </w:rPr>
        <w:t>Finally, 3+1/(33/10)=3+10/33=109/33.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令第三个数为 t。那么第一个数是 6t，第二个数是 t+40。它们的和为</w:t>
      </w:r>
    </w:p>
    <w:p>
      <w:pPr>
        <w:spacing w:before="0" w:after="80" w:line="300" w:lineRule="auto"/>
        <w:jc w:val="left"/>
      </w:pPr>
      <w:r>
        <w:rPr>
          <w:rFonts w:ascii="Times New Roman" w:hAnsi="Times New Roman" w:eastAsia="宋体"/>
          <w:b w:val="0"/>
          <w:i w:val="0"/>
          <w:sz w:val="21"/>
        </w:rPr>
        <w:t>6t+(t+40)+t=8t+40=96，</w:t>
      </w:r>
    </w:p>
    <w:p>
      <w:pPr>
        <w:spacing w:before="0" w:after="80" w:line="300" w:lineRule="auto"/>
        <w:jc w:val="left"/>
      </w:pPr>
      <w:r>
        <w:rPr>
          <w:rFonts w:ascii="Times New Roman" w:hAnsi="Times New Roman" w:eastAsia="宋体"/>
          <w:b w:val="0"/>
          <w:i w:val="0"/>
          <w:sz w:val="21"/>
        </w:rPr>
        <w:t>所以 t=7。</w:t>
      </w:r>
    </w:p>
    <w:p>
      <w:pPr>
        <w:spacing w:before="0" w:after="80" w:line="300" w:lineRule="auto"/>
        <w:jc w:val="left"/>
      </w:pPr>
      <w:r>
        <w:rPr>
          <w:rFonts w:ascii="Times New Roman" w:hAnsi="Times New Roman" w:eastAsia="宋体"/>
          <w:b w:val="0"/>
          <w:i w:val="0"/>
          <w:sz w:val="21"/>
        </w:rPr>
        <w:t>第一个数是 42，第二个数是 47， 因此差的绝对值为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third number be t. Then the first is 6t and the second is t+40. Their sum is</w:t>
      </w:r>
    </w:p>
    <w:p>
      <w:pPr>
        <w:spacing w:before="0" w:after="80" w:line="300" w:lineRule="auto"/>
        <w:jc w:val="left"/>
      </w:pPr>
      <w:r>
        <w:rPr>
          <w:rFonts w:ascii="Times New Roman" w:hAnsi="Times New Roman" w:eastAsia="宋体"/>
          <w:b w:val="0"/>
          <w:i w:val="0"/>
          <w:color w:val="333333"/>
          <w:sz w:val="19"/>
        </w:rPr>
        <w:t>6t+(t+40)+t=8t+40=96,</w:t>
      </w:r>
    </w:p>
    <w:p>
      <w:pPr>
        <w:spacing w:before="0" w:after="80" w:line="300" w:lineRule="auto"/>
        <w:jc w:val="left"/>
      </w:pPr>
      <w:r>
        <w:rPr>
          <w:rFonts w:ascii="Times New Roman" w:hAnsi="Times New Roman" w:eastAsia="宋体"/>
          <w:b w:val="0"/>
          <w:i w:val="0"/>
          <w:color w:val="333333"/>
          <w:sz w:val="19"/>
        </w:rPr>
        <w:t>so t=7.</w:t>
      </w:r>
    </w:p>
    <w:p>
      <w:pPr>
        <w:spacing w:before="0" w:after="80" w:line="300" w:lineRule="auto"/>
        <w:jc w:val="left"/>
      </w:pPr>
      <w:r>
        <w:rPr>
          <w:rFonts w:ascii="Times New Roman" w:hAnsi="Times New Roman" w:eastAsia="宋体"/>
          <w:b w:val="0"/>
          <w:i w:val="0"/>
          <w:color w:val="333333"/>
          <w:sz w:val="19"/>
        </w:rPr>
        <w:t>The first number is 42 and the second is 47, so the difference has absolute value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五个矩形的面积分别为 6, 8, 30, 14，和 6，总和为 64。所以这个正方形是 8×8。</w:t>
      </w:r>
    </w:p>
    <w:p>
      <w:pPr>
        <w:spacing w:before="0" w:after="80" w:line="300" w:lineRule="auto"/>
        <w:jc w:val="left"/>
      </w:pPr>
      <w:r>
        <w:rPr>
          <w:rFonts w:ascii="Times New Roman" w:hAnsi="Times New Roman" w:eastAsia="宋体"/>
          <w:b w:val="0"/>
          <w:i w:val="0"/>
          <w:sz w:val="21"/>
        </w:rPr>
        <w:t>将 C（5×6）放在左上方，D（2×7）沿右边放置，E （2×3）放在左下方，A（1×6）沿底边放置，会留下一个中间的 2×4 空隙，正好是矩形 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areas are 6, 8, 30, 14, and 6, which sum to 64. So the square is 8×8.</w:t>
      </w:r>
    </w:p>
    <w:p>
      <w:pPr>
        <w:spacing w:before="0" w:after="80" w:line="300" w:lineRule="auto"/>
        <w:jc w:val="left"/>
      </w:pPr>
      <w:r>
        <w:rPr>
          <w:rFonts w:ascii="Times New Roman" w:hAnsi="Times New Roman" w:eastAsia="宋体"/>
          <w:b w:val="0"/>
          <w:i w:val="0"/>
          <w:color w:val="333333"/>
          <w:sz w:val="19"/>
        </w:rPr>
        <w:t>Placing C (5×6) across the top left, D (2×7) up the right side, E (2×3) in the lower left, and A (1×6) along the bottom leaves a central 2×4 gap, which is exactly rectangle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因为 180=2²·3²·5，且 18=2·3²，条件 lcm(n,18)=180 强制 n 提供 2² 和 5，同时 3 的幂次至多为 2。</w:t>
      </w:r>
    </w:p>
    <w:p>
      <w:pPr>
        <w:spacing w:before="0" w:after="80" w:line="300" w:lineRule="auto"/>
        <w:jc w:val="left"/>
      </w:pPr>
      <w:r>
        <w:rPr>
          <w:rFonts w:ascii="Times New Roman" w:hAnsi="Times New Roman" w:eastAsia="宋体"/>
          <w:b w:val="0"/>
          <w:i w:val="0"/>
          <w:sz w:val="21"/>
        </w:rPr>
        <w:t>由 gcd(n,45)=gcd(n,3²·5) =15=3·5，可知 n 中 3 的幂次恰为 1，5 的幂次至少为 1。</w:t>
      </w:r>
    </w:p>
    <w:p>
      <w:pPr>
        <w:spacing w:before="0" w:after="80" w:line="300" w:lineRule="auto"/>
        <w:jc w:val="left"/>
      </w:pPr>
      <w:r>
        <w:rPr>
          <w:rFonts w:ascii="Times New Roman" w:hAnsi="Times New Roman" w:eastAsia="宋体"/>
          <w:b w:val="0"/>
          <w:i w:val="0"/>
          <w:sz w:val="21"/>
        </w:rPr>
        <w:t>因此 n=2²·3·5=60，其各位数字之和为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180=2²·3²·5 and 18=2·3², the condition lcm(n,18)=180 forces n to contribute 2² and 5, with its power of 3 at most 2.</w:t>
      </w:r>
    </w:p>
    <w:p>
      <w:pPr>
        <w:spacing w:before="0" w:after="80" w:line="300" w:lineRule="auto"/>
        <w:jc w:val="left"/>
      </w:pPr>
      <w:r>
        <w:rPr>
          <w:rFonts w:ascii="Times New Roman" w:hAnsi="Times New Roman" w:eastAsia="宋体"/>
          <w:b w:val="0"/>
          <w:i w:val="0"/>
          <w:color w:val="333333"/>
          <w:sz w:val="19"/>
        </w:rPr>
        <w:t>From gcd(n,45)=gcd(n,3²·5) =15=3·5, the power of 3 in n is exactly 1 and the power of 5 is at least 1.</w:t>
      </w:r>
    </w:p>
    <w:p>
      <w:pPr>
        <w:spacing w:before="0" w:after="80" w:line="300" w:lineRule="auto"/>
        <w:jc w:val="left"/>
      </w:pPr>
      <w:r>
        <w:rPr>
          <w:rFonts w:ascii="Times New Roman" w:hAnsi="Times New Roman" w:eastAsia="宋体"/>
          <w:b w:val="0"/>
          <w:i w:val="0"/>
          <w:color w:val="333333"/>
          <w:sz w:val="19"/>
        </w:rPr>
        <w:t>Therefore n=2²·3·5=60, whose digits sum to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对每个 k≥1，集合 |x|+|y|=k 恰有 4k 个格点，而 k=0 时只有原点一个点。</w:t>
      </w:r>
    </w:p>
    <w:p>
      <w:pPr>
        <w:spacing w:before="0" w:after="80" w:line="300" w:lineRule="auto"/>
        <w:jc w:val="left"/>
      </w:pPr>
      <w:r>
        <w:rPr>
          <w:rFonts w:ascii="Times New Roman" w:hAnsi="Times New Roman" w:eastAsia="宋体"/>
          <w:b w:val="0"/>
          <w:i w:val="0"/>
          <w:sz w:val="21"/>
        </w:rPr>
        <w:t>总数为</w:t>
      </w:r>
    </w:p>
    <w:p>
      <w:pPr>
        <w:spacing w:before="0" w:after="80" w:line="300" w:lineRule="auto"/>
        <w:jc w:val="left"/>
      </w:pPr>
      <w:r>
        <w:rPr>
          <w:rFonts w:ascii="Times New Roman" w:hAnsi="Times New Roman" w:eastAsia="宋体"/>
          <w:b w:val="0"/>
          <w:i w:val="0"/>
          <w:sz w:val="21"/>
        </w:rPr>
        <w:t>1+Σₖ₌₁²⁰4k=1+4·(20·21)/2</w:t>
      </w:r>
    </w:p>
    <w:p>
      <w:pPr>
        <w:spacing w:before="0" w:after="80" w:line="300" w:lineRule="auto"/>
        <w:jc w:val="left"/>
      </w:pPr>
      <w:r>
        <w:rPr>
          <w:rFonts w:ascii="Times New Roman" w:hAnsi="Times New Roman" w:eastAsia="宋体"/>
          <w:b w:val="0"/>
          <w:i w:val="0"/>
          <w:sz w:val="21"/>
        </w:rPr>
        <w:t>=1+840=841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k≥1, the set |x|+|y|=k contains exactly 4k lattice points, and k=0 gives the single origin.</w:t>
      </w:r>
    </w:p>
    <w:p>
      <w:pPr>
        <w:spacing w:before="0" w:after="80" w:line="300" w:lineRule="auto"/>
        <w:jc w:val="left"/>
      </w:pPr>
      <w:r>
        <w:rPr>
          <w:rFonts w:ascii="Times New Roman" w:hAnsi="Times New Roman" w:eastAsia="宋体"/>
          <w:b w:val="0"/>
          <w:i w:val="0"/>
          <w:color w:val="333333"/>
          <w:sz w:val="19"/>
        </w:rPr>
        <w:t>The total is</w:t>
      </w:r>
    </w:p>
    <w:p>
      <w:pPr>
        <w:spacing w:before="0" w:after="80" w:line="300" w:lineRule="auto"/>
        <w:jc w:val="left"/>
      </w:pPr>
      <w:r>
        <w:rPr>
          <w:rFonts w:ascii="Times New Roman" w:hAnsi="Times New Roman" w:eastAsia="宋体"/>
          <w:b w:val="0"/>
          <w:i w:val="0"/>
          <w:color w:val="333333"/>
          <w:sz w:val="19"/>
        </w:rPr>
        <w:t>1+Σₖ₌₁²⁰4k=1+4·(20·21)/2</w:t>
      </w:r>
    </w:p>
    <w:p>
      <w:pPr>
        <w:spacing w:before="0" w:after="80" w:line="300" w:lineRule="auto"/>
        <w:jc w:val="left"/>
      </w:pPr>
      <w:r>
        <w:rPr>
          <w:rFonts w:ascii="Times New Roman" w:hAnsi="Times New Roman" w:eastAsia="宋体"/>
          <w:b w:val="0"/>
          <w:i w:val="0"/>
          <w:color w:val="333333"/>
          <w:sz w:val="19"/>
        </w:rPr>
        <w:t>=1+840=841.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已知数的和为 20，所以平均数为 20+X/6，且它必须等于数据集中的某个数。</w:t>
      </w:r>
    </w:p>
    <w:p>
      <w:pPr>
        <w:spacing w:before="0" w:after="80" w:line="300" w:lineRule="auto"/>
        <w:jc w:val="left"/>
      </w:pPr>
      <w:r>
        <w:rPr>
          <w:rFonts w:ascii="Times New Roman" w:hAnsi="Times New Roman" w:eastAsia="宋体"/>
          <w:b w:val="0"/>
          <w:i w:val="0"/>
          <w:sz w:val="21"/>
        </w:rPr>
        <w:t>令它等于 5 得 X=10；等于 7 得 X=22；等于 X 本身得 20+X=6X，所以 X=4。等于 1 或 2 会给出负的 X。</w:t>
      </w:r>
    </w:p>
    <w:p>
      <w:pPr>
        <w:spacing w:before="0" w:after="80" w:line="300" w:lineRule="auto"/>
        <w:jc w:val="left"/>
      </w:pPr>
      <w:r>
        <w:rPr>
          <w:rFonts w:ascii="Times New Roman" w:hAnsi="Times New Roman" w:eastAsia="宋体"/>
          <w:b w:val="0"/>
          <w:i w:val="0"/>
          <w:sz w:val="21"/>
        </w:rPr>
        <w:t>符合条件的正值为 10,22,4，总和为 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known numbers sum to 20, so the mean is 20+X/6, which must equal an element of the set.</w:t>
      </w:r>
    </w:p>
    <w:p>
      <w:pPr>
        <w:spacing w:before="0" w:after="80" w:line="300" w:lineRule="auto"/>
        <w:jc w:val="left"/>
      </w:pPr>
      <w:r>
        <w:rPr>
          <w:rFonts w:ascii="Times New Roman" w:hAnsi="Times New Roman" w:eastAsia="宋体"/>
          <w:b w:val="0"/>
          <w:i w:val="0"/>
          <w:color w:val="333333"/>
          <w:sz w:val="19"/>
        </w:rPr>
        <w:t>Setting it to 5 gives X=10; to 7 gives X=22; and to X itself gives 20+X=6X, so X=4. Values 1 and 2 give negative X.</w:t>
      </w:r>
    </w:p>
    <w:p>
      <w:pPr>
        <w:spacing w:before="0" w:after="80" w:line="300" w:lineRule="auto"/>
        <w:jc w:val="left"/>
      </w:pPr>
      <w:r>
        <w:rPr>
          <w:rFonts w:ascii="Times New Roman" w:hAnsi="Times New Roman" w:eastAsia="宋体"/>
          <w:b w:val="0"/>
          <w:i w:val="0"/>
          <w:color w:val="333333"/>
          <w:sz w:val="19"/>
        </w:rPr>
        <w:t>The positive values are 10,22,4, summing to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底部中间的区域与其他四个区域都共边。先给它涂色，有 5 种方法。</w:t>
      </w:r>
    </w:p>
    <w:p>
      <w:pPr>
        <w:spacing w:before="0" w:after="80" w:line="300" w:lineRule="auto"/>
        <w:jc w:val="left"/>
      </w:pPr>
      <w:r>
        <w:rPr>
          <w:rFonts w:ascii="Times New Roman" w:hAnsi="Times New Roman" w:eastAsia="宋体"/>
          <w:b w:val="0"/>
          <w:i w:val="0"/>
          <w:sz w:val="21"/>
        </w:rPr>
        <w:t>左上区域与它相邻，有 4 种选择。其余三个区域各与两个已经涂好的区域相邻，而这两个区域颜色不同，所以各有 3 种选择。</w:t>
      </w:r>
    </w:p>
    <w:p>
      <w:pPr>
        <w:spacing w:before="0" w:after="80" w:line="300" w:lineRule="auto"/>
        <w:jc w:val="left"/>
      </w:pPr>
      <w:r>
        <w:rPr>
          <w:rFonts w:ascii="Times New Roman" w:hAnsi="Times New Roman" w:eastAsia="宋体"/>
          <w:b w:val="0"/>
          <w:i w:val="0"/>
          <w:sz w:val="21"/>
        </w:rPr>
        <w:t>总数为 5·4·3·3·3=540。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bottom-middle region shares a border with all four other regions. Color it first in 5 ways.</w:t>
      </w:r>
    </w:p>
    <w:p>
      <w:pPr>
        <w:spacing w:before="0" w:after="80" w:line="300" w:lineRule="auto"/>
        <w:jc w:val="left"/>
      </w:pPr>
      <w:r>
        <w:rPr>
          <w:rFonts w:ascii="Times New Roman" w:hAnsi="Times New Roman" w:eastAsia="宋体"/>
          <w:b w:val="0"/>
          <w:i w:val="0"/>
          <w:color w:val="333333"/>
          <w:sz w:val="19"/>
        </w:rPr>
        <w:t>The top-left region borders it, giving 4 choices. Each of the three remaining regions borders exactly two already-colored regions, which have different colors, leaving 3 choices apiece.</w:t>
      </w:r>
    </w:p>
    <w:p>
      <w:pPr>
        <w:spacing w:before="0" w:after="80" w:line="300" w:lineRule="auto"/>
        <w:jc w:val="left"/>
      </w:pPr>
      <w:r>
        <w:rPr>
          <w:rFonts w:ascii="Times New Roman" w:hAnsi="Times New Roman" w:eastAsia="宋体"/>
          <w:b w:val="0"/>
          <w:i w:val="0"/>
          <w:color w:val="333333"/>
          <w:sz w:val="19"/>
        </w:rPr>
        <w:t>The total is 5·4·3·3·3=540.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第 k 个因子是对 10 连取 k 次立方根，也就是 10^(1/3ᵏ)。</w:t>
      </w:r>
    </w:p>
    <w:p>
      <w:pPr>
        <w:spacing w:before="0" w:after="80" w:line="300" w:lineRule="auto"/>
        <w:jc w:val="left"/>
      </w:pPr>
      <w:r>
        <w:rPr>
          <w:rFonts w:ascii="Times New Roman" w:hAnsi="Times New Roman" w:eastAsia="宋体"/>
          <w:b w:val="0"/>
          <w:i w:val="0"/>
          <w:sz w:val="21"/>
        </w:rPr>
        <w:t>这个乘积等于 10 的如下幂：</w:t>
      </w:r>
    </w:p>
    <w:p>
      <w:pPr>
        <w:spacing w:before="0" w:after="80" w:line="300" w:lineRule="auto"/>
        <w:jc w:val="left"/>
      </w:pPr>
      <w:r>
        <w:rPr>
          <w:rFonts w:ascii="Times New Roman" w:hAnsi="Times New Roman" w:eastAsia="宋体"/>
          <w:b w:val="0"/>
          <w:i w:val="0"/>
          <w:sz w:val="21"/>
        </w:rPr>
        <w:t>1/3+1/9+1/27+⋯=(1/3)/(1-1/3)</w:t>
      </w:r>
    </w:p>
    <w:p>
      <w:pPr>
        <w:spacing w:before="0" w:after="80" w:line="300" w:lineRule="auto"/>
        <w:jc w:val="left"/>
      </w:pPr>
      <w:r>
        <w:rPr>
          <w:rFonts w:ascii="Times New Roman" w:hAnsi="Times New Roman" w:eastAsia="宋体"/>
          <w:b w:val="0"/>
          <w:i w:val="0"/>
          <w:sz w:val="21"/>
        </w:rPr>
        <w:t>=1/2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所以乘积的值为 10^(1/2)=√(10)。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kth factor is 10 raised to the k-fold cube root, namely 10^(1/3ᵏ).</w:t>
      </w:r>
    </w:p>
    <w:p>
      <w:pPr>
        <w:spacing w:before="0" w:after="80" w:line="300" w:lineRule="auto"/>
        <w:jc w:val="left"/>
      </w:pPr>
      <w:r>
        <w:rPr>
          <w:rFonts w:ascii="Times New Roman" w:hAnsi="Times New Roman" w:eastAsia="宋体"/>
          <w:b w:val="0"/>
          <w:i w:val="0"/>
          <w:color w:val="333333"/>
          <w:sz w:val="19"/>
        </w:rPr>
        <w:t>The product is 10 raised to</w:t>
      </w:r>
    </w:p>
    <w:p>
      <w:pPr>
        <w:spacing w:before="0" w:after="80" w:line="300" w:lineRule="auto"/>
        <w:jc w:val="left"/>
      </w:pPr>
      <w:r>
        <w:rPr>
          <w:rFonts w:ascii="Times New Roman" w:hAnsi="Times New Roman" w:eastAsia="宋体"/>
          <w:b w:val="0"/>
          <w:i w:val="0"/>
          <w:color w:val="333333"/>
          <w:sz w:val="19"/>
        </w:rPr>
        <w:t>1/3+1/9+1/27+⋯=(1/3)/(1-1/3)</w:t>
      </w:r>
    </w:p>
    <w:p>
      <w:pPr>
        <w:spacing w:before="0" w:after="80" w:line="300" w:lineRule="auto"/>
        <w:jc w:val="left"/>
      </w:pPr>
      <w:r>
        <w:rPr>
          <w:rFonts w:ascii="Times New Roman" w:hAnsi="Times New Roman" w:eastAsia="宋体"/>
          <w:b w:val="0"/>
          <w:i w:val="0"/>
          <w:color w:val="333333"/>
          <w:sz w:val="19"/>
        </w:rPr>
        <w:t>=1/2.</w:t>
      </w:r>
    </w:p>
    <w:p>
      <w:pPr>
        <w:spacing w:before="0" w:after="80" w:line="300" w:lineRule="auto"/>
        <w:jc w:val="left"/>
      </w:pPr>
      <w:r>
        <w:rPr>
          <w:rFonts w:ascii="Times New Roman" w:hAnsi="Times New Roman" w:eastAsia="宋体"/>
          <w:b w:val="0"/>
          <w:i w:val="0"/>
          <w:color w:val="333333"/>
          <w:sz w:val="19"/>
        </w:rPr>
        <w:t>So the value is 10^(1/2)=√(10).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对“你是说真话者吗？”这个问题，说真话者和说谎者都会回答“是”，而交替者中只有这次说谎的人会回答“是”。对“你是交替者吗？”这个问题，说谎者回答“是”，交替者中只有这次说真话的人回答“是”。对“你是说谎者吗？”这个问题，只有这次说谎的交替者回答“是”。</w:t>
      </w:r>
    </w:p>
    <w:p>
      <w:pPr>
        <w:spacing w:before="0" w:after="80" w:line="300" w:lineRule="auto"/>
        <w:jc w:val="left"/>
      </w:pPr>
      <w:r>
        <w:rPr>
          <w:rFonts w:ascii="Times New Roman" w:hAnsi="Times New Roman" w:eastAsia="宋体"/>
          <w:b w:val="0"/>
          <w:i w:val="0"/>
          <w:sz w:val="21"/>
        </w:rPr>
        <w:t>按第一次回答拆分交替者。先说谎的交替者回答模式为（谎话，真话，谎话），所以三个问题都回答“是”；先说真话的交替者回答模式为（真话，谎话，真话），所以三个问题都不回答“是”。最后一个问题的 9 个“是”正好都是先说谎的交替者，因此他们有 9 人。</w:t>
      </w:r>
    </w:p>
    <w:p>
      <w:pPr>
        <w:spacing w:before="0" w:after="80" w:line="300" w:lineRule="auto"/>
        <w:jc w:val="left"/>
      </w:pPr>
      <w:r>
        <w:rPr>
          <w:rFonts w:ascii="Times New Roman" w:hAnsi="Times New Roman" w:eastAsia="宋体"/>
          <w:b w:val="0"/>
          <w:i w:val="0"/>
          <w:sz w:val="21"/>
        </w:rPr>
        <w:t>第二个问题的 15 个“是”来自说谎者和这 9 个交替者，所以说谎者有 6 人。第一个问题的 22 个“是”来自说真话者、说谎者以及这 9 个交替者，所以说真话者有 22-6-9=7 人。</w:t>
      </w:r>
    </w:p>
    <w:p>
      <w:pPr>
        <w:spacing w:before="0" w:after="80" w:line="300" w:lineRule="auto"/>
        <w:jc w:val="left"/>
      </w:pPr>
      <w:r>
        <w:rPr>
          <w:rFonts w:ascii="Times New Roman" w:hAnsi="Times New Roman" w:eastAsia="宋体"/>
          <w:b w:val="0"/>
          <w:i w:val="0"/>
          <w:sz w:val="21"/>
        </w:rPr>
        <w:t>说真话者只会在第一个问题回答“是”，每人得到一颗糖，共 7·1=7 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“Are you a truth-teller?” the truth-tellers and liars both answer yes, and only alternaters who lie on this question answer yes. To “Are you an alternater?” the liars answer yes, and among alternaters only those telling the truth on this question answer yes. To “Are you a liar?” only alternaters lying on this question answer yes.</w:t>
      </w:r>
    </w:p>
    <w:p>
      <w:pPr>
        <w:spacing w:before="0" w:after="80" w:line="300" w:lineRule="auto"/>
        <w:jc w:val="left"/>
      </w:pPr>
      <w:r>
        <w:rPr>
          <w:rFonts w:ascii="Times New Roman" w:hAnsi="Times New Roman" w:eastAsia="宋体"/>
          <w:b w:val="0"/>
          <w:i w:val="0"/>
          <w:color w:val="333333"/>
          <w:sz w:val="19"/>
        </w:rPr>
        <w:t>Split the alternaters by first response. Those starting with a lie answer (lie, truth, lie), so they say yes to all three questions; those starting truthful answer (truth, lie, truth) and say yes to none of the three. The 9 yeses on the last question are exactly the lie-first alternaters, so there are 9 of them.</w:t>
      </w:r>
    </w:p>
    <w:p>
      <w:pPr>
        <w:spacing w:before="0" w:after="80" w:line="300" w:lineRule="auto"/>
        <w:jc w:val="left"/>
      </w:pPr>
      <w:r>
        <w:rPr>
          <w:rFonts w:ascii="Times New Roman" w:hAnsi="Times New Roman" w:eastAsia="宋体"/>
          <w:b w:val="0"/>
          <w:i w:val="0"/>
          <w:color w:val="333333"/>
          <w:sz w:val="19"/>
        </w:rPr>
        <w:t>The second question’s 15 yeses are the liars plus these 9, so there are 6 liars. The first question’s 22 yeses are truth-tellers plus liars plus the 9, so the truth-tellers number 22-6-9=7.</w:t>
      </w:r>
    </w:p>
    <w:p>
      <w:pPr>
        <w:spacing w:before="0" w:after="80" w:line="300" w:lineRule="auto"/>
        <w:jc w:val="left"/>
      </w:pPr>
      <w:r>
        <w:rPr>
          <w:rFonts w:ascii="Times New Roman" w:hAnsi="Times New Roman" w:eastAsia="宋体"/>
          <w:b w:val="0"/>
          <w:i w:val="0"/>
          <w:color w:val="333333"/>
          <w:sz w:val="19"/>
        </w:rPr>
        <w:t>Truth-tellers answer yes only to the first question, receiving one candy each, for 7·1=7 pieces.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任何大于或等于 8 的数都不能作为较小元素（它的两倍超过 14），所以 8 到 14 都是较大元素，1 到 7 都是较小元素。</w:t>
      </w:r>
    </w:p>
    <w:p>
      <w:pPr>
        <w:spacing w:before="0" w:after="80" w:line="300" w:lineRule="auto"/>
        <w:jc w:val="left"/>
      </w:pPr>
      <w:r>
        <w:rPr>
          <w:rFonts w:ascii="Times New Roman" w:hAnsi="Times New Roman" w:eastAsia="宋体"/>
          <w:b w:val="0"/>
          <w:i w:val="0"/>
          <w:sz w:val="21"/>
        </w:rPr>
        <w:t>将每个较小数 s 配到一个较大数 g≥2s。从限制最强的开始：s=7 强制 g=14（1 种）；然后 s=6 可配剩下的 {12,13}（2 种）；s=5 有 3 种；s=4 有 4 种；s=3 有 3 种；s=2 有 2 种；s=1 有 1 种。</w:t>
      </w:r>
    </w:p>
    <w:p>
      <w:pPr>
        <w:spacing w:before="0" w:after="80" w:line="300" w:lineRule="auto"/>
        <w:jc w:val="left"/>
      </w:pPr>
      <w:r>
        <w:rPr>
          <w:rFonts w:ascii="Times New Roman" w:hAnsi="Times New Roman" w:eastAsia="宋体"/>
          <w:b w:val="0"/>
          <w:i w:val="0"/>
          <w:sz w:val="21"/>
        </w:rPr>
        <w:t>匹配数为 1·2·3·4·3·2·1=144。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number 8 or larger cannot be a smaller element (its double exceeds 14), so 8–14 are all larger elements and 1–7 are all smaller elements.</w:t>
      </w:r>
    </w:p>
    <w:p>
      <w:pPr>
        <w:spacing w:before="0" w:after="80" w:line="300" w:lineRule="auto"/>
        <w:jc w:val="left"/>
      </w:pPr>
      <w:r>
        <w:rPr>
          <w:rFonts w:ascii="Times New Roman" w:hAnsi="Times New Roman" w:eastAsia="宋体"/>
          <w:b w:val="0"/>
          <w:i w:val="0"/>
          <w:color w:val="333333"/>
          <w:sz w:val="19"/>
        </w:rPr>
        <w:t>Match each smaller s to a larger g≥2s. Processing from the most restrictive: s=7 forces g=14 (1 way); then s=6 has {12,13} left (2); s=5 has 3; s=4 has 4; s=3 has 3; s=2 has 2; s=1 has 1.</w:t>
      </w:r>
    </w:p>
    <w:p>
      <w:pPr>
        <w:spacing w:before="0" w:after="80" w:line="300" w:lineRule="auto"/>
        <w:jc w:val="left"/>
      </w:pPr>
      <w:r>
        <w:rPr>
          <w:rFonts w:ascii="Times New Roman" w:hAnsi="Times New Roman" w:eastAsia="宋体"/>
          <w:b w:val="0"/>
          <w:i w:val="0"/>
          <w:color w:val="333333"/>
          <w:sz w:val="19"/>
        </w:rPr>
        <w:t>The number of matchings is 1·2·3·4·3·2·1=144.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右侧的距离为 |log₆ 10-1|=log₆5/3，所以它的两倍为 2log₆5/3=log₆25/9。</w:t>
      </w:r>
    </w:p>
    <w:p>
      <w:pPr>
        <w:spacing w:before="0" w:after="80" w:line="300" w:lineRule="auto"/>
        <w:jc w:val="left"/>
      </w:pPr>
      <w:r>
        <w:rPr>
          <w:rFonts w:ascii="Times New Roman" w:hAnsi="Times New Roman" w:eastAsia="宋体"/>
          <w:b w:val="0"/>
          <w:i w:val="0"/>
          <w:sz w:val="21"/>
        </w:rPr>
        <w:t>因此 |log₆x/9|=log₆25/9，得 x/9=25/9 或 x/9=9/25，所以 x=25 或 x=81/25。</w:t>
      </w:r>
    </w:p>
    <w:p>
      <w:pPr>
        <w:spacing w:before="0" w:after="80" w:line="300" w:lineRule="auto"/>
        <w:jc w:val="left"/>
      </w:pPr>
      <w:r>
        <w:rPr>
          <w:rFonts w:ascii="Times New Roman" w:hAnsi="Times New Roman" w:eastAsia="宋体"/>
          <w:b w:val="0"/>
          <w:i w:val="0"/>
          <w:sz w:val="21"/>
        </w:rPr>
        <w:t>它们的乘积为 25·81/25=81。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right-hand distance is |log₆ 10-1|=log₆5/3, so twice it is 2log₆5/3=log₆25/9.</w:t>
      </w:r>
    </w:p>
    <w:p>
      <w:pPr>
        <w:spacing w:before="0" w:after="80" w:line="300" w:lineRule="auto"/>
        <w:jc w:val="left"/>
      </w:pPr>
      <w:r>
        <w:rPr>
          <w:rFonts w:ascii="Times New Roman" w:hAnsi="Times New Roman" w:eastAsia="宋体"/>
          <w:b w:val="0"/>
          <w:i w:val="0"/>
          <w:color w:val="333333"/>
          <w:sz w:val="19"/>
        </w:rPr>
        <w:t>Thus |log₆x/9|=log₆25/9, giving x/9=25/9 or x/9=9/25, so x=25 or x=81/25.</w:t>
      </w:r>
    </w:p>
    <w:p>
      <w:pPr>
        <w:spacing w:before="0" w:after="80" w:line="300" w:lineRule="auto"/>
        <w:jc w:val="left"/>
      </w:pPr>
      <w:r>
        <w:rPr>
          <w:rFonts w:ascii="Times New Roman" w:hAnsi="Times New Roman" w:eastAsia="宋体"/>
          <w:b w:val="0"/>
          <w:i w:val="0"/>
          <w:color w:val="333333"/>
          <w:sz w:val="19"/>
        </w:rPr>
        <w:t>Their product is 25·81/25=81.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取棱长为 1。因为 M 是 AB 的中点，线段 CM 和 DM 是等边三角形面的高，长度都为 (√(3))/2。另外 CD=1。</w:t>
      </w:r>
    </w:p>
    <w:p>
      <w:pPr>
        <w:spacing w:before="0" w:after="80" w:line="300" w:lineRule="auto"/>
        <w:jc w:val="left"/>
      </w:pPr>
      <w:r>
        <w:rPr>
          <w:rFonts w:ascii="Times New Roman" w:hAnsi="Times New Roman" w:eastAsia="宋体"/>
          <w:b w:val="0"/>
          <w:i w:val="0"/>
          <w:sz w:val="21"/>
        </w:rPr>
        <w:t>在 △ CMD 中由余弦定理，</w:t>
      </w:r>
    </w:p>
    <w:p>
      <w:pPr>
        <w:spacing w:before="0" w:after="80" w:line="300" w:lineRule="auto"/>
        <w:jc w:val="left"/>
      </w:pPr>
      <w:r>
        <w:rPr>
          <w:rFonts w:ascii="Times New Roman" w:hAnsi="Times New Roman" w:eastAsia="宋体"/>
          <w:b w:val="0"/>
          <w:i w:val="0"/>
          <w:sz w:val="21"/>
        </w:rPr>
        <w:t>cos(∠ CMD) =(3/4+3/4-1)/(2·3/4)</w:t>
      </w:r>
    </w:p>
    <w:p>
      <w:pPr>
        <w:spacing w:before="0" w:after="80" w:line="300" w:lineRule="auto"/>
        <w:jc w:val="left"/>
      </w:pPr>
      <w:r>
        <w:rPr>
          <w:rFonts w:ascii="Times New Roman" w:hAnsi="Times New Roman" w:eastAsia="宋体"/>
          <w:b w:val="0"/>
          <w:i w:val="0"/>
          <w:sz w:val="21"/>
        </w:rPr>
        <w:t>=(1/2)/(3/2)=1/3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edge length 1. Since M is the midpoint of AB, segments CM and DM are altitudes of the equilateral faces, each of length (√(3))/2. Also CD=1.</w:t>
      </w:r>
    </w:p>
    <w:p>
      <w:pPr>
        <w:spacing w:before="0" w:after="80" w:line="300" w:lineRule="auto"/>
        <w:jc w:val="left"/>
      </w:pPr>
      <w:r>
        <w:rPr>
          <w:rFonts w:ascii="Times New Roman" w:hAnsi="Times New Roman" w:eastAsia="宋体"/>
          <w:b w:val="0"/>
          <w:i w:val="0"/>
          <w:color w:val="333333"/>
          <w:sz w:val="19"/>
        </w:rPr>
        <w:t>By the Law of Cosines in △ CMD,</w:t>
      </w:r>
    </w:p>
    <w:p>
      <w:pPr>
        <w:spacing w:before="0" w:after="80" w:line="300" w:lineRule="auto"/>
        <w:jc w:val="left"/>
      </w:pPr>
      <w:r>
        <w:rPr>
          <w:rFonts w:ascii="Times New Roman" w:hAnsi="Times New Roman" w:eastAsia="宋体"/>
          <w:b w:val="0"/>
          <w:i w:val="0"/>
          <w:color w:val="333333"/>
          <w:sz w:val="19"/>
        </w:rPr>
        <w:t>cos(∠ CMD) =(3/4+3/4-1)/(2·3/4)</w:t>
      </w:r>
    </w:p>
    <w:p>
      <w:pPr>
        <w:spacing w:before="0" w:after="80" w:line="300" w:lineRule="auto"/>
        <w:jc w:val="left"/>
      </w:pPr>
      <w:r>
        <w:rPr>
          <w:rFonts w:ascii="Times New Roman" w:hAnsi="Times New Roman" w:eastAsia="宋体"/>
          <w:b w:val="0"/>
          <w:i w:val="0"/>
          <w:color w:val="333333"/>
          <w:sz w:val="19"/>
        </w:rPr>
        <w:t>=(1/2)/(3/2)=1/3.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给线段上的每个点加上半径为 1 的圆盘，会扫出所有到该线段距离不超过 1 的点。从 3 到 4i 的线段长度为 √(3²+4²)=5。</w:t>
      </w:r>
    </w:p>
    <w:p>
      <w:pPr>
        <w:spacing w:before="0" w:after="80" w:line="300" w:lineRule="auto"/>
        <w:jc w:val="left"/>
      </w:pPr>
      <w:r>
        <w:rPr>
          <w:rFonts w:ascii="Times New Roman" w:hAnsi="Times New Roman" w:eastAsia="宋体"/>
          <w:b w:val="0"/>
          <w:i w:val="0"/>
          <w:sz w:val="21"/>
        </w:rPr>
        <w:t>这个“体育场”形状由一个 5×2 的矩形和两个半径为 1 的半圆组成，面积为</w:t>
      </w:r>
    </w:p>
    <w:p>
      <w:pPr>
        <w:spacing w:before="0" w:after="80" w:line="300" w:lineRule="auto"/>
        <w:jc w:val="left"/>
      </w:pPr>
      <w:r>
        <w:rPr>
          <w:rFonts w:ascii="Times New Roman" w:hAnsi="Times New Roman" w:eastAsia="宋体"/>
          <w:b w:val="0"/>
          <w:i w:val="0"/>
          <w:sz w:val="21"/>
        </w:rPr>
        <w:t>5·2+π(1)²=10+π≈13.14。</w:t>
      </w:r>
    </w:p>
    <w:p>
      <w:pPr>
        <w:spacing w:before="0" w:after="80" w:line="300" w:lineRule="auto"/>
        <w:jc w:val="left"/>
      </w:pPr>
      <w:r>
        <w:rPr>
          <w:rFonts w:ascii="Times New Roman" w:hAnsi="Times New Roman" w:eastAsia="宋体"/>
          <w:b w:val="0"/>
          <w:i w:val="0"/>
          <w:sz w:val="21"/>
        </w:rPr>
        <w:t>最接近的整数是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a disk of radius 1 to every point of the segment sweeps out all points within distance 1 of it. The segment from 3 to 4i has length √(3²+4²)=5.</w:t>
      </w:r>
    </w:p>
    <w:p>
      <w:pPr>
        <w:spacing w:before="0" w:after="80" w:line="300" w:lineRule="auto"/>
        <w:jc w:val="left"/>
      </w:pPr>
      <w:r>
        <w:rPr>
          <w:rFonts w:ascii="Times New Roman" w:hAnsi="Times New Roman" w:eastAsia="宋体"/>
          <w:b w:val="0"/>
          <w:i w:val="0"/>
          <w:color w:val="333333"/>
          <w:sz w:val="19"/>
        </w:rPr>
        <w:t>This “stadium” is a 5×2 rectangle plus two half-disks of radius 1, with area</w:t>
      </w:r>
    </w:p>
    <w:p>
      <w:pPr>
        <w:spacing w:before="0" w:after="80" w:line="300" w:lineRule="auto"/>
        <w:jc w:val="left"/>
      </w:pPr>
      <w:r>
        <w:rPr>
          <w:rFonts w:ascii="Times New Roman" w:hAnsi="Times New Roman" w:eastAsia="宋体"/>
          <w:b w:val="0"/>
          <w:i w:val="0"/>
          <w:color w:val="333333"/>
          <w:sz w:val="19"/>
        </w:rPr>
        <w:t>5·2+π(1)²=10+π≈13.14.</w:t>
      </w:r>
    </w:p>
    <w:p>
      <w:pPr>
        <w:spacing w:before="0" w:after="80" w:line="300" w:lineRule="auto"/>
        <w:jc w:val="left"/>
      </w:pPr>
      <w:r>
        <w:rPr>
          <w:rFonts w:ascii="Times New Roman" w:hAnsi="Times New Roman" w:eastAsia="宋体"/>
          <w:b w:val="0"/>
          <w:i w:val="0"/>
          <w:color w:val="333333"/>
          <w:sz w:val="19"/>
        </w:rPr>
        <w:t>The closest integer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令 u=log 2。则 log 5=1-u，log 20=1+u，log 8=3u，且 log 0.25=-2u。</w:t>
      </w:r>
    </w:p>
    <w:p>
      <w:pPr>
        <w:spacing w:before="0" w:after="80" w:line="300" w:lineRule="auto"/>
        <w:jc w:val="left"/>
      </w:pPr>
      <w:r>
        <w:rPr>
          <w:rFonts w:ascii="Times New Roman" w:hAnsi="Times New Roman" w:eastAsia="宋体"/>
          <w:b w:val="0"/>
          <w:i w:val="0"/>
          <w:sz w:val="21"/>
        </w:rPr>
        <w:t>设 a=1-u, b=1+u，则 a+b=2，ab=1-u²，所以</w:t>
      </w:r>
    </w:p>
    <w:p>
      <w:pPr>
        <w:spacing w:before="0" w:after="80" w:line="300" w:lineRule="auto"/>
        <w:jc w:val="left"/>
      </w:pPr>
      <w:r>
        <w:rPr>
          <w:rFonts w:ascii="Times New Roman" w:hAnsi="Times New Roman" w:eastAsia="宋体"/>
          <w:b w:val="0"/>
          <w:i w:val="0"/>
          <w:sz w:val="21"/>
        </w:rPr>
        <w:t>a³+b³</w:t>
      </w:r>
    </w:p>
    <w:p>
      <w:pPr>
        <w:spacing w:before="0" w:after="80" w:line="300" w:lineRule="auto"/>
        <w:jc w:val="left"/>
      </w:pPr>
      <w:r>
        <w:rPr>
          <w:rFonts w:ascii="Times New Roman" w:hAnsi="Times New Roman" w:eastAsia="宋体"/>
          <w:b w:val="0"/>
          <w:i w:val="0"/>
          <w:sz w:val="21"/>
        </w:rPr>
        <w:t>=(a+b)((a+b)²-3ab)</w:t>
      </w:r>
    </w:p>
    <w:p>
      <w:pPr>
        <w:spacing w:before="0" w:after="80" w:line="300" w:lineRule="auto"/>
        <w:jc w:val="left"/>
      </w:pPr>
      <w:r>
        <w:rPr>
          <w:rFonts w:ascii="Times New Roman" w:hAnsi="Times New Roman" w:eastAsia="宋体"/>
          <w:b w:val="0"/>
          <w:i w:val="0"/>
          <w:sz w:val="21"/>
        </w:rPr>
        <w:t>=2(4-3(1-u²))</w:t>
      </w:r>
    </w:p>
    <w:p>
      <w:pPr>
        <w:spacing w:before="0" w:after="80" w:line="300" w:lineRule="auto"/>
        <w:jc w:val="left"/>
      </w:pPr>
      <w:r>
        <w:rPr>
          <w:rFonts w:ascii="Times New Roman" w:hAnsi="Times New Roman" w:eastAsia="宋体"/>
          <w:b w:val="0"/>
          <w:i w:val="0"/>
          <w:sz w:val="21"/>
        </w:rPr>
        <w:t>=2+6u²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最后一项是 (3u)(-2u)=-6u²，因此总和为 2+6u²-6u²=2。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u=log 2. Then log 5=1-u, log 20=1+u, log 8=3u, and log 0.25=-2u.</w:t>
      </w:r>
    </w:p>
    <w:p>
      <w:pPr>
        <w:spacing w:before="0" w:after="80" w:line="300" w:lineRule="auto"/>
        <w:jc w:val="left"/>
      </w:pPr>
      <w:r>
        <w:rPr>
          <w:rFonts w:ascii="Times New Roman" w:hAnsi="Times New Roman" w:eastAsia="宋体"/>
          <w:b w:val="0"/>
          <w:i w:val="0"/>
          <w:color w:val="333333"/>
          <w:sz w:val="19"/>
        </w:rPr>
        <w:t>With a=1-u, b=1+u, we have a+b=2 and ab=1-u², so</w:t>
      </w:r>
    </w:p>
    <w:p>
      <w:pPr>
        <w:spacing w:before="0" w:after="80" w:line="300" w:lineRule="auto"/>
        <w:jc w:val="left"/>
      </w:pPr>
      <w:r>
        <w:rPr>
          <w:rFonts w:ascii="Times New Roman" w:hAnsi="Times New Roman" w:eastAsia="宋体"/>
          <w:b w:val="0"/>
          <w:i w:val="0"/>
          <w:color w:val="333333"/>
          <w:sz w:val="19"/>
        </w:rPr>
        <w:t>a³+b³</w:t>
      </w:r>
    </w:p>
    <w:p>
      <w:pPr>
        <w:spacing w:before="0" w:after="80" w:line="300" w:lineRule="auto"/>
        <w:jc w:val="left"/>
      </w:pPr>
      <w:r>
        <w:rPr>
          <w:rFonts w:ascii="Times New Roman" w:hAnsi="Times New Roman" w:eastAsia="宋体"/>
          <w:b w:val="0"/>
          <w:i w:val="0"/>
          <w:color w:val="333333"/>
          <w:sz w:val="19"/>
        </w:rPr>
        <w:t>=(a+b)((a+b)²-3ab)</w:t>
      </w:r>
    </w:p>
    <w:p>
      <w:pPr>
        <w:spacing w:before="0" w:after="80" w:line="300" w:lineRule="auto"/>
        <w:jc w:val="left"/>
      </w:pPr>
      <w:r>
        <w:rPr>
          <w:rFonts w:ascii="Times New Roman" w:hAnsi="Times New Roman" w:eastAsia="宋体"/>
          <w:b w:val="0"/>
          <w:i w:val="0"/>
          <w:color w:val="333333"/>
          <w:sz w:val="19"/>
        </w:rPr>
        <w:t>=2(4-3(1-u²))</w:t>
      </w:r>
    </w:p>
    <w:p>
      <w:pPr>
        <w:spacing w:before="0" w:after="80" w:line="300" w:lineRule="auto"/>
        <w:jc w:val="left"/>
      </w:pPr>
      <w:r>
        <w:rPr>
          <w:rFonts w:ascii="Times New Roman" w:hAnsi="Times New Roman" w:eastAsia="宋体"/>
          <w:b w:val="0"/>
          <w:i w:val="0"/>
          <w:color w:val="333333"/>
          <w:sz w:val="19"/>
        </w:rPr>
        <w:t>=2+6u².</w:t>
      </w:r>
    </w:p>
    <w:p>
      <w:pPr>
        <w:spacing w:before="0" w:after="80" w:line="300" w:lineRule="auto"/>
        <w:jc w:val="left"/>
      </w:pPr>
      <w:r>
        <w:rPr>
          <w:rFonts w:ascii="Times New Roman" w:hAnsi="Times New Roman" w:eastAsia="宋体"/>
          <w:b w:val="0"/>
          <w:i w:val="0"/>
          <w:color w:val="333333"/>
          <w:sz w:val="19"/>
        </w:rPr>
        <w:t>The last term is (3u)(-2u)=-6u², so the total is 2+6u²-6u²=2.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设根为 r,s,t。由韦达定理，r+s+t=39/10，rs+rt+st=29/10，且 rst=6/10=3/5。</w:t>
      </w:r>
    </w:p>
    <w:p>
      <w:pPr>
        <w:spacing w:before="0" w:after="80" w:line="300" w:lineRule="auto"/>
        <w:jc w:val="left"/>
      </w:pPr>
      <w:r>
        <w:rPr>
          <w:rFonts w:ascii="Times New Roman" w:hAnsi="Times New Roman" w:eastAsia="宋体"/>
          <w:b w:val="0"/>
          <w:i w:val="0"/>
          <w:sz w:val="21"/>
        </w:rPr>
        <w:t>新体积为</w:t>
      </w:r>
    </w:p>
    <w:p>
      <w:pPr>
        <w:spacing w:before="0" w:after="80" w:line="300" w:lineRule="auto"/>
        <w:jc w:val="left"/>
      </w:pPr>
      <w:r>
        <w:rPr>
          <w:rFonts w:ascii="Times New Roman" w:hAnsi="Times New Roman" w:eastAsia="宋体"/>
          <w:b w:val="0"/>
          <w:i w:val="0"/>
          <w:sz w:val="21"/>
        </w:rPr>
        <w:t>(r+2)(s+2)(t+2)</w:t>
      </w:r>
    </w:p>
    <w:p>
      <w:pPr>
        <w:spacing w:before="0" w:after="80" w:line="300" w:lineRule="auto"/>
        <w:jc w:val="left"/>
      </w:pPr>
      <w:r>
        <w:rPr>
          <w:rFonts w:ascii="Times New Roman" w:hAnsi="Times New Roman" w:eastAsia="宋体"/>
          <w:b w:val="0"/>
          <w:i w:val="0"/>
          <w:sz w:val="21"/>
        </w:rPr>
        <w:t>=rst+2(rs+rt+st)</w:t>
      </w:r>
    </w:p>
    <w:p>
      <w:pPr>
        <w:spacing w:before="0" w:after="80" w:line="300" w:lineRule="auto"/>
        <w:jc w:val="left"/>
      </w:pPr>
      <w:r>
        <w:rPr>
          <w:rFonts w:ascii="Times New Roman" w:hAnsi="Times New Roman" w:eastAsia="宋体"/>
          <w:b w:val="0"/>
          <w:i w:val="0"/>
          <w:sz w:val="21"/>
        </w:rPr>
        <w:t>+4(r+s+t)+8</w:t>
      </w:r>
    </w:p>
    <w:p>
      <w:pPr>
        <w:spacing w:before="0" w:after="80" w:line="300" w:lineRule="auto"/>
        <w:jc w:val="left"/>
      </w:pPr>
      <w:r>
        <w:rPr>
          <w:rFonts w:ascii="Times New Roman" w:hAnsi="Times New Roman" w:eastAsia="宋体"/>
          <w:b w:val="0"/>
          <w:i w:val="0"/>
          <w:sz w:val="21"/>
        </w:rPr>
        <w:t>=3/5+58/10</w:t>
      </w:r>
    </w:p>
    <w:p>
      <w:pPr>
        <w:spacing w:before="0" w:after="80" w:line="300" w:lineRule="auto"/>
        <w:jc w:val="left"/>
      </w:pPr>
      <w:r>
        <w:rPr>
          <w:rFonts w:ascii="Times New Roman" w:hAnsi="Times New Roman" w:eastAsia="宋体"/>
          <w:b w:val="0"/>
          <w:i w:val="0"/>
          <w:sz w:val="21"/>
        </w:rPr>
        <w:t>+156/10+8</w:t>
      </w:r>
    </w:p>
    <w:p>
      <w:pPr>
        <w:spacing w:before="0" w:after="80" w:line="300" w:lineRule="auto"/>
        <w:jc w:val="left"/>
      </w:pPr>
      <w:r>
        <w:rPr>
          <w:rFonts w:ascii="Times New Roman" w:hAnsi="Times New Roman" w:eastAsia="宋体"/>
          <w:b w:val="0"/>
          <w:i w:val="0"/>
          <w:sz w:val="21"/>
        </w:rPr>
        <w:t>=30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be r,s,t. By Vieta’s formulas, r+s+t=39/10, rs+rt+st=29/10, and rst=6/10=3/5.</w:t>
      </w:r>
    </w:p>
    <w:p>
      <w:pPr>
        <w:spacing w:before="0" w:after="80" w:line="300" w:lineRule="auto"/>
        <w:jc w:val="left"/>
      </w:pPr>
      <w:r>
        <w:rPr>
          <w:rFonts w:ascii="Times New Roman" w:hAnsi="Times New Roman" w:eastAsia="宋体"/>
          <w:b w:val="0"/>
          <w:i w:val="0"/>
          <w:color w:val="333333"/>
          <w:sz w:val="19"/>
        </w:rPr>
        <w:t>The new volume is</w:t>
      </w:r>
    </w:p>
    <w:p>
      <w:pPr>
        <w:spacing w:before="0" w:after="80" w:line="300" w:lineRule="auto"/>
        <w:jc w:val="left"/>
      </w:pPr>
      <w:r>
        <w:rPr>
          <w:rFonts w:ascii="Times New Roman" w:hAnsi="Times New Roman" w:eastAsia="宋体"/>
          <w:b w:val="0"/>
          <w:i w:val="0"/>
          <w:color w:val="333333"/>
          <w:sz w:val="19"/>
        </w:rPr>
        <w:t>(r+2)(s+2)(t+2)</w:t>
      </w:r>
    </w:p>
    <w:p>
      <w:pPr>
        <w:spacing w:before="0" w:after="80" w:line="300" w:lineRule="auto"/>
        <w:jc w:val="left"/>
      </w:pPr>
      <w:r>
        <w:rPr>
          <w:rFonts w:ascii="Times New Roman" w:hAnsi="Times New Roman" w:eastAsia="宋体"/>
          <w:b w:val="0"/>
          <w:i w:val="0"/>
          <w:color w:val="333333"/>
          <w:sz w:val="19"/>
        </w:rPr>
        <w:t>=rst+2(rs+rt+st)</w:t>
      </w:r>
    </w:p>
    <w:p>
      <w:pPr>
        <w:spacing w:before="0" w:after="80" w:line="300" w:lineRule="auto"/>
        <w:jc w:val="left"/>
      </w:pPr>
      <w:r>
        <w:rPr>
          <w:rFonts w:ascii="Times New Roman" w:hAnsi="Times New Roman" w:eastAsia="宋体"/>
          <w:b w:val="0"/>
          <w:i w:val="0"/>
          <w:color w:val="333333"/>
          <w:sz w:val="19"/>
        </w:rPr>
        <w:t>+4(r+s+t)+8</w:t>
      </w:r>
    </w:p>
    <w:p>
      <w:pPr>
        <w:spacing w:before="0" w:after="80" w:line="300" w:lineRule="auto"/>
        <w:jc w:val="left"/>
      </w:pPr>
      <w:r>
        <w:rPr>
          <w:rFonts w:ascii="Times New Roman" w:hAnsi="Times New Roman" w:eastAsia="宋体"/>
          <w:b w:val="0"/>
          <w:i w:val="0"/>
          <w:color w:val="333333"/>
          <w:sz w:val="19"/>
        </w:rPr>
        <w:t>=3/5+58/10</w:t>
      </w:r>
    </w:p>
    <w:p>
      <w:pPr>
        <w:spacing w:before="0" w:after="80" w:line="300" w:lineRule="auto"/>
        <w:jc w:val="left"/>
      </w:pPr>
      <w:r>
        <w:rPr>
          <w:rFonts w:ascii="Times New Roman" w:hAnsi="Times New Roman" w:eastAsia="宋体"/>
          <w:b w:val="0"/>
          <w:i w:val="0"/>
          <w:color w:val="333333"/>
          <w:sz w:val="19"/>
        </w:rPr>
        <w:t>+156/10+8</w:t>
      </w:r>
    </w:p>
    <w:p>
      <w:pPr>
        <w:spacing w:before="0" w:after="80" w:line="300" w:lineRule="auto"/>
        <w:jc w:val="left"/>
      </w:pPr>
      <w:r>
        <w:rPr>
          <w:rFonts w:ascii="Times New Roman" w:hAnsi="Times New Roman" w:eastAsia="宋体"/>
          <w:b w:val="0"/>
          <w:i w:val="0"/>
          <w:color w:val="333333"/>
          <w:sz w:val="19"/>
        </w:rPr>
        <w:t>=30.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若 tₙ=y²，则 (n(n+1))/2=y²，即 (2n+1)²-8y²=1。正的佩尔方程解可依次通过将 (2n+1)+y√(8) 乘以 3+√(8) 得到。</w:t>
      </w:r>
    </w:p>
    <w:p>
      <w:pPr>
        <w:spacing w:before="0" w:after="80" w:line="300" w:lineRule="auto"/>
        <w:jc w:val="left"/>
      </w:pPr>
      <w:r>
        <w:rPr>
          <w:rFonts w:ascii="Times New Roman" w:hAnsi="Times New Roman" w:eastAsia="宋体"/>
          <w:b w:val="0"/>
          <w:i w:val="0"/>
          <w:sz w:val="21"/>
        </w:rPr>
        <w:t>从 (2n+1,y)=(3,1) 开始，依次得到 (17,6)，(99,35)，然后是 (577,204)。因此第四个值对应 n=288，并且等于 204²=41616。</w:t>
      </w:r>
    </w:p>
    <w:p>
      <w:pPr>
        <w:spacing w:before="0" w:after="80" w:line="300" w:lineRule="auto"/>
        <w:jc w:val="left"/>
      </w:pPr>
      <w:r>
        <w:rPr>
          <w:rFonts w:ascii="Times New Roman" w:hAnsi="Times New Roman" w:eastAsia="宋体"/>
          <w:b w:val="0"/>
          <w:i w:val="0"/>
          <w:sz w:val="21"/>
        </w:rPr>
        <w:t>它的数位和为 4+1+6+1+6=18。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tₙ=y², then (n(n+1))/2=y², or (2n+1)²-8y²=1. The positive Pell solutions occur successively by multiplying (2n+1)+y√(8) by 3+√(8).</w:t>
      </w:r>
    </w:p>
    <w:p>
      <w:pPr>
        <w:spacing w:before="0" w:after="80" w:line="300" w:lineRule="auto"/>
        <w:jc w:val="left"/>
      </w:pPr>
      <w:r>
        <w:rPr>
          <w:rFonts w:ascii="Times New Roman" w:hAnsi="Times New Roman" w:eastAsia="宋体"/>
          <w:b w:val="0"/>
          <w:i w:val="0"/>
          <w:color w:val="333333"/>
          <w:sz w:val="19"/>
        </w:rPr>
        <w:t>Starting from (2n+1,y)=(3,1), this gives (17,6), (99,35), and then (577,204). Thus the fourth value has n=288 and equals 204²=41616.</w:t>
      </w:r>
    </w:p>
    <w:p>
      <w:pPr>
        <w:spacing w:before="0" w:after="80" w:line="300" w:lineRule="auto"/>
        <w:jc w:val="left"/>
      </w:pPr>
      <w:r>
        <w:rPr>
          <w:rFonts w:ascii="Times New Roman" w:hAnsi="Times New Roman" w:eastAsia="宋体"/>
          <w:b w:val="0"/>
          <w:i w:val="0"/>
          <w:color w:val="333333"/>
          <w:sz w:val="19"/>
        </w:rPr>
        <w:t>The sum of its digits is 4+1+6+1+6=18.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在 (0,π) 上，sin x≠0，所以两边除以 sin x：</w:t>
      </w:r>
    </w:p>
    <w:p>
      <w:pPr>
        <w:spacing w:before="0" w:after="80" w:line="300" w:lineRule="auto"/>
        <w:jc w:val="left"/>
      </w:pPr>
      <w:r>
        <w:rPr>
          <w:rFonts w:ascii="Times New Roman" w:hAnsi="Times New Roman" w:eastAsia="宋体"/>
          <w:b w:val="0"/>
          <w:i w:val="0"/>
          <w:sz w:val="21"/>
        </w:rPr>
        <w:t>a(1+2cos x)=4cos² x-1</w:t>
      </w:r>
    </w:p>
    <w:p>
      <w:pPr>
        <w:spacing w:before="0" w:after="80" w:line="300" w:lineRule="auto"/>
        <w:jc w:val="left"/>
      </w:pPr>
      <w:r>
        <w:rPr>
          <w:rFonts w:ascii="Times New Roman" w:hAnsi="Times New Roman" w:eastAsia="宋体"/>
          <w:b w:val="0"/>
          <w:i w:val="0"/>
          <w:sz w:val="21"/>
        </w:rPr>
        <w:t>=(2cos x-1)(2cos 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cos x=-1/2（即 x=2π/3）时，两边都为零，因此这对每个 a 都是一个解。否则可以约去 1+2cos x 得 a=2cos x-1，即 cos x=a+1/2。</w:t>
      </w:r>
    </w:p>
    <w:p>
      <w:pPr>
        <w:spacing w:before="0" w:after="80" w:line="300" w:lineRule="auto"/>
        <w:jc w:val="left"/>
      </w:pPr>
      <w:r>
        <w:rPr>
          <w:rFonts w:ascii="Times New Roman" w:hAnsi="Times New Roman" w:eastAsia="宋体"/>
          <w:b w:val="0"/>
          <w:i w:val="0"/>
          <w:sz w:val="21"/>
        </w:rPr>
        <w:t>它给出 (0,π) 中第二个解的条件正是 -1&lt;a+1/2&lt;1，即 a∈(-3,1)，且当 a=-2 时这个解与 x=2π/3 相同，不是不同的解。</w:t>
      </w:r>
    </w:p>
    <w:p>
      <w:pPr>
        <w:spacing w:before="0" w:after="80" w:line="300" w:lineRule="auto"/>
        <w:jc w:val="left"/>
      </w:pPr>
      <w:r>
        <w:rPr>
          <w:rFonts w:ascii="Times New Roman" w:hAnsi="Times New Roman" w:eastAsia="宋体"/>
          <w:b w:val="0"/>
          <w:i w:val="0"/>
          <w:sz w:val="21"/>
        </w:rPr>
        <w:t>因此有多于一个解时，a∈(-3,-2)∪(-2,1)，所以 p+q+r=-3-2+1=-4。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sin x≠0 on (0,π), divide by sin x:</w:t>
      </w:r>
    </w:p>
    <w:p>
      <w:pPr>
        <w:spacing w:before="0" w:after="80" w:line="300" w:lineRule="auto"/>
        <w:jc w:val="left"/>
      </w:pPr>
      <w:r>
        <w:rPr>
          <w:rFonts w:ascii="Times New Roman" w:hAnsi="Times New Roman" w:eastAsia="宋体"/>
          <w:b w:val="0"/>
          <w:i w:val="0"/>
          <w:color w:val="333333"/>
          <w:sz w:val="19"/>
        </w:rPr>
        <w:t>a(1+2cos x)=4cos² x-1</w:t>
      </w:r>
    </w:p>
    <w:p>
      <w:pPr>
        <w:spacing w:before="0" w:after="80" w:line="300" w:lineRule="auto"/>
        <w:jc w:val="left"/>
      </w:pPr>
      <w:r>
        <w:rPr>
          <w:rFonts w:ascii="Times New Roman" w:hAnsi="Times New Roman" w:eastAsia="宋体"/>
          <w:b w:val="0"/>
          <w:i w:val="0"/>
          <w:color w:val="333333"/>
          <w:sz w:val="19"/>
        </w:rPr>
        <w:t>=(2cos x-1)(2cos x+1).</w:t>
      </w:r>
    </w:p>
    <w:p>
      <w:pPr>
        <w:spacing w:before="0" w:after="80" w:line="300" w:lineRule="auto"/>
        <w:jc w:val="left"/>
      </w:pPr>
      <w:r>
        <w:rPr>
          <w:rFonts w:ascii="Times New Roman" w:hAnsi="Times New Roman" w:eastAsia="宋体"/>
          <w:b w:val="0"/>
          <w:i w:val="0"/>
          <w:color w:val="333333"/>
          <w:sz w:val="19"/>
        </w:rPr>
        <w:t>When cos x=-1/2 (that is, x=2π/3) both sides vanish, so this is a solution for every a. Otherwise we may cancel 1+2cos x to get a=2cos x-1, i.e. cos x=a+1/2.</w:t>
      </w:r>
    </w:p>
    <w:p>
      <w:pPr>
        <w:spacing w:before="0" w:after="80" w:line="300" w:lineRule="auto"/>
        <w:jc w:val="left"/>
      </w:pPr>
      <w:r>
        <w:rPr>
          <w:rFonts w:ascii="Times New Roman" w:hAnsi="Times New Roman" w:eastAsia="宋体"/>
          <w:b w:val="0"/>
          <w:i w:val="0"/>
          <w:color w:val="333333"/>
          <w:sz w:val="19"/>
        </w:rPr>
        <w:t>This yields a second solution in (0,π) exactly when -1&lt;a+1/2&lt;1, that is a∈(-3,1), and it is distinct from x=2π/3 unless a=-2.</w:t>
      </w:r>
    </w:p>
    <w:p>
      <w:pPr>
        <w:spacing w:before="0" w:after="80" w:line="300" w:lineRule="auto"/>
        <w:jc w:val="left"/>
      </w:pPr>
      <w:r>
        <w:rPr>
          <w:rFonts w:ascii="Times New Roman" w:hAnsi="Times New Roman" w:eastAsia="宋体"/>
          <w:b w:val="0"/>
          <w:i w:val="0"/>
          <w:color w:val="333333"/>
          <w:sz w:val="19"/>
        </w:rPr>
        <w:t>So more than one solution occurs for a∈(-3,-2)∪(-2,1), giving p+q+r=-3-2+1=-4.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角度为 θ 的点旋转 k° 后角度变为 θ+k，再关于 y 轴反射会把角度 φ 变为 180-φ。所以 Tₖ 把 θ 变为 (180-k)-θ。</w:t>
      </w:r>
    </w:p>
    <w:p>
      <w:pPr>
        <w:spacing w:before="0" w:after="80" w:line="300" w:lineRule="auto"/>
        <w:jc w:val="left"/>
      </w:pPr>
      <w:r>
        <w:rPr>
          <w:rFonts w:ascii="Times New Roman" w:hAnsi="Times New Roman" w:eastAsia="宋体"/>
          <w:b w:val="0"/>
          <w:i w:val="0"/>
          <w:sz w:val="21"/>
        </w:rPr>
        <w:t>从角度 0 的点 (1,0) 出发，依次应用 T₁,T₂,… 得到的角度为 179,-1,178,-2,177,…。经过偶数 2m 步后角度为 -m，经过奇数 2m+1 步后角度为 179-m。</w:t>
      </w:r>
    </w:p>
    <w:p>
      <w:pPr>
        <w:spacing w:before="0" w:after="80" w:line="300" w:lineRule="auto"/>
        <w:jc w:val="left"/>
      </w:pPr>
      <w:r>
        <w:rPr>
          <w:rFonts w:ascii="Times New Roman" w:hAnsi="Times New Roman" w:eastAsia="宋体"/>
          <w:b w:val="0"/>
          <w:i w:val="0"/>
          <w:sz w:val="21"/>
        </w:rPr>
        <w:t>点要回到原位，角度必须是 360° 的倍数。偶数情形要求 m=360，即 n=720。奇数情形要求 179-m=0，即 m=179 且 n=359，此时总反射固定 (1,0)。</w:t>
      </w:r>
    </w:p>
    <w:p>
      <w:pPr>
        <w:spacing w:before="0" w:after="80" w:line="300" w:lineRule="auto"/>
        <w:jc w:val="left"/>
      </w:pPr>
      <w:r>
        <w:rPr>
          <w:rFonts w:ascii="Times New Roman" w:hAnsi="Times New Roman" w:eastAsia="宋体"/>
          <w:b w:val="0"/>
          <w:i w:val="0"/>
          <w:sz w:val="21"/>
        </w:rPr>
        <w:t>满足条件的最小 n 是 359。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Rotating a point at angle θ by k° gives θ+k, and reflecting across the y-axis sends angle φ to 180-φ. So Tₖ sends θ to (180-k)-θ.</w:t>
      </w:r>
    </w:p>
    <w:p>
      <w:pPr>
        <w:spacing w:before="0" w:after="80" w:line="300" w:lineRule="auto"/>
        <w:jc w:val="left"/>
      </w:pPr>
      <w:r>
        <w:rPr>
          <w:rFonts w:ascii="Times New Roman" w:hAnsi="Times New Roman" w:eastAsia="宋体"/>
          <w:b w:val="0"/>
          <w:i w:val="0"/>
          <w:color w:val="333333"/>
          <w:sz w:val="19"/>
        </w:rPr>
        <w:t>Starting from (1,0) at angle 0, applying T₁,T₂,… gives angles 179,-1,178,-2,177,…. After an even number 2m of steps the angle is -m, and after an odd number 2m+1 it is 179-m.</w:t>
      </w:r>
    </w:p>
    <w:p>
      <w:pPr>
        <w:spacing w:before="0" w:after="80" w:line="300" w:lineRule="auto"/>
        <w:jc w:val="left"/>
      </w:pPr>
      <w:r>
        <w:rPr>
          <w:rFonts w:ascii="Times New Roman" w:hAnsi="Times New Roman" w:eastAsia="宋体"/>
          <w:b w:val="0"/>
          <w:i w:val="0"/>
          <w:color w:val="333333"/>
          <w:sz w:val="19"/>
        </w:rPr>
        <w:t>For the point to return, the angle must be a multiple of 360°. The even case needs m=360, i.e. n=720. The odd case needs 179-m=0, i.e. m=179 and n=359, where the net reflection fixes (1,0).</w:t>
      </w:r>
    </w:p>
    <w:p>
      <w:pPr>
        <w:spacing w:before="0" w:after="80" w:line="300" w:lineRule="auto"/>
        <w:jc w:val="left"/>
      </w:pPr>
      <w:r>
        <w:rPr>
          <w:rFonts w:ascii="Times New Roman" w:hAnsi="Times New Roman" w:eastAsia="宋体"/>
          <w:b w:val="0"/>
          <w:i w:val="0"/>
          <w:color w:val="333333"/>
          <w:sz w:val="19"/>
        </w:rPr>
        <w:t>The least such n is 359.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 pos(k) 为卡片 k 的位置。正好在 pos(k+1)&lt;pos(k) 时需要开始新一轮扫描，因此扫描次数等于序列 pos(1),pos(2),…,pos(13) 的下降数加一。</w:t>
      </w:r>
    </w:p>
    <w:p>
      <w:pPr>
        <w:spacing w:before="0" w:after="80" w:line="300" w:lineRule="auto"/>
        <w:jc w:val="left"/>
      </w:pPr>
      <w:r>
        <w:rPr>
          <w:rFonts w:ascii="Times New Roman" w:hAnsi="Times New Roman" w:eastAsia="宋体"/>
          <w:b w:val="0"/>
          <w:i w:val="0"/>
          <w:sz w:val="21"/>
        </w:rPr>
        <w:t>要构造至多有一个下降的排列，只需选出排在可能的下降之前的那些元素，并把两块都按递增顺序写出。这样的子集共有 2¹³ 个。其中 14 个初始段 ∅,{1},…,{1,…,13} 不产生下降；其余每个子集都恰好给出一个含一个下降的排列。因此总数为 2¹³-14=8178。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pos(k) be the position of card k. A fresh pass is needed exactly when pos(k+1)&lt;pos(k), so the number of passes is one more than the number of descents in the sequence pos(1),pos(2),…,pos(13).</w:t>
      </w:r>
    </w:p>
    <w:p>
      <w:pPr>
        <w:spacing w:before="0" w:after="80" w:line="300" w:lineRule="auto"/>
        <w:jc w:val="left"/>
      </w:pPr>
      <w:r>
        <w:rPr>
          <w:rFonts w:ascii="Times New Roman" w:hAnsi="Times New Roman" w:eastAsia="宋体"/>
          <w:b w:val="0"/>
          <w:i w:val="0"/>
          <w:color w:val="333333"/>
          <w:sz w:val="19"/>
        </w:rPr>
        <w:t>To build a permutation with at most one descent, choose the entries before the possible descent and write both chosen blocks in increasing order. There are 2¹³ subsets. The 14 initial segments ∅,{1},…,{1,…,13} produce no descent; every other subset produces a unique permutation with one descent. Hence the count is 2¹³-14=8178.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将梯形放成关于 y 轴对称：A=(-p,0)，D=(p,0)，B=(-q,h)，C=(q,h)，并设 P=(x,y)。</w:t>
      </w:r>
    </w:p>
    <w:p>
      <w:pPr>
        <w:spacing w:before="0" w:after="80" w:line="300" w:lineRule="auto"/>
        <w:jc w:val="left"/>
      </w:pPr>
      <w:r>
        <w:rPr>
          <w:rFonts w:ascii="Times New Roman" w:hAnsi="Times New Roman" w:eastAsia="宋体"/>
          <w:b w:val="0"/>
          <w:i w:val="0"/>
          <w:sz w:val="21"/>
        </w:rPr>
        <w:t>则 PA²-PD²=4px =1-16=-15 而 PB²-PC²=4qx =4-9=-5。两式相除得 p/q=3。</w:t>
      </w:r>
    </w:p>
    <w:p>
      <w:pPr>
        <w:spacing w:before="0" w:after="80" w:line="300" w:lineRule="auto"/>
        <w:jc w:val="left"/>
      </w:pPr>
      <w:r>
        <w:rPr>
          <w:rFonts w:ascii="Times New Roman" w:hAnsi="Times New Roman" w:eastAsia="宋体"/>
          <w:b w:val="0"/>
          <w:i w:val="0"/>
          <w:sz w:val="21"/>
        </w:rPr>
        <w:t>因为 AD=2p 且 BC=2q，所以 BC/AD=q/p=1/3。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trapezoid symmetric about the y-axis: A=(-p,0), D=(p,0), B=(-q,h), C=(q,h), with P=(x,y).</w:t>
      </w:r>
    </w:p>
    <w:p>
      <w:pPr>
        <w:spacing w:before="0" w:after="80" w:line="300" w:lineRule="auto"/>
        <w:jc w:val="left"/>
      </w:pPr>
      <w:r>
        <w:rPr>
          <w:rFonts w:ascii="Times New Roman" w:hAnsi="Times New Roman" w:eastAsia="宋体"/>
          <w:b w:val="0"/>
          <w:i w:val="0"/>
          <w:color w:val="333333"/>
          <w:sz w:val="19"/>
        </w:rPr>
        <w:t>Then PA²-PD²=4px =1-16=-15 and PB²-PC²=4qx =4-9=-5. Dividing gives p/q=3.</w:t>
      </w:r>
    </w:p>
    <w:p>
      <w:pPr>
        <w:spacing w:before="0" w:after="80" w:line="300" w:lineRule="auto"/>
        <w:jc w:val="left"/>
      </w:pPr>
      <w:r>
        <w:rPr>
          <w:rFonts w:ascii="Times New Roman" w:hAnsi="Times New Roman" w:eastAsia="宋体"/>
          <w:b w:val="0"/>
          <w:i w:val="0"/>
          <w:color w:val="333333"/>
          <w:sz w:val="19"/>
        </w:rPr>
        <w:t>Since AD=2p and BC=2q, we get BC/AD=q/p=1/3.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如果 zeta 是某个因子的根，则必须有 P(zeta)=zeta²⁰²²+zeta¹⁰¹¹+1=0。</w:t>
      </w:r>
    </w:p>
    <w:p>
      <w:pPr>
        <w:spacing w:before="0" w:after="80" w:line="300" w:lineRule="auto"/>
        <w:jc w:val="left"/>
      </w:pPr>
      <w:r>
        <w:rPr>
          <w:rFonts w:ascii="Times New Roman" w:hAnsi="Times New Roman" w:eastAsia="宋体"/>
          <w:b w:val="0"/>
          <w:i w:val="0"/>
          <w:sz w:val="21"/>
        </w:rPr>
        <w:t>x⁶+x³+1 的根是本原 9 次单位根，因此 zeta⁹=1。将指数对 9 取模，由 2022≡6 和 1011≡3 可得 zeta⁶+zeta³+1。这里 ω=zeta³ 是本原三次单位根，所以该式等于 ω²+ω+1=0。</w:t>
      </w:r>
    </w:p>
    <w:p>
      <w:pPr>
        <w:spacing w:before="0" w:after="80" w:line="300" w:lineRule="auto"/>
        <w:jc w:val="left"/>
      </w:pPr>
      <w:r>
        <w:rPr>
          <w:rFonts w:ascii="Times New Roman" w:hAnsi="Times New Roman" w:eastAsia="宋体"/>
          <w:b w:val="0"/>
          <w:i w:val="0"/>
          <w:sz w:val="21"/>
        </w:rPr>
        <w:t>其他四个选项不成立：代入它们的根会得到非零值（例如本原三次单位根会给出 P=3）。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zeta is a root of a divisor, then P(zeta)=zeta²⁰²²+zeta¹⁰¹¹+1=0 is required.</w:t>
      </w:r>
    </w:p>
    <w:p>
      <w:pPr>
        <w:spacing w:before="0" w:after="80" w:line="300" w:lineRule="auto"/>
        <w:jc w:val="left"/>
      </w:pPr>
      <w:r>
        <w:rPr>
          <w:rFonts w:ascii="Times New Roman" w:hAnsi="Times New Roman" w:eastAsia="宋体"/>
          <w:b w:val="0"/>
          <w:i w:val="0"/>
          <w:color w:val="333333"/>
          <w:sz w:val="19"/>
        </w:rPr>
        <w:t>The roots of x⁶+x³+1 are the primitive 9th roots of unity, so zeta⁹=1. Reducing exponents modulo 9, 2022≡6 and 1011≡3, giving zeta⁶+zeta³+1. Here ω=zeta³ is a primitive cube root of unity, so this equals ω²+ω+1=0.</w:t>
      </w:r>
    </w:p>
    <w:p>
      <w:pPr>
        <w:spacing w:before="0" w:after="80" w:line="300" w:lineRule="auto"/>
        <w:jc w:val="left"/>
      </w:pPr>
      <w:r>
        <w:rPr>
          <w:rFonts w:ascii="Times New Roman" w:hAnsi="Times New Roman" w:eastAsia="宋体"/>
          <w:b w:val="0"/>
          <w:i w:val="0"/>
          <w:color w:val="333333"/>
          <w:sz w:val="19"/>
        </w:rPr>
        <w:t>The other four options fail: substituting their roots yields nonzero values (for instance, the primitive cube roots of unity give P=3).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若根不是实数，则 z₁=√(10) e^(iθ) 且 z₂=z₁，因为 z₁z₂=10。于是 1/z₁=1/(√(10))e^(-iθ)，1/z₂=1/(√(10))e^(iθ)。</w:t>
      </w:r>
    </w:p>
    <w:p>
      <w:pPr>
        <w:spacing w:before="0" w:after="80" w:line="300" w:lineRule="auto"/>
        <w:jc w:val="left"/>
      </w:pPr>
      <w:r>
        <w:rPr>
          <w:rFonts w:ascii="Times New Roman" w:hAnsi="Times New Roman" w:eastAsia="宋体"/>
          <w:b w:val="0"/>
          <w:i w:val="0"/>
          <w:sz w:val="21"/>
        </w:rPr>
        <w:t>这个梯形的两条竖边长度分别为 2√(10)sinθ 和 2sinθ/(√(10))，它们之间的水平距离为 (√(10)-1/(√(10)))cosθ。因此它的面积为</w:t>
      </w:r>
    </w:p>
    <w:p>
      <w:pPr>
        <w:spacing w:before="0" w:after="80" w:line="300" w:lineRule="auto"/>
        <w:jc w:val="left"/>
      </w:pPr>
      <w:r>
        <w:rPr>
          <w:rFonts w:ascii="Times New Roman" w:hAnsi="Times New Roman" w:eastAsia="宋体"/>
          <w:b w:val="0"/>
          <w:i w:val="0"/>
          <w:sz w:val="21"/>
        </w:rPr>
        <w:t>99/10sinθcosθ =99/20sin2θ，</w:t>
      </w:r>
    </w:p>
    <w:p>
      <w:pPr>
        <w:spacing w:before="0" w:after="80" w:line="300" w:lineRule="auto"/>
        <w:jc w:val="left"/>
      </w:pPr>
      <w:r>
        <w:rPr>
          <w:rFonts w:ascii="Times New Roman" w:hAnsi="Times New Roman" w:eastAsia="宋体"/>
          <w:b w:val="0"/>
          <w:i w:val="0"/>
          <w:sz w:val="21"/>
        </w:rPr>
        <w:t>在 θ=45° 时取得最大值。</w:t>
      </w:r>
    </w:p>
    <w:p>
      <w:pPr>
        <w:spacing w:before="0" w:after="80" w:line="300" w:lineRule="auto"/>
        <w:jc w:val="left"/>
      </w:pPr>
      <w:r>
        <w:rPr>
          <w:rFonts w:ascii="Times New Roman" w:hAnsi="Times New Roman" w:eastAsia="宋体"/>
          <w:b w:val="0"/>
          <w:i w:val="0"/>
          <w:sz w:val="21"/>
        </w:rPr>
        <w:t>此时 c=z₁+z₂ =2√(10)cos45° =2√(5)≈4.47，最接近 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roots are non-real, then z₁=√(10) e^(iθ) and z₂=z₁, since z₁z₂=10. Then 1/z₁=1/(√(10))e^(-iθ) and 1/z₂=1/(√(10))e^(iθ).</w:t>
      </w:r>
    </w:p>
    <w:p>
      <w:pPr>
        <w:spacing w:before="0" w:after="80" w:line="300" w:lineRule="auto"/>
        <w:jc w:val="left"/>
      </w:pPr>
      <w:r>
        <w:rPr>
          <w:rFonts w:ascii="Times New Roman" w:hAnsi="Times New Roman" w:eastAsia="宋体"/>
          <w:b w:val="0"/>
          <w:i w:val="0"/>
          <w:color w:val="333333"/>
          <w:sz w:val="19"/>
        </w:rPr>
        <w:t>The two vertical sides of this trapezoid have lengths 2√(10)sinθ and 2sinθ/(√(10)), and their horizontal separation is (√(10)-1/(√(10)))cosθ. Hence its area is</w:t>
      </w:r>
    </w:p>
    <w:p>
      <w:pPr>
        <w:spacing w:before="0" w:after="80" w:line="300" w:lineRule="auto"/>
        <w:jc w:val="left"/>
      </w:pPr>
      <w:r>
        <w:rPr>
          <w:rFonts w:ascii="Times New Roman" w:hAnsi="Times New Roman" w:eastAsia="宋体"/>
          <w:b w:val="0"/>
          <w:i w:val="0"/>
          <w:color w:val="333333"/>
          <w:sz w:val="19"/>
        </w:rPr>
        <w:t>99/10sinθcosθ =99/20sin2θ,</w:t>
      </w:r>
    </w:p>
    <w:p>
      <w:pPr>
        <w:spacing w:before="0" w:after="80" w:line="300" w:lineRule="auto"/>
        <w:jc w:val="left"/>
      </w:pPr>
      <w:r>
        <w:rPr>
          <w:rFonts w:ascii="Times New Roman" w:hAnsi="Times New Roman" w:eastAsia="宋体"/>
          <w:b w:val="0"/>
          <w:i w:val="0"/>
          <w:color w:val="333333"/>
          <w:sz w:val="19"/>
        </w:rPr>
        <w:t>which is maximized at θ=45°.</w:t>
      </w:r>
    </w:p>
    <w:p>
      <w:pPr>
        <w:spacing w:before="0" w:after="80" w:line="300" w:lineRule="auto"/>
        <w:jc w:val="left"/>
      </w:pPr>
      <w:r>
        <w:rPr>
          <w:rFonts w:ascii="Times New Roman" w:hAnsi="Times New Roman" w:eastAsia="宋体"/>
          <w:b w:val="0"/>
          <w:i w:val="0"/>
          <w:color w:val="333333"/>
          <w:sz w:val="19"/>
        </w:rPr>
        <w:t>Then c=z₁+z₂ =2√(10)cos45° =2√(5)≈4.47, closest to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Lₙ 总是 kₙ 的倍数，所以 kₙ&lt; Lₙ 恰好在某个质数 p 同时整除 Lₙ 和分子 N=Σₖ₌₁ⁿ Lₙ/k 时成立（即有质数被约掉）。</w:t>
      </w:r>
    </w:p>
    <w:p>
      <w:pPr>
        <w:spacing w:before="0" w:after="80" w:line="300" w:lineRule="auto"/>
        <w:jc w:val="left"/>
      </w:pPr>
      <w:r>
        <w:rPr>
          <w:rFonts w:ascii="Times New Roman" w:hAnsi="Times New Roman" w:eastAsia="宋体"/>
          <w:b w:val="0"/>
          <w:i w:val="0"/>
          <w:sz w:val="21"/>
        </w:rPr>
        <w:t>对具有最大幂 pᵃ≤ n 的质数 p，只有满足 vₚ(k)=a 的项会使 Lₙ/k 不含 p，其余项都能被 p 整除。因此 p 被约掉，当且仅当 Σ_(vₚ(k)=a)Lₙ/k≡0pmod p。</w:t>
      </w:r>
    </w:p>
    <w:p>
      <w:pPr>
        <w:spacing w:before="0" w:after="80" w:line="300" w:lineRule="auto"/>
        <w:jc w:val="left"/>
      </w:pPr>
      <w:r>
        <w:rPr>
          <w:rFonts w:ascii="Times New Roman" w:hAnsi="Times New Roman" w:eastAsia="宋体"/>
          <w:b w:val="0"/>
          <w:i w:val="0"/>
          <w:sz w:val="21"/>
        </w:rPr>
        <w:t>利用 Hₙ=Hₙ₋₁+1/n 递推应用这个判定，得到：当 1≤ n≤5 时，kₙ=Lₙ；当 6≤ n≤8 时，kₙ=Lₙ/3；当 9≤ n≤17 时，再次有 kₙ=Lₙ。最后，对 n=18,19,20,21,22，比值 Lₙ/kₙ 分别为 3,3,15,45,45，因此恰好在 n=6,7,8,18,19,20,21,22 时发生约分，共有 8 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Lₙ is always divisible by kₙ, so kₙ&lt; Lₙ exactly when some prime p divides both Lₙ and the numerator N=Σₖ₌₁ⁿ Lₙ/k (i.e. a prime cancels).</w:t>
      </w:r>
    </w:p>
    <w:p>
      <w:pPr>
        <w:spacing w:before="0" w:after="80" w:line="300" w:lineRule="auto"/>
        <w:jc w:val="left"/>
      </w:pPr>
      <w:r>
        <w:rPr>
          <w:rFonts w:ascii="Times New Roman" w:hAnsi="Times New Roman" w:eastAsia="宋体"/>
          <w:b w:val="0"/>
          <w:i w:val="0"/>
          <w:color w:val="333333"/>
          <w:sz w:val="19"/>
        </w:rPr>
        <w:t>For a prime p with maximal power pᵃ≤ n, only the terms with vₚ(k)=a keep p out of Lₙ/k; all others are divisible by p. So p cancels iff Σ_(vₚ(k)=a)Lₙ/k≡0pmod p.</w:t>
      </w:r>
    </w:p>
    <w:p>
      <w:pPr>
        <w:spacing w:before="0" w:after="80" w:line="300" w:lineRule="auto"/>
        <w:jc w:val="left"/>
      </w:pPr>
      <w:r>
        <w:rPr>
          <w:rFonts w:ascii="Times New Roman" w:hAnsi="Times New Roman" w:eastAsia="宋体"/>
          <w:b w:val="0"/>
          <w:i w:val="0"/>
          <w:color w:val="333333"/>
          <w:sz w:val="19"/>
        </w:rPr>
        <w:t>Applying this test recursively with Hₙ=Hₙ₋₁+1/n gives kₙ=Lₙ for 1≤ n≤5, kₙ=Lₙ/3 for 6≤ n≤8, and kₙ=Lₙ again for 9≤ n≤17. Finally, the ratios Lₙ/kₙ for n=18,19,20,21,22 are 3,3,15,45,45, respectively. Thus cancellation occurs precisely for n=6,7,8,18,19,20,21,22, which is 8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将五个数字排序为 d₍₁₎≤ d₍₂₎≤⋯≤ d₍₅₎。条件“至少有 j 个数字小于 j”等价于对 j=1,2,3,4，有 d₍ⱼ₎≤ j-1，即 d₍₁₎=0, d₍₂₎≤1， d₍₃₎≤2, d₍₄₎≤3（而 d₍₅₎≤4 自动成立）。</w:t>
      </w:r>
    </w:p>
    <w:p>
      <w:pPr>
        <w:spacing w:before="0" w:after="80" w:line="300" w:lineRule="auto"/>
        <w:jc w:val="left"/>
      </w:pPr>
      <w:r>
        <w:rPr>
          <w:rFonts w:ascii="Times New Roman" w:hAnsi="Times New Roman" w:eastAsia="宋体"/>
          <w:b w:val="0"/>
          <w:i w:val="0"/>
          <w:sz w:val="21"/>
        </w:rPr>
        <w:t>这些字符串恰好是长度为 5 的停车函数。为计数，将 6 个停车位排成圆形，让 5 辆有标号的汽车任意选择首选车位。每辆车向前行驶到第一个空位。在 6⁵ 个偏好字符串中，同时旋转所有偏好会使唯一的空位依次经过全部 6 个位置。因此，恰有 6⁵/6=6⁴=1296 个字符串使指定车位为空。将这个车位选作额外的第六个车位，恰好得到上述排序不等式。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Sort the five digits as d₍₁₎≤ d₍₂₎≤⋯≤ d₍₅₎. The requirement “at least j digits less than j” is equivalent to d₍ⱼ₎≤ j-1 for j=1,2,3,4, i.e. d₍₁₎=0, d₍₂₎≤1, d₍₃₎≤2, d₍₄₎≤3 (with d₍₅₎≤4 automatic).</w:t>
      </w:r>
    </w:p>
    <w:p>
      <w:pPr>
        <w:spacing w:before="0" w:after="80" w:line="300" w:lineRule="auto"/>
        <w:jc w:val="left"/>
      </w:pPr>
      <w:r>
        <w:rPr>
          <w:rFonts w:ascii="Times New Roman" w:hAnsi="Times New Roman" w:eastAsia="宋体"/>
          <w:b w:val="0"/>
          <w:i w:val="0"/>
          <w:color w:val="333333"/>
          <w:sz w:val="19"/>
        </w:rPr>
        <w:t>These strings are exactly the parking functions of length 5. To count them, arrange 6 parking spaces in a circle and let 5 labeled cars choose arbitrary preferred spaces. Each car moves forward to the first open space. Among the 6⁵ preference strings, rotating all preferences cycles the unique empty space through all 6 positions. Therefore exactly 6⁵/6=6⁴=1296 strings leave a specified space empty. Choosing that space as the extra sixth space gives precisely the sorted inequalities above.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圆心为 (r,r)、半径为 r 的圆与两条坐标轴都相切。从 (0,a) 到 (b,0) 的线段满足 a²+b²=c²；当 r 等于以 a,b 为直角边的直角三角形的内切圆半径 a+b-c/2 或半周长 a+b+c/2 时，该线段与圆相切。</w:t>
      </w:r>
    </w:p>
    <w:p>
      <w:pPr>
        <w:spacing w:before="0" w:after="80" w:line="300" w:lineRule="auto"/>
        <w:jc w:val="left"/>
      </w:pPr>
      <w:r>
        <w:rPr>
          <w:rFonts w:ascii="Times New Roman" w:hAnsi="Times New Roman" w:eastAsia="宋体"/>
          <w:b w:val="0"/>
          <w:i w:val="0"/>
          <w:sz w:val="21"/>
        </w:rPr>
        <w:t>在内切圆半径情形中，令 x=a-2r 且 y=b-2r。则 xy=2r²，每个正因数 x 确定一条有方向的线段，其中 a=x+2r，b=2r²/x+2r，c=x+2r²/x+2r。因此恰有 d(2r²) 条这样的线段。</w:t>
      </w:r>
    </w:p>
    <w:p>
      <w:pPr>
        <w:spacing w:before="0" w:after="80" w:line="300" w:lineRule="auto"/>
        <w:jc w:val="left"/>
      </w:pPr>
      <w:r>
        <w:rPr>
          <w:rFonts w:ascii="Times New Roman" w:hAnsi="Times New Roman" w:eastAsia="宋体"/>
          <w:b w:val="0"/>
          <w:i w:val="0"/>
          <w:sz w:val="21"/>
        </w:rPr>
        <w:t>当 r=1,2,3,4,5 时，数量分别为 2,4,6,6,6，且半周长情形不可能，因为最小的整数直角三角形半周长为 6。当 r=6 时，d(72)=12，而 3-4-5 三角形再贡献两条有方向的线段。因此 6 是最小可能半径，并且恰好给出 14 条线段。</w:t>
      </w:r>
    </w:p>
    <w:p>
      <w:pPr>
        <w:spacing w:before="0" w:after="80" w:line="300" w:lineRule="auto"/>
        <w:jc w:val="left"/>
      </w:pPr>
      <w:r>
        <w:rPr>
          <w:rFonts w:ascii="Times New Roman" w:hAnsi="Times New Roman" w:eastAsia="宋体"/>
          <w:b w:val="0"/>
          <w:i w:val="0"/>
          <w:sz w:val="21"/>
        </w:rPr>
        <w:t>两个半周长情形的线段满足 c=5。在内切圆半径族中，c=x+72/x+12 在 x=1 或 72 时最大，得到 c=85。因此 c₁=5，c₁₄=85，并且 c₁₄/c₁=17。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centered (r,r) with radius r is tangent to both axes. A segment from (0,a) to (b,0) with a²+b²=c² is tangent to it when r equals either the inradius a+b-c/2 or the semiperimeter a+b+c/2 of the right triangle with legs a,b.</w:t>
      </w:r>
    </w:p>
    <w:p>
      <w:pPr>
        <w:spacing w:before="0" w:after="80" w:line="300" w:lineRule="auto"/>
        <w:jc w:val="left"/>
      </w:pPr>
      <w:r>
        <w:rPr>
          <w:rFonts w:ascii="Times New Roman" w:hAnsi="Times New Roman" w:eastAsia="宋体"/>
          <w:b w:val="0"/>
          <w:i w:val="0"/>
          <w:color w:val="333333"/>
          <w:sz w:val="19"/>
        </w:rPr>
        <w:t>In the inradius case, put x=a-2r and y=b-2r. Then xy=2r², and every positive divisor x determines one oriented segment, with a=x+2r, b=2r²/x+2r, and c=x+2r²/x+2r. Thus there are exactly d(2r²) such segments.</w:t>
      </w:r>
    </w:p>
    <w:p>
      <w:pPr>
        <w:spacing w:before="0" w:after="80" w:line="300" w:lineRule="auto"/>
        <w:jc w:val="left"/>
      </w:pPr>
      <w:r>
        <w:rPr>
          <w:rFonts w:ascii="Times New Roman" w:hAnsi="Times New Roman" w:eastAsia="宋体"/>
          <w:b w:val="0"/>
          <w:i w:val="0"/>
          <w:color w:val="333333"/>
          <w:sz w:val="19"/>
        </w:rPr>
        <w:t>For r=1,2,3,4,5, these counts are 2,4,6,6,6, and no semiperimeter case is possible because the smallest integer right triangle has semiperimeter 6. At r=6, d(72)=12, and the 3-4-5 triangle contributes two more oriented segments. Hence 6 is the least possible radius and gives exactly 14 segments.</w:t>
      </w:r>
    </w:p>
    <w:p>
      <w:pPr>
        <w:spacing w:before="0" w:after="80" w:line="300" w:lineRule="auto"/>
        <w:jc w:val="left"/>
      </w:pPr>
      <w:r>
        <w:rPr>
          <w:rFonts w:ascii="Times New Roman" w:hAnsi="Times New Roman" w:eastAsia="宋体"/>
          <w:b w:val="0"/>
          <w:i w:val="0"/>
          <w:color w:val="333333"/>
          <w:sz w:val="19"/>
        </w:rPr>
        <w:t>The two semiperimeter segments have c=5. In the inradius family, c=x+72/x+12 is largest at x=1 or 72, giving c=85. Therefore c₁=5, c₁₄=85, and c₁₄/c₁=17.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