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2021D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1234 + 2341 + 3412 + 4123？</w:t>
      </w:r>
    </w:p>
    <w:p>
      <w:pPr>
        <w:spacing w:before="0" w:after="120" w:line="300" w:lineRule="auto"/>
      </w:pPr>
      <w:r>
        <w:rPr>
          <w:rFonts w:ascii="Times New Roman" w:hAnsi="Times New Roman" w:eastAsia="宋体"/>
          <w:b w:val="0"/>
          <w:i w:val="0"/>
          <w:sz w:val="21"/>
        </w:rPr>
        <w:t>（A）10,000　　（B）10,010　　（C）10,110　　（D）11,000　　（E）11,110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1234 + 2341 + 3412 + 4123?</w:t>
      </w:r>
    </w:p>
    <w:p>
      <w:pPr>
        <w:spacing w:before="0" w:after="160" w:line="300" w:lineRule="auto"/>
      </w:pPr>
      <w:r>
        <w:rPr>
          <w:rFonts w:ascii="Times New Roman" w:hAnsi="Times New Roman" w:eastAsia="宋体"/>
          <w:b w:val="0"/>
          <w:i w:val="0"/>
          <w:color w:val="333333"/>
          <w:sz w:val="19"/>
        </w:rPr>
        <w:t>(A) 10,000　　(B) 10,010　　(C) 10,110　　(D) 11,000　　(E) 11,110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下图阴影图形的面积是多少？</w:t>
      </w:r>
    </w:p>
    <w:p>
      <w:pPr>
        <w:spacing w:before="80" w:after="80"/>
        <w:jc w:val="center"/>
      </w:pPr>
      <w:r>
        <w:drawing>
          <wp:inline xmlns:a="http://schemas.openxmlformats.org/drawingml/2006/main" xmlns:pic="http://schemas.openxmlformats.org/drawingml/2006/picture">
            <wp:extent cx="1813909" cy="1573666"/>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813909" cy="1573666"/>
                    </a:xfrm>
                    <a:prstGeom prst="rect"/>
                  </pic:spPr>
                </pic:pic>
              </a:graphicData>
            </a:graphic>
          </wp:inline>
        </w:drawing>
      </w:r>
    </w:p>
    <w:p>
      <w:pPr>
        <w:spacing w:before="0" w:after="120" w:line="300" w:lineRule="auto"/>
      </w:pPr>
      <w:r>
        <w:rPr>
          <w:rFonts w:ascii="Times New Roman" w:hAnsi="Times New Roman" w:eastAsia="宋体"/>
          <w:b w:val="0"/>
          <w:i w:val="0"/>
          <w:sz w:val="21"/>
        </w:rPr>
        <w:t>（A）4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of the shaded figure shown below?</w:t>
      </w:r>
    </w:p>
    <w:p>
      <w:pPr>
        <w:spacing w:before="80" w:after="80"/>
        <w:jc w:val="center"/>
      </w:pPr>
      <w:r>
        <w:drawing>
          <wp:inline xmlns:a="http://schemas.openxmlformats.org/drawingml/2006/main" xmlns:pic="http://schemas.openxmlformats.org/drawingml/2006/picture">
            <wp:extent cx="1813909" cy="1573666"/>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813909" cy="157366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6　　(C) 8　　(D) 10　　(E) 12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某天中午，Minneapolis 比 St. Louis 暖 N 度。到 4:00，Minneapolis 的温度下降了 5 度，而 St. Louis 的温度上升了 3 度，此时两城市温度相差 2 度。所有可能的 N 值的乘积是多少？</w:t>
      </w:r>
    </w:p>
    <w:p>
      <w:pPr>
        <w:spacing w:before="0" w:after="120" w:line="300" w:lineRule="auto"/>
      </w:pPr>
      <w:r>
        <w:rPr>
          <w:rFonts w:ascii="Times New Roman" w:hAnsi="Times New Roman" w:eastAsia="宋体"/>
          <w:b w:val="0"/>
          <w:i w:val="0"/>
          <w:sz w:val="21"/>
        </w:rPr>
        <w:t>（A）10　　（B）30　　（C）60　　（D）100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noon on a certain day, Minneapolis is N degrees warmer than St. Louis. At 4:00 the temperature in Minneapolis has fallen by 5 degrees while the temperature in St. Louis has risen by 3 degrees, at which time the temperatures in the two cities differ by 2 degrees. What is the product of all possible values of N?</w:t>
      </w:r>
    </w:p>
    <w:p>
      <w:pPr>
        <w:spacing w:before="0" w:after="160" w:line="300" w:lineRule="auto"/>
      </w:pPr>
      <w:r>
        <w:rPr>
          <w:rFonts w:ascii="Times New Roman" w:hAnsi="Times New Roman" w:eastAsia="宋体"/>
          <w:b w:val="0"/>
          <w:i w:val="0"/>
          <w:color w:val="333333"/>
          <w:sz w:val="19"/>
        </w:rPr>
        <w:t>(A) 10　　(B) 30　　(C) 60　　(D) 100　　(E) 120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设 n = 8²⁰²²。下列哪一个等于</w:t>
      </w:r>
    </w:p>
    <w:p>
      <w:pPr>
        <w:spacing w:before="0" w:after="80" w:line="300" w:lineRule="auto"/>
        <w:jc w:val="left"/>
      </w:pPr>
      <w:r>
        <w:rPr>
          <w:rFonts w:ascii="Times New Roman" w:hAnsi="Times New Roman" w:eastAsia="宋体"/>
          <w:b w:val="0"/>
          <w:i w:val="0"/>
          <w:sz w:val="21"/>
        </w:rPr>
        <w:t>n/4？</w:t>
      </w:r>
    </w:p>
    <w:p>
      <w:pPr>
        <w:spacing w:before="0" w:after="120" w:line="300" w:lineRule="auto"/>
      </w:pPr>
      <w:r>
        <w:rPr>
          <w:rFonts w:ascii="Times New Roman" w:hAnsi="Times New Roman" w:eastAsia="宋体"/>
          <w:b w:val="0"/>
          <w:i w:val="0"/>
          <w:sz w:val="21"/>
        </w:rPr>
        <w:t>（A）4¹⁰¹⁰　　（B）2²⁰²²　　（C）8²⁰¹⁸　　（D）4³⁰³¹　　（E）4³⁰³²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 8²⁰²². Which of the following is equal to</w:t>
      </w:r>
    </w:p>
    <w:p>
      <w:pPr>
        <w:spacing w:before="0" w:after="80" w:line="300" w:lineRule="auto"/>
        <w:jc w:val="left"/>
      </w:pPr>
      <w:r>
        <w:rPr>
          <w:rFonts w:ascii="Times New Roman" w:hAnsi="Times New Roman" w:eastAsia="宋体"/>
          <w:b w:val="0"/>
          <w:i w:val="0"/>
          <w:color w:val="333333"/>
          <w:sz w:val="19"/>
        </w:rPr>
        <w:t>n/4?</w:t>
      </w:r>
    </w:p>
    <w:p>
      <w:pPr>
        <w:spacing w:before="0" w:after="160" w:line="300" w:lineRule="auto"/>
      </w:pPr>
      <w:r>
        <w:rPr>
          <w:rFonts w:ascii="Times New Roman" w:hAnsi="Times New Roman" w:eastAsia="宋体"/>
          <w:b w:val="0"/>
          <w:i w:val="0"/>
          <w:color w:val="333333"/>
          <w:sz w:val="19"/>
        </w:rPr>
        <w:t>(A) 4¹⁰¹⁰　　(B) 2²⁰²²　　(C) 8²⁰¹⁸　　(D) 4³⁰³¹　　(E) 4³⁰³²</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若分数 a/b 的正整数分子 a 与分母 b 之和为 15 则称该分数为</w:t>
      </w:r>
      <w:r>
        <w:rPr>
          <w:rFonts w:ascii="Times New Roman" w:hAnsi="Times New Roman" w:eastAsia="宋体"/>
          <w:b w:val="0"/>
          <w:i/>
          <w:sz w:val="21"/>
        </w:rPr>
        <w:t>特殊分数</w:t>
      </w:r>
      <w:r>
        <w:rPr>
          <w:rFonts w:ascii="Times New Roman" w:hAnsi="Times New Roman" w:eastAsia="宋体"/>
          <w:b w:val="0"/>
          <w:i w:val="0"/>
          <w:sz w:val="21"/>
        </w:rPr>
        <w:t>，分数不必是最简形式。有多少个不同的整数可以表示为两个特殊分数之和？这两个分数可以相同。</w:t>
      </w:r>
    </w:p>
    <w:p>
      <w:pPr>
        <w:spacing w:before="0" w:after="120" w:line="300" w:lineRule="auto"/>
      </w:pPr>
      <w:r>
        <w:rPr>
          <w:rFonts w:ascii="Times New Roman" w:hAnsi="Times New Roman" w:eastAsia="宋体"/>
          <w:b w:val="0"/>
          <w:i w:val="0"/>
          <w:sz w:val="21"/>
        </w:rPr>
        <w:t>（A）9　　（B）10　　（C）11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a fraction a/b, not necessarily in the simplest form,</w:t>
      </w:r>
      <w:r>
        <w:rPr>
          <w:rFonts w:ascii="Times New Roman" w:hAnsi="Times New Roman" w:eastAsia="宋体"/>
          <w:b w:val="0"/>
          <w:i/>
          <w:color w:val="333333"/>
          <w:sz w:val="19"/>
        </w:rPr>
        <w:t>special</w:t>
      </w:r>
      <w:r>
        <w:rPr>
          <w:rFonts w:ascii="Times New Roman" w:hAnsi="Times New Roman" w:eastAsia="宋体"/>
          <w:b w:val="0"/>
          <w:i w:val="0"/>
          <w:color w:val="333333"/>
          <w:sz w:val="19"/>
        </w:rPr>
        <w:t>if a and b are positive integers whose sum is 15. How many distinct integers can be written as the sum of two, not necessarily different, special fractions?</w:t>
      </w:r>
    </w:p>
    <w:p>
      <w:pPr>
        <w:spacing w:before="0" w:after="160" w:line="300" w:lineRule="auto"/>
      </w:pPr>
      <w:r>
        <w:rPr>
          <w:rFonts w:ascii="Times New Roman" w:hAnsi="Times New Roman" w:eastAsia="宋体"/>
          <w:b w:val="0"/>
          <w:i w:val="0"/>
          <w:color w:val="333333"/>
          <w:sz w:val="19"/>
        </w:rPr>
        <w:t>(A) 9　　(B) 10　　(C) 11　　(D) 12　　(E) 13</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16,384 的最大质因数是 2，因为 16,384 = 2¹⁴。16,383 的最大质因数的数字和是多少？</w:t>
      </w:r>
    </w:p>
    <w:p>
      <w:pPr>
        <w:spacing w:before="0" w:after="120" w:line="300" w:lineRule="auto"/>
      </w:pPr>
      <w:r>
        <w:rPr>
          <w:rFonts w:ascii="Times New Roman" w:hAnsi="Times New Roman" w:eastAsia="宋体"/>
          <w:b w:val="0"/>
          <w:i w:val="0"/>
          <w:sz w:val="21"/>
        </w:rPr>
        <w:t>（A）3　　（B）7　　（C）10　　（D）16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greatest prime number that is a divisor of 16,384 is 2 because 16,384 = 2¹⁴. What is the sum of the digits of the greatest prime number that is a divisor of 16,383?</w:t>
      </w:r>
    </w:p>
    <w:p>
      <w:pPr>
        <w:spacing w:before="0" w:after="160" w:line="300" w:lineRule="auto"/>
      </w:pPr>
      <w:r>
        <w:rPr>
          <w:rFonts w:ascii="Times New Roman" w:hAnsi="Times New Roman" w:eastAsia="宋体"/>
          <w:b w:val="0"/>
          <w:i w:val="0"/>
          <w:color w:val="333333"/>
          <w:sz w:val="19"/>
        </w:rPr>
        <w:t>(A) 3　　(B) 7　　(C) 10　　(D) 16　　(E) 22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下列哪一个条件足以保证整数 x、y、z 满足方程</w:t>
      </w:r>
    </w:p>
    <w:p>
      <w:pPr>
        <w:spacing w:before="0" w:after="80" w:line="300" w:lineRule="auto"/>
        <w:jc w:val="left"/>
      </w:pPr>
      <w:r>
        <w:rPr>
          <w:rFonts w:ascii="Times New Roman" w:hAnsi="Times New Roman" w:eastAsia="宋体"/>
          <w:b w:val="0"/>
          <w:i w:val="0"/>
          <w:sz w:val="21"/>
        </w:rPr>
        <w:t>x(x - y) + y(y - z)</w:t>
      </w:r>
    </w:p>
    <w:p>
      <w:pPr>
        <w:spacing w:before="0" w:after="80" w:line="300" w:lineRule="auto"/>
        <w:jc w:val="left"/>
      </w:pPr>
      <w:r>
        <w:rPr>
          <w:rFonts w:ascii="Times New Roman" w:hAnsi="Times New Roman" w:eastAsia="宋体"/>
          <w:b w:val="0"/>
          <w:i w:val="0"/>
          <w:sz w:val="21"/>
        </w:rPr>
        <w:t>+ z(z - x) = 1</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（A）x &gt; y 且 y = z　　（B）x = y - 1 且 y = z - 1　　（C）x = z + 1 且 y = x + 1　　（D）x = z 且 y - 1 = x　　（E）x + y + z =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conditions is sufficient to guarantee that integers x, y, and z satisfy the equation</w:t>
      </w:r>
    </w:p>
    <w:p>
      <w:pPr>
        <w:spacing w:before="0" w:after="80" w:line="300" w:lineRule="auto"/>
        <w:jc w:val="left"/>
      </w:pPr>
      <w:r>
        <w:rPr>
          <w:rFonts w:ascii="Times New Roman" w:hAnsi="Times New Roman" w:eastAsia="宋体"/>
          <w:b w:val="0"/>
          <w:i w:val="0"/>
          <w:color w:val="333333"/>
          <w:sz w:val="19"/>
        </w:rPr>
        <w:t>x(x - y) + y(y - z)</w:t>
      </w:r>
    </w:p>
    <w:p>
      <w:pPr>
        <w:spacing w:before="0" w:after="80" w:line="300" w:lineRule="auto"/>
        <w:jc w:val="left"/>
      </w:pPr>
      <w:r>
        <w:rPr>
          <w:rFonts w:ascii="Times New Roman" w:hAnsi="Times New Roman" w:eastAsia="宋体"/>
          <w:b w:val="0"/>
          <w:i w:val="0"/>
          <w:color w:val="333333"/>
          <w:sz w:val="19"/>
        </w:rPr>
        <w:t>+ z(z - x) = 1?</w:t>
      </w:r>
    </w:p>
    <w:p>
      <w:pPr>
        <w:spacing w:before="0" w:after="160" w:line="300" w:lineRule="auto"/>
      </w:pPr>
      <w:r>
        <w:rPr>
          <w:rFonts w:ascii="Times New Roman" w:hAnsi="Times New Roman" w:eastAsia="宋体"/>
          <w:b w:val="0"/>
          <w:i w:val="0"/>
          <w:color w:val="333333"/>
          <w:sz w:val="19"/>
        </w:rPr>
        <w:t>(A) x &gt; y and y = z　　(B) x = y - 1 and y = z - 1　　(C) x = z + 1 and y = x + 1　　(D) x = z and y - 1 = x　　(E) x + y + z = 1</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一个钝角等腰三角形的两条相等边长度的乘积，等于底边长度与该底边上高的两倍的乘积。这个三角形顶角的度数是多少？</w:t>
      </w:r>
    </w:p>
    <w:p>
      <w:pPr>
        <w:spacing w:before="0" w:after="120" w:line="300" w:lineRule="auto"/>
      </w:pPr>
      <w:r>
        <w:rPr>
          <w:rFonts w:ascii="Times New Roman" w:hAnsi="Times New Roman" w:eastAsia="宋体"/>
          <w:b w:val="0"/>
          <w:i w:val="0"/>
          <w:sz w:val="21"/>
        </w:rPr>
        <w:t>（A）105　　（B）120　　（C）135　　（D）150　　（E）165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of the lengths of the two congruent sides of an obtuse isosceles triangle is equal to the product of the base and twice the triangle’s height to the base. What is the measure, in degrees, of the vertex angle of this triangle?</w:t>
      </w:r>
    </w:p>
    <w:p>
      <w:pPr>
        <w:spacing w:before="0" w:after="160" w:line="300" w:lineRule="auto"/>
      </w:pPr>
      <w:r>
        <w:rPr>
          <w:rFonts w:ascii="Times New Roman" w:hAnsi="Times New Roman" w:eastAsia="宋体"/>
          <w:b w:val="0"/>
          <w:i w:val="0"/>
          <w:color w:val="333333"/>
          <w:sz w:val="19"/>
        </w:rPr>
        <w:t>(A) 105　　(B) 120　　(C) 135　　(D) 150　　(E) 165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等边三角形 ABC 的边长为 6。设 O 是该三角形内切圆的圆心。经过 A、O 和 C 三点的圆的面积是多少？</w:t>
      </w:r>
    </w:p>
    <w:p>
      <w:pPr>
        <w:spacing w:before="0" w:after="120" w:line="300" w:lineRule="auto"/>
      </w:pPr>
      <w:r>
        <w:rPr>
          <w:rFonts w:ascii="Times New Roman" w:hAnsi="Times New Roman" w:eastAsia="宋体"/>
          <w:b w:val="0"/>
          <w:i w:val="0"/>
          <w:sz w:val="21"/>
        </w:rPr>
        <w:t>（A）9π　　（B）12π　　（C）18π　　（D）24π　　（E）27π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is equilateral with side length 6. Suppose that O is the center of the inscribed circle of this triangle. What is the area of the circle passing through A, O, and C?</w:t>
      </w:r>
    </w:p>
    <w:p>
      <w:pPr>
        <w:spacing w:before="0" w:after="160" w:line="300" w:lineRule="auto"/>
      </w:pPr>
      <w:r>
        <w:rPr>
          <w:rFonts w:ascii="Times New Roman" w:hAnsi="Times New Roman" w:eastAsia="宋体"/>
          <w:b w:val="0"/>
          <w:i w:val="0"/>
          <w:color w:val="333333"/>
          <w:sz w:val="19"/>
        </w:rPr>
        <w:t>(A) 9π　　(B) 12π　　(C) 18π　　(D) 24π　　(E) 27π</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坐标平面上的三点 (cos 40°, sin 40°), (cos 60°, sin 60°)，和 (cos t°, sin t°) 构成等腰三角形。求 0 到 360 之间所有可能的 t 之和。</w:t>
      </w:r>
    </w:p>
    <w:p>
      <w:pPr>
        <w:spacing w:before="0" w:after="120" w:line="300" w:lineRule="auto"/>
      </w:pPr>
      <w:r>
        <w:rPr>
          <w:rFonts w:ascii="Times New Roman" w:hAnsi="Times New Roman" w:eastAsia="宋体"/>
          <w:b w:val="0"/>
          <w:i w:val="0"/>
          <w:sz w:val="21"/>
        </w:rPr>
        <w:t>（A）100　　（B）150　　（C）330　　（D）360　　（E）380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all possible values of t between 0 and 360 such that the triangle in the coordinate plane whose vertices are (cos 40°, sin 40°), (cos 60°, sin 60°), and (cos t°, sin t°) is isosceles?</w:t>
      </w:r>
    </w:p>
    <w:p>
      <w:pPr>
        <w:spacing w:before="0" w:after="160" w:line="300" w:lineRule="auto"/>
      </w:pPr>
      <w:r>
        <w:rPr>
          <w:rFonts w:ascii="Times New Roman" w:hAnsi="Times New Roman" w:eastAsia="宋体"/>
          <w:b w:val="0"/>
          <w:i w:val="0"/>
          <w:color w:val="333333"/>
          <w:sz w:val="19"/>
        </w:rPr>
        <w:t>(A) 100　　(B) 150　　(C) 330　　(D) 360　　(E) 380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Una 同时掷 6 个标准 6 面骰，并计算掷出的 6 个数的乘积。该乘积能被 4 整除的概率是多少？</w:t>
      </w:r>
    </w:p>
    <w:p>
      <w:pPr>
        <w:spacing w:before="0" w:after="120" w:line="300" w:lineRule="auto"/>
      </w:pPr>
      <w:r>
        <w:rPr>
          <w:rFonts w:ascii="Times New Roman" w:hAnsi="Times New Roman" w:eastAsia="宋体"/>
          <w:b w:val="0"/>
          <w:i w:val="0"/>
          <w:sz w:val="21"/>
        </w:rPr>
        <w:t>（A）3/4　　（B）57/64　　（C）59/64　　（D）187/192　　（E）63/64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Una rolls 6 standard 6-sided dice simultaneously and calculates the product of the 6 numbers obtained. What is the probability that the product is divisible by 4?</w:t>
      </w:r>
    </w:p>
    <w:p>
      <w:pPr>
        <w:spacing w:before="0" w:after="160" w:line="300" w:lineRule="auto"/>
      </w:pPr>
      <w:r>
        <w:rPr>
          <w:rFonts w:ascii="Times New Roman" w:hAnsi="Times New Roman" w:eastAsia="宋体"/>
          <w:b w:val="0"/>
          <w:i w:val="0"/>
          <w:color w:val="333333"/>
          <w:sz w:val="19"/>
        </w:rPr>
        <w:t>(A) 3/4　　(B) 57/64　　(C) 59/64　　(D) 187/192　　(E) 63/64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对正整数 n，令 f(n) 为 n 的所有正因数之和除以 n 得到的商。例如，</w:t>
      </w:r>
    </w:p>
    <w:p>
      <w:pPr>
        <w:spacing w:before="0" w:after="80" w:line="300" w:lineRule="auto"/>
        <w:jc w:val="left"/>
      </w:pPr>
      <w:r>
        <w:rPr>
          <w:rFonts w:ascii="Times New Roman" w:hAnsi="Times New Roman" w:eastAsia="宋体"/>
          <w:b w:val="0"/>
          <w:i w:val="0"/>
          <w:sz w:val="21"/>
        </w:rPr>
        <w:t>f(14) = (1 + 2 + 7 + 14) ÷ 14</w:t>
      </w:r>
    </w:p>
    <w:p>
      <w:pPr>
        <w:spacing w:before="0" w:after="80" w:line="300" w:lineRule="auto"/>
        <w:jc w:val="left"/>
      </w:pPr>
      <w:r>
        <w:rPr>
          <w:rFonts w:ascii="Times New Roman" w:hAnsi="Times New Roman" w:eastAsia="宋体"/>
          <w:b w:val="0"/>
          <w:i w:val="0"/>
          <w:sz w:val="21"/>
        </w:rPr>
        <w:t>= 12/7。</w:t>
      </w:r>
    </w:p>
    <w:p>
      <w:pPr>
        <w:spacing w:before="0" w:after="80" w:line="300" w:lineRule="auto"/>
        <w:jc w:val="left"/>
      </w:pPr>
      <w:r>
        <w:rPr>
          <w:rFonts w:ascii="Times New Roman" w:hAnsi="Times New Roman" w:eastAsia="宋体"/>
          <w:b w:val="0"/>
          <w:i w:val="0"/>
          <w:sz w:val="21"/>
        </w:rPr>
        <w:t>求 f(768) - f(384)？</w:t>
      </w:r>
    </w:p>
    <w:p>
      <w:pPr>
        <w:spacing w:before="0" w:after="120" w:line="300" w:lineRule="auto"/>
      </w:pPr>
      <w:r>
        <w:rPr>
          <w:rFonts w:ascii="Times New Roman" w:hAnsi="Times New Roman" w:eastAsia="宋体"/>
          <w:b w:val="0"/>
          <w:i w:val="0"/>
          <w:sz w:val="21"/>
        </w:rPr>
        <w:t>（A）1/768　　（B）1/192　　（C）1　　（D）4/3　　（E）8/3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 a positive integer, let f(n) be the quotient obtained when the sum of all positive divisors of n is divided by n. For example,</w:t>
      </w:r>
    </w:p>
    <w:p>
      <w:pPr>
        <w:spacing w:before="0" w:after="80" w:line="300" w:lineRule="auto"/>
        <w:jc w:val="left"/>
      </w:pPr>
      <w:r>
        <w:rPr>
          <w:rFonts w:ascii="Times New Roman" w:hAnsi="Times New Roman" w:eastAsia="宋体"/>
          <w:b w:val="0"/>
          <w:i w:val="0"/>
          <w:color w:val="333333"/>
          <w:sz w:val="19"/>
        </w:rPr>
        <w:t>f(14) = (1 + 2 + 7 + 14) ÷ 14</w:t>
      </w:r>
    </w:p>
    <w:p>
      <w:pPr>
        <w:spacing w:before="0" w:after="80" w:line="300" w:lineRule="auto"/>
        <w:jc w:val="left"/>
      </w:pPr>
      <w:r>
        <w:rPr>
          <w:rFonts w:ascii="Times New Roman" w:hAnsi="Times New Roman" w:eastAsia="宋体"/>
          <w:b w:val="0"/>
          <w:i w:val="0"/>
          <w:color w:val="333333"/>
          <w:sz w:val="19"/>
        </w:rPr>
        <w:t>= 12/7.</w:t>
      </w:r>
    </w:p>
    <w:p>
      <w:pPr>
        <w:spacing w:before="0" w:after="80" w:line="300" w:lineRule="auto"/>
        <w:jc w:val="left"/>
      </w:pPr>
      <w:r>
        <w:rPr>
          <w:rFonts w:ascii="Times New Roman" w:hAnsi="Times New Roman" w:eastAsia="宋体"/>
          <w:b w:val="0"/>
          <w:i w:val="0"/>
          <w:color w:val="333333"/>
          <w:sz w:val="19"/>
        </w:rPr>
        <w:t>What is f(768) - f(384)?</w:t>
      </w:r>
    </w:p>
    <w:p>
      <w:pPr>
        <w:spacing w:before="0" w:after="160" w:line="300" w:lineRule="auto"/>
      </w:pPr>
      <w:r>
        <w:rPr>
          <w:rFonts w:ascii="Times New Roman" w:hAnsi="Times New Roman" w:eastAsia="宋体"/>
          <w:b w:val="0"/>
          <w:i w:val="0"/>
          <w:color w:val="333333"/>
          <w:sz w:val="19"/>
        </w:rPr>
        <w:t>(A) 1/768　　(B) 1/192　　(C) 1　　(D) 4/3　　(E) 8/3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设 c = 2π/11。求下式的值：</w:t>
      </w:r>
    </w:p>
    <w:p>
      <w:pPr>
        <w:spacing w:before="0" w:after="80" w:line="300" w:lineRule="auto"/>
        <w:jc w:val="left"/>
      </w:pPr>
      <w:r>
        <w:rPr>
          <w:rFonts w:ascii="Times New Roman" w:hAnsi="Times New Roman" w:eastAsia="宋体"/>
          <w:b w:val="0"/>
          <w:i w:val="0"/>
          <w:sz w:val="21"/>
        </w:rPr>
        <w:t>small (sin 3c · sin 6c · sin 9c · sin 12c · sin 15c)/(sin c · sin 2c · sin 3c · sin 4c · sin 5c)？</w:t>
      </w:r>
    </w:p>
    <w:p>
      <w:pPr>
        <w:spacing w:before="0" w:after="120" w:line="300" w:lineRule="auto"/>
      </w:pPr>
      <w:r>
        <w:rPr>
          <w:rFonts w:ascii="Times New Roman" w:hAnsi="Times New Roman" w:eastAsia="宋体"/>
          <w:b w:val="0"/>
          <w:i w:val="0"/>
          <w:sz w:val="21"/>
        </w:rPr>
        <w:t>（A）-1　　（B）-(√(11))/5　　（C）(√(11))/5　　（D）10/11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 = 2π/11. What is the value of</w:t>
      </w:r>
    </w:p>
    <w:p>
      <w:pPr>
        <w:spacing w:before="0" w:after="80" w:line="300" w:lineRule="auto"/>
        <w:jc w:val="left"/>
      </w:pPr>
      <w:r>
        <w:rPr>
          <w:rFonts w:ascii="Times New Roman" w:hAnsi="Times New Roman" w:eastAsia="宋体"/>
          <w:b w:val="0"/>
          <w:i w:val="0"/>
          <w:color w:val="333333"/>
          <w:sz w:val="19"/>
        </w:rPr>
        <w:t>small (sin 3c · sin 6c · sin 9c · sin 12c · sin 15c)/(sin c · sin 2c · sin 3c · sin 4c · sin 5c)?</w:t>
      </w:r>
    </w:p>
    <w:p>
      <w:pPr>
        <w:spacing w:before="0" w:after="160" w:line="300" w:lineRule="auto"/>
      </w:pPr>
      <w:r>
        <w:rPr>
          <w:rFonts w:ascii="Times New Roman" w:hAnsi="Times New Roman" w:eastAsia="宋体"/>
          <w:b w:val="0"/>
          <w:i w:val="0"/>
          <w:color w:val="333333"/>
          <w:sz w:val="19"/>
        </w:rPr>
        <w:t>(A) -1　　(B) -(√(11))/5　　(C) (√(11))/5　　(D) 10/11　　(E) 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设 P(z)、Q(z)、R(z) 是实系数多项式，次数分别为 2、3、6，常数项分别为 1、2、3。令 N 为满足方程</w:t>
      </w:r>
    </w:p>
    <w:p>
      <w:pPr>
        <w:spacing w:before="0" w:after="80" w:line="300" w:lineRule="auto"/>
        <w:jc w:val="left"/>
      </w:pPr>
      <w:r>
        <w:rPr>
          <w:rFonts w:ascii="Times New Roman" w:hAnsi="Times New Roman" w:eastAsia="宋体"/>
          <w:b w:val="0"/>
          <w:i w:val="0"/>
          <w:sz w:val="21"/>
        </w:rPr>
        <w:t>P(z) · Q(z) = R(z)</w:t>
      </w:r>
    </w:p>
    <w:p>
      <w:pPr>
        <w:spacing w:before="0" w:after="80" w:line="300" w:lineRule="auto"/>
        <w:jc w:val="left"/>
      </w:pPr>
      <w:r>
        <w:rPr>
          <w:rFonts w:ascii="Times New Roman" w:hAnsi="Times New Roman" w:eastAsia="宋体"/>
          <w:b w:val="0"/>
          <w:i w:val="0"/>
          <w:sz w:val="21"/>
        </w:rPr>
        <w:t>的不同复数 z 的个数。N 的最小可能值是多少？</w:t>
      </w:r>
    </w:p>
    <w:p>
      <w:pPr>
        <w:spacing w:before="0" w:after="120" w:line="300" w:lineRule="auto"/>
      </w:pPr>
      <w:r>
        <w:rPr>
          <w:rFonts w:ascii="Times New Roman" w:hAnsi="Times New Roman" w:eastAsia="宋体"/>
          <w:b w:val="0"/>
          <w:i w:val="0"/>
          <w:sz w:val="21"/>
        </w:rPr>
        <w:t>（A）0　　（B）1　　（C）2　　（D）3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P(z), Q(z), and R(z) are polynomials with real coefficients, having degrees 2, 3, and 6, respectively, and constant terms 1, 2, and 3, respectively. Let N be the number of distinct complex numbers z that satisfy the equation</w:t>
      </w:r>
    </w:p>
    <w:p>
      <w:pPr>
        <w:spacing w:before="0" w:after="80" w:line="300" w:lineRule="auto"/>
        <w:jc w:val="left"/>
      </w:pPr>
      <w:r>
        <w:rPr>
          <w:rFonts w:ascii="Times New Roman" w:hAnsi="Times New Roman" w:eastAsia="宋体"/>
          <w:b w:val="0"/>
          <w:i w:val="0"/>
          <w:color w:val="333333"/>
          <w:sz w:val="19"/>
        </w:rPr>
        <w:t>P(z) · Q(z) = R(z).</w:t>
      </w:r>
    </w:p>
    <w:p>
      <w:pPr>
        <w:spacing w:before="0" w:after="80" w:line="300" w:lineRule="auto"/>
        <w:jc w:val="left"/>
      </w:pPr>
      <w:r>
        <w:rPr>
          <w:rFonts w:ascii="Times New Roman" w:hAnsi="Times New Roman" w:eastAsia="宋体"/>
          <w:b w:val="0"/>
          <w:i w:val="0"/>
          <w:color w:val="333333"/>
          <w:sz w:val="19"/>
        </w:rPr>
        <w:t>What is the minimum possible value of N?</w:t>
      </w:r>
    </w:p>
    <w:p>
      <w:pPr>
        <w:spacing w:before="0" w:after="160" w:line="300" w:lineRule="auto"/>
      </w:pPr>
      <w:r>
        <w:rPr>
          <w:rFonts w:ascii="Times New Roman" w:hAnsi="Times New Roman" w:eastAsia="宋体"/>
          <w:b w:val="0"/>
          <w:i w:val="0"/>
          <w:color w:val="333333"/>
          <w:sz w:val="19"/>
        </w:rPr>
        <w:t>(A) 0　　(B) 1　　(C) 2　　(D) 3　　(E) 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三张相同的边长为 6 的正方形纸片叠在一起。中间的纸片绕其中心顺时针旋转 30°，最上面的纸片绕其中心顺时针旋转 60°，得到下图所示的 24 边形。该多边形面积可表示为 a - b√(c)，其中 a、b、c 为正整数，且 c 不被任何质数的平方整除。求 a + b + c。</w:t>
      </w:r>
    </w:p>
    <w:p>
      <w:pPr>
        <w:spacing w:before="80" w:after="80"/>
        <w:jc w:val="center"/>
      </w:pPr>
      <w:r>
        <w:drawing>
          <wp:inline xmlns:a="http://schemas.openxmlformats.org/drawingml/2006/main" xmlns:pic="http://schemas.openxmlformats.org/drawingml/2006/picture">
            <wp:extent cx="1493095" cy="1493095"/>
            <wp:docPr id="3" name="Picture 3"/>
            <wp:cNvGraphicFramePr>
              <a:graphicFrameLocks noChangeAspect="1"/>
            </wp:cNvGraphicFramePr>
            <a:graphic>
              <a:graphicData uri="http://schemas.openxmlformats.org/drawingml/2006/picture">
                <pic:pic>
                  <pic:nvPicPr>
                    <pic:cNvPr id="0" name="q15-1@300dpi.png"/>
                    <pic:cNvPicPr/>
                  </pic:nvPicPr>
                  <pic:blipFill>
                    <a:blip r:embed="rId10"/>
                    <a:stretch>
                      <a:fillRect/>
                    </a:stretch>
                  </pic:blipFill>
                  <pic:spPr>
                    <a:xfrm>
                      <a:off x="0" y="0"/>
                      <a:ext cx="1493095" cy="1493095"/>
                    </a:xfrm>
                    <a:prstGeom prst="rect"/>
                  </pic:spPr>
                </pic:pic>
              </a:graphicData>
            </a:graphic>
          </wp:inline>
        </w:drawing>
      </w:r>
    </w:p>
    <w:p>
      <w:pPr>
        <w:spacing w:before="0" w:after="120" w:line="300" w:lineRule="auto"/>
      </w:pPr>
      <w:r>
        <w:rPr>
          <w:rFonts w:ascii="Times New Roman" w:hAnsi="Times New Roman" w:eastAsia="宋体"/>
          <w:b w:val="0"/>
          <w:i w:val="0"/>
          <w:sz w:val="21"/>
        </w:rPr>
        <w:t>（A）75　　（B）93　　（C）96　　（D）129　　（E）147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identical square sheets of paper each with side length 6 are stacked on top of each other. The middle sheet is rotated clockwise 30° about its center and the top sheet is rotated clockwise 60° about its center, resulting in the 24-sided polygon shown in the figure below. The area of this polygon can be expressed in the form a - b√(c), where a, b, and c are positive integers, and c is not divisible by the square of any prime. What is a + b + c?</w:t>
      </w:r>
    </w:p>
    <w:p>
      <w:pPr>
        <w:spacing w:before="80" w:after="80"/>
        <w:jc w:val="center"/>
      </w:pPr>
      <w:r>
        <w:drawing>
          <wp:inline xmlns:a="http://schemas.openxmlformats.org/drawingml/2006/main" xmlns:pic="http://schemas.openxmlformats.org/drawingml/2006/picture">
            <wp:extent cx="1493095" cy="1493095"/>
            <wp:docPr id="4" name="Picture 4"/>
            <wp:cNvGraphicFramePr>
              <a:graphicFrameLocks noChangeAspect="1"/>
            </wp:cNvGraphicFramePr>
            <a:graphic>
              <a:graphicData uri="http://schemas.openxmlformats.org/drawingml/2006/picture">
                <pic:pic>
                  <pic:nvPicPr>
                    <pic:cNvPr id="0" name="q15-1@300dpi.png"/>
                    <pic:cNvPicPr/>
                  </pic:nvPicPr>
                  <pic:blipFill>
                    <a:blip r:embed="rId10"/>
                    <a:stretch>
                      <a:fillRect/>
                    </a:stretch>
                  </pic:blipFill>
                  <pic:spPr>
                    <a:xfrm>
                      <a:off x="0" y="0"/>
                      <a:ext cx="1493095" cy="14930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75　　(B) 93　　(C) 96　　(D) 129　　(E) 147</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设 a、b、c 为正整数，满足</w:t>
      </w:r>
    </w:p>
    <w:p>
      <w:pPr>
        <w:spacing w:before="0" w:after="80" w:line="300" w:lineRule="auto"/>
        <w:jc w:val="left"/>
      </w:pPr>
      <w:r>
        <w:rPr>
          <w:rFonts w:ascii="Times New Roman" w:hAnsi="Times New Roman" w:eastAsia="宋体"/>
          <w:b w:val="0"/>
          <w:i w:val="0"/>
          <w:sz w:val="21"/>
        </w:rPr>
        <w:t>a + b + c = 23</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gcd(a, b) + gcd(b, c)</w:t>
      </w:r>
    </w:p>
    <w:p>
      <w:pPr>
        <w:spacing w:before="0" w:after="80" w:line="300" w:lineRule="auto"/>
        <w:jc w:val="left"/>
      </w:pPr>
      <w:r>
        <w:rPr>
          <w:rFonts w:ascii="Times New Roman" w:hAnsi="Times New Roman" w:eastAsia="宋体"/>
          <w:b w:val="0"/>
          <w:i w:val="0"/>
          <w:sz w:val="21"/>
        </w:rPr>
        <w:t>+ gcd(c, a) = 9。</w:t>
      </w:r>
    </w:p>
    <w:p>
      <w:pPr>
        <w:spacing w:before="0" w:after="80" w:line="300" w:lineRule="auto"/>
        <w:jc w:val="left"/>
      </w:pPr>
      <w:r>
        <w:rPr>
          <w:rFonts w:ascii="Times New Roman" w:hAnsi="Times New Roman" w:eastAsia="宋体"/>
          <w:b w:val="0"/>
          <w:i w:val="0"/>
          <w:sz w:val="21"/>
        </w:rPr>
        <w:t>所有可能的不同 a² + b² + c² 值之和是多少？</w:t>
      </w:r>
    </w:p>
    <w:p>
      <w:pPr>
        <w:spacing w:before="0" w:after="120" w:line="300" w:lineRule="auto"/>
      </w:pPr>
      <w:r>
        <w:rPr>
          <w:rFonts w:ascii="Times New Roman" w:hAnsi="Times New Roman" w:eastAsia="宋体"/>
          <w:b w:val="0"/>
          <w:i w:val="0"/>
          <w:sz w:val="21"/>
        </w:rPr>
        <w:t>（A）259　　（B）438　　（C）516　　（D）625　　（E）687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b, c are positive integers such that</w:t>
      </w:r>
    </w:p>
    <w:p>
      <w:pPr>
        <w:spacing w:before="0" w:after="80" w:line="300" w:lineRule="auto"/>
        <w:jc w:val="left"/>
      </w:pPr>
      <w:r>
        <w:rPr>
          <w:rFonts w:ascii="Times New Roman" w:hAnsi="Times New Roman" w:eastAsia="宋体"/>
          <w:b w:val="0"/>
          <w:i w:val="0"/>
          <w:color w:val="333333"/>
          <w:sz w:val="19"/>
        </w:rPr>
        <w:t>a + b + c = 23</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gcd(a, b) + gcd(b, c)</w:t>
      </w:r>
    </w:p>
    <w:p>
      <w:pPr>
        <w:spacing w:before="0" w:after="80" w:line="300" w:lineRule="auto"/>
        <w:jc w:val="left"/>
      </w:pPr>
      <w:r>
        <w:rPr>
          <w:rFonts w:ascii="Times New Roman" w:hAnsi="Times New Roman" w:eastAsia="宋体"/>
          <w:b w:val="0"/>
          <w:i w:val="0"/>
          <w:color w:val="333333"/>
          <w:sz w:val="19"/>
        </w:rPr>
        <w:t>+ gcd(c, a) = 9.</w:t>
      </w:r>
    </w:p>
    <w:p>
      <w:pPr>
        <w:spacing w:before="0" w:after="80" w:line="300" w:lineRule="auto"/>
        <w:jc w:val="left"/>
      </w:pPr>
      <w:r>
        <w:rPr>
          <w:rFonts w:ascii="Times New Roman" w:hAnsi="Times New Roman" w:eastAsia="宋体"/>
          <w:b w:val="0"/>
          <w:i w:val="0"/>
          <w:color w:val="333333"/>
          <w:sz w:val="19"/>
        </w:rPr>
        <w:t>What is the sum of all possible distinct values of a² + b² + c²?</w:t>
      </w:r>
    </w:p>
    <w:p>
      <w:pPr>
        <w:spacing w:before="0" w:after="160" w:line="300" w:lineRule="auto"/>
      </w:pPr>
      <w:r>
        <w:rPr>
          <w:rFonts w:ascii="Times New Roman" w:hAnsi="Times New Roman" w:eastAsia="宋体"/>
          <w:b w:val="0"/>
          <w:i w:val="0"/>
          <w:color w:val="333333"/>
          <w:sz w:val="19"/>
        </w:rPr>
        <w:t>(A) 259　　(B) 438　　(C) 516　　(D) 625　　(E) 687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一只虫子从由边长为 1 的等边三角形组成的网格的一个顶点出发。每一步，虫子都沿网格线在 6 个可能方向中随机且独立地等概率移动。经过 5 步后，虫子在整个过程中从未距离起点超过 1 个单位的概率是多少？</w:t>
      </w:r>
    </w:p>
    <w:p>
      <w:pPr>
        <w:spacing w:before="0" w:after="120" w:line="300" w:lineRule="auto"/>
      </w:pPr>
      <w:r>
        <w:rPr>
          <w:rFonts w:ascii="Times New Roman" w:hAnsi="Times New Roman" w:eastAsia="宋体"/>
          <w:b w:val="0"/>
          <w:i w:val="0"/>
          <w:sz w:val="21"/>
        </w:rPr>
        <w:t>（A）13/108　　（B）7/54　　（C）29/216　　（D）4/27　　（E）1/16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bug starts at a vertex of a grid made of equilateral triangles of side length 1. At each step the bug moves in one of the 6 possible directions along the grid lines randomly and independently with equal probability. What is the probability that after 5 moves the bug never will have been more than 1 unit away from the starting position?</w:t>
      </w:r>
    </w:p>
    <w:p>
      <w:pPr>
        <w:spacing w:before="0" w:after="160" w:line="300" w:lineRule="auto"/>
      </w:pPr>
      <w:r>
        <w:rPr>
          <w:rFonts w:ascii="Times New Roman" w:hAnsi="Times New Roman" w:eastAsia="宋体"/>
          <w:b w:val="0"/>
          <w:i w:val="0"/>
          <w:color w:val="333333"/>
          <w:sz w:val="19"/>
        </w:rPr>
        <w:t>(A) 13/108　　(B) 7/54　　(C) 29/216　　(D) 4/27　　(E) 1/16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u₀ = 1/4，且对 k ≥ 0，uₖ₊₁ 由如下递推式确定：</w:t>
      </w:r>
    </w:p>
    <w:p>
      <w:pPr>
        <w:spacing w:before="0" w:after="80" w:line="300" w:lineRule="auto"/>
        <w:jc w:val="left"/>
      </w:pPr>
      <w:r>
        <w:rPr>
          <w:rFonts w:ascii="Times New Roman" w:hAnsi="Times New Roman" w:eastAsia="宋体"/>
          <w:b w:val="0"/>
          <w:i w:val="0"/>
          <w:sz w:val="21"/>
        </w:rPr>
        <w:t>uₖ₊₁ = 2uₖ - 2uₖ²。</w:t>
      </w:r>
    </w:p>
    <w:p>
      <w:pPr>
        <w:spacing w:before="0" w:after="80" w:line="300" w:lineRule="auto"/>
        <w:jc w:val="left"/>
      </w:pPr>
      <w:r>
        <w:rPr>
          <w:rFonts w:ascii="Times New Roman" w:hAnsi="Times New Roman" w:eastAsia="宋体"/>
          <w:b w:val="0"/>
          <w:i w:val="0"/>
          <w:sz w:val="21"/>
        </w:rPr>
        <w:t>该数列趋于一个极限，记这个极限为 L。使下式成立的最小 k 值是多少？</w:t>
      </w:r>
    </w:p>
    <w:p>
      <w:pPr>
        <w:spacing w:before="0" w:after="80" w:line="300" w:lineRule="auto"/>
        <w:jc w:val="left"/>
      </w:pPr>
      <w:r>
        <w:rPr>
          <w:rFonts w:ascii="Times New Roman" w:hAnsi="Times New Roman" w:eastAsia="宋体"/>
          <w:b w:val="0"/>
          <w:i w:val="0"/>
          <w:sz w:val="21"/>
        </w:rPr>
        <w:t>|uₖ - L| ≤ 1/2¹⁰⁰⁰？</w:t>
      </w:r>
    </w:p>
    <w:p>
      <w:pPr>
        <w:spacing w:before="0" w:after="120" w:line="300" w:lineRule="auto"/>
      </w:pPr>
      <w:r>
        <w:rPr>
          <w:rFonts w:ascii="Times New Roman" w:hAnsi="Times New Roman" w:eastAsia="宋体"/>
          <w:b w:val="0"/>
          <w:i w:val="0"/>
          <w:sz w:val="21"/>
        </w:rPr>
        <w:t>（A）10　　（B）87　　（C）123　　（D）329　　（E）401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u₀ = 1/4, and for k ≥ 0 let uₖ₊₁ be determined by the recurrence</w:t>
      </w:r>
    </w:p>
    <w:p>
      <w:pPr>
        <w:spacing w:before="0" w:after="80" w:line="300" w:lineRule="auto"/>
        <w:jc w:val="left"/>
      </w:pPr>
      <w:r>
        <w:rPr>
          <w:rFonts w:ascii="Times New Roman" w:hAnsi="Times New Roman" w:eastAsia="宋体"/>
          <w:b w:val="0"/>
          <w:i w:val="0"/>
          <w:color w:val="333333"/>
          <w:sz w:val="19"/>
        </w:rPr>
        <w:t>uₖ₊₁ = 2uₖ - 2uₖ².</w:t>
      </w:r>
    </w:p>
    <w:p>
      <w:pPr>
        <w:spacing w:before="0" w:after="80" w:line="300" w:lineRule="auto"/>
        <w:jc w:val="left"/>
      </w:pPr>
      <w:r>
        <w:rPr>
          <w:rFonts w:ascii="Times New Roman" w:hAnsi="Times New Roman" w:eastAsia="宋体"/>
          <w:b w:val="0"/>
          <w:i w:val="0"/>
          <w:color w:val="333333"/>
          <w:sz w:val="19"/>
        </w:rPr>
        <w:t>This sequence tends to a limit; call it L. What is the least value of k such that</w:t>
      </w:r>
    </w:p>
    <w:p>
      <w:pPr>
        <w:spacing w:before="0" w:after="80" w:line="300" w:lineRule="auto"/>
        <w:jc w:val="left"/>
      </w:pPr>
      <w:r>
        <w:rPr>
          <w:rFonts w:ascii="Times New Roman" w:hAnsi="Times New Roman" w:eastAsia="宋体"/>
          <w:b w:val="0"/>
          <w:i w:val="0"/>
          <w:color w:val="333333"/>
          <w:sz w:val="19"/>
        </w:rPr>
        <w:t>|uₖ - L| ≤ 1/2¹⁰⁰⁰?</w:t>
      </w:r>
    </w:p>
    <w:p>
      <w:pPr>
        <w:spacing w:before="0" w:after="160" w:line="300" w:lineRule="auto"/>
      </w:pPr>
      <w:r>
        <w:rPr>
          <w:rFonts w:ascii="Times New Roman" w:hAnsi="Times New Roman" w:eastAsia="宋体"/>
          <w:b w:val="0"/>
          <w:i w:val="0"/>
          <w:color w:val="333333"/>
          <w:sz w:val="19"/>
        </w:rPr>
        <w:t>(A) 10　　(B) 87　　(C) 123　　(D) 329　　(E) 401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边数为 5、6、7、8 的正多边形内接于同一个圆。没有两个多边形共用顶点，也没有三条边交于同一点。在圆内部，有多少个点是其中两个多边形的边的交点？</w:t>
      </w:r>
    </w:p>
    <w:p>
      <w:pPr>
        <w:spacing w:before="0" w:after="120" w:line="300" w:lineRule="auto"/>
      </w:pPr>
      <w:r>
        <w:rPr>
          <w:rFonts w:ascii="Times New Roman" w:hAnsi="Times New Roman" w:eastAsia="宋体"/>
          <w:b w:val="0"/>
          <w:i w:val="0"/>
          <w:sz w:val="21"/>
        </w:rPr>
        <w:t>（A）52　　（B）56　　（C）60　　（D）64　　（E）68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Regular polygons with 5, 6, 7, and 8 sides are inscribed in the same circle. No two of the polygons share a vertex, and no three of their sides intersect at a common point. At how many points inside the circle do two of their sides intersect?</w:t>
      </w:r>
    </w:p>
    <w:p>
      <w:pPr>
        <w:spacing w:before="0" w:after="160" w:line="300" w:lineRule="auto"/>
      </w:pPr>
      <w:r>
        <w:rPr>
          <w:rFonts w:ascii="Times New Roman" w:hAnsi="Times New Roman" w:eastAsia="宋体"/>
          <w:b w:val="0"/>
          <w:i w:val="0"/>
          <w:color w:val="333333"/>
          <w:sz w:val="19"/>
        </w:rPr>
        <w:t>(A) 52　　(B) 56　　(C) 60　　(D) 64　　(E) 68</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用 4 个白色单位立方体和 4 个蓝色单位立方体构造一个 2 × 2 × 2 的立方体。有多少种不同的构造方式？（若一种构造可以旋转后与另一种重合，则两者视为相同。）</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is constructed from 4 white unit cubes and 4 blue unit cubes. How many different ways are there to construct the 2 × 2 × 2 cube using these smaller cubes? (Two constructions are considered the same if one can be rotated to match the other.)</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对实数 x，令</w:t>
      </w:r>
    </w:p>
    <w:p>
      <w:pPr>
        <w:spacing w:before="0" w:after="80" w:line="300" w:lineRule="auto"/>
        <w:jc w:val="left"/>
      </w:pPr>
      <w:r>
        <w:rPr>
          <w:rFonts w:ascii="Times New Roman" w:hAnsi="Times New Roman" w:eastAsia="宋体"/>
          <w:b w:val="0"/>
          <w:i w:val="0"/>
          <w:sz w:val="21"/>
        </w:rPr>
        <w:t>P(x) = 1 + cos(x) + isin(x)</w:t>
      </w:r>
    </w:p>
    <w:p>
      <w:pPr>
        <w:spacing w:before="0" w:after="80" w:line="300" w:lineRule="auto"/>
        <w:jc w:val="left"/>
      </w:pPr>
      <w:r>
        <w:rPr>
          <w:rFonts w:ascii="Times New Roman" w:hAnsi="Times New Roman" w:eastAsia="宋体"/>
          <w:b w:val="0"/>
          <w:i w:val="0"/>
          <w:sz w:val="21"/>
        </w:rPr>
        <w:t>- cos(2x) - isin(2x)</w:t>
      </w:r>
    </w:p>
    <w:p>
      <w:pPr>
        <w:spacing w:before="0" w:after="80" w:line="300" w:lineRule="auto"/>
        <w:jc w:val="left"/>
      </w:pPr>
      <w:r>
        <w:rPr>
          <w:rFonts w:ascii="Times New Roman" w:hAnsi="Times New Roman" w:eastAsia="宋体"/>
          <w:b w:val="0"/>
          <w:i w:val="0"/>
          <w:sz w:val="21"/>
        </w:rPr>
        <w:t>+ cos(3x) + isin(3x)</w:t>
      </w:r>
    </w:p>
    <w:p>
      <w:pPr>
        <w:spacing w:before="0" w:after="80" w:line="300" w:lineRule="auto"/>
        <w:jc w:val="left"/>
      </w:pPr>
      <w:r>
        <w:rPr>
          <w:rFonts w:ascii="Times New Roman" w:hAnsi="Times New Roman" w:eastAsia="宋体"/>
          <w:b w:val="0"/>
          <w:i w:val="0"/>
          <w:sz w:val="21"/>
        </w:rPr>
        <w:t>其中 i = √(-1)。在 0 ≤ x &lt; 2π 中，有多少个 x 满足</w:t>
      </w:r>
    </w:p>
    <w:p>
      <w:pPr>
        <w:spacing w:before="0" w:after="80" w:line="300" w:lineRule="auto"/>
        <w:jc w:val="left"/>
      </w:pPr>
      <w:r>
        <w:rPr>
          <w:rFonts w:ascii="Times New Roman" w:hAnsi="Times New Roman" w:eastAsia="宋体"/>
          <w:b w:val="0"/>
          <w:i w:val="0"/>
          <w:sz w:val="21"/>
        </w:rPr>
        <w:t>P(x) = 0？</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real numbers x, let</w:t>
      </w:r>
    </w:p>
    <w:p>
      <w:pPr>
        <w:spacing w:before="0" w:after="80" w:line="300" w:lineRule="auto"/>
        <w:jc w:val="left"/>
      </w:pPr>
      <w:r>
        <w:rPr>
          <w:rFonts w:ascii="Times New Roman" w:hAnsi="Times New Roman" w:eastAsia="宋体"/>
          <w:b w:val="0"/>
          <w:i w:val="0"/>
          <w:color w:val="333333"/>
          <w:sz w:val="19"/>
        </w:rPr>
        <w:t>P(x) = 1 + cos(x) + isin(x)</w:t>
      </w:r>
    </w:p>
    <w:p>
      <w:pPr>
        <w:spacing w:before="0" w:after="80" w:line="300" w:lineRule="auto"/>
        <w:jc w:val="left"/>
      </w:pPr>
      <w:r>
        <w:rPr>
          <w:rFonts w:ascii="Times New Roman" w:hAnsi="Times New Roman" w:eastAsia="宋体"/>
          <w:b w:val="0"/>
          <w:i w:val="0"/>
          <w:color w:val="333333"/>
          <w:sz w:val="19"/>
        </w:rPr>
        <w:t>- cos(2x) - isin(2x)</w:t>
      </w:r>
    </w:p>
    <w:p>
      <w:pPr>
        <w:spacing w:before="0" w:after="80" w:line="300" w:lineRule="auto"/>
        <w:jc w:val="left"/>
      </w:pPr>
      <w:r>
        <w:rPr>
          <w:rFonts w:ascii="Times New Roman" w:hAnsi="Times New Roman" w:eastAsia="宋体"/>
          <w:b w:val="0"/>
          <w:i w:val="0"/>
          <w:color w:val="333333"/>
          <w:sz w:val="19"/>
        </w:rPr>
        <w:t>+ cos(3x) + isin(3x)</w:t>
      </w:r>
    </w:p>
    <w:p>
      <w:pPr>
        <w:spacing w:before="0" w:after="80" w:line="300" w:lineRule="auto"/>
        <w:jc w:val="left"/>
      </w:pPr>
      <w:r>
        <w:rPr>
          <w:rFonts w:ascii="Times New Roman" w:hAnsi="Times New Roman" w:eastAsia="宋体"/>
          <w:b w:val="0"/>
          <w:i w:val="0"/>
          <w:color w:val="333333"/>
          <w:sz w:val="19"/>
        </w:rPr>
        <w:t>where i = √(-1). For how many values of x with 0 ≤ x &lt; 2π does</w:t>
      </w:r>
    </w:p>
    <w:p>
      <w:pPr>
        <w:spacing w:before="0" w:after="80" w:line="300" w:lineRule="auto"/>
        <w:jc w:val="left"/>
      </w:pPr>
      <w:r>
        <w:rPr>
          <w:rFonts w:ascii="Times New Roman" w:hAnsi="Times New Roman" w:eastAsia="宋体"/>
          <w:b w:val="0"/>
          <w:i w:val="0"/>
          <w:color w:val="333333"/>
          <w:sz w:val="19"/>
        </w:rPr>
        <w:t>P(x) = 0?</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直角三角形 ABC 的边长为 BC = 6、AC = 8、AB = 10。以 O 为圆心的圆在 B 点与直线 BC 相切，并经过 A。以 P 为圆心的圆在 A 点与直线 AC 相切，并经过 B。求 OP。</w:t>
      </w:r>
    </w:p>
    <w:p>
      <w:pPr>
        <w:spacing w:before="0" w:after="120" w:line="300" w:lineRule="auto"/>
      </w:pPr>
      <w:r>
        <w:rPr>
          <w:rFonts w:ascii="Times New Roman" w:hAnsi="Times New Roman" w:eastAsia="宋体"/>
          <w:b w:val="0"/>
          <w:i w:val="0"/>
          <w:sz w:val="21"/>
        </w:rPr>
        <w:t>（A）23/8　　（B）29/10　　（C）35/12　　（D）73/25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Right triangle ABC has side lengths BC = 6, AC = 8, and AB = 10. A circle centered at O is tangent to line BC at B and passes through A. A circle centered at P is tangent to line AC at A and passes through B. What is OP?</w:t>
      </w:r>
    </w:p>
    <w:p>
      <w:pPr>
        <w:spacing w:before="0" w:after="160" w:line="300" w:lineRule="auto"/>
      </w:pPr>
      <w:r>
        <w:rPr>
          <w:rFonts w:ascii="Times New Roman" w:hAnsi="Times New Roman" w:eastAsia="宋体"/>
          <w:b w:val="0"/>
          <w:i w:val="0"/>
          <w:color w:val="333333"/>
          <w:sz w:val="19"/>
        </w:rPr>
        <w:t>(A) 23/8　　(B) 29/10　　(C) 35/12　　(D) 73/25　　(E) 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从集合 {1, 2, 3, …, 30} 中随机选出 5 个不同整数组成一个子集。这个子集中相邻整数对的平均个数是多少？（例如集合 {1, 17, 18, 19, 30} 有 2 对相邻整数。）</w:t>
      </w:r>
    </w:p>
    <w:p>
      <w:pPr>
        <w:spacing w:before="0" w:after="120" w:line="300" w:lineRule="auto"/>
      </w:pPr>
      <w:r>
        <w:rPr>
          <w:rFonts w:ascii="Times New Roman" w:hAnsi="Times New Roman" w:eastAsia="宋体"/>
          <w:b w:val="0"/>
          <w:i w:val="0"/>
          <w:sz w:val="21"/>
        </w:rPr>
        <w:t>（A）2/3　　（B）29/36　　（C）5/6　　（D）29/30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average number of pairs of consecutive integers in a randomly selected subset of 5 distinct integers chosen from the set {1, 2, 3, …, 30}? (For example the set {1, 17, 18, 19, 30} has 2 pairs of consecutive integers.)</w:t>
      </w:r>
    </w:p>
    <w:p>
      <w:pPr>
        <w:spacing w:before="0" w:after="160" w:line="300" w:lineRule="auto"/>
      </w:pPr>
      <w:r>
        <w:rPr>
          <w:rFonts w:ascii="Times New Roman" w:hAnsi="Times New Roman" w:eastAsia="宋体"/>
          <w:b w:val="0"/>
          <w:i w:val="0"/>
          <w:color w:val="333333"/>
          <w:sz w:val="19"/>
        </w:rPr>
        <w:t>(A) 2/3　　(B) 29/36　　(C) 5/6　　(D) 29/30　　(E) 1</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三角形 ABC 的边长为 AB = 11、BC = 24、CA = 20。∠ BAC 的角平分线与 BC 交于点 D，并与 △ ABC 的外接圆交于 E ≠ A。△ BED 的外接圆与直线 AB 交于点 B 和 F ≠ B。求 CF。</w:t>
      </w:r>
    </w:p>
    <w:p>
      <w:pPr>
        <w:spacing w:before="0" w:after="120" w:line="300" w:lineRule="auto"/>
      </w:pPr>
      <w:r>
        <w:rPr>
          <w:rFonts w:ascii="Times New Roman" w:hAnsi="Times New Roman" w:eastAsia="宋体"/>
          <w:b w:val="0"/>
          <w:i w:val="0"/>
          <w:sz w:val="21"/>
        </w:rPr>
        <w:t>（A）28　　（B）20√(2)　　（C）30　　（D）32　　（E）20√(3)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side lengths AB = 11, BC = 24, and CA = 20. The bisector of ∠ BAC intersects BC in point D, and intersects the circumcircle of △ ABC in point E ≠ A. The circumcircle of △ BED intersects the line AB in points B and F ≠ B. What is CF?</w:t>
      </w:r>
    </w:p>
    <w:p>
      <w:pPr>
        <w:spacing w:before="0" w:after="160" w:line="300" w:lineRule="auto"/>
      </w:pPr>
      <w:r>
        <w:rPr>
          <w:rFonts w:ascii="Times New Roman" w:hAnsi="Times New Roman" w:eastAsia="宋体"/>
          <w:b w:val="0"/>
          <w:i w:val="0"/>
          <w:color w:val="333333"/>
          <w:sz w:val="19"/>
        </w:rPr>
        <w:t>(A) 28　　(B) 20√(2)　　(C) 30　　(D) 32　　(E) 20√(3)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对正整数 n，令 R(n) 为 n 分别除以 2、3、4、5、6、7、8、9、10 时所得余数之和。例如，</w:t>
      </w:r>
    </w:p>
    <w:p>
      <w:pPr>
        <w:spacing w:before="0" w:after="80" w:line="300" w:lineRule="auto"/>
        <w:jc w:val="left"/>
      </w:pPr>
      <w:r>
        <w:rPr>
          <w:rFonts w:ascii="Times New Roman" w:hAnsi="Times New Roman" w:eastAsia="宋体"/>
          <w:b w:val="0"/>
          <w:i w:val="0"/>
          <w:sz w:val="21"/>
        </w:rPr>
        <w:t>R(15) = 1 + 0 + 3 + 0 + 3</w:t>
      </w:r>
    </w:p>
    <w:p>
      <w:pPr>
        <w:spacing w:before="0" w:after="80" w:line="300" w:lineRule="auto"/>
        <w:jc w:val="left"/>
      </w:pPr>
      <w:r>
        <w:rPr>
          <w:rFonts w:ascii="Times New Roman" w:hAnsi="Times New Roman" w:eastAsia="宋体"/>
          <w:b w:val="0"/>
          <w:i w:val="0"/>
          <w:sz w:val="21"/>
        </w:rPr>
        <w:t>+ 1 + 7 + 6 + 5 = 26。</w:t>
      </w:r>
    </w:p>
    <w:p>
      <w:pPr>
        <w:spacing w:before="0" w:after="80" w:line="300" w:lineRule="auto"/>
        <w:jc w:val="left"/>
      </w:pPr>
      <w:r>
        <w:rPr>
          <w:rFonts w:ascii="Times New Roman" w:hAnsi="Times New Roman" w:eastAsia="宋体"/>
          <w:b w:val="0"/>
          <w:i w:val="0"/>
          <w:sz w:val="21"/>
        </w:rPr>
        <w:t>有多少个两位正整数 n 满足</w:t>
      </w:r>
    </w:p>
    <w:p>
      <w:pPr>
        <w:spacing w:before="0" w:after="80" w:line="300" w:lineRule="auto"/>
        <w:jc w:val="left"/>
      </w:pPr>
      <w:r>
        <w:rPr>
          <w:rFonts w:ascii="Times New Roman" w:hAnsi="Times New Roman" w:eastAsia="宋体"/>
          <w:b w:val="0"/>
          <w:i w:val="0"/>
          <w:sz w:val="21"/>
        </w:rPr>
        <w:t>R(n) = R(n + 1)？</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 a positive integer, let R(n) be the sum of the remainders when n is divided by 2, 3, 4, 5, 6, 7, 8, 9, and 10. For example,</w:t>
      </w:r>
    </w:p>
    <w:p>
      <w:pPr>
        <w:spacing w:before="0" w:after="80" w:line="300" w:lineRule="auto"/>
        <w:jc w:val="left"/>
      </w:pPr>
      <w:r>
        <w:rPr>
          <w:rFonts w:ascii="Times New Roman" w:hAnsi="Times New Roman" w:eastAsia="宋体"/>
          <w:b w:val="0"/>
          <w:i w:val="0"/>
          <w:color w:val="333333"/>
          <w:sz w:val="19"/>
        </w:rPr>
        <w:t>R(15) = 1 + 0 + 3 + 0 + 3</w:t>
      </w:r>
    </w:p>
    <w:p>
      <w:pPr>
        <w:spacing w:before="0" w:after="80" w:line="300" w:lineRule="auto"/>
        <w:jc w:val="left"/>
      </w:pPr>
      <w:r>
        <w:rPr>
          <w:rFonts w:ascii="Times New Roman" w:hAnsi="Times New Roman" w:eastAsia="宋体"/>
          <w:b w:val="0"/>
          <w:i w:val="0"/>
          <w:color w:val="333333"/>
          <w:sz w:val="19"/>
        </w:rPr>
        <w:t>+ 1 + 7 + 6 + 5 = 26.</w:t>
      </w:r>
    </w:p>
    <w:p>
      <w:pPr>
        <w:spacing w:before="0" w:after="80" w:line="300" w:lineRule="auto"/>
        <w:jc w:val="left"/>
      </w:pPr>
      <w:r>
        <w:rPr>
          <w:rFonts w:ascii="Times New Roman" w:hAnsi="Times New Roman" w:eastAsia="宋体"/>
          <w:b w:val="0"/>
          <w:i w:val="0"/>
          <w:color w:val="333333"/>
          <w:sz w:val="19"/>
        </w:rPr>
        <w:t>How many two-digit positive integers n satisfy</w:t>
      </w:r>
    </w:p>
    <w:p>
      <w:pPr>
        <w:spacing w:before="0" w:after="80" w:line="300" w:lineRule="auto"/>
        <w:jc w:val="left"/>
      </w:pPr>
      <w:r>
        <w:rPr>
          <w:rFonts w:ascii="Times New Roman" w:hAnsi="Times New Roman" w:eastAsia="宋体"/>
          <w:b w:val="0"/>
          <w:i w:val="0"/>
          <w:color w:val="333333"/>
          <w:sz w:val="19"/>
        </w:rPr>
        <w:t>R(n) = R(n + 1)?</w:t>
      </w:r>
    </w:p>
    <w:p>
      <w:pPr>
        <w:spacing w:before="0" w:after="160" w:line="300" w:lineRule="auto"/>
      </w:pPr>
      <w:r>
        <w:rPr>
          <w:rFonts w:ascii="Times New Roman" w:hAnsi="Times New Roman" w:eastAsia="宋体"/>
          <w:b w:val="0"/>
          <w:i w:val="0"/>
          <w:color w:val="333333"/>
          <w:sz w:val="19"/>
        </w:rPr>
        <w:t>(A) 0　　(B) 1　　(C) 2　　(D) 3　　(E) 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B　C　E　C　C　D　D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B　E　B　E　B　A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A　A　C　A　C　C</w:t>
      </w:r>
    </w:p>
    <w:p>
      <w:pPr>
        <w:spacing w:before="0" w:after="200" w:line="300" w:lineRule="auto"/>
      </w:pPr>
      <w:r>
        <w:rPr>
          <w:rFonts w:ascii="Times New Roman" w:hAnsi="Times New Roman" w:eastAsia="宋体"/>
          <w:b w:val="0"/>
          <w:i w:val="0"/>
          <w:color w:val="666666"/>
          <w:sz w:val="18"/>
        </w:rPr>
        <w:t>答案串：EBCECCDDBECBEBEBAAEAACACC</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数字 1, 2, 3, 4 在千位、百位、十位和个位上各恰好出现一次，因此每一列的和都是 1 + 2 + 3 + 4 = 10。</w:t>
      </w:r>
    </w:p>
    <w:p>
      <w:pPr>
        <w:spacing w:before="0" w:after="80" w:line="300" w:lineRule="auto"/>
        <w:jc w:val="left"/>
      </w:pPr>
      <w:r>
        <w:rPr>
          <w:rFonts w:ascii="Times New Roman" w:hAnsi="Times New Roman" w:eastAsia="宋体"/>
          <w:b w:val="0"/>
          <w:i w:val="0"/>
          <w:sz w:val="21"/>
        </w:rPr>
        <w:t>所以总和为 10 · 1111 = 11110。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digits 1, 2, 3, 4 appears exactly once in the thousands, hundreds, tens, and units columns. So each column sums to 1 + 2 + 3 + 4 = 10.</w:t>
      </w:r>
    </w:p>
    <w:p>
      <w:pPr>
        <w:spacing w:before="0" w:after="80" w:line="300" w:lineRule="auto"/>
        <w:jc w:val="left"/>
      </w:pPr>
      <w:r>
        <w:rPr>
          <w:rFonts w:ascii="Times New Roman" w:hAnsi="Times New Roman" w:eastAsia="宋体"/>
          <w:b w:val="0"/>
          <w:i w:val="0"/>
          <w:color w:val="333333"/>
          <w:sz w:val="19"/>
        </w:rPr>
        <w:t>The total is therefore 10 · 1111 = 11110.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外层三角形的顶点依次为 (1, 0)、(3, 5) 和 (5, 0)，底为 4，高为 5，所以面积为 1/2 · 4 · 5 = 10。</w:t>
      </w:r>
    </w:p>
    <w:p>
      <w:pPr>
        <w:spacing w:before="0" w:after="80" w:line="300" w:lineRule="auto"/>
        <w:jc w:val="left"/>
      </w:pPr>
      <w:r>
        <w:rPr>
          <w:rFonts w:ascii="Times New Roman" w:hAnsi="Times New Roman" w:eastAsia="宋体"/>
          <w:b w:val="0"/>
          <w:i w:val="0"/>
          <w:sz w:val="21"/>
        </w:rPr>
        <w:t>被挖去的三角形顶点依次为 (1, 0)、(3, 2) 和 (5, 0)，底为 4，高为 2，所以面积为 1/2 · 4 · 2 = 4。</w:t>
      </w:r>
    </w:p>
    <w:p>
      <w:pPr>
        <w:spacing w:before="0" w:after="80" w:line="300" w:lineRule="auto"/>
        <w:jc w:val="left"/>
      </w:pPr>
      <w:r>
        <w:rPr>
          <w:rFonts w:ascii="Times New Roman" w:hAnsi="Times New Roman" w:eastAsia="宋体"/>
          <w:b w:val="0"/>
          <w:i w:val="0"/>
          <w:sz w:val="21"/>
        </w:rPr>
        <w:t>阴影面积为 10 - 4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outer triangle has vertices (1, 0), (3, 5), and (5, 0), giving base 4 and height 5, so its area is 1/2 · 4 · 5 = 10.</w:t>
      </w:r>
    </w:p>
    <w:p>
      <w:pPr>
        <w:spacing w:before="0" w:after="80" w:line="300" w:lineRule="auto"/>
        <w:jc w:val="left"/>
      </w:pPr>
      <w:r>
        <w:rPr>
          <w:rFonts w:ascii="Times New Roman" w:hAnsi="Times New Roman" w:eastAsia="宋体"/>
          <w:b w:val="0"/>
          <w:i w:val="0"/>
          <w:color w:val="333333"/>
          <w:sz w:val="19"/>
        </w:rPr>
        <w:t>Removed from it is the triangle with vertices (1, 0), (3, 2), and (5, 0), which has base 4 and height 2, so area 1/2 · 4 · 2 = 4.</w:t>
      </w:r>
    </w:p>
    <w:p>
      <w:pPr>
        <w:spacing w:before="0" w:after="80" w:line="300" w:lineRule="auto"/>
        <w:jc w:val="left"/>
      </w:pPr>
      <w:r>
        <w:rPr>
          <w:rFonts w:ascii="Times New Roman" w:hAnsi="Times New Roman" w:eastAsia="宋体"/>
          <w:b w:val="0"/>
          <w:i w:val="0"/>
          <w:color w:val="333333"/>
          <w:sz w:val="19"/>
        </w:rPr>
        <w:t>The shaded area is 10 - 4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中午温差为 N。之后 Minneapolis 的温度下降 5 度，St. Louis 的温度上升 3 度，所以温差改变了 8 度。新的绝对温差为 |N - 8| = 2。</w:t>
      </w:r>
    </w:p>
    <w:p>
      <w:pPr>
        <w:spacing w:before="0" w:after="80" w:line="300" w:lineRule="auto"/>
        <w:jc w:val="left"/>
      </w:pPr>
      <w:r>
        <w:rPr>
          <w:rFonts w:ascii="Times New Roman" w:hAnsi="Times New Roman" w:eastAsia="宋体"/>
          <w:b w:val="0"/>
          <w:i w:val="0"/>
          <w:sz w:val="21"/>
        </w:rPr>
        <w:t>由此得到 N = 10 或 N = 6，乘积为 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noon the gap is N. Minneapolis then loses 5 degrees and St. Louis gains 3, so the gap changes by 8. The new absolute difference is |N - 8| = 2.</w:t>
      </w:r>
    </w:p>
    <w:p>
      <w:pPr>
        <w:spacing w:before="0" w:after="80" w:line="300" w:lineRule="auto"/>
        <w:jc w:val="left"/>
      </w:pPr>
      <w:r>
        <w:rPr>
          <w:rFonts w:ascii="Times New Roman" w:hAnsi="Times New Roman" w:eastAsia="宋体"/>
          <w:b w:val="0"/>
          <w:i w:val="0"/>
          <w:color w:val="333333"/>
          <w:sz w:val="19"/>
        </w:rPr>
        <w:t>This gives N = 10 or N = 6, whose product is 60.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写成二的幂，有 n = 8²⁰²² = 2⁶⁰⁶⁶。于是</w:t>
      </w:r>
    </w:p>
    <w:p>
      <w:pPr>
        <w:spacing w:before="0" w:after="80" w:line="300" w:lineRule="auto"/>
        <w:jc w:val="left"/>
      </w:pPr>
      <w:r>
        <w:rPr>
          <w:rFonts w:ascii="Times New Roman" w:hAnsi="Times New Roman" w:eastAsia="宋体"/>
          <w:b w:val="0"/>
          <w:i w:val="0"/>
          <w:sz w:val="21"/>
        </w:rPr>
        <w:t>n/4 = 2⁶⁰⁶⁶/2² = 2⁶⁰⁶⁴。</w:t>
      </w:r>
    </w:p>
    <w:p>
      <w:pPr>
        <w:spacing w:before="0" w:after="80" w:line="300" w:lineRule="auto"/>
        <w:jc w:val="left"/>
      </w:pPr>
      <w:r>
        <w:rPr>
          <w:rFonts w:ascii="Times New Roman" w:hAnsi="Times New Roman" w:eastAsia="宋体"/>
          <w:b w:val="0"/>
          <w:i w:val="0"/>
          <w:sz w:val="21"/>
        </w:rPr>
        <w:t>又因为 2⁶⁰⁶⁴ = 4³⁰³²，所以它对应最后一个选项。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n = 8²⁰²² = 2⁶⁰⁶⁶. Then</w:t>
      </w:r>
    </w:p>
    <w:p>
      <w:pPr>
        <w:spacing w:before="0" w:after="80" w:line="300" w:lineRule="auto"/>
        <w:jc w:val="left"/>
      </w:pPr>
      <w:r>
        <w:rPr>
          <w:rFonts w:ascii="Times New Roman" w:hAnsi="Times New Roman" w:eastAsia="宋体"/>
          <w:b w:val="0"/>
          <w:i w:val="0"/>
          <w:color w:val="333333"/>
          <w:sz w:val="19"/>
        </w:rPr>
        <w:t>n/4 = 2⁶⁰⁶⁶/2² = 2⁶⁰⁶⁴.</w:t>
      </w:r>
    </w:p>
    <w:p>
      <w:pPr>
        <w:spacing w:before="0" w:after="80" w:line="300" w:lineRule="auto"/>
        <w:jc w:val="left"/>
      </w:pPr>
      <w:r>
        <w:rPr>
          <w:rFonts w:ascii="Times New Roman" w:hAnsi="Times New Roman" w:eastAsia="宋体"/>
          <w:b w:val="0"/>
          <w:i w:val="0"/>
          <w:color w:val="333333"/>
          <w:sz w:val="19"/>
        </w:rPr>
        <w:t>Since 2⁶⁰⁶⁴ = 4³⁰³², this matches the last option.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对 1≤ a≤14 逐一列出 a/15-a：其中的整数是 2,4,14；小数部分为 1/2 的分数是 1/2,3/2,13/2；而 1/4,11/4 的小数部分互补，分别为 1/4,3/4。</w:t>
      </w:r>
    </w:p>
    <w:p>
      <w:pPr>
        <w:spacing w:before="0" w:after="80" w:line="300" w:lineRule="auto"/>
        <w:jc w:val="left"/>
      </w:pPr>
      <w:r>
        <w:rPr>
          <w:rFonts w:ascii="Times New Roman" w:hAnsi="Times New Roman" w:eastAsia="宋体"/>
          <w:b w:val="0"/>
          <w:i w:val="0"/>
          <w:sz w:val="21"/>
        </w:rPr>
        <w:t>其余的小数部分是 1/14,2/13,4/11,2/3,7/8,1/7，而它们各自的补数都没有出现。因此只有整数、半整数和四分之一这三类才可能凑出整数和。</w:t>
      </w:r>
    </w:p>
    <w:p>
      <w:pPr>
        <w:spacing w:before="0" w:after="80" w:line="300" w:lineRule="auto"/>
        <w:jc w:val="left"/>
      </w:pPr>
      <w:r>
        <w:rPr>
          <w:rFonts w:ascii="Times New Roman" w:hAnsi="Times New Roman" w:eastAsia="宋体"/>
          <w:b w:val="0"/>
          <w:i w:val="0"/>
          <w:sz w:val="21"/>
        </w:rPr>
        <w:t>整数对给出 4, 6, 8, 16, 18, 28。半整数对 (1/2, 3/2, 13/2) 给出 1, 2, 3, 7, 8, 13。四分之一型的一对 1/4 + 11/4 给出 3。</w:t>
      </w:r>
    </w:p>
    <w:p>
      <w:pPr>
        <w:spacing w:before="0" w:after="80" w:line="300" w:lineRule="auto"/>
        <w:jc w:val="left"/>
      </w:pPr>
      <w:r>
        <w:rPr>
          <w:rFonts w:ascii="Times New Roman" w:hAnsi="Times New Roman" w:eastAsia="宋体"/>
          <w:b w:val="0"/>
          <w:i w:val="0"/>
          <w:sz w:val="21"/>
        </w:rPr>
        <w:t>去重后得到 1, 2, 3, 4, 6, 7, 8, 13, 16, 18, 28 共 11 个不同整数。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Listing a/15-a for 1≤ a≤14, the integers are 2,4,14; the fractions with fractional part 1/2 are 1/2,3/2,13/2; and 1/4,11/4 have complementary fractional parts 1/4,3/4.</w:t>
      </w:r>
    </w:p>
    <w:p>
      <w:pPr>
        <w:spacing w:before="0" w:after="80" w:line="300" w:lineRule="auto"/>
        <w:jc w:val="left"/>
      </w:pPr>
      <w:r>
        <w:rPr>
          <w:rFonts w:ascii="Times New Roman" w:hAnsi="Times New Roman" w:eastAsia="宋体"/>
          <w:b w:val="0"/>
          <w:i w:val="0"/>
          <w:color w:val="333333"/>
          <w:sz w:val="19"/>
        </w:rPr>
        <w:t>The remaining fractional parts are 1/14,2/13,4/11,2/3,7/8,1/7, and none of their complements occurs. Thus only the integer, half-integer, and quarter cases can give integer sums.</w:t>
      </w:r>
    </w:p>
    <w:p>
      <w:pPr>
        <w:spacing w:before="0" w:after="80" w:line="300" w:lineRule="auto"/>
        <w:jc w:val="left"/>
      </w:pPr>
      <w:r>
        <w:rPr>
          <w:rFonts w:ascii="Times New Roman" w:hAnsi="Times New Roman" w:eastAsia="宋体"/>
          <w:b w:val="0"/>
          <w:i w:val="0"/>
          <w:color w:val="333333"/>
          <w:sz w:val="19"/>
        </w:rPr>
        <w:t>Integer pairs give 4, 6, 8, 16, 18, 28. Half-integer pairs (1/2, 3/2, 13/2) give 1, 2, 3, 7, 8, 13. The quarter pair 1/4 + 11/4 gives 3.</w:t>
      </w:r>
    </w:p>
    <w:p>
      <w:pPr>
        <w:spacing w:before="0" w:after="80" w:line="300" w:lineRule="auto"/>
        <w:jc w:val="left"/>
      </w:pPr>
      <w:r>
        <w:rPr>
          <w:rFonts w:ascii="Times New Roman" w:hAnsi="Times New Roman" w:eastAsia="宋体"/>
          <w:b w:val="0"/>
          <w:i w:val="0"/>
          <w:color w:val="333333"/>
          <w:sz w:val="19"/>
        </w:rPr>
        <w:t>The distinct integers are 1, 2, 3, 4, 6, 7, 8, 13, 16, 18, 28, a total of 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因为 16,383 = 2¹⁴ - 1 = (2⁷ - 1)(2⁷ + 1) = 127 · 129，而 129 = 3 · 43，所以 16,383 = 3 · 43 · 127。</w:t>
      </w:r>
    </w:p>
    <w:p>
      <w:pPr>
        <w:spacing w:before="0" w:after="80" w:line="300" w:lineRule="auto"/>
        <w:jc w:val="left"/>
      </w:pPr>
      <w:r>
        <w:rPr>
          <w:rFonts w:ascii="Times New Roman" w:hAnsi="Times New Roman" w:eastAsia="宋体"/>
          <w:b w:val="0"/>
          <w:i w:val="0"/>
          <w:sz w:val="21"/>
        </w:rPr>
        <w:t>最大质因数是 127，其各位数字之和为 1 + 2 + 7 =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16,383 = 2¹⁴ - 1 = (2⁷ - 1)(2⁷ + 1) = 127 · 129. Then 129 = 3 · 43, so 16,383 = 3 · 43 · 127.</w:t>
      </w:r>
    </w:p>
    <w:p>
      <w:pPr>
        <w:spacing w:before="0" w:after="80" w:line="300" w:lineRule="auto"/>
        <w:jc w:val="left"/>
      </w:pPr>
      <w:r>
        <w:rPr>
          <w:rFonts w:ascii="Times New Roman" w:hAnsi="Times New Roman" w:eastAsia="宋体"/>
          <w:b w:val="0"/>
          <w:i w:val="0"/>
          <w:color w:val="333333"/>
          <w:sz w:val="19"/>
        </w:rPr>
        <w:t>The greatest prime factor is 127, whose digit sum is 1 + 2 + 7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有恒等式</w:t>
      </w:r>
    </w:p>
    <w:p>
      <w:pPr>
        <w:spacing w:before="0" w:after="80" w:line="300" w:lineRule="auto"/>
        <w:jc w:val="left"/>
      </w:pPr>
      <w:r>
        <w:rPr>
          <w:rFonts w:ascii="Times New Roman" w:hAnsi="Times New Roman" w:eastAsia="宋体"/>
          <w:b w:val="0"/>
          <w:i w:val="0"/>
          <w:sz w:val="21"/>
        </w:rPr>
        <w:t>small</w:t>
      </w:r>
    </w:p>
    <w:p>
      <w:pPr>
        <w:spacing w:before="0" w:after="80" w:line="300" w:lineRule="auto"/>
        <w:jc w:val="left"/>
      </w:pPr>
      <w:r>
        <w:rPr>
          <w:rFonts w:ascii="Times New Roman" w:hAnsi="Times New Roman" w:eastAsia="宋体"/>
          <w:b w:val="0"/>
          <w:i w:val="0"/>
          <w:sz w:val="21"/>
        </w:rPr>
        <w:t>2[x(x-y) + y(y-z) + z(z-x)]</w:t>
      </w:r>
    </w:p>
    <w:p>
      <w:pPr>
        <w:spacing w:before="0" w:after="80" w:line="300" w:lineRule="auto"/>
        <w:jc w:val="left"/>
      </w:pPr>
      <w:r>
        <w:rPr>
          <w:rFonts w:ascii="Times New Roman" w:hAnsi="Times New Roman" w:eastAsia="宋体"/>
          <w:b w:val="0"/>
          <w:i w:val="0"/>
          <w:sz w:val="21"/>
        </w:rPr>
        <w:t>= (x-y)² + (y-z)² + (z-x)²。</w:t>
      </w:r>
    </w:p>
    <w:p>
      <w:pPr>
        <w:spacing w:before="0" w:after="80" w:line="300" w:lineRule="auto"/>
        <w:jc w:val="left"/>
      </w:pPr>
      <w:r>
        <w:rPr>
          <w:rFonts w:ascii="Times New Roman" w:hAnsi="Times New Roman" w:eastAsia="宋体"/>
          <w:b w:val="0"/>
          <w:i w:val="0"/>
          <w:sz w:val="21"/>
        </w:rPr>
        <w:t>所以原方程成立恰好当这个平方和等于 2。</w:t>
      </w:r>
    </w:p>
    <w:p>
      <w:pPr>
        <w:spacing w:before="0" w:after="80" w:line="300" w:lineRule="auto"/>
        <w:jc w:val="left"/>
      </w:pPr>
      <w:r>
        <w:rPr>
          <w:rFonts w:ascii="Times New Roman" w:hAnsi="Times New Roman" w:eastAsia="宋体"/>
          <w:b w:val="0"/>
          <w:i w:val="0"/>
          <w:sz w:val="21"/>
        </w:rPr>
        <w:t>由于三个差的和为 0，这要求其中两个为 ± 1，一个为 0。</w:t>
      </w:r>
    </w:p>
    <w:p>
      <w:pPr>
        <w:spacing w:before="0" w:after="80" w:line="300" w:lineRule="auto"/>
        <w:jc w:val="left"/>
      </w:pPr>
      <w:r>
        <w:rPr>
          <w:rFonts w:ascii="Times New Roman" w:hAnsi="Times New Roman" w:eastAsia="宋体"/>
          <w:b w:val="0"/>
          <w:i w:val="0"/>
          <w:sz w:val="21"/>
        </w:rPr>
        <w:t>选项 D 给出 z - x = 0、x - y = -1、y - z = 1，平方和为 1 + 1 + 0 = 2。因此对所有满足该条件的整数都成立。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satisfies</w:t>
      </w:r>
    </w:p>
    <w:p>
      <w:pPr>
        <w:spacing w:before="0" w:after="80" w:line="300" w:lineRule="auto"/>
        <w:jc w:val="left"/>
      </w:pPr>
      <w:r>
        <w:rPr>
          <w:rFonts w:ascii="Times New Roman" w:hAnsi="Times New Roman" w:eastAsia="宋体"/>
          <w:b w:val="0"/>
          <w:i w:val="0"/>
          <w:color w:val="333333"/>
          <w:sz w:val="19"/>
        </w:rPr>
        <w:t>small</w:t>
      </w:r>
    </w:p>
    <w:p>
      <w:pPr>
        <w:spacing w:before="0" w:after="80" w:line="300" w:lineRule="auto"/>
        <w:jc w:val="left"/>
      </w:pPr>
      <w:r>
        <w:rPr>
          <w:rFonts w:ascii="Times New Roman" w:hAnsi="Times New Roman" w:eastAsia="宋体"/>
          <w:b w:val="0"/>
          <w:i w:val="0"/>
          <w:color w:val="333333"/>
          <w:sz w:val="19"/>
        </w:rPr>
        <w:t>2[x(x-y) + y(y-z) + z(z-x)]</w:t>
      </w:r>
    </w:p>
    <w:p>
      <w:pPr>
        <w:spacing w:before="0" w:after="80" w:line="300" w:lineRule="auto"/>
        <w:jc w:val="left"/>
      </w:pPr>
      <w:r>
        <w:rPr>
          <w:rFonts w:ascii="Times New Roman" w:hAnsi="Times New Roman" w:eastAsia="宋体"/>
          <w:b w:val="0"/>
          <w:i w:val="0"/>
          <w:color w:val="333333"/>
          <w:sz w:val="19"/>
        </w:rPr>
        <w:t>= (x-y)² + (y-z)² + (z-x)².</w:t>
      </w:r>
    </w:p>
    <w:p>
      <w:pPr>
        <w:spacing w:before="0" w:after="80" w:line="300" w:lineRule="auto"/>
        <w:jc w:val="left"/>
      </w:pPr>
      <w:r>
        <w:rPr>
          <w:rFonts w:ascii="Times New Roman" w:hAnsi="Times New Roman" w:eastAsia="宋体"/>
          <w:b w:val="0"/>
          <w:i w:val="0"/>
          <w:color w:val="333333"/>
          <w:sz w:val="19"/>
        </w:rPr>
        <w:t>So the equation holds exactly when this sum of squares equals 2.</w:t>
      </w:r>
    </w:p>
    <w:p>
      <w:pPr>
        <w:spacing w:before="0" w:after="80" w:line="300" w:lineRule="auto"/>
        <w:jc w:val="left"/>
      </w:pPr>
      <w:r>
        <w:rPr>
          <w:rFonts w:ascii="Times New Roman" w:hAnsi="Times New Roman" w:eastAsia="宋体"/>
          <w:b w:val="0"/>
          <w:i w:val="0"/>
          <w:color w:val="333333"/>
          <w:sz w:val="19"/>
        </w:rPr>
        <w:t>Since the three differences sum to 0, this requires two of them to be ± 1 and one to be 0.</w:t>
      </w:r>
    </w:p>
    <w:p>
      <w:pPr>
        <w:spacing w:before="0" w:after="80" w:line="300" w:lineRule="auto"/>
        <w:jc w:val="left"/>
      </w:pPr>
      <w:r>
        <w:rPr>
          <w:rFonts w:ascii="Times New Roman" w:hAnsi="Times New Roman" w:eastAsia="宋体"/>
          <w:b w:val="0"/>
          <w:i w:val="0"/>
          <w:color w:val="333333"/>
          <w:sz w:val="19"/>
        </w:rPr>
        <w:t>Option D gives z - x = 0, x - y = -1, and y - z = 1, so the squares are 1 + 1 + 0 = 2. This works for all such integers.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设两条相等边长为 s，底边为 b，到底边的高为 h。题设条件为 s² = 2bh。</w:t>
      </w:r>
    </w:p>
    <w:p>
      <w:pPr>
        <w:spacing w:before="0" w:after="80" w:line="300" w:lineRule="auto"/>
        <w:jc w:val="left"/>
      </w:pPr>
      <w:r>
        <w:rPr>
          <w:rFonts w:ascii="Times New Roman" w:hAnsi="Times New Roman" w:eastAsia="宋体"/>
          <w:b w:val="0"/>
          <w:i w:val="0"/>
          <w:sz w:val="21"/>
        </w:rPr>
        <w:t>三角形面积既等于 1/2 bh，也等于 1/2 s² sinθ，其中 θ 是顶角。因此 bh = s² sinθ。</w:t>
      </w:r>
    </w:p>
    <w:p>
      <w:pPr>
        <w:spacing w:before="0" w:after="80" w:line="300" w:lineRule="auto"/>
        <w:jc w:val="left"/>
      </w:pPr>
      <w:r>
        <w:rPr>
          <w:rFonts w:ascii="Times New Roman" w:hAnsi="Times New Roman" w:eastAsia="宋体"/>
          <w:b w:val="0"/>
          <w:i w:val="0"/>
          <w:sz w:val="21"/>
        </w:rPr>
        <w:t>代入 s² = 2bh，得到 bh = 2bhsinθ，所以 sinθ = 1/2。由于三角形为钝角，θ = 150°。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congruent sides have length s, the base be b, and the height to the base be h. The given condition is s² = 2bh.</w:t>
      </w:r>
    </w:p>
    <w:p>
      <w:pPr>
        <w:spacing w:before="0" w:after="80" w:line="300" w:lineRule="auto"/>
        <w:jc w:val="left"/>
      </w:pPr>
      <w:r>
        <w:rPr>
          <w:rFonts w:ascii="Times New Roman" w:hAnsi="Times New Roman" w:eastAsia="宋体"/>
          <w:b w:val="0"/>
          <w:i w:val="0"/>
          <w:color w:val="333333"/>
          <w:sz w:val="19"/>
        </w:rPr>
        <w:t>The area equals 1/2 bh and also 1/2 s² sinθ, where θ is the vertex angle. So bh = s² sinθ.</w:t>
      </w:r>
    </w:p>
    <w:p>
      <w:pPr>
        <w:spacing w:before="0" w:after="80" w:line="300" w:lineRule="auto"/>
        <w:jc w:val="left"/>
      </w:pPr>
      <w:r>
        <w:rPr>
          <w:rFonts w:ascii="Times New Roman" w:hAnsi="Times New Roman" w:eastAsia="宋体"/>
          <w:b w:val="0"/>
          <w:i w:val="0"/>
          <w:color w:val="333333"/>
          <w:sz w:val="19"/>
        </w:rPr>
        <w:t>Substituting s² = 2bh gives bh = 2bhsinθ, so sinθ = 1/2. Since the triangle is obtuse, θ = 150°.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对于等边三角形，O 也是外心，所以 OA = OC = 6/(√(3)) = 2√(3)。中心角 ∠ AOC = 120°。</w:t>
      </w:r>
    </w:p>
    <w:p>
      <w:pPr>
        <w:spacing w:before="0" w:after="80" w:line="300" w:lineRule="auto"/>
        <w:jc w:val="left"/>
      </w:pPr>
      <w:r>
        <w:rPr>
          <w:rFonts w:ascii="Times New Roman" w:hAnsi="Times New Roman" w:eastAsia="宋体"/>
          <w:b w:val="0"/>
          <w:i w:val="0"/>
          <w:sz w:val="21"/>
        </w:rPr>
        <w:t>在三角形 AOC 中，边 AC = 6 所对的角为 120°，因此该三角形的外接圆半径 R' 满足</w:t>
      </w:r>
    </w:p>
    <w:p>
      <w:pPr>
        <w:spacing w:before="0" w:after="80" w:line="300" w:lineRule="auto"/>
        <w:jc w:val="left"/>
      </w:pPr>
      <w:r>
        <w:rPr>
          <w:rFonts w:ascii="Times New Roman" w:hAnsi="Times New Roman" w:eastAsia="宋体"/>
          <w:b w:val="0"/>
          <w:i w:val="0"/>
          <w:sz w:val="21"/>
        </w:rPr>
        <w:t>2R' = 6/(sin 120°) = 4√(3)，</w:t>
      </w:r>
    </w:p>
    <w:p>
      <w:pPr>
        <w:spacing w:before="0" w:after="80" w:line="300" w:lineRule="auto"/>
        <w:jc w:val="left"/>
      </w:pPr>
      <w:r>
        <w:rPr>
          <w:rFonts w:ascii="Times New Roman" w:hAnsi="Times New Roman" w:eastAsia="宋体"/>
          <w:b w:val="0"/>
          <w:i w:val="0"/>
          <w:sz w:val="21"/>
        </w:rPr>
        <w:t>从而 R' = 2√(3)。</w:t>
      </w:r>
    </w:p>
    <w:p>
      <w:pPr>
        <w:spacing w:before="0" w:after="80" w:line="300" w:lineRule="auto"/>
        <w:jc w:val="left"/>
      </w:pPr>
      <w:r>
        <w:rPr>
          <w:rFonts w:ascii="Times New Roman" w:hAnsi="Times New Roman" w:eastAsia="宋体"/>
          <w:b w:val="0"/>
          <w:i w:val="0"/>
          <w:sz w:val="21"/>
        </w:rPr>
        <w:t>该圆的面积为 π (2√(3))² = 12π。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 equilateral triangle, O is also the circumcenter, so OA = OC = 6/(√(3)) = 2√(3). The central angle ∠ AOC = 120°.</w:t>
      </w:r>
    </w:p>
    <w:p>
      <w:pPr>
        <w:spacing w:before="0" w:after="80" w:line="300" w:lineRule="auto"/>
        <w:jc w:val="left"/>
      </w:pPr>
      <w:r>
        <w:rPr>
          <w:rFonts w:ascii="Times New Roman" w:hAnsi="Times New Roman" w:eastAsia="宋体"/>
          <w:b w:val="0"/>
          <w:i w:val="0"/>
          <w:color w:val="333333"/>
          <w:sz w:val="19"/>
        </w:rPr>
        <w:t>In triangle AOC, side AC = 6 is opposite the 120° angle, so the circumradius R' of this triangle satisfies</w:t>
      </w:r>
    </w:p>
    <w:p>
      <w:pPr>
        <w:spacing w:before="0" w:after="80" w:line="300" w:lineRule="auto"/>
        <w:jc w:val="left"/>
      </w:pPr>
      <w:r>
        <w:rPr>
          <w:rFonts w:ascii="Times New Roman" w:hAnsi="Times New Roman" w:eastAsia="宋体"/>
          <w:b w:val="0"/>
          <w:i w:val="0"/>
          <w:color w:val="333333"/>
          <w:sz w:val="19"/>
        </w:rPr>
        <w:t>2R' = 6/(sin 120°) = 4√(3),</w:t>
      </w:r>
    </w:p>
    <w:p>
      <w:pPr>
        <w:spacing w:before="0" w:after="80" w:line="300" w:lineRule="auto"/>
        <w:jc w:val="left"/>
      </w:pPr>
      <w:r>
        <w:rPr>
          <w:rFonts w:ascii="Times New Roman" w:hAnsi="Times New Roman" w:eastAsia="宋体"/>
          <w:b w:val="0"/>
          <w:i w:val="0"/>
          <w:color w:val="333333"/>
          <w:sz w:val="19"/>
        </w:rPr>
        <w:t>giving R' = 2√(3).</w:t>
      </w:r>
    </w:p>
    <w:p>
      <w:pPr>
        <w:spacing w:before="0" w:after="80" w:line="300" w:lineRule="auto"/>
        <w:jc w:val="left"/>
      </w:pPr>
      <w:r>
        <w:rPr>
          <w:rFonts w:ascii="Times New Roman" w:hAnsi="Times New Roman" w:eastAsia="宋体"/>
          <w:b w:val="0"/>
          <w:i w:val="0"/>
          <w:color w:val="333333"/>
          <w:sz w:val="19"/>
        </w:rPr>
        <w:t>The area of the circle is π (2√(3))² = 12π.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三个点位于单位圆上，对应角分别为 40°，60°，t°。</w:t>
      </w:r>
    </w:p>
    <w:p>
      <w:pPr>
        <w:spacing w:before="0" w:after="80" w:line="300" w:lineRule="auto"/>
        <w:jc w:val="left"/>
      </w:pPr>
      <w:r>
        <w:rPr>
          <w:rFonts w:ascii="Times New Roman" w:hAnsi="Times New Roman" w:eastAsia="宋体"/>
          <w:b w:val="0"/>
          <w:i w:val="0"/>
          <w:sz w:val="21"/>
        </w:rPr>
        <w:t>若第三点到其余两点的距离相等，它必在这两点连线的垂直平分线上，故 t = 50 或 t = 230。</w:t>
      </w:r>
    </w:p>
    <w:p>
      <w:pPr>
        <w:spacing w:before="0" w:after="80" w:line="300" w:lineRule="auto"/>
        <w:jc w:val="left"/>
      </w:pPr>
      <w:r>
        <w:rPr>
          <w:rFonts w:ascii="Times New Roman" w:hAnsi="Times New Roman" w:eastAsia="宋体"/>
          <w:b w:val="0"/>
          <w:i w:val="0"/>
          <w:sz w:val="21"/>
        </w:rPr>
        <w:t>若它到 40° 所对点的距离等于两个已知点间的弦长（角度差为 20°），则 t = 20（t = 60 时三角形退化）。同理，若它到 60° 所对点的距离相等，则 t = 80（t = 40 时退化）。</w:t>
      </w:r>
    </w:p>
    <w:p>
      <w:pPr>
        <w:spacing w:before="0" w:after="80" w:line="300" w:lineRule="auto"/>
        <w:jc w:val="left"/>
      </w:pPr>
      <w:r>
        <w:rPr>
          <w:rFonts w:ascii="Times New Roman" w:hAnsi="Times New Roman" w:eastAsia="宋体"/>
          <w:b w:val="0"/>
          <w:i w:val="0"/>
          <w:sz w:val="21"/>
        </w:rPr>
        <w:t>有效值为 50, 230, 20, 80，总和为 380。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points lie on the unit circle at angles 40°, 60°, and t°. A chord’s length depends only on the angular separation of its endpoints.</w:t>
      </w:r>
    </w:p>
    <w:p>
      <w:pPr>
        <w:spacing w:before="0" w:after="80" w:line="300" w:lineRule="auto"/>
        <w:jc w:val="left"/>
      </w:pPr>
      <w:r>
        <w:rPr>
          <w:rFonts w:ascii="Times New Roman" w:hAnsi="Times New Roman" w:eastAsia="宋体"/>
          <w:b w:val="0"/>
          <w:i w:val="0"/>
          <w:color w:val="333333"/>
          <w:sz w:val="19"/>
        </w:rPr>
        <w:t>If the third point is equidistant from the other two, it lies on the perpendicular bisector: t = 50 or t = 230.</w:t>
      </w:r>
    </w:p>
    <w:p>
      <w:pPr>
        <w:spacing w:before="0" w:after="80" w:line="300" w:lineRule="auto"/>
        <w:jc w:val="left"/>
      </w:pPr>
      <w:r>
        <w:rPr>
          <w:rFonts w:ascii="Times New Roman" w:hAnsi="Times New Roman" w:eastAsia="宋体"/>
          <w:b w:val="0"/>
          <w:i w:val="0"/>
          <w:color w:val="333333"/>
          <w:sz w:val="19"/>
        </w:rPr>
        <w:t>If its distance to 40° equals the fixed chord (separation 20°), then t = 20 (since t = 60 is degenerate). If its distance to 60° matches, then t = 80 (since t = 40 is degenerate).</w:t>
      </w:r>
    </w:p>
    <w:p>
      <w:pPr>
        <w:spacing w:before="0" w:after="80" w:line="300" w:lineRule="auto"/>
        <w:jc w:val="left"/>
      </w:pPr>
      <w:r>
        <w:rPr>
          <w:rFonts w:ascii="Times New Roman" w:hAnsi="Times New Roman" w:eastAsia="宋体"/>
          <w:b w:val="0"/>
          <w:i w:val="0"/>
          <w:color w:val="333333"/>
          <w:sz w:val="19"/>
        </w:rPr>
        <w:t>The valid values are 50, 230, 20, 80, summing to 380.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当乘积中至多含一个因子 2 时，它不能被 4 整除。每个骰子掷出奇数的概率为 1/2；恰好贡献一个因子 2（即掷出 2 或 6）的概率为 1/3；贡献两个因子（即掷出 4）的概率为 1/6。</w:t>
      </w:r>
    </w:p>
    <w:p>
      <w:pPr>
        <w:spacing w:before="0" w:after="80" w:line="300" w:lineRule="auto"/>
        <w:jc w:val="left"/>
      </w:pPr>
      <w:r>
        <w:rPr>
          <w:rFonts w:ascii="Times New Roman" w:hAnsi="Times New Roman" w:eastAsia="宋体"/>
          <w:b w:val="0"/>
          <w:i w:val="0"/>
          <w:sz w:val="21"/>
        </w:rPr>
        <w:t>六个骰子全为奇数：(1/2)⁶ = 1/64。恰有一个骰子为 2 或 6，其余为奇数：6 · 1/3 · (1/2)⁵ = 1/16 = 4/64。</w:t>
      </w:r>
    </w:p>
    <w:p>
      <w:pPr>
        <w:spacing w:before="0" w:after="80" w:line="300" w:lineRule="auto"/>
        <w:jc w:val="left"/>
      </w:pPr>
      <w:r>
        <w:rPr>
          <w:rFonts w:ascii="Times New Roman" w:hAnsi="Times New Roman" w:eastAsia="宋体"/>
          <w:b w:val="0"/>
          <w:i w:val="0"/>
          <w:sz w:val="21"/>
        </w:rPr>
        <w:t>不能被四整除的概率为 1/64 + 4/64 = 5/64，因此所求概率为 1 - 5/64 = 59/64。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fails to be divisible by 4 when it has at most one factor of 2. Each die is odd with probability 1/2, contributes exactly one factor of 2 (a 2 or 6) with probability 1/3, and two factors (a 4) with probability 1/6.</w:t>
      </w:r>
    </w:p>
    <w:p>
      <w:pPr>
        <w:spacing w:before="0" w:after="80" w:line="300" w:lineRule="auto"/>
        <w:jc w:val="left"/>
      </w:pPr>
      <w:r>
        <w:rPr>
          <w:rFonts w:ascii="Times New Roman" w:hAnsi="Times New Roman" w:eastAsia="宋体"/>
          <w:b w:val="0"/>
          <w:i w:val="0"/>
          <w:color w:val="333333"/>
          <w:sz w:val="19"/>
        </w:rPr>
        <w:t>All six odd: (1/2)⁶ = 1/64. Exactly one die a 2 or 6 and the rest odd: 6 · 1/3 · (1/2)⁵ = 1/16 = 4/64.</w:t>
      </w:r>
    </w:p>
    <w:p>
      <w:pPr>
        <w:spacing w:before="0" w:after="80" w:line="300" w:lineRule="auto"/>
        <w:jc w:val="left"/>
      </w:pPr>
      <w:r>
        <w:rPr>
          <w:rFonts w:ascii="Times New Roman" w:hAnsi="Times New Roman" w:eastAsia="宋体"/>
          <w:b w:val="0"/>
          <w:i w:val="0"/>
          <w:color w:val="333333"/>
          <w:sz w:val="19"/>
        </w:rPr>
        <w:t>The complement is 1/64 + 4/64 = 5/64, so the answer is 1 - 5/64 = 59/64.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因为 768 = 2⁸ · 3，它的因数和是 (2⁹ - 1)(1 + 3) = 511 · 4 = 2044，所以 f(768) = 2044/768 = 511/192。</w:t>
      </w:r>
    </w:p>
    <w:p>
      <w:pPr>
        <w:spacing w:before="0" w:after="80" w:line="300" w:lineRule="auto"/>
        <w:jc w:val="left"/>
      </w:pPr>
      <w:r>
        <w:rPr>
          <w:rFonts w:ascii="Times New Roman" w:hAnsi="Times New Roman" w:eastAsia="宋体"/>
          <w:b w:val="0"/>
          <w:i w:val="0"/>
          <w:sz w:val="21"/>
        </w:rPr>
        <w:t>因为 384 = 2⁷ · 3，它的因数和是 (2⁸ - 1)(1 + 3) = 255 · 4 = 1020，所以 f(384) = 1020/384 = 510/192。</w:t>
      </w:r>
    </w:p>
    <w:p>
      <w:pPr>
        <w:spacing w:before="0" w:after="80" w:line="300" w:lineRule="auto"/>
        <w:jc w:val="left"/>
      </w:pPr>
      <w:r>
        <w:rPr>
          <w:rFonts w:ascii="Times New Roman" w:hAnsi="Times New Roman" w:eastAsia="宋体"/>
          <w:b w:val="0"/>
          <w:i w:val="0"/>
          <w:sz w:val="21"/>
        </w:rPr>
        <w:t>差为 (511 - 510)/192 = 1/192。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768 = 2⁸ · 3, its divisor sum is (2⁹ - 1)(1 + 3) = 511 · 4 = 2044, so f(768) = 2044/768 = 511/192.</w:t>
      </w:r>
    </w:p>
    <w:p>
      <w:pPr>
        <w:spacing w:before="0" w:after="80" w:line="300" w:lineRule="auto"/>
        <w:jc w:val="left"/>
      </w:pPr>
      <w:r>
        <w:rPr>
          <w:rFonts w:ascii="Times New Roman" w:hAnsi="Times New Roman" w:eastAsia="宋体"/>
          <w:b w:val="0"/>
          <w:i w:val="0"/>
          <w:color w:val="333333"/>
          <w:sz w:val="19"/>
        </w:rPr>
        <w:t>Since 384 = 2⁷ · 3, its divisor sum is (2⁸ - 1)(1 + 3) = 255 · 4 = 1020, so f(384) = 1020/384 = 510/192.</w:t>
      </w:r>
    </w:p>
    <w:p>
      <w:pPr>
        <w:spacing w:before="0" w:after="80" w:line="300" w:lineRule="auto"/>
        <w:jc w:val="left"/>
      </w:pPr>
      <w:r>
        <w:rPr>
          <w:rFonts w:ascii="Times New Roman" w:hAnsi="Times New Roman" w:eastAsia="宋体"/>
          <w:b w:val="0"/>
          <w:i w:val="0"/>
          <w:color w:val="333333"/>
          <w:sz w:val="19"/>
        </w:rPr>
        <w:t>The difference is (511 - 510)/192 = 1/192.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每个角都可写成 kc = (2π k)/11。按 2π 取模后，sin 12c = sin c，且 sin 15c = sin 4c。</w:t>
      </w:r>
    </w:p>
    <w:p>
      <w:pPr>
        <w:spacing w:before="0" w:after="80" w:line="300" w:lineRule="auto"/>
        <w:jc w:val="left"/>
      </w:pPr>
      <w:r>
        <w:rPr>
          <w:rFonts w:ascii="Times New Roman" w:hAnsi="Times New Roman" w:eastAsia="宋体"/>
          <w:b w:val="0"/>
          <w:i w:val="0"/>
          <w:sz w:val="21"/>
        </w:rPr>
        <w:t>因此分子为 sin 3c · sin 6c · sin 9c · sin c · sin 4c。约去公共因子 sin c、sin 3c、sin 4c，剩下 (sin 6c · sin 9c)/(sin 2c · sin 5c)。</w:t>
      </w:r>
    </w:p>
    <w:p>
      <w:pPr>
        <w:spacing w:before="0" w:after="80" w:line="300" w:lineRule="auto"/>
        <w:jc w:val="left"/>
      </w:pPr>
      <w:r>
        <w:rPr>
          <w:rFonts w:ascii="Times New Roman" w:hAnsi="Times New Roman" w:eastAsia="宋体"/>
          <w:b w:val="0"/>
          <w:i w:val="0"/>
          <w:sz w:val="21"/>
        </w:rPr>
        <w:t>又有 sin 9c = sin(2π - 2c) = -sin 2c，并且 sin 6c = sin(2π - 5c) = -sin 5c，所以比值为 ((-sin 5c)(-sin 2c))/(sin 2c · sin 5c)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each angle as kc = (2π k)/11. Reducing modulo 2π, sin 12c = sin c and sin 15c = sin 4c.</w:t>
      </w:r>
    </w:p>
    <w:p>
      <w:pPr>
        <w:spacing w:before="0" w:after="80" w:line="300" w:lineRule="auto"/>
        <w:jc w:val="left"/>
      </w:pPr>
      <w:r>
        <w:rPr>
          <w:rFonts w:ascii="Times New Roman" w:hAnsi="Times New Roman" w:eastAsia="宋体"/>
          <w:b w:val="0"/>
          <w:i w:val="0"/>
          <w:color w:val="333333"/>
          <w:sz w:val="19"/>
        </w:rPr>
        <w:t>So the numerator is sin 3c · sin 6c · sin 9c · sin c · sin 4c. Cancelling the common factors sin c, sin 3c, sin 4c leaves (sin 6c · sin 9c)/(sin 2c · sin 5c).</w:t>
      </w:r>
    </w:p>
    <w:p>
      <w:pPr>
        <w:spacing w:before="0" w:after="80" w:line="300" w:lineRule="auto"/>
        <w:jc w:val="left"/>
      </w:pPr>
      <w:r>
        <w:rPr>
          <w:rFonts w:ascii="Times New Roman" w:hAnsi="Times New Roman" w:eastAsia="宋体"/>
          <w:b w:val="0"/>
          <w:i w:val="0"/>
          <w:color w:val="333333"/>
          <w:sz w:val="19"/>
        </w:rPr>
        <w:t>Now sin 9c = sin(2π - 2c) = -sin 2c and sin 6c = sin(2π - 5c) = -sin 5c, so the ratio equals ((-sin 5c)(-sin 2c))/(sin 2c · sin 5c)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令 D(z) = P(z)Q(z) - R(z)。因为 P Q 的次数为 5，而 R 的次数为 6，所以 D 的次数为 6。它的常数项为 1 · 2 - 3 = -1 ≠ 0。</w:t>
      </w:r>
    </w:p>
    <w:p>
      <w:pPr>
        <w:spacing w:before="0" w:after="80" w:line="300" w:lineRule="auto"/>
        <w:jc w:val="left"/>
      </w:pPr>
      <w:r>
        <w:rPr>
          <w:rFonts w:ascii="Times New Roman" w:hAnsi="Times New Roman" w:eastAsia="宋体"/>
          <w:b w:val="0"/>
          <w:i w:val="0"/>
          <w:sz w:val="21"/>
        </w:rPr>
        <w:t>由于 R 除这些限制外没有其他限制，D 可以成为任意次数为 6、常数项为 -1 的实系数多项式，例如 -(z - 1)⁶。</w:t>
      </w:r>
    </w:p>
    <w:p>
      <w:pPr>
        <w:spacing w:before="0" w:after="80" w:line="300" w:lineRule="auto"/>
        <w:jc w:val="left"/>
      </w:pPr>
      <w:r>
        <w:rPr>
          <w:rFonts w:ascii="Times New Roman" w:hAnsi="Times New Roman" w:eastAsia="宋体"/>
          <w:b w:val="0"/>
          <w:i w:val="0"/>
          <w:sz w:val="21"/>
        </w:rPr>
        <w:t>这样的多项式只有一个不同的根，所以最小值为 N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D(z) = P(z)Q(z) - R(z). Since P Q has degree 5 and R has degree 6, the degree of D is 6. Its constant term is 1 · 2 - 3 = -1 ≠ 0.</w:t>
      </w:r>
    </w:p>
    <w:p>
      <w:pPr>
        <w:spacing w:before="0" w:after="80" w:line="300" w:lineRule="auto"/>
        <w:jc w:val="left"/>
      </w:pPr>
      <w:r>
        <w:rPr>
          <w:rFonts w:ascii="Times New Roman" w:hAnsi="Times New Roman" w:eastAsia="宋体"/>
          <w:b w:val="0"/>
          <w:i w:val="0"/>
          <w:color w:val="333333"/>
          <w:sz w:val="19"/>
        </w:rPr>
        <w:t>Because R is otherwise unconstrained, D can be made equal to any real degree-6 polynomial with constant term -1, for instance -(z - 1)⁶.</w:t>
      </w:r>
    </w:p>
    <w:p>
      <w:pPr>
        <w:spacing w:before="0" w:after="80" w:line="300" w:lineRule="auto"/>
        <w:jc w:val="left"/>
      </w:pPr>
      <w:r>
        <w:rPr>
          <w:rFonts w:ascii="Times New Roman" w:hAnsi="Times New Roman" w:eastAsia="宋体"/>
          <w:b w:val="0"/>
          <w:i w:val="0"/>
          <w:color w:val="333333"/>
          <w:sz w:val="19"/>
        </w:rPr>
        <w:t>Such a polynomial has a single distinct root, so the minimum is N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因为三个正方形分别旋转 0°，30°，60°，图形有 12 重对称。它的 24 个顶点每隔 15° 交替出现：外侧顶点到中心的距离为 3√(2)，内侧交点到中心的距离为 2√(3)。</w:t>
      </w:r>
    </w:p>
    <w:p>
      <w:pPr>
        <w:spacing w:before="0" w:after="80" w:line="300" w:lineRule="auto"/>
        <w:jc w:val="left"/>
      </w:pPr>
      <w:r>
        <w:rPr>
          <w:rFonts w:ascii="Times New Roman" w:hAnsi="Times New Roman" w:eastAsia="宋体"/>
          <w:b w:val="0"/>
          <w:i w:val="0"/>
          <w:sz w:val="21"/>
        </w:rPr>
        <w:t>连接中心与全部 24 个顶点，把多边形分成 24 个三角形，每个三角形的两边为 3√(2) 和 2√(3)，夹角为 15°。总面积是</w:t>
      </w:r>
    </w:p>
    <w:p>
      <w:pPr>
        <w:spacing w:before="0" w:after="80" w:line="300" w:lineRule="auto"/>
        <w:jc w:val="left"/>
      </w:pPr>
      <w:r>
        <w:rPr>
          <w:rFonts w:ascii="Times New Roman" w:hAnsi="Times New Roman" w:eastAsia="宋体"/>
          <w:b w:val="0"/>
          <w:i w:val="0"/>
          <w:sz w:val="21"/>
        </w:rPr>
        <w:t>24 · 1/2 (3√(2))(2√(3))sin 15°</w:t>
      </w:r>
    </w:p>
    <w:p>
      <w:pPr>
        <w:spacing w:before="0" w:after="80" w:line="300" w:lineRule="auto"/>
        <w:jc w:val="left"/>
      </w:pPr>
      <w:r>
        <w:rPr>
          <w:rFonts w:ascii="Times New Roman" w:hAnsi="Times New Roman" w:eastAsia="宋体"/>
          <w:b w:val="0"/>
          <w:i w:val="0"/>
          <w:sz w:val="21"/>
        </w:rPr>
        <w:t>= 72√(6) · (√(6) - √(2))/4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这化简为 18√(6)(√(6) - √(2)) = 108 - 36√(3)，所以 a + b + c = 108 + 36 + 3 = 147。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the three squares are rotated by 0°, 30°, and 60°, the figure has 12-fold symmetry. Its 24 vertices alternate every 15°: outer vertices are the square corners at distance 3√(2) from the center, and inner vertices are edge crossings at distance 2√(3).</w:t>
      </w:r>
    </w:p>
    <w:p>
      <w:pPr>
        <w:spacing w:before="0" w:after="80" w:line="300" w:lineRule="auto"/>
        <w:jc w:val="left"/>
      </w:pPr>
      <w:r>
        <w:rPr>
          <w:rFonts w:ascii="Times New Roman" w:hAnsi="Times New Roman" w:eastAsia="宋体"/>
          <w:b w:val="0"/>
          <w:i w:val="0"/>
          <w:color w:val="333333"/>
          <w:sz w:val="19"/>
        </w:rPr>
        <w:t>Connecting the center to all 24 vertices splits the polygon into 24 triangles, each with sides 3√(2) and 2√(3) and included angle 15°. The total area is</w:t>
      </w:r>
    </w:p>
    <w:p>
      <w:pPr>
        <w:spacing w:before="0" w:after="80" w:line="300" w:lineRule="auto"/>
        <w:jc w:val="left"/>
      </w:pPr>
      <w:r>
        <w:rPr>
          <w:rFonts w:ascii="Times New Roman" w:hAnsi="Times New Roman" w:eastAsia="宋体"/>
          <w:b w:val="0"/>
          <w:i w:val="0"/>
          <w:color w:val="333333"/>
          <w:sz w:val="19"/>
        </w:rPr>
        <w:t>24 · 1/2 (3√(2))(2√(3))sin 15°</w:t>
      </w:r>
    </w:p>
    <w:p>
      <w:pPr>
        <w:spacing w:before="0" w:after="80" w:line="300" w:lineRule="auto"/>
        <w:jc w:val="left"/>
      </w:pPr>
      <w:r>
        <w:rPr>
          <w:rFonts w:ascii="Times New Roman" w:hAnsi="Times New Roman" w:eastAsia="宋体"/>
          <w:b w:val="0"/>
          <w:i w:val="0"/>
          <w:color w:val="333333"/>
          <w:sz w:val="19"/>
        </w:rPr>
        <w:t>= 72√(6) · (√(6) - √(2))/4.</w:t>
      </w:r>
    </w:p>
    <w:p>
      <w:pPr>
        <w:spacing w:before="0" w:after="80" w:line="300" w:lineRule="auto"/>
        <w:jc w:val="left"/>
      </w:pPr>
      <w:r>
        <w:rPr>
          <w:rFonts w:ascii="Times New Roman" w:hAnsi="Times New Roman" w:eastAsia="宋体"/>
          <w:b w:val="0"/>
          <w:i w:val="0"/>
          <w:color w:val="333333"/>
          <w:sz w:val="19"/>
        </w:rPr>
        <w:t>This simplifies to 18√(6)(√(6) - √(2)) = 108 - 36√(3), so a + b + c = 108 + 36 + 3 = 147.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条件是对称的，所以不妨设 a≤ b≤ c。于是 a≤7，且对每个固定的 a，有 a≤ b≤⌊23-a/2⌋ 以及 c=23-a-b。最大公因数之和可以写成</w:t>
      </w:r>
    </w:p>
    <w:p>
      <w:pPr>
        <w:spacing w:before="0" w:after="80" w:line="300" w:lineRule="auto"/>
        <w:jc w:val="left"/>
      </w:pPr>
      <w:r>
        <w:rPr>
          <w:rFonts w:ascii="Times New Roman" w:hAnsi="Times New Roman" w:eastAsia="宋体"/>
          <w:b w:val="0"/>
          <w:i w:val="0"/>
          <w:sz w:val="21"/>
        </w:rPr>
        <w:t>gcd(a,b)+gcd(b,23-a)</w:t>
      </w:r>
    </w:p>
    <w:p>
      <w:pPr>
        <w:spacing w:before="0" w:after="80" w:line="300" w:lineRule="auto"/>
        <w:jc w:val="left"/>
      </w:pPr>
      <w:r>
        <w:rPr>
          <w:rFonts w:ascii="Times New Roman" w:hAnsi="Times New Roman" w:eastAsia="宋体"/>
          <w:b w:val="0"/>
          <w:i w:val="0"/>
          <w:sz w:val="21"/>
        </w:rPr>
        <w:t>+gcd(a,23-b)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逐一检查这些不长的范围，a=1,2,…,7 时可能的最大公因数之和分别是 {3,4,13}、{4,6,10}、{3,5,6,8,9,12}、{4,6}、{3,7,8,11}、{4,6,8} 和 {9,10}。取值 9 只在 (a,b,c)=(3,5,15) 和 (7,7,9) 处出现。</w:t>
      </w:r>
    </w:p>
    <w:p>
      <w:pPr>
        <w:spacing w:before="0" w:after="80" w:line="300" w:lineRule="auto"/>
        <w:jc w:val="left"/>
      </w:pPr>
      <w:r>
        <w:rPr>
          <w:rFonts w:ascii="Times New Roman" w:hAnsi="Times New Roman" w:eastAsia="宋体"/>
          <w:b w:val="0"/>
          <w:i w:val="0"/>
          <w:sz w:val="21"/>
        </w:rPr>
        <w:t>三元组 (7, 7, 9) 的 gcd 之和为 7 + 1 + 1 = 9，并且 a² + b² + c² = 49 + 49 + 81 = 179。三元组 (3, 5, 15) 的 gcd 之和为 1 + 5 + 3 = 9，并且 a² + b² + c² = 9 + 25 + 225 = 259。</w:t>
      </w:r>
    </w:p>
    <w:p>
      <w:pPr>
        <w:spacing w:before="0" w:after="80" w:line="300" w:lineRule="auto"/>
        <w:jc w:val="left"/>
      </w:pPr>
      <w:r>
        <w:rPr>
          <w:rFonts w:ascii="Times New Roman" w:hAnsi="Times New Roman" w:eastAsia="宋体"/>
          <w:b w:val="0"/>
          <w:i w:val="0"/>
          <w:sz w:val="21"/>
        </w:rPr>
        <w:t>不同值之和为 179 + 259 = 438。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is symmetric, so assume a≤ b≤ c. Then a≤7, and for each fixed a we have a≤ b≤⌊23-a/2⌋ and c=23-a-b. The gcd sum can be evaluated as</w:t>
      </w:r>
    </w:p>
    <w:p>
      <w:pPr>
        <w:spacing w:before="0" w:after="80" w:line="300" w:lineRule="auto"/>
        <w:jc w:val="left"/>
      </w:pPr>
      <w:r>
        <w:rPr>
          <w:rFonts w:ascii="Times New Roman" w:hAnsi="Times New Roman" w:eastAsia="宋体"/>
          <w:b w:val="0"/>
          <w:i w:val="0"/>
          <w:color w:val="333333"/>
          <w:sz w:val="19"/>
        </w:rPr>
        <w:t>gcd(a,b)+gcd(b,23-a)</w:t>
      </w:r>
    </w:p>
    <w:p>
      <w:pPr>
        <w:spacing w:before="0" w:after="80" w:line="300" w:lineRule="auto"/>
        <w:jc w:val="left"/>
      </w:pPr>
      <w:r>
        <w:rPr>
          <w:rFonts w:ascii="Times New Roman" w:hAnsi="Times New Roman" w:eastAsia="宋体"/>
          <w:b w:val="0"/>
          <w:i w:val="0"/>
          <w:color w:val="333333"/>
          <w:sz w:val="19"/>
        </w:rPr>
        <w:t>+gcd(a,23-b).</w:t>
      </w:r>
    </w:p>
    <w:p>
      <w:pPr>
        <w:spacing w:before="0" w:after="80" w:line="300" w:lineRule="auto"/>
        <w:jc w:val="left"/>
      </w:pPr>
      <w:r>
        <w:rPr>
          <w:rFonts w:ascii="Times New Roman" w:hAnsi="Times New Roman" w:eastAsia="宋体"/>
          <w:b w:val="0"/>
          <w:i w:val="0"/>
          <w:color w:val="333333"/>
          <w:sz w:val="19"/>
        </w:rPr>
        <w:t>Checking these short ranges, the possible gcd sums for a=1,2,…,7 are, respectively, {3,4,13}, {4,6,10}, {3,5,6,8,9,12}, {4,6}, {3,7,8,11}, {4,6,8}, and {9,10}. The value 9 occurs only at (a,b,c)=(3,5,15) and (7,7,9).</w:t>
      </w:r>
    </w:p>
    <w:p>
      <w:pPr>
        <w:spacing w:before="0" w:after="80" w:line="300" w:lineRule="auto"/>
        <w:jc w:val="left"/>
      </w:pPr>
      <w:r>
        <w:rPr>
          <w:rFonts w:ascii="Times New Roman" w:hAnsi="Times New Roman" w:eastAsia="宋体"/>
          <w:b w:val="0"/>
          <w:i w:val="0"/>
          <w:color w:val="333333"/>
          <w:sz w:val="19"/>
        </w:rPr>
        <w:t>The triple (7, 7, 9) has gcd sum 7 + 1 + 1 = 9 and a² + b² + c² = 49 + 49 + 81 = 179. The triple (3, 5, 15) has gcd sum 1 + 5 + 3 = 9 and a² + b² + c² = 9 + 25 + 225 = 259.</w:t>
      </w:r>
    </w:p>
    <w:p>
      <w:pPr>
        <w:spacing w:before="0" w:after="80" w:line="300" w:lineRule="auto"/>
        <w:jc w:val="left"/>
      </w:pPr>
      <w:r>
        <w:rPr>
          <w:rFonts w:ascii="Times New Roman" w:hAnsi="Times New Roman" w:eastAsia="宋体"/>
          <w:b w:val="0"/>
          <w:i w:val="0"/>
          <w:color w:val="333333"/>
          <w:sz w:val="19"/>
        </w:rPr>
        <w:t>The sum of the distinct values is 179 + 259 = 438.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保持在距离 1 以内意味着虫子始终在原点或其 6 个相邻顶点上。从原点出发，所有 6 个方向都可行；从相邻顶点出发，只有 3 个方向可行：回到原点，或到两个相邻的邻点之一。</w:t>
      </w:r>
    </w:p>
    <w:p>
      <w:pPr>
        <w:spacing w:before="0" w:after="80" w:line="300" w:lineRule="auto"/>
        <w:jc w:val="left"/>
      </w:pPr>
      <w:r>
        <w:rPr>
          <w:rFonts w:ascii="Times New Roman" w:hAnsi="Times New Roman" w:eastAsia="宋体"/>
          <w:b w:val="0"/>
          <w:i w:val="0"/>
          <w:sz w:val="21"/>
        </w:rPr>
        <w:t>令 aₖ 和 bₖ 分别表示有效的 k 步路径中，结束在原点和结束在某个相邻点的路径数。则 aₖ₊₁ = bₖ、bₖ₊₁ = 6aₖ + 2bₖ，初值为 a₀ = 1、b₀ = 0。</w:t>
      </w:r>
    </w:p>
    <w:p>
      <w:pPr>
        <w:spacing w:before="0" w:after="80" w:line="300" w:lineRule="auto"/>
        <w:jc w:val="left"/>
      </w:pPr>
      <w:r>
        <w:rPr>
          <w:rFonts w:ascii="Times New Roman" w:hAnsi="Times New Roman" w:eastAsia="宋体"/>
          <w:b w:val="0"/>
          <w:i w:val="0"/>
          <w:sz w:val="21"/>
        </w:rPr>
        <w:t>迭代得 b₁ = 6，(a₂, b₂) = (6, 12)、(a₃, b₃) = (12, 60)、(a₄, b₄) = (60, 192)、(a₅, b₅) = (192, 744)。有效路径总数为 192 + 744 = 936。</w:t>
      </w:r>
    </w:p>
    <w:p>
      <w:pPr>
        <w:spacing w:before="0" w:after="80" w:line="300" w:lineRule="auto"/>
        <w:jc w:val="left"/>
      </w:pPr>
      <w:r>
        <w:rPr>
          <w:rFonts w:ascii="Times New Roman" w:hAnsi="Times New Roman" w:eastAsia="宋体"/>
          <w:b w:val="0"/>
          <w:i w:val="0"/>
          <w:sz w:val="21"/>
        </w:rPr>
        <w:t>所求概率为 936/6⁵ = 936/7776 = 13/108。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Staying within distance 1 means the bug is always at the origin or one of its 6 neighbors. From the origin, all 6 moves are allowed. From a neighbor, only 3 moves keep it in range: back to the origin, or to either of the two adjacent neighbors.</w:t>
      </w:r>
    </w:p>
    <w:p>
      <w:pPr>
        <w:spacing w:before="0" w:after="80" w:line="300" w:lineRule="auto"/>
        <w:jc w:val="left"/>
      </w:pPr>
      <w:r>
        <w:rPr>
          <w:rFonts w:ascii="Times New Roman" w:hAnsi="Times New Roman" w:eastAsia="宋体"/>
          <w:b w:val="0"/>
          <w:i w:val="0"/>
          <w:color w:val="333333"/>
          <w:sz w:val="19"/>
        </w:rPr>
        <w:t>Let aₖ and bₖ count valid k-step paths ending at the origin and at a neighbor. Then aₖ₊₁ = bₖ and bₖ₊₁ = 6aₖ + 2bₖ, starting from a₀ = 1, b₀ = 0.</w:t>
      </w:r>
    </w:p>
    <w:p>
      <w:pPr>
        <w:spacing w:before="0" w:after="80" w:line="300" w:lineRule="auto"/>
        <w:jc w:val="left"/>
      </w:pPr>
      <w:r>
        <w:rPr>
          <w:rFonts w:ascii="Times New Roman" w:hAnsi="Times New Roman" w:eastAsia="宋体"/>
          <w:b w:val="0"/>
          <w:i w:val="0"/>
          <w:color w:val="333333"/>
          <w:sz w:val="19"/>
        </w:rPr>
        <w:t>Iterating gives b₁ = 6, then (a₂, b₂) = (6, 12), (a₃, b₃) = (12, 60), (a₄, b₄) = (60, 192), (a₅, b₅) = (192, 744). The total number of valid paths is 192 + 744 = 936.</w:t>
      </w:r>
    </w:p>
    <w:p>
      <w:pPr>
        <w:spacing w:before="0" w:after="80" w:line="300" w:lineRule="auto"/>
        <w:jc w:val="left"/>
      </w:pPr>
      <w:r>
        <w:rPr>
          <w:rFonts w:ascii="Times New Roman" w:hAnsi="Times New Roman" w:eastAsia="宋体"/>
          <w:b w:val="0"/>
          <w:i w:val="0"/>
          <w:color w:val="333333"/>
          <w:sz w:val="19"/>
        </w:rPr>
        <w:t>The probability is 936/6⁵ = 936/7776 = 13/108.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极限满足 L = 2L - 2L²，得 L = 1/2。令 vₖ = 1 - 2uₖ。于是</w:t>
      </w:r>
    </w:p>
    <w:p>
      <w:pPr>
        <w:spacing w:before="0" w:after="80" w:line="300" w:lineRule="auto"/>
        <w:jc w:val="left"/>
      </w:pPr>
      <w:r>
        <w:rPr>
          <w:rFonts w:ascii="Times New Roman" w:hAnsi="Times New Roman" w:eastAsia="宋体"/>
          <w:b w:val="0"/>
          <w:i w:val="0"/>
          <w:sz w:val="21"/>
        </w:rPr>
        <w:t>vₖ₊₁ = 1 - 2uₖ₊₁</w:t>
      </w:r>
    </w:p>
    <w:p>
      <w:pPr>
        <w:spacing w:before="0" w:after="80" w:line="300" w:lineRule="auto"/>
        <w:jc w:val="left"/>
      </w:pPr>
      <w:r>
        <w:rPr>
          <w:rFonts w:ascii="Times New Roman" w:hAnsi="Times New Roman" w:eastAsia="宋体"/>
          <w:b w:val="0"/>
          <w:i w:val="0"/>
          <w:sz w:val="21"/>
        </w:rPr>
        <w:t>= 1 - 4uₖ + 4uₖ²</w:t>
      </w:r>
    </w:p>
    <w:p>
      <w:pPr>
        <w:spacing w:before="0" w:after="80" w:line="300" w:lineRule="auto"/>
        <w:jc w:val="left"/>
      </w:pPr>
      <w:r>
        <w:rPr>
          <w:rFonts w:ascii="Times New Roman" w:hAnsi="Times New Roman" w:eastAsia="宋体"/>
          <w:b w:val="0"/>
          <w:i w:val="0"/>
          <w:sz w:val="21"/>
        </w:rPr>
        <w:t>= (1 - 2uₖ)² = vₖ²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 v₀ = 1 - 2 · 1/4 = 1/2，可得 vₖ = (1/2)^(2ᵏ)，所以 |uₖ - L| = (|vₖ|)/2 = 2^(-2ᵏ - 1)。</w:t>
      </w:r>
    </w:p>
    <w:p>
      <w:pPr>
        <w:spacing w:before="0" w:after="80" w:line="300" w:lineRule="auto"/>
        <w:jc w:val="left"/>
      </w:pPr>
      <w:r>
        <w:rPr>
          <w:rFonts w:ascii="Times New Roman" w:hAnsi="Times New Roman" w:eastAsia="宋体"/>
          <w:b w:val="0"/>
          <w:i w:val="0"/>
          <w:sz w:val="21"/>
        </w:rPr>
        <w:t>需要 2ᵏ + 1 ≥ 1000，也就是 2ᵏ ≥ 999。满足条件的最小 k 是 10，因为 2¹⁰ = 1024。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limit satisfies L = 2L - 2L², giving L = 1/2. Let vₖ = 1 - 2uₖ. Then</w:t>
      </w:r>
    </w:p>
    <w:p>
      <w:pPr>
        <w:spacing w:before="0" w:after="80" w:line="300" w:lineRule="auto"/>
        <w:jc w:val="left"/>
      </w:pPr>
      <w:r>
        <w:rPr>
          <w:rFonts w:ascii="Times New Roman" w:hAnsi="Times New Roman" w:eastAsia="宋体"/>
          <w:b w:val="0"/>
          <w:i w:val="0"/>
          <w:color w:val="333333"/>
          <w:sz w:val="19"/>
        </w:rPr>
        <w:t>vₖ₊₁ = 1 - 2uₖ₊₁</w:t>
      </w:r>
    </w:p>
    <w:p>
      <w:pPr>
        <w:spacing w:before="0" w:after="80" w:line="300" w:lineRule="auto"/>
        <w:jc w:val="left"/>
      </w:pPr>
      <w:r>
        <w:rPr>
          <w:rFonts w:ascii="Times New Roman" w:hAnsi="Times New Roman" w:eastAsia="宋体"/>
          <w:b w:val="0"/>
          <w:i w:val="0"/>
          <w:color w:val="333333"/>
          <w:sz w:val="19"/>
        </w:rPr>
        <w:t>= 1 - 4uₖ + 4uₖ²</w:t>
      </w:r>
    </w:p>
    <w:p>
      <w:pPr>
        <w:spacing w:before="0" w:after="80" w:line="300" w:lineRule="auto"/>
        <w:jc w:val="left"/>
      </w:pPr>
      <w:r>
        <w:rPr>
          <w:rFonts w:ascii="Times New Roman" w:hAnsi="Times New Roman" w:eastAsia="宋体"/>
          <w:b w:val="0"/>
          <w:i w:val="0"/>
          <w:color w:val="333333"/>
          <w:sz w:val="19"/>
        </w:rPr>
        <w:t>= (1 - 2uₖ)² = vₖ².</w:t>
      </w:r>
    </w:p>
    <w:p>
      <w:pPr>
        <w:spacing w:before="0" w:after="80" w:line="300" w:lineRule="auto"/>
        <w:jc w:val="left"/>
      </w:pPr>
      <w:r>
        <w:rPr>
          <w:rFonts w:ascii="Times New Roman" w:hAnsi="Times New Roman" w:eastAsia="宋体"/>
          <w:b w:val="0"/>
          <w:i w:val="0"/>
          <w:color w:val="333333"/>
          <w:sz w:val="19"/>
        </w:rPr>
        <w:t>Since v₀ = 1 - 2 · 1/4 = 1/2, we get vₖ = (1/2)^(2ᵏ), so |uₖ - L| = (|vₖ|)/2 = 2^(-2ᵏ - 1).</w:t>
      </w:r>
    </w:p>
    <w:p>
      <w:pPr>
        <w:spacing w:before="0" w:after="80" w:line="300" w:lineRule="auto"/>
        <w:jc w:val="left"/>
      </w:pPr>
      <w:r>
        <w:rPr>
          <w:rFonts w:ascii="Times New Roman" w:hAnsi="Times New Roman" w:eastAsia="宋体"/>
          <w:b w:val="0"/>
          <w:i w:val="0"/>
          <w:color w:val="333333"/>
          <w:sz w:val="19"/>
        </w:rPr>
        <w:t>We need 2ᵏ + 1 ≥ 1000, i.e. 2ᵏ ≥ 999. The least such k is 10, since 2¹⁰ = 1024.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对同圆内接且没有共顶点的两个凸多边形，较小多边形的每条边会与较大多边形的边界相交两次，因此交点数为 2min(m, n)。</w:t>
      </w:r>
    </w:p>
    <w:p>
      <w:pPr>
        <w:spacing w:before="0" w:after="80" w:line="300" w:lineRule="auto"/>
        <w:jc w:val="left"/>
      </w:pPr>
      <w:r>
        <w:rPr>
          <w:rFonts w:ascii="Times New Roman" w:hAnsi="Times New Roman" w:eastAsia="宋体"/>
          <w:b w:val="0"/>
          <w:i w:val="0"/>
          <w:sz w:val="21"/>
        </w:rPr>
        <w:t>对所有多边形对求和：(5,6), (5,7), (5,8) 各给出 10 个交点；(6,7), (6,8) 各给出 12 个；(7,8) 给出 14 个。</w:t>
      </w:r>
    </w:p>
    <w:p>
      <w:pPr>
        <w:spacing w:before="0" w:after="80" w:line="300" w:lineRule="auto"/>
        <w:jc w:val="left"/>
      </w:pPr>
      <w:r>
        <w:rPr>
          <w:rFonts w:ascii="Times New Roman" w:hAnsi="Times New Roman" w:eastAsia="宋体"/>
          <w:b w:val="0"/>
          <w:i w:val="0"/>
          <w:sz w:val="21"/>
        </w:rPr>
        <w:t>总数为 3 · 10 + 2 · 12 + 14 = 68。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two convex polygons inscribed in the same circle with no shared vertices, each side of the smaller polygon crosses the larger polygon’s boundary exactly twice, so they meet at 2min(m, n) points.</w:t>
      </w:r>
    </w:p>
    <w:p>
      <w:pPr>
        <w:spacing w:before="0" w:after="80" w:line="300" w:lineRule="auto"/>
        <w:jc w:val="left"/>
      </w:pPr>
      <w:r>
        <w:rPr>
          <w:rFonts w:ascii="Times New Roman" w:hAnsi="Times New Roman" w:eastAsia="宋体"/>
          <w:b w:val="0"/>
          <w:i w:val="0"/>
          <w:color w:val="333333"/>
          <w:sz w:val="19"/>
        </w:rPr>
        <w:t>Summing over all pairs: (5,6), (5,7), (5,8) give 10 each; (6,7), (6,8) give 12 each; (7,8) gives 14.</w:t>
      </w:r>
    </w:p>
    <w:p>
      <w:pPr>
        <w:spacing w:before="0" w:after="80" w:line="300" w:lineRule="auto"/>
        <w:jc w:val="left"/>
      </w:pPr>
      <w:r>
        <w:rPr>
          <w:rFonts w:ascii="Times New Roman" w:hAnsi="Times New Roman" w:eastAsia="宋体"/>
          <w:b w:val="0"/>
          <w:i w:val="0"/>
          <w:color w:val="333333"/>
          <w:sz w:val="19"/>
        </w:rPr>
        <w:t>The total is 3 · 10 + 2 · 12 + 14 = 68.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由 Burnside 引理，答案是 24 个旋转作用于 8 个小立方体位置时，每个旋转固定的“恰有 4 个蓝色”的构造数的平均值。</w:t>
      </w:r>
    </w:p>
    <w:p>
      <w:pPr>
        <w:spacing w:before="0" w:after="80" w:line="300" w:lineRule="auto"/>
        <w:jc w:val="left"/>
      </w:pPr>
      <w:r>
        <w:rPr>
          <w:rFonts w:ascii="Times New Roman" w:hAnsi="Times New Roman" w:eastAsia="宋体"/>
          <w:b w:val="0"/>
          <w:i w:val="0"/>
          <w:sz w:val="21"/>
        </w:rPr>
        <w:t>恒等旋转固定 C(8, 4) = 70 种。6 个面四分之一转各固定 2 种，共 (12) 种；3 个面半转各固定 6 种，共 (18) 种；8 个顶点旋转各固定 4 种，共 (32) 种；6 个棱半转各固定 6 种，共 (36) 种。</w:t>
      </w:r>
    </w:p>
    <w:p>
      <w:pPr>
        <w:spacing w:before="0" w:after="80" w:line="300" w:lineRule="auto"/>
        <w:jc w:val="left"/>
      </w:pPr>
      <w:r>
        <w:rPr>
          <w:rFonts w:ascii="Times New Roman" w:hAnsi="Times New Roman" w:eastAsia="宋体"/>
          <w:b w:val="0"/>
          <w:i w:val="0"/>
          <w:sz w:val="21"/>
        </w:rPr>
        <w:t>固定构造数之和为 70 + 12 + 18 + 32 + 36 = 168，平均数为 168/24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Burnside’s lemma, the count is the average number of 4-blue colorings fixed by each of the 24 rotations acting on the 8 cubies.</w:t>
      </w:r>
    </w:p>
    <w:p>
      <w:pPr>
        <w:spacing w:before="0" w:after="80" w:line="300" w:lineRule="auto"/>
        <w:jc w:val="left"/>
      </w:pPr>
      <w:r>
        <w:rPr>
          <w:rFonts w:ascii="Times New Roman" w:hAnsi="Times New Roman" w:eastAsia="宋体"/>
          <w:b w:val="0"/>
          <w:i w:val="0"/>
          <w:color w:val="333333"/>
          <w:sz w:val="19"/>
        </w:rPr>
        <w:t>The identity fixes C(8, 4) = 70. The 6 face quarter-turns fix 2 each (12). The 3 face half-turns fix 6 each (18). The 8 vertex rotations fix 4 each (32). The 6 edge half-turns fix 6 each (36).</w:t>
      </w:r>
    </w:p>
    <w:p>
      <w:pPr>
        <w:spacing w:before="0" w:after="80" w:line="300" w:lineRule="auto"/>
        <w:jc w:val="left"/>
      </w:pPr>
      <w:r>
        <w:rPr>
          <w:rFonts w:ascii="Times New Roman" w:hAnsi="Times New Roman" w:eastAsia="宋体"/>
          <w:b w:val="0"/>
          <w:i w:val="0"/>
          <w:color w:val="333333"/>
          <w:sz w:val="19"/>
        </w:rPr>
        <w:t>The total is 70 + 12 + 18 + 32 + 36 = 168, and 168/24 =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由 Euler 公式，P(x) = 1 + eⁱˣ - e²ⁱˣ + e³ⁱˣ。其虚部为</w:t>
      </w:r>
    </w:p>
    <w:p>
      <w:pPr>
        <w:spacing w:before="0" w:after="80" w:line="300" w:lineRule="auto"/>
        <w:jc w:val="left"/>
      </w:pPr>
      <w:r>
        <w:rPr>
          <w:rFonts w:ascii="Times New Roman" w:hAnsi="Times New Roman" w:eastAsia="宋体"/>
          <w:b w:val="0"/>
          <w:i w:val="0"/>
          <w:sz w:val="21"/>
        </w:rPr>
        <w:t>sin x - sin 2x + sin 3x</w:t>
      </w:r>
    </w:p>
    <w:p>
      <w:pPr>
        <w:spacing w:before="0" w:after="80" w:line="300" w:lineRule="auto"/>
        <w:jc w:val="left"/>
      </w:pPr>
      <w:r>
        <w:rPr>
          <w:rFonts w:ascii="Times New Roman" w:hAnsi="Times New Roman" w:eastAsia="宋体"/>
          <w:b w:val="0"/>
          <w:i w:val="0"/>
          <w:sz w:val="21"/>
        </w:rPr>
        <w:t>= (sin x + sin 3x) - sin 2x</w:t>
      </w:r>
    </w:p>
    <w:p>
      <w:pPr>
        <w:spacing w:before="0" w:after="80" w:line="300" w:lineRule="auto"/>
        <w:jc w:val="left"/>
      </w:pPr>
      <w:r>
        <w:rPr>
          <w:rFonts w:ascii="Times New Roman" w:hAnsi="Times New Roman" w:eastAsia="宋体"/>
          <w:b w:val="0"/>
          <w:i w:val="0"/>
          <w:sz w:val="21"/>
        </w:rPr>
        <w:t>= sin 2x(2cos x - 1)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它在 sin 2x = 0 时为零，此时 x = 0, π/2, π, 3π/2；或者在 cos x = 1/2 时为零，此时 x = π/3, 5π/3。</w:t>
      </w:r>
    </w:p>
    <w:p>
      <w:pPr>
        <w:spacing w:before="0" w:after="80" w:line="300" w:lineRule="auto"/>
        <w:jc w:val="left"/>
      </w:pPr>
      <w:r>
        <w:rPr>
          <w:rFonts w:ascii="Times New Roman" w:hAnsi="Times New Roman" w:eastAsia="宋体"/>
          <w:b w:val="0"/>
          <w:i w:val="0"/>
          <w:sz w:val="21"/>
        </w:rPr>
        <w:t>逐一检查实部 1 + cos x - cos 2x + cos 3x，在这些值处结果为 ± 2 或 1，从不为 0。所以不存在 x 使 P(x) =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 by Euler’s formula: P(x) = 1 + eⁱˣ - e²ⁱˣ + e³ⁱˣ. The imaginary part is</w:t>
      </w:r>
    </w:p>
    <w:p>
      <w:pPr>
        <w:spacing w:before="0" w:after="80" w:line="300" w:lineRule="auto"/>
        <w:jc w:val="left"/>
      </w:pPr>
      <w:r>
        <w:rPr>
          <w:rFonts w:ascii="Times New Roman" w:hAnsi="Times New Roman" w:eastAsia="宋体"/>
          <w:b w:val="0"/>
          <w:i w:val="0"/>
          <w:color w:val="333333"/>
          <w:sz w:val="19"/>
        </w:rPr>
        <w:t>sin x - sin 2x + sin 3x</w:t>
      </w:r>
    </w:p>
    <w:p>
      <w:pPr>
        <w:spacing w:before="0" w:after="80" w:line="300" w:lineRule="auto"/>
        <w:jc w:val="left"/>
      </w:pPr>
      <w:r>
        <w:rPr>
          <w:rFonts w:ascii="Times New Roman" w:hAnsi="Times New Roman" w:eastAsia="宋体"/>
          <w:b w:val="0"/>
          <w:i w:val="0"/>
          <w:color w:val="333333"/>
          <w:sz w:val="19"/>
        </w:rPr>
        <w:t>= (sin x + sin 3x) - sin 2x</w:t>
      </w:r>
    </w:p>
    <w:p>
      <w:pPr>
        <w:spacing w:before="0" w:after="80" w:line="300" w:lineRule="auto"/>
        <w:jc w:val="left"/>
      </w:pPr>
      <w:r>
        <w:rPr>
          <w:rFonts w:ascii="Times New Roman" w:hAnsi="Times New Roman" w:eastAsia="宋体"/>
          <w:b w:val="0"/>
          <w:i w:val="0"/>
          <w:color w:val="333333"/>
          <w:sz w:val="19"/>
        </w:rPr>
        <w:t>= sin 2x(2cos x - 1).</w:t>
      </w:r>
    </w:p>
    <w:p>
      <w:pPr>
        <w:spacing w:before="0" w:after="80" w:line="300" w:lineRule="auto"/>
        <w:jc w:val="left"/>
      </w:pPr>
      <w:r>
        <w:rPr>
          <w:rFonts w:ascii="Times New Roman" w:hAnsi="Times New Roman" w:eastAsia="宋体"/>
          <w:b w:val="0"/>
          <w:i w:val="0"/>
          <w:color w:val="333333"/>
          <w:sz w:val="19"/>
        </w:rPr>
        <w:t>This vanishes when sin 2x = 0 (so x = 0, π/2, π, 3π/2) or cos x = 1/2 (so x = π/3, 5π/3).</w:t>
      </w:r>
    </w:p>
    <w:p>
      <w:pPr>
        <w:spacing w:before="0" w:after="80" w:line="300" w:lineRule="auto"/>
        <w:jc w:val="left"/>
      </w:pPr>
      <w:r>
        <w:rPr>
          <w:rFonts w:ascii="Times New Roman" w:hAnsi="Times New Roman" w:eastAsia="宋体"/>
          <w:b w:val="0"/>
          <w:i w:val="0"/>
          <w:color w:val="333333"/>
          <w:sz w:val="19"/>
        </w:rPr>
        <w:t>Checking the real part 1 + cos x - cos 2x + cos 3x at each of these values gives ± 2 or 1, never 0. So no x makes P(x) =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令 C = (0, 0)，B = (6, 0)，A = (0, 8)，于是直角在 C。</w:t>
      </w:r>
    </w:p>
    <w:p>
      <w:pPr>
        <w:spacing w:before="0" w:after="80" w:line="300" w:lineRule="auto"/>
        <w:jc w:val="left"/>
      </w:pPr>
      <w:r>
        <w:rPr>
          <w:rFonts w:ascii="Times New Roman" w:hAnsi="Times New Roman" w:eastAsia="宋体"/>
          <w:b w:val="0"/>
          <w:i w:val="0"/>
          <w:sz w:val="21"/>
        </w:rPr>
        <w:t>圆 O 与直线 BC（x-轴）在 B 点相切，所以 O = (6, k)。令 OA = OB，得 36 + (k - 8)² = k²，所以 k = 25/4，即 O = (6, 25/4)。</w:t>
      </w:r>
    </w:p>
    <w:p>
      <w:pPr>
        <w:spacing w:before="0" w:after="80" w:line="300" w:lineRule="auto"/>
        <w:jc w:val="left"/>
      </w:pPr>
      <w:r>
        <w:rPr>
          <w:rFonts w:ascii="Times New Roman" w:hAnsi="Times New Roman" w:eastAsia="宋体"/>
          <w:b w:val="0"/>
          <w:i w:val="0"/>
          <w:sz w:val="21"/>
        </w:rPr>
        <w:t>圆 P 与直线 AC（y-轴）在 A 点相切，所以 P = (h, 8)。由 PB = PA 得 (h - 6)² + 64 = h²，所以 h = 25/3，且 P = (25/3, 8)。</w:t>
      </w:r>
    </w:p>
    <w:p>
      <w:pPr>
        <w:spacing w:before="0" w:after="80" w:line="300" w:lineRule="auto"/>
        <w:jc w:val="left"/>
      </w:pPr>
      <w:r>
        <w:rPr>
          <w:rFonts w:ascii="Times New Roman" w:hAnsi="Times New Roman" w:eastAsia="宋体"/>
          <w:b w:val="0"/>
          <w:i w:val="0"/>
          <w:sz w:val="21"/>
        </w:rPr>
        <w:t>因此 OP = √((7/3)² + (7/4)²) = 7√(25/144) = 35/12。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C = (0, 0), B = (6, 0), and A = (0, 8), so the right angle is at C.</w:t>
      </w:r>
    </w:p>
    <w:p>
      <w:pPr>
        <w:spacing w:before="0" w:after="80" w:line="300" w:lineRule="auto"/>
        <w:jc w:val="left"/>
      </w:pPr>
      <w:r>
        <w:rPr>
          <w:rFonts w:ascii="Times New Roman" w:hAnsi="Times New Roman" w:eastAsia="宋体"/>
          <w:b w:val="0"/>
          <w:i w:val="0"/>
          <w:color w:val="333333"/>
          <w:sz w:val="19"/>
        </w:rPr>
        <w:t>Circle O is tangent to line BC (the x-axis) at B, so O = (6, k). Setting OA = OB gives 36 + (k - 8)² = k², so k = 25/4 and O = (6, 25/4).</w:t>
      </w:r>
    </w:p>
    <w:p>
      <w:pPr>
        <w:spacing w:before="0" w:after="80" w:line="300" w:lineRule="auto"/>
        <w:jc w:val="left"/>
      </w:pPr>
      <w:r>
        <w:rPr>
          <w:rFonts w:ascii="Times New Roman" w:hAnsi="Times New Roman" w:eastAsia="宋体"/>
          <w:b w:val="0"/>
          <w:i w:val="0"/>
          <w:color w:val="333333"/>
          <w:sz w:val="19"/>
        </w:rPr>
        <w:t>Circle P is tangent to line AC (the y-axis) at A, so P = (h, 8). Setting PB = PA gives (h - 6)² + 64 = h², so h = 25/3 and P = (25/3, 8).</w:t>
      </w:r>
    </w:p>
    <w:p>
      <w:pPr>
        <w:spacing w:before="0" w:after="80" w:line="300" w:lineRule="auto"/>
        <w:jc w:val="left"/>
      </w:pPr>
      <w:r>
        <w:rPr>
          <w:rFonts w:ascii="Times New Roman" w:hAnsi="Times New Roman" w:eastAsia="宋体"/>
          <w:b w:val="0"/>
          <w:i w:val="0"/>
          <w:color w:val="333333"/>
          <w:sz w:val="19"/>
        </w:rPr>
        <w:t>Then OP = √((7/3)² + (7/4)²) = 7√(25/144) = 35/12.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对 29 个相邻对中的每一对 (i, i+1)，设指标变量在两数都被选中时为 1。这个事件的概率为 5/30 · 4/29 = 2/87。</w:t>
      </w:r>
    </w:p>
    <w:p>
      <w:pPr>
        <w:spacing w:before="0" w:after="80" w:line="300" w:lineRule="auto"/>
        <w:jc w:val="left"/>
      </w:pPr>
      <w:r>
        <w:rPr>
          <w:rFonts w:ascii="Times New Roman" w:hAnsi="Times New Roman" w:eastAsia="宋体"/>
          <w:b w:val="0"/>
          <w:i w:val="0"/>
          <w:sz w:val="21"/>
        </w:rPr>
        <w:t>由期望的线性性，相邻整数对的期望数为 29 · 2/87 =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of the 29 adjacent pairs (i, i+1), let an indicator be 1 if both are in the subset. The probability of this is 5/30 · 4/29 = 2/87.</w:t>
      </w:r>
    </w:p>
    <w:p>
      <w:pPr>
        <w:spacing w:before="0" w:after="80" w:line="300" w:lineRule="auto"/>
        <w:jc w:val="left"/>
      </w:pPr>
      <w:r>
        <w:rPr>
          <w:rFonts w:ascii="Times New Roman" w:hAnsi="Times New Roman" w:eastAsia="宋体"/>
          <w:b w:val="0"/>
          <w:i w:val="0"/>
          <w:color w:val="333333"/>
          <w:sz w:val="19"/>
        </w:rPr>
        <w:t>By linearity of expectation, the expected number of consecutive pairs is 29 · 2/87 =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点 A，D，E 共线于角平分线上，点 A，B，F 共线于直线 AB。对经过 B，E，D 的圆，点 A 的幂给出 AB · AF = AD · AE。</w:t>
      </w:r>
    </w:p>
    <w:p>
      <w:pPr>
        <w:spacing w:before="0" w:after="80" w:line="300" w:lineRule="auto"/>
        <w:jc w:val="left"/>
      </w:pPr>
      <w:r>
        <w:rPr>
          <w:rFonts w:ascii="Times New Roman" w:hAnsi="Times New Roman" w:eastAsia="宋体"/>
          <w:b w:val="0"/>
          <w:i w:val="0"/>
          <w:sz w:val="21"/>
        </w:rPr>
        <w:t>因为 ∠ BAE = ∠ DAC 且 ∠ AEB = ∠ ACB（同弦 AB 所对的角），三角形 ABE 与 ADC 相似，所以 AD · AE = AB · AC。因此 AF = AC = 20。</w:t>
      </w:r>
    </w:p>
    <w:p>
      <w:pPr>
        <w:spacing w:before="0" w:after="80" w:line="300" w:lineRule="auto"/>
        <w:jc w:val="left"/>
      </w:pPr>
      <w:r>
        <w:rPr>
          <w:rFonts w:ascii="Times New Roman" w:hAnsi="Times New Roman" w:eastAsia="宋体"/>
          <w:b w:val="0"/>
          <w:i w:val="0"/>
          <w:sz w:val="21"/>
        </w:rPr>
        <w:t>取 A = (0, 0)、B = (11, 0)。由 CA = 20、CB = 24，可得 C = (-5/2, (√(1575))/2)。点 F 在射线 AB 上，且 AF = 20，所以 F = (20, 0)。</w:t>
      </w:r>
    </w:p>
    <w:p>
      <w:pPr>
        <w:spacing w:before="0" w:after="80" w:line="300" w:lineRule="auto"/>
        <w:jc w:val="left"/>
      </w:pPr>
      <w:r>
        <w:rPr>
          <w:rFonts w:ascii="Times New Roman" w:hAnsi="Times New Roman" w:eastAsia="宋体"/>
          <w:b w:val="0"/>
          <w:i w:val="0"/>
          <w:sz w:val="21"/>
        </w:rPr>
        <w:t>因此 CF² = (20 + 5/2)² + 1575/4 = 2025/4 + 1575/4 = 900，所以 CF = 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D, E are collinear on the bisector, and A, B, F are collinear on line AB. The power of A with respect to the circle through B, E, D gives AB · AF = AD · AE.</w:t>
      </w:r>
    </w:p>
    <w:p>
      <w:pPr>
        <w:spacing w:before="0" w:after="80" w:line="300" w:lineRule="auto"/>
        <w:jc w:val="left"/>
      </w:pPr>
      <w:r>
        <w:rPr>
          <w:rFonts w:ascii="Times New Roman" w:hAnsi="Times New Roman" w:eastAsia="宋体"/>
          <w:b w:val="0"/>
          <w:i w:val="0"/>
          <w:color w:val="333333"/>
          <w:sz w:val="19"/>
        </w:rPr>
        <w:t>Since ∠ BAE = ∠ DAC and ∠ AEB = ∠ ACB (subtending AB), triangles ABE and ADC are similar, so AD · AE = AB · AC. Therefore AF = AC = 20.</w:t>
      </w:r>
    </w:p>
    <w:p>
      <w:pPr>
        <w:spacing w:before="0" w:after="80" w:line="300" w:lineRule="auto"/>
        <w:jc w:val="left"/>
      </w:pPr>
      <w:r>
        <w:rPr>
          <w:rFonts w:ascii="Times New Roman" w:hAnsi="Times New Roman" w:eastAsia="宋体"/>
          <w:b w:val="0"/>
          <w:i w:val="0"/>
          <w:color w:val="333333"/>
          <w:sz w:val="19"/>
        </w:rPr>
        <w:t>Place A = (0, 0), B = (11, 0). From CA = 20, CB = 24, point C = (-5/2, (√(1575))/2). Point F lies on ray AB with AF = 20, so F = (20, 0).</w:t>
      </w:r>
    </w:p>
    <w:p>
      <w:pPr>
        <w:spacing w:before="0" w:after="80" w:line="300" w:lineRule="auto"/>
        <w:jc w:val="left"/>
      </w:pPr>
      <w:r>
        <w:rPr>
          <w:rFonts w:ascii="Times New Roman" w:hAnsi="Times New Roman" w:eastAsia="宋体"/>
          <w:b w:val="0"/>
          <w:i w:val="0"/>
          <w:color w:val="333333"/>
          <w:sz w:val="19"/>
        </w:rPr>
        <w:t>Then CF² = (20 + 5/2)² + 1575/4 = 2025/4 + 1575/4 = 900, so CF = 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从 n 变为 n + 1 时，每个余数 n bmod m 都增加 1，除非 n + 1 是 m 的倍数，此时它从 m - 1 降为 0。所以</w:t>
      </w:r>
    </w:p>
    <w:p>
      <w:pPr>
        <w:spacing w:before="0" w:after="80" w:line="300" w:lineRule="auto"/>
        <w:jc w:val="left"/>
      </w:pPr>
      <w:r>
        <w:rPr>
          <w:rFonts w:ascii="Times New Roman" w:hAnsi="Times New Roman" w:eastAsia="宋体"/>
          <w:b w:val="0"/>
          <w:i w:val="0"/>
          <w:sz w:val="21"/>
        </w:rPr>
        <w:t>R(n+1) - R(n)</w:t>
      </w:r>
    </w:p>
    <w:p>
      <w:pPr>
        <w:spacing w:before="0" w:after="80" w:line="300" w:lineRule="auto"/>
        <w:jc w:val="left"/>
      </w:pPr>
      <w:r>
        <w:rPr>
          <w:rFonts w:ascii="Times New Roman" w:hAnsi="Times New Roman" w:eastAsia="宋体"/>
          <w:b w:val="0"/>
          <w:i w:val="0"/>
          <w:sz w:val="21"/>
        </w:rPr>
        <w:t>= 9 - Σ_(substack2 ≤ m ≤ 10)</w:t>
      </w:r>
    </w:p>
    <w:p>
      <w:pPr>
        <w:spacing w:before="0" w:after="80" w:line="300" w:lineRule="auto"/>
        <w:jc w:val="left"/>
      </w:pPr>
      <w:r>
        <w:rPr>
          <w:rFonts w:ascii="Times New Roman" w:hAnsi="Times New Roman" w:eastAsia="宋体"/>
          <w:b w:val="0"/>
          <w:i w:val="0"/>
          <w:sz w:val="21"/>
        </w:rPr>
        <w:t>m | n+1 m</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从 2 到 10 的互异整数之和等于 9 的方式只有 {9},{2,7},{3,6},{4,5}，或 {2,3,4}。因数的闭包性质排除了除 {2,7} 外的所有情形：例如，9 的倍数也有因数 3，而 6 的倍数也有因数 2 和 3。因此 n+1 必须是 14 的倍数，并且在 {2,…,10} 中没有其他因数。</w:t>
      </w:r>
    </w:p>
    <w:p>
      <w:pPr>
        <w:spacing w:before="0" w:after="80" w:line="300" w:lineRule="auto"/>
        <w:jc w:val="left"/>
      </w:pPr>
      <w:r>
        <w:rPr>
          <w:rFonts w:ascii="Times New Roman" w:hAnsi="Times New Roman" w:eastAsia="宋体"/>
          <w:b w:val="0"/>
          <w:i w:val="0"/>
          <w:sz w:val="21"/>
        </w:rPr>
        <w:t>检查所需范围内的倍数 14,28,42,56,70,84,98，只留下 14 和 98。所以 n=13 或 n=97，共有 2 个值。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Going from n to n + 1, each remainder n bmod m increases by 1 unless n + 1 is divisible by m, in which case it drops from m - 1 to 0. So</w:t>
      </w:r>
    </w:p>
    <w:p>
      <w:pPr>
        <w:spacing w:before="0" w:after="80" w:line="300" w:lineRule="auto"/>
        <w:jc w:val="left"/>
      </w:pPr>
      <w:r>
        <w:rPr>
          <w:rFonts w:ascii="Times New Roman" w:hAnsi="Times New Roman" w:eastAsia="宋体"/>
          <w:b w:val="0"/>
          <w:i w:val="0"/>
          <w:color w:val="333333"/>
          <w:sz w:val="19"/>
        </w:rPr>
        <w:t>R(n+1) - R(n)</w:t>
      </w:r>
    </w:p>
    <w:p>
      <w:pPr>
        <w:spacing w:before="0" w:after="80" w:line="300" w:lineRule="auto"/>
        <w:jc w:val="left"/>
      </w:pPr>
      <w:r>
        <w:rPr>
          <w:rFonts w:ascii="Times New Roman" w:hAnsi="Times New Roman" w:eastAsia="宋体"/>
          <w:b w:val="0"/>
          <w:i w:val="0"/>
          <w:color w:val="333333"/>
          <w:sz w:val="19"/>
        </w:rPr>
        <w:t>= 9 - Σ_(substack2 ≤ m ≤ 10)</w:t>
      </w:r>
    </w:p>
    <w:p>
      <w:pPr>
        <w:spacing w:before="0" w:after="80" w:line="300" w:lineRule="auto"/>
        <w:jc w:val="left"/>
      </w:pPr>
      <w:r>
        <w:rPr>
          <w:rFonts w:ascii="Times New Roman" w:hAnsi="Times New Roman" w:eastAsia="宋体"/>
          <w:b w:val="0"/>
          <w:i w:val="0"/>
          <w:color w:val="333333"/>
          <w:sz w:val="19"/>
        </w:rPr>
        <w:t>m | n+1 m.</w:t>
      </w:r>
    </w:p>
    <w:p>
      <w:pPr>
        <w:spacing w:before="0" w:after="80" w:line="300" w:lineRule="auto"/>
        <w:jc w:val="left"/>
      </w:pPr>
      <w:r>
        <w:rPr>
          <w:rFonts w:ascii="Times New Roman" w:hAnsi="Times New Roman" w:eastAsia="宋体"/>
          <w:b w:val="0"/>
          <w:i w:val="0"/>
          <w:color w:val="333333"/>
          <w:sz w:val="19"/>
        </w:rPr>
        <w:t>Distinct integers from 2 through 10 can sum to 9 only as {9},{2,7},{3,6},{4,5}, or {2,3,4}. Divisibility closure eliminates every case except {2,7}: for example, a multiple of 9 also has divisor 3, and a multiple of 6 also has divisors 2 and 3. Thus n+1 must be a multiple of 14 with no other divisor in {2,…,10}.</w:t>
      </w:r>
    </w:p>
    <w:p>
      <w:pPr>
        <w:spacing w:before="0" w:after="80" w:line="300" w:lineRule="auto"/>
        <w:jc w:val="left"/>
      </w:pPr>
      <w:r>
        <w:rPr>
          <w:rFonts w:ascii="Times New Roman" w:hAnsi="Times New Roman" w:eastAsia="宋体"/>
          <w:b w:val="0"/>
          <w:i w:val="0"/>
          <w:color w:val="333333"/>
          <w:sz w:val="19"/>
        </w:rPr>
        <w:t>Testing the multiples 14,28,42,56,70,84,98 in the required range leaves only 14 and 98. Hence n=13 or n=97, giving 2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