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2021C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下式的值是多少？</w:t>
      </w:r>
    </w:p>
    <w:p>
      <w:pPr>
        <w:spacing w:before="0" w:after="80" w:line="300" w:lineRule="auto"/>
        <w:jc w:val="left"/>
      </w:pPr>
      <w:r>
        <w:rPr>
          <w:rFonts w:ascii="Times New Roman" w:hAnsi="Times New Roman" w:eastAsia="宋体"/>
          <w:b w:val="0"/>
          <w:i w:val="0"/>
          <w:sz w:val="21"/>
        </w:rPr>
        <w:t>((2112 - 2021)²)/169？</w:t>
      </w:r>
    </w:p>
    <w:p>
      <w:pPr>
        <w:spacing w:before="0" w:after="120" w:line="300" w:lineRule="auto"/>
      </w:pPr>
      <w:r>
        <w:rPr>
          <w:rFonts w:ascii="Times New Roman" w:hAnsi="Times New Roman" w:eastAsia="宋体"/>
          <w:b w:val="0"/>
          <w:i w:val="0"/>
          <w:sz w:val="21"/>
        </w:rPr>
        <w:t>（A）7　　（B）21　　（C）49　　（D）64　　（E）91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((2112 - 2021)²)/169?</w:t>
      </w:r>
    </w:p>
    <w:p>
      <w:pPr>
        <w:spacing w:before="0" w:after="160" w:line="300" w:lineRule="auto"/>
      </w:pPr>
      <w:r>
        <w:rPr>
          <w:rFonts w:ascii="Times New Roman" w:hAnsi="Times New Roman" w:eastAsia="宋体"/>
          <w:b w:val="0"/>
          <w:i w:val="0"/>
          <w:color w:val="333333"/>
          <w:sz w:val="19"/>
        </w:rPr>
        <w:t>(A) 7　　(B) 21　　(C) 49　　(D) 64　　(E) 91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Menkara 有一张 4 × 6 的索引卡片。如果她把这张卡片的一边长度缩短 1 英寸，卡片的面积会变成 18 平方英寸。如果她改为把另一边的长度缩短 1 英寸，卡片的面积会是多少平方英寸？</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Menkara has a 4 × 6 index card. If she shortens the length of one side of this card by 1 inch, the card would have area 18 square inches. What would the area of the card be in square inches if instead she shortens the length of the other side by 1 inch?</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Lopez 先生上班有两条路线可选。路线 A 长 6 英里，他在这条路线上的平均速度为每小时 30 英里。路线 B 长 5 英里，他在这条路线上的平均速度为每小时 40 英里，但其中有一段 1/2 英里的学校区域，平均速度为每小时 20 英里。路线 B 比路线 A 快多少分钟？</w:t>
      </w:r>
    </w:p>
    <w:p>
      <w:pPr>
        <w:spacing w:before="0" w:after="120" w:line="300" w:lineRule="auto"/>
      </w:pPr>
      <w:r>
        <w:rPr>
          <w:rFonts w:ascii="Times New Roman" w:hAnsi="Times New Roman" w:eastAsia="宋体"/>
          <w:b w:val="0"/>
          <w:i w:val="0"/>
          <w:sz w:val="21"/>
        </w:rPr>
        <w:t>（A）2 3/4　　（B）3 3/4　　（C）4 1/2　　（D）5 1/2　　（E）6 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Lopez has a choice of two routes to get to work. Route A is 6 miles long, and his average speed along this route is 30 miles per hour. Route B is 5 miles long, and his average speed along this route is 40 miles per hour, except for a 1/2-mile stretch in a school zone where his average speed is 20 miles per hour. By how many minutes is Route B quicker than Route A?</w:t>
      </w:r>
    </w:p>
    <w:p>
      <w:pPr>
        <w:spacing w:before="0" w:after="160" w:line="300" w:lineRule="auto"/>
      </w:pPr>
      <w:r>
        <w:rPr>
          <w:rFonts w:ascii="Times New Roman" w:hAnsi="Times New Roman" w:eastAsia="宋体"/>
          <w:b w:val="0"/>
          <w:i w:val="0"/>
          <w:color w:val="333333"/>
          <w:sz w:val="19"/>
        </w:rPr>
        <w:t>(A) 2 3/4　　(B) 3 3/4　　(C) 4 1/2　　(D) 5 1/2　　(E) 6 3/4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六位数 2 0 2 1 0 A 只有在某一个数字 A 下是质数。A 是多少？</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six-digit number 2 0 2 1 0 A is prime for only one digit A. What is A?</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鸸鹋 Elmer 在乡村道路上相邻两根电线杆之间行走需要 44 个等长步幅。鸵鸟 Oscar 用 12 个等长跃步可以走完同一距离。电线杆等距排列，这条路上的第 41 根电线杆距离第一根电线杆正好一英里（5280 英尺）。Oscar 的一个跃步比 Elmer 的一个步幅长多少英尺？</w:t>
      </w:r>
    </w:p>
    <w:p>
      <w:pPr>
        <w:spacing w:before="0" w:after="120" w:line="300" w:lineRule="auto"/>
      </w:pPr>
      <w:r>
        <w:rPr>
          <w:rFonts w:ascii="Times New Roman" w:hAnsi="Times New Roman" w:eastAsia="宋体"/>
          <w:b w:val="0"/>
          <w:i w:val="0"/>
          <w:sz w:val="21"/>
        </w:rPr>
        <w:t>（A）6　　（B）8　　（C）10　　（D）11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Elmer the emu takes 44 equal strides to walk between consecutive telephone poles on a rural road. Oscar the ostrich can cover the same distance in 12 equal leaps. The telephone poles are evenly spaced, and the 41st pole along this road is exactly one mile (5280 feet) from the first pole. How much longer, in feet, is Oscar’s leap than Elmer’s stride?</w:t>
      </w:r>
    </w:p>
    <w:p>
      <w:pPr>
        <w:spacing w:before="0" w:after="160" w:line="300" w:lineRule="auto"/>
      </w:pPr>
      <w:r>
        <w:rPr>
          <w:rFonts w:ascii="Times New Roman" w:hAnsi="Times New Roman" w:eastAsia="宋体"/>
          <w:b w:val="0"/>
          <w:i w:val="0"/>
          <w:color w:val="333333"/>
          <w:sz w:val="19"/>
        </w:rPr>
        <w:t>(A) 6　　(B) 8　　(C) 10　　(D) 11　　(E) 15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如下图所示，点 E 位于直线 CD 所确定的、与点 A 相反的半平面内，且 ∠ CDE = 110°。点 F 在 AD 上，使得 DE = DF，并且 ABCD 是正方形。∠ AFE 的度数是多少？</w:t>
      </w:r>
    </w:p>
    <w:p>
      <w:pPr>
        <w:spacing w:before="80" w:after="80"/>
        <w:jc w:val="center"/>
      </w:pPr>
      <w:r>
        <w:drawing>
          <wp:inline xmlns:a="http://schemas.openxmlformats.org/drawingml/2006/main" xmlns:pic="http://schemas.openxmlformats.org/drawingml/2006/picture">
            <wp:extent cx="1866417" cy="1554655"/>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866417" cy="1554655"/>
                    </a:xfrm>
                    <a:prstGeom prst="rect"/>
                  </pic:spPr>
                </pic:pic>
              </a:graphicData>
            </a:graphic>
          </wp:inline>
        </w:drawing>
      </w:r>
    </w:p>
    <w:p>
      <w:pPr>
        <w:spacing w:before="0" w:after="120" w:line="300" w:lineRule="auto"/>
      </w:pPr>
      <w:r>
        <w:rPr>
          <w:rFonts w:ascii="Times New Roman" w:hAnsi="Times New Roman" w:eastAsia="宋体"/>
          <w:b w:val="0"/>
          <w:i w:val="0"/>
          <w:sz w:val="21"/>
        </w:rPr>
        <w:t>（A）160　　（B）164　　（C）166　　（D）170　　（E）174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in the figure below, point E lies on the opposite half-plane determined by line CD from point A so that ∠ CDE = 110°. Point F lies on AD so that DE = DF, and ABCD is a square. What is the degree measure of ∠ AFE?</w:t>
      </w:r>
    </w:p>
    <w:p>
      <w:pPr>
        <w:spacing w:before="80" w:after="80"/>
        <w:jc w:val="center"/>
      </w:pPr>
      <w:r>
        <w:drawing>
          <wp:inline xmlns:a="http://schemas.openxmlformats.org/drawingml/2006/main" xmlns:pic="http://schemas.openxmlformats.org/drawingml/2006/picture">
            <wp:extent cx="1866417" cy="1554655"/>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866417" cy="15546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160　　(B) 164　　(C) 166　　(D) 170　　(E) 174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一所学校有 100 名学生和 5 名老师。第一节课中，每名学生上一门课，每名老师教一门课。五门课的人数分别为 50，20，20，5，和 5。随机选一名老师，记录其班级的学生人数，所得数值的平均值记为 t。随机选一名学生，记录其所在班级的学生人数（包括这名学生本人），所得数值的平均值记为 s。t - s 是多少？</w:t>
      </w:r>
    </w:p>
    <w:p>
      <w:pPr>
        <w:spacing w:before="0" w:after="120" w:line="300" w:lineRule="auto"/>
      </w:pPr>
      <w:r>
        <w:rPr>
          <w:rFonts w:ascii="Times New Roman" w:hAnsi="Times New Roman" w:eastAsia="宋体"/>
          <w:b w:val="0"/>
          <w:i w:val="0"/>
          <w:sz w:val="21"/>
        </w:rPr>
        <w:t>（A）-18.5　　（B）-13.5　　（C）0　　（D）13.5　　（E）18.5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school has 100 students and 5 teachers. In the first period, each student is taking one class, and each teacher is teaching one class. The enrollments in the classes are 50, 20, 20, 5, and 5. Let t be the average value obtained if a teacher is picked at random and the number of students in their class is noted. Let s be the average value obtained if a student was picked at random and the number of students in their class, including the student, is noted. What is t - s?</w:t>
      </w:r>
    </w:p>
    <w:p>
      <w:pPr>
        <w:spacing w:before="0" w:after="160" w:line="300" w:lineRule="auto"/>
      </w:pPr>
      <w:r>
        <w:rPr>
          <w:rFonts w:ascii="Times New Roman" w:hAnsi="Times New Roman" w:eastAsia="宋体"/>
          <w:b w:val="0"/>
          <w:i w:val="0"/>
          <w:color w:val="333333"/>
          <w:sz w:val="19"/>
        </w:rPr>
        <w:t>(A) -18.5　　(B) -13.5　　(C) 0　　(D) 13.5　　(E) 18.5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令 M 为从 10 到 30（含端点）所有整数的最小公倍数。令 N 为 M，32，33，34，35，36，37，38，39 和 40 的最小公倍数。N/M 的值是多少？</w:t>
      </w:r>
    </w:p>
    <w:p>
      <w:pPr>
        <w:spacing w:before="0" w:after="120" w:line="300" w:lineRule="auto"/>
      </w:pPr>
      <w:r>
        <w:rPr>
          <w:rFonts w:ascii="Times New Roman" w:hAnsi="Times New Roman" w:eastAsia="宋体"/>
          <w:b w:val="0"/>
          <w:i w:val="0"/>
          <w:sz w:val="21"/>
        </w:rPr>
        <w:t>（A）1　　（B）2　　（C）37　　（D）74　　（E）2886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least common multiple of all the integers 10 through 30, inclusive. Let N be the least common multiple of M, 32, 33, 34, 35, 36, 37, 38, 39, and 40. What is the value of N/M?</w:t>
      </w:r>
    </w:p>
    <w:p>
      <w:pPr>
        <w:spacing w:before="0" w:after="160" w:line="300" w:lineRule="auto"/>
      </w:pPr>
      <w:r>
        <w:rPr>
          <w:rFonts w:ascii="Times New Roman" w:hAnsi="Times New Roman" w:eastAsia="宋体"/>
          <w:b w:val="0"/>
          <w:i w:val="0"/>
          <w:color w:val="333333"/>
          <w:sz w:val="19"/>
        </w:rPr>
        <w:t>(A) 1　　(B) 2　　(C) 37　　(D) 74　　(E) 2886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一个长方体的表面积和体积在数值上相等，它的边长为 log₂ x，log₃ x，和 log₄ x。x 是多少？</w:t>
      </w:r>
    </w:p>
    <w:p>
      <w:pPr>
        <w:spacing w:before="0" w:after="120" w:line="300" w:lineRule="auto"/>
      </w:pPr>
      <w:r>
        <w:rPr>
          <w:rFonts w:ascii="Times New Roman" w:hAnsi="Times New Roman" w:eastAsia="宋体"/>
          <w:b w:val="0"/>
          <w:i w:val="0"/>
          <w:sz w:val="21"/>
        </w:rPr>
        <w:t>（A）2√(6)　　（B）6√(6)　　（C）24　　（D）48　　（E）576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rectangular prism whose surface area and volume are numerically equal has edge lengths log₂ x, log₃ x, and log₄ x. What is x?</w:t>
      </w:r>
    </w:p>
    <w:p>
      <w:pPr>
        <w:spacing w:before="0" w:after="160" w:line="300" w:lineRule="auto"/>
      </w:pPr>
      <w:r>
        <w:rPr>
          <w:rFonts w:ascii="Times New Roman" w:hAnsi="Times New Roman" w:eastAsia="宋体"/>
          <w:b w:val="0"/>
          <w:i w:val="0"/>
          <w:color w:val="333333"/>
          <w:sz w:val="19"/>
        </w:rPr>
        <w:t>(A) 2√(6)　　(B) 6√(6)　　(C) 24　　(D) 48　　(E) 576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数 N 以九为底的表示为 27,006,000,052₉。N 除以 5 的余数是多少？</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base-nine representation of the number N is 27,006,000,052₉. What is the remainder when N is divided by 5?</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考虑两个同心圆，半径分别为 17 和 19。较大的圆有一条弦，其中一半位于较小圆内。这条较大圆中的弦长是多少？</w:t>
      </w:r>
    </w:p>
    <w:p>
      <w:pPr>
        <w:spacing w:before="0" w:after="120" w:line="300" w:lineRule="auto"/>
      </w:pPr>
      <w:r>
        <w:rPr>
          <w:rFonts w:ascii="Times New Roman" w:hAnsi="Times New Roman" w:eastAsia="宋体"/>
          <w:b w:val="0"/>
          <w:i w:val="0"/>
          <w:sz w:val="21"/>
        </w:rPr>
        <w:t>（A）12√(2)　　（B）10√(3)　　（C）√(17 · 19)　　（D）18　　（E）8√(6)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two concentric circles of radius 17 and 19. The larger circle has a chord, half of which lies inside the smaller circle. What is the length of the chord in the larger circle?</w:t>
      </w:r>
    </w:p>
    <w:p>
      <w:pPr>
        <w:spacing w:before="0" w:after="160" w:line="300" w:lineRule="auto"/>
      </w:pPr>
      <w:r>
        <w:rPr>
          <w:rFonts w:ascii="Times New Roman" w:hAnsi="Times New Roman" w:eastAsia="宋体"/>
          <w:b w:val="0"/>
          <w:i w:val="0"/>
          <w:color w:val="333333"/>
          <w:sz w:val="19"/>
        </w:rPr>
        <w:t>(A) 12√(2)　　(B) 10√(3)　　(C) √(17 · 19)　　(D) 18　　(E) 8√(6)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下式的展开式共有 1001 项，其中系数为有理数的项有多少个？</w:t>
      </w:r>
    </w:p>
    <w:p>
      <w:pPr>
        <w:spacing w:before="0" w:after="80" w:line="300" w:lineRule="auto"/>
        <w:jc w:val="left"/>
      </w:pPr>
      <w:r>
        <w:rPr>
          <w:rFonts w:ascii="Times New Roman" w:hAnsi="Times New Roman" w:eastAsia="宋体"/>
          <w:b w:val="0"/>
          <w:i w:val="0"/>
          <w:sz w:val="21"/>
        </w:rPr>
        <w:t>(x³√(2) + y√(3))¹⁰⁰⁰？</w:t>
      </w:r>
    </w:p>
    <w:p>
      <w:pPr>
        <w:spacing w:before="0" w:after="120" w:line="300" w:lineRule="auto"/>
      </w:pPr>
      <w:r>
        <w:rPr>
          <w:rFonts w:ascii="Times New Roman" w:hAnsi="Times New Roman" w:eastAsia="宋体"/>
          <w:b w:val="0"/>
          <w:i w:val="0"/>
          <w:sz w:val="21"/>
        </w:rPr>
        <w:t>（A）0　　（B）166　　（C）167　　（D）500　　（E）501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number of terms with rational coefficients among the 1001 terms in the expansion of</w:t>
      </w:r>
    </w:p>
    <w:p>
      <w:pPr>
        <w:spacing w:before="0" w:after="80" w:line="300" w:lineRule="auto"/>
        <w:jc w:val="left"/>
      </w:pPr>
      <w:r>
        <w:rPr>
          <w:rFonts w:ascii="Times New Roman" w:hAnsi="Times New Roman" w:eastAsia="宋体"/>
          <w:b w:val="0"/>
          <w:i w:val="0"/>
          <w:color w:val="333333"/>
          <w:sz w:val="19"/>
        </w:rPr>
        <w:t>(x³√(2) + y√(3))¹⁰⁰⁰?</w:t>
      </w:r>
    </w:p>
    <w:p>
      <w:pPr>
        <w:spacing w:before="0" w:after="160" w:line="300" w:lineRule="auto"/>
      </w:pPr>
      <w:r>
        <w:rPr>
          <w:rFonts w:ascii="Times New Roman" w:hAnsi="Times New Roman" w:eastAsia="宋体"/>
          <w:b w:val="0"/>
          <w:i w:val="0"/>
          <w:color w:val="333333"/>
          <w:sz w:val="19"/>
        </w:rPr>
        <w:t>(A) 0　　(B) 166　　(C) 167　　(D) 500　　(E) 501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直线 y = x 与 y = 3x 的图像在原点形成的锐角的角平分线方程为 y = kx。k 是多少？</w:t>
      </w:r>
    </w:p>
    <w:p>
      <w:pPr>
        <w:spacing w:before="0" w:after="120" w:line="300" w:lineRule="auto"/>
      </w:pPr>
      <w:r>
        <w:rPr>
          <w:rFonts w:ascii="Times New Roman" w:hAnsi="Times New Roman" w:eastAsia="宋体"/>
          <w:b w:val="0"/>
          <w:i w:val="0"/>
          <w:sz w:val="21"/>
        </w:rPr>
        <w:t>（A）(1 + √(5))/2　　（B）(1 + √(7))/2　　（C）(2 + √(3))/2　　（D）2　　（E）(2 + √(5))/2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 bisector of the acute angle formed at the origin by the graphs of the lines y = x and y = 3x has equation y = kx. What is k?</w:t>
      </w:r>
    </w:p>
    <w:p>
      <w:pPr>
        <w:spacing w:before="0" w:after="160" w:line="300" w:lineRule="auto"/>
      </w:pPr>
      <w:r>
        <w:rPr>
          <w:rFonts w:ascii="Times New Roman" w:hAnsi="Times New Roman" w:eastAsia="宋体"/>
          <w:b w:val="0"/>
          <w:i w:val="0"/>
          <w:color w:val="333333"/>
          <w:sz w:val="19"/>
        </w:rPr>
        <w:t>(A) (1 + √(5))/2　　(B) (1 + √(7))/2　　(C) (2 + √(3))/2　　(D) 2　　(E) (2 + √(5))/2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如图，等边六边形 ABCDEF 有三个互不相邻的锐内角，每个都是 30°。该六边形围成的面积为 6√(3)。这个六边形的周长是多少？</w:t>
      </w:r>
    </w:p>
    <w:p>
      <w:pPr>
        <w:spacing w:before="80" w:after="80"/>
        <w:jc w:val="center"/>
      </w:pPr>
      <w:r>
        <w:drawing>
          <wp:inline xmlns:a="http://schemas.openxmlformats.org/drawingml/2006/main" xmlns:pic="http://schemas.openxmlformats.org/drawingml/2006/picture">
            <wp:extent cx="2319234" cy="1928891"/>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2319234" cy="1928891"/>
                    </a:xfrm>
                    <a:prstGeom prst="rect"/>
                  </pic:spPr>
                </pic:pic>
              </a:graphicData>
            </a:graphic>
          </wp:inline>
        </w:drawing>
      </w:r>
    </w:p>
    <w:p>
      <w:pPr>
        <w:spacing w:before="0" w:after="120" w:line="300" w:lineRule="auto"/>
      </w:pPr>
      <w:r>
        <w:rPr>
          <w:rFonts w:ascii="Times New Roman" w:hAnsi="Times New Roman" w:eastAsia="宋体"/>
          <w:b w:val="0"/>
          <w:i w:val="0"/>
          <w:sz w:val="21"/>
        </w:rPr>
        <w:t>（A）4　　（B）4√(3)　　（C）12　　（D）18　　（E）12√(3)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equilateral hexagon ABCDEF has three nonadjacent acute interior angles that each measure 30°. The enclosed area of the hexagon is 6√(3). What is the perimeter of the hexagon?</w:t>
      </w:r>
    </w:p>
    <w:p>
      <w:pPr>
        <w:spacing w:before="80" w:after="80"/>
        <w:jc w:val="center"/>
      </w:pPr>
      <w:r>
        <w:drawing>
          <wp:inline xmlns:a="http://schemas.openxmlformats.org/drawingml/2006/main" xmlns:pic="http://schemas.openxmlformats.org/drawingml/2006/picture">
            <wp:extent cx="2319234" cy="1928891"/>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2319234" cy="19288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4√(3)　　(C) 12　　(D) 18　　(E) 12√(3)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回忆：复数 w = a + bi（其中 a 和 b 为实数，i = √(-1)）的共轭是复数 w = a - bi。对任意复数 z，令 f(z) = 4iz。多项式</w:t>
      </w:r>
    </w:p>
    <w:p>
      <w:pPr>
        <w:spacing w:before="0" w:after="80" w:line="300" w:lineRule="auto"/>
        <w:jc w:val="left"/>
      </w:pPr>
      <w:r>
        <w:rPr>
          <w:rFonts w:ascii="Times New Roman" w:hAnsi="Times New Roman" w:eastAsia="宋体"/>
          <w:b w:val="0"/>
          <w:i w:val="0"/>
          <w:sz w:val="21"/>
        </w:rPr>
        <w:t>P(z) = z⁴ + 4z³ + 3z² + 2z + 1</w:t>
      </w:r>
    </w:p>
    <w:p>
      <w:pPr>
        <w:spacing w:before="0" w:after="80" w:line="300" w:lineRule="auto"/>
        <w:jc w:val="left"/>
      </w:pPr>
      <w:r>
        <w:rPr>
          <w:rFonts w:ascii="Times New Roman" w:hAnsi="Times New Roman" w:eastAsia="宋体"/>
          <w:b w:val="0"/>
          <w:i w:val="0"/>
          <w:sz w:val="21"/>
        </w:rPr>
        <w:t>有四个复根：z₁、z₂、z₃ 和 z₄。设</w:t>
      </w:r>
    </w:p>
    <w:p>
      <w:pPr>
        <w:spacing w:before="0" w:after="80" w:line="300" w:lineRule="auto"/>
        <w:jc w:val="left"/>
      </w:pPr>
      <w:r>
        <w:rPr>
          <w:rFonts w:ascii="Times New Roman" w:hAnsi="Times New Roman" w:eastAsia="宋体"/>
          <w:b w:val="0"/>
          <w:i w:val="0"/>
          <w:sz w:val="21"/>
        </w:rPr>
        <w:t>Q(z) = z⁴ + Az³ + Bz²</w:t>
      </w:r>
    </w:p>
    <w:p>
      <w:pPr>
        <w:spacing w:before="0" w:after="80" w:line="300" w:lineRule="auto"/>
        <w:jc w:val="left"/>
      </w:pPr>
      <w:r>
        <w:rPr>
          <w:rFonts w:ascii="Times New Roman" w:hAnsi="Times New Roman" w:eastAsia="宋体"/>
          <w:b w:val="0"/>
          <w:i w:val="0"/>
          <w:sz w:val="21"/>
        </w:rPr>
        <w:t>+ Cz + D</w:t>
      </w:r>
    </w:p>
    <w:p>
      <w:pPr>
        <w:spacing w:before="0" w:after="80" w:line="300" w:lineRule="auto"/>
        <w:jc w:val="left"/>
      </w:pPr>
      <w:r>
        <w:rPr>
          <w:rFonts w:ascii="Times New Roman" w:hAnsi="Times New Roman" w:eastAsia="宋体"/>
          <w:b w:val="0"/>
          <w:i w:val="0"/>
          <w:sz w:val="21"/>
        </w:rPr>
        <w:t>是以 f(z₁)、f(z₂)、f(z₃) 和 f(z₄) 为根的多项式，其中系数 A、B、C 和 D 都是复数。B + D 是多少？</w:t>
      </w:r>
    </w:p>
    <w:p>
      <w:pPr>
        <w:spacing w:before="0" w:after="120" w:line="300" w:lineRule="auto"/>
      </w:pPr>
      <w:r>
        <w:rPr>
          <w:rFonts w:ascii="Times New Roman" w:hAnsi="Times New Roman" w:eastAsia="宋体"/>
          <w:b w:val="0"/>
          <w:i w:val="0"/>
          <w:sz w:val="21"/>
        </w:rPr>
        <w:t>（A）-304　　（B）-208　　（C）12i　　（D）208　　（E）304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the conjugate of the complex number w = a + bi, where a and b are real numbers and i = √(-1), is the complex number w = a - bi. For any complex number z, let f(z) = 4iz. The polynomial</w:t>
      </w:r>
    </w:p>
    <w:p>
      <w:pPr>
        <w:spacing w:before="0" w:after="80" w:line="300" w:lineRule="auto"/>
        <w:jc w:val="left"/>
      </w:pPr>
      <w:r>
        <w:rPr>
          <w:rFonts w:ascii="Times New Roman" w:hAnsi="Times New Roman" w:eastAsia="宋体"/>
          <w:b w:val="0"/>
          <w:i w:val="0"/>
          <w:color w:val="333333"/>
          <w:sz w:val="19"/>
        </w:rPr>
        <w:t>P(z) = z⁴ + 4z³ + 3z² + 2z + 1</w:t>
      </w:r>
    </w:p>
    <w:p>
      <w:pPr>
        <w:spacing w:before="0" w:after="80" w:line="300" w:lineRule="auto"/>
        <w:jc w:val="left"/>
      </w:pPr>
      <w:r>
        <w:rPr>
          <w:rFonts w:ascii="Times New Roman" w:hAnsi="Times New Roman" w:eastAsia="宋体"/>
          <w:b w:val="0"/>
          <w:i w:val="0"/>
          <w:color w:val="333333"/>
          <w:sz w:val="19"/>
        </w:rPr>
        <w:t>has four complex roots: z₁, z₂, z₃, and z₄. Let</w:t>
      </w:r>
    </w:p>
    <w:p>
      <w:pPr>
        <w:spacing w:before="0" w:after="80" w:line="300" w:lineRule="auto"/>
        <w:jc w:val="left"/>
      </w:pPr>
      <w:r>
        <w:rPr>
          <w:rFonts w:ascii="Times New Roman" w:hAnsi="Times New Roman" w:eastAsia="宋体"/>
          <w:b w:val="0"/>
          <w:i w:val="0"/>
          <w:color w:val="333333"/>
          <w:sz w:val="19"/>
        </w:rPr>
        <w:t>Q(z) = z⁴ + Az³ + Bz²</w:t>
      </w:r>
    </w:p>
    <w:p>
      <w:pPr>
        <w:spacing w:before="0" w:after="80" w:line="300" w:lineRule="auto"/>
        <w:jc w:val="left"/>
      </w:pPr>
      <w:r>
        <w:rPr>
          <w:rFonts w:ascii="Times New Roman" w:hAnsi="Times New Roman" w:eastAsia="宋体"/>
          <w:b w:val="0"/>
          <w:i w:val="0"/>
          <w:color w:val="333333"/>
          <w:sz w:val="19"/>
        </w:rPr>
        <w:t>+ Cz + D</w:t>
      </w:r>
    </w:p>
    <w:p>
      <w:pPr>
        <w:spacing w:before="0" w:after="80" w:line="300" w:lineRule="auto"/>
        <w:jc w:val="left"/>
      </w:pPr>
      <w:r>
        <w:rPr>
          <w:rFonts w:ascii="Times New Roman" w:hAnsi="Times New Roman" w:eastAsia="宋体"/>
          <w:b w:val="0"/>
          <w:i w:val="0"/>
          <w:color w:val="333333"/>
          <w:sz w:val="19"/>
        </w:rPr>
        <w:t>be the polynomial whose roots are f(z₁), f(z₂), f(z₃), and f(z₄), where the coefficients A, B, C, and D are complex numbers. What is B + D?</w:t>
      </w:r>
    </w:p>
    <w:p>
      <w:pPr>
        <w:spacing w:before="0" w:after="160" w:line="300" w:lineRule="auto"/>
      </w:pPr>
      <w:r>
        <w:rPr>
          <w:rFonts w:ascii="Times New Roman" w:hAnsi="Times New Roman" w:eastAsia="宋体"/>
          <w:b w:val="0"/>
          <w:i w:val="0"/>
          <w:color w:val="333333"/>
          <w:sz w:val="19"/>
        </w:rPr>
        <w:t>(A) -304　　(B) -208　　(C) 12i　　(D) 208　　(E) 304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一个组织有 30 名员工，其中 20 人使用 A 品牌电脑，另外 10 人使用 B 品牌电脑。出于安全原因，电脑只能彼此相连，且只能用电缆连接。电缆只能把一台 A 品牌电脑和一台 B 品牌电脑相连。如果两名员工的电脑直接由电缆相连，或可以通过一系列相连的电脑转发消息，则他们可以相互通信。最初没有任何电脑与其他电脑相连。一名技术员任意选择一台每种品牌的电脑，并在它们之间安装电缆，前提是这对电脑之间还没有电缆。技术员在每名员工都能相互通信时停止。最多可能使用多少根电缆？</w:t>
      </w:r>
    </w:p>
    <w:p>
      <w:pPr>
        <w:spacing w:before="0" w:after="120" w:line="300" w:lineRule="auto"/>
      </w:pPr>
      <w:r>
        <w:rPr>
          <w:rFonts w:ascii="Times New Roman" w:hAnsi="Times New Roman" w:eastAsia="宋体"/>
          <w:b w:val="0"/>
          <w:i w:val="0"/>
          <w:sz w:val="21"/>
        </w:rPr>
        <w:t>（A）190　　（B）191　　（C）192　　（D）195　　（E）196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organization has 30 employees, 20 of whom have a brand A computer while the other 10 have a brand B computer. For security, the computers can only be connected to each other and only by cables. The cables can only connect a brand A computer to a brand B computer. Employees can communicate with each other if their computers are directly connected by a cable or by relaying messages through a series of connected computers. Initially, no computer is connected to any other. A technician arbitrarily selects one computer of each brand and installs a cable between them, provided there is not already a cable between that pair. The technician stops once every employee can communicate with each other. What is the maximum possible number of cables used?</w:t>
      </w:r>
    </w:p>
    <w:p>
      <w:pPr>
        <w:spacing w:before="0" w:after="160" w:line="300" w:lineRule="auto"/>
      </w:pPr>
      <w:r>
        <w:rPr>
          <w:rFonts w:ascii="Times New Roman" w:hAnsi="Times New Roman" w:eastAsia="宋体"/>
          <w:b w:val="0"/>
          <w:i w:val="0"/>
          <w:color w:val="333333"/>
          <w:sz w:val="19"/>
        </w:rPr>
        <w:t>(A) 190　　(B) 191　　(C) 192　　(D) 195　　(E) 196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有多少个正整数有序对 (b, c)，使得 x² + bx + c = 0 和 x² + cx + b = 0 都没有两个不同的实数解？</w:t>
      </w:r>
    </w:p>
    <w:p>
      <w:pPr>
        <w:spacing w:before="0" w:after="120" w:line="300" w:lineRule="auto"/>
      </w:pPr>
      <w:r>
        <w:rPr>
          <w:rFonts w:ascii="Times New Roman" w:hAnsi="Times New Roman" w:eastAsia="宋体"/>
          <w:b w:val="0"/>
          <w:i w:val="0"/>
          <w:sz w:val="21"/>
        </w:rPr>
        <w:t>（A）4　　（B）6　　（C）8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ordered pairs (b, c) of positive integers does neither x² + bx + c = 0 nor x² + cx + b = 0 have two distinct real solutions?</w:t>
      </w:r>
    </w:p>
    <w:p>
      <w:pPr>
        <w:spacing w:before="0" w:after="160" w:line="300" w:lineRule="auto"/>
      </w:pPr>
      <w:r>
        <w:rPr>
          <w:rFonts w:ascii="Times New Roman" w:hAnsi="Times New Roman" w:eastAsia="宋体"/>
          <w:b w:val="0"/>
          <w:i w:val="0"/>
          <w:color w:val="333333"/>
          <w:sz w:val="19"/>
        </w:rPr>
        <w:t>(A) 4　　(B) 6　　(C) 8　　(D) 12　　(E) 16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将 20 个球各自独立随机地投入 5 个箱子之一。设 p 为某个箱子最终有 3 个球、另一个箱子有 5 个球、其余三个箱子各有 4 个球的概率。设 q 为每个箱子最终都有 4 个球的概率。p/q 是多少？</w:t>
      </w:r>
    </w:p>
    <w:p>
      <w:pPr>
        <w:spacing w:before="0" w:after="120" w:line="300" w:lineRule="auto"/>
      </w:pPr>
      <w:r>
        <w:rPr>
          <w:rFonts w:ascii="Times New Roman" w:hAnsi="Times New Roman" w:eastAsia="宋体"/>
          <w:b w:val="0"/>
          <w:i w:val="0"/>
          <w:sz w:val="21"/>
        </w:rPr>
        <w:t>（A）1　　（B）4　　（C）8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20 balls is tossed independently and at random into one of 5 bins. Let p be the probability that some bin ends up with 3 balls, another with 5 balls, and the other three with 4 balls each. Let q be the probability that every bin ends up with 4 balls. What is p/q?</w:t>
      </w:r>
    </w:p>
    <w:p>
      <w:pPr>
        <w:spacing w:before="0" w:after="160" w:line="300" w:lineRule="auto"/>
      </w:pPr>
      <w:r>
        <w:rPr>
          <w:rFonts w:ascii="Times New Roman" w:hAnsi="Times New Roman" w:eastAsia="宋体"/>
          <w:b w:val="0"/>
          <w:i w:val="0"/>
          <w:color w:val="333333"/>
          <w:sz w:val="19"/>
        </w:rPr>
        <w:t>(A) 1　　(B) 4　　(C) 8　　(D) 12　　(E) 16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令 x 为大于 1 的最小实数，使得 sin(x) = sin(x²)，其中角度单位为度。将 x 向上取整到最接近的整数是多少？</w:t>
      </w:r>
    </w:p>
    <w:p>
      <w:pPr>
        <w:spacing w:before="0" w:after="120" w:line="300" w:lineRule="auto"/>
      </w:pPr>
      <w:r>
        <w:rPr>
          <w:rFonts w:ascii="Times New Roman" w:hAnsi="Times New Roman" w:eastAsia="宋体"/>
          <w:b w:val="0"/>
          <w:i w:val="0"/>
          <w:sz w:val="21"/>
        </w:rPr>
        <w:t>（A）10　　（B）13　　（C）14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least real number greater than 1 such that sin(x) = sin(x²), where the arguments are in degrees. What is x rounded up to the closest integer?</w:t>
      </w:r>
    </w:p>
    <w:p>
      <w:pPr>
        <w:spacing w:before="0" w:after="160" w:line="300" w:lineRule="auto"/>
      </w:pPr>
      <w:r>
        <w:rPr>
          <w:rFonts w:ascii="Times New Roman" w:hAnsi="Times New Roman" w:eastAsia="宋体"/>
          <w:b w:val="0"/>
          <w:i w:val="0"/>
          <w:color w:val="333333"/>
          <w:sz w:val="19"/>
        </w:rPr>
        <w:t>(A) 10　　(B) 13　　(C) 14　　(D) 19　　(E) 20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对每个正整数 n，令 f₁(n) 为 n 的正整数因数个数的两倍；对 j ≥ 2，令 fⱼ(n) = f₁(fⱼ₋₁(n))。有多少个 n ≤ 50 满足 f₅₀(n) = 12？</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let f₁(n) be twice the number of positive integer divisors of n, and for j ≥ 2, let fⱼ(n) = f₁(fⱼ₋₁(n)). For how many values of n ≤ 50 is f₅₀(n) = 12?</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ABCD 是等腰梯形，满足 BC ∥ AD 且 AB = CD。点 X 和 Y 在对角线 AC 上，且 X 在 A 和 Y 之间，如图所示。已知 ∠ AXD = ∠ BYC = 90°、AX = 3、XY = 1，且 YC = 2。ABCD 的面积是多少？</w:t>
      </w:r>
    </w:p>
    <w:p>
      <w:pPr>
        <w:spacing w:before="80" w:after="80"/>
        <w:jc w:val="center"/>
      </w:pPr>
      <w:r>
        <w:drawing>
          <wp:inline xmlns:a="http://schemas.openxmlformats.org/drawingml/2006/main" xmlns:pic="http://schemas.openxmlformats.org/drawingml/2006/picture">
            <wp:extent cx="2308424" cy="2259673"/>
            <wp:docPr id="5" name="Picture 5"/>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2308424" cy="2259673"/>
                    </a:xfrm>
                    <a:prstGeom prst="rect"/>
                  </pic:spPr>
                </pic:pic>
              </a:graphicData>
            </a:graphic>
          </wp:inline>
        </w:drawing>
      </w:r>
    </w:p>
    <w:p>
      <w:pPr>
        <w:spacing w:before="0" w:after="120" w:line="300" w:lineRule="auto"/>
      </w:pPr>
      <w:r>
        <w:rPr>
          <w:rFonts w:ascii="Times New Roman" w:hAnsi="Times New Roman" w:eastAsia="宋体"/>
          <w:b w:val="0"/>
          <w:i w:val="0"/>
          <w:sz w:val="21"/>
        </w:rPr>
        <w:t>（A）15　　（B）5√(11)　　（C）3√(35)　　（D）18　　（E）7√(7)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an isosceles trapezoid with BC ∥ AD and AB = CD. Points X and Y lie on diagonal AC with X between A and Y, as shown in the figure. Suppose ∠ AXD = ∠ BYC = 90°, AX = 3, XY = 1, and YC = 2. What is the area of ABCD?</w:t>
      </w:r>
    </w:p>
    <w:p>
      <w:pPr>
        <w:spacing w:before="80" w:after="80"/>
        <w:jc w:val="center"/>
      </w:pPr>
      <w:r>
        <w:drawing>
          <wp:inline xmlns:a="http://schemas.openxmlformats.org/drawingml/2006/main" xmlns:pic="http://schemas.openxmlformats.org/drawingml/2006/picture">
            <wp:extent cx="2308424" cy="2259673"/>
            <wp:docPr id="6" name="Picture 6"/>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2308424" cy="225967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5√(11)　　(C) 3√(35)　　(D) 18　　(E) 7√(7)</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Azar 和 Carl 玩井字棋。Azar 先在一个 3 乘 3 方格阵列中的某个格子放一个 X，然后 Carl 在剩余格子之一放一个 O。之后 Azar 在剩余格子之一放一个 X，依此类推，直到所有 9 个格子都被填满，或者某一位玩家有 3 个自己的符号横向、纵向或对角线连成一行；此时游戏立即停止，该玩家获胜。假设玩家随机落子，而不是试图遵循理性策略，并且 Carl 在放下第三个 O 时赢得游戏。游戏结束后棋盘可能有多少种样子？</w:t>
      </w:r>
    </w:p>
    <w:p>
      <w:pPr>
        <w:spacing w:before="0" w:after="120" w:line="300" w:lineRule="auto"/>
      </w:pPr>
      <w:r>
        <w:rPr>
          <w:rFonts w:ascii="Times New Roman" w:hAnsi="Times New Roman" w:eastAsia="宋体"/>
          <w:b w:val="0"/>
          <w:i w:val="0"/>
          <w:sz w:val="21"/>
        </w:rPr>
        <w:t>（A）36　　（B）112　　（C）120　　（D）148　　（E）160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Azar and Carl play a game of tic-tac-toe. Azar places an X in one of the boxes in a 3-by-3 array of boxes, then Carl places an O in one of the remaining boxes. After that, Azar places an X in one of the remaining boxes, and so on until all 9 boxes are filled or one of the players has 3 of their symbols in a row — horizontal, vertical, or diagonal — whichever comes first, in which case that player wins the game. Suppose the players make their moves at random, rather than trying to follow a rational strategy, and that Carl wins the game when he places his third O. How many ways can the board look after the game is over?</w:t>
      </w:r>
    </w:p>
    <w:p>
      <w:pPr>
        <w:spacing w:before="0" w:after="160" w:line="300" w:lineRule="auto"/>
      </w:pPr>
      <w:r>
        <w:rPr>
          <w:rFonts w:ascii="Times New Roman" w:hAnsi="Times New Roman" w:eastAsia="宋体"/>
          <w:b w:val="0"/>
          <w:i w:val="0"/>
          <w:color w:val="333333"/>
          <w:sz w:val="19"/>
        </w:rPr>
        <w:t>(A) 36　　(B) 112　　(C) 120　　(D) 148　　(E) 160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首项系数为 1、且系数为实数的二次多项式称为“无礼”的，如果方程 p(p(x)) = 0 恰好有三个实数解。在所有无礼二次多项式中，有唯一一个多项式 tildep(x)，使得其根的和最大。tildep(1) 是多少？</w:t>
      </w:r>
    </w:p>
    <w:p>
      <w:pPr>
        <w:spacing w:before="0" w:after="120" w:line="300" w:lineRule="auto"/>
      </w:pPr>
      <w:r>
        <w:rPr>
          <w:rFonts w:ascii="Times New Roman" w:hAnsi="Times New Roman" w:eastAsia="宋体"/>
          <w:b w:val="0"/>
          <w:i w:val="0"/>
          <w:sz w:val="21"/>
        </w:rPr>
        <w:t>（A）5/16　　（B）1/2　　（C）5/8　　（D）1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quadratic polynomial with real coefficients and leading coefficient 1 is called</w:t>
      </w:r>
      <w:r>
        <w:rPr>
          <w:rFonts w:ascii="Times New Roman" w:hAnsi="Times New Roman" w:eastAsia="宋体"/>
          <w:b w:val="0"/>
          <w:i/>
          <w:color w:val="333333"/>
          <w:sz w:val="19"/>
        </w:rPr>
        <w:t>disrespectful</w:t>
      </w:r>
      <w:r>
        <w:rPr>
          <w:rFonts w:ascii="Times New Roman" w:hAnsi="Times New Roman" w:eastAsia="宋体"/>
          <w:b w:val="0"/>
          <w:i w:val="0"/>
          <w:color w:val="333333"/>
          <w:sz w:val="19"/>
        </w:rPr>
        <w:t>if the equation p(p(x)) = 0 is satisfied by exactly three real numbers. Among all the disrespectful quadratic polynomials, there is a unique such polynomial tildep(x) for which the sum of the roots is maximized. What is tildep(1)?</w:t>
      </w:r>
    </w:p>
    <w:p>
      <w:pPr>
        <w:spacing w:before="0" w:after="160" w:line="300" w:lineRule="auto"/>
      </w:pPr>
      <w:r>
        <w:rPr>
          <w:rFonts w:ascii="Times New Roman" w:hAnsi="Times New Roman" w:eastAsia="宋体"/>
          <w:b w:val="0"/>
          <w:i w:val="0"/>
          <w:color w:val="333333"/>
          <w:sz w:val="19"/>
        </w:rPr>
        <w:t>(A) 5/16　　(B) 1/2　　(C) 5/8　　(D) 1　　(E) 9/8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凸四边形 ABCD 满足 AB = 18、∠ A = 60°，且 AB ∥ CD。四条边的长度按某种顺序构成一个等差数列，并且边 AB 是最大长度的边。另一条边的长度为 a。所有可能的 a 值之和是多少？</w:t>
      </w:r>
    </w:p>
    <w:p>
      <w:pPr>
        <w:spacing w:before="0" w:after="120" w:line="300" w:lineRule="auto"/>
      </w:pPr>
      <w:r>
        <w:rPr>
          <w:rFonts w:ascii="Times New Roman" w:hAnsi="Times New Roman" w:eastAsia="宋体"/>
          <w:b w:val="0"/>
          <w:i w:val="0"/>
          <w:sz w:val="21"/>
        </w:rPr>
        <w:t>（A）24　　（B）42　　（C）60　　（D）66　　（E）84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Convex quadrilateral ABCD has AB = 18, ∠ A = 60°, and AB ∥ CD. In some order, the lengths of the four sides form an arithmetic progression, and side AB is a side of maximum length. The length of another side is a. What is the sum of all possible values of a?</w:t>
      </w:r>
    </w:p>
    <w:p>
      <w:pPr>
        <w:spacing w:before="0" w:after="160" w:line="300" w:lineRule="auto"/>
      </w:pPr>
      <w:r>
        <w:rPr>
          <w:rFonts w:ascii="Times New Roman" w:hAnsi="Times New Roman" w:eastAsia="宋体"/>
          <w:b w:val="0"/>
          <w:i w:val="0"/>
          <w:color w:val="333333"/>
          <w:sz w:val="19"/>
        </w:rPr>
        <w:t>(A) 24　　(B) 42　　(C) 60　　(D) 66　　(E) 84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令 m ≥ 5 为奇整数，并令 D(m) 表示满足下列条件的四元组 (a₁, a₂, a₃, a₄) 的个数：四个分量是互不相同的整数，且对所有 i 都有 1 ≤ aᵢ ≤ m，并且 m 整除 a₁ + a₂ + a₃ + a₄。存在一个多项式</w:t>
      </w:r>
    </w:p>
    <w:p>
      <w:pPr>
        <w:spacing w:before="0" w:after="80" w:line="300" w:lineRule="auto"/>
        <w:jc w:val="left"/>
      </w:pPr>
      <w:r>
        <w:rPr>
          <w:rFonts w:ascii="Times New Roman" w:hAnsi="Times New Roman" w:eastAsia="宋体"/>
          <w:b w:val="0"/>
          <w:i w:val="0"/>
          <w:sz w:val="21"/>
        </w:rPr>
        <w:t>q(x) = c₃x³ + c₂x² + c₁x + c₀</w:t>
      </w:r>
    </w:p>
    <w:p>
      <w:pPr>
        <w:spacing w:before="0" w:after="80" w:line="300" w:lineRule="auto"/>
        <w:jc w:val="left"/>
      </w:pPr>
      <w:r>
        <w:rPr>
          <w:rFonts w:ascii="Times New Roman" w:hAnsi="Times New Roman" w:eastAsia="宋体"/>
          <w:b w:val="0"/>
          <w:i w:val="0"/>
          <w:sz w:val="21"/>
        </w:rPr>
        <w:t>使得对所有奇整数 m ≥ 5 都有 D(m) = q(m)。c₁ 是多少？</w:t>
      </w:r>
    </w:p>
    <w:p>
      <w:pPr>
        <w:spacing w:before="0" w:after="120" w:line="300" w:lineRule="auto"/>
      </w:pPr>
      <w:r>
        <w:rPr>
          <w:rFonts w:ascii="Times New Roman" w:hAnsi="Times New Roman" w:eastAsia="宋体"/>
          <w:b w:val="0"/>
          <w:i w:val="0"/>
          <w:sz w:val="21"/>
        </w:rPr>
        <w:t>（A）-6　　（B）-1　　（C）4　　（D）6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 5 be an odd integer, and let D(m) denote the number of quadruples (a₁, a₂, a₃, a₄) of distinct integers with 1 ≤ aᵢ ≤ m for all i such that m divides a₁ + a₂ + a₃ + a₄. There is a polynomial</w:t>
      </w:r>
    </w:p>
    <w:p>
      <w:pPr>
        <w:spacing w:before="0" w:after="80" w:line="300" w:lineRule="auto"/>
        <w:jc w:val="left"/>
      </w:pPr>
      <w:r>
        <w:rPr>
          <w:rFonts w:ascii="Times New Roman" w:hAnsi="Times New Roman" w:eastAsia="宋体"/>
          <w:b w:val="0"/>
          <w:i w:val="0"/>
          <w:color w:val="333333"/>
          <w:sz w:val="19"/>
        </w:rPr>
        <w:t>q(x) = c₃x³ + c₂x² + c₁x + c₀</w:t>
      </w:r>
    </w:p>
    <w:p>
      <w:pPr>
        <w:spacing w:before="0" w:after="80" w:line="300" w:lineRule="auto"/>
        <w:jc w:val="left"/>
      </w:pPr>
      <w:r>
        <w:rPr>
          <w:rFonts w:ascii="Times New Roman" w:hAnsi="Times New Roman" w:eastAsia="宋体"/>
          <w:b w:val="0"/>
          <w:i w:val="0"/>
          <w:color w:val="333333"/>
          <w:sz w:val="19"/>
        </w:rPr>
        <w:t>such that D(m) = q(m) for all odd integers m ≥ 5. What is c₁?</w:t>
      </w:r>
    </w:p>
    <w:p>
      <w:pPr>
        <w:spacing w:before="0" w:after="160" w:line="300" w:lineRule="auto"/>
      </w:pPr>
      <w:r>
        <w:rPr>
          <w:rFonts w:ascii="Times New Roman" w:hAnsi="Times New Roman" w:eastAsia="宋体"/>
          <w:b w:val="0"/>
          <w:i w:val="0"/>
          <w:color w:val="333333"/>
          <w:sz w:val="19"/>
        </w:rPr>
        <w:t>(A) -6　　(B) -1　　(C) 4　　(D) 6　　(E) 11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B　E　B　D　B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E　C　A　E　D　B　B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D　C　D　A　E　E</w:t>
      </w:r>
    </w:p>
    <w:p>
      <w:pPr>
        <w:spacing w:before="0" w:after="200" w:line="300" w:lineRule="auto"/>
      </w:pPr>
      <w:r>
        <w:rPr>
          <w:rFonts w:ascii="Times New Roman" w:hAnsi="Times New Roman" w:eastAsia="宋体"/>
          <w:b w:val="0"/>
          <w:i w:val="0"/>
          <w:color w:val="666666"/>
          <w:sz w:val="18"/>
        </w:rPr>
        <w:t>答案串：CEBEBDBDEDECAEDBBEBDCDAEE</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因为 2112 - 2021 = 91 = 7 · 13，且 169 = 13²，所以这个分数为 ((7 · 13)²)/13² = 7² = 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2112 - 2021 = 91 = 7 · 13 and 169 = 13², the fraction is ((7 · 13)²)/13² = 7² = 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原卡片是 4 × 6。把一边缩短 1 英寸后面积为 18，必须是 3 × 6 = 18，所以被缩短的是 4 英寸的边。</w:t>
      </w:r>
    </w:p>
    <w:p>
      <w:pPr>
        <w:spacing w:before="0" w:after="80" w:line="300" w:lineRule="auto"/>
        <w:jc w:val="left"/>
      </w:pPr>
      <w:r>
        <w:rPr>
          <w:rFonts w:ascii="Times New Roman" w:hAnsi="Times New Roman" w:eastAsia="宋体"/>
          <w:b w:val="0"/>
          <w:i w:val="0"/>
          <w:sz w:val="21"/>
        </w:rPr>
        <w:t>若改为把另一边缩短 1 英寸，则面积为 4 × 5 = 20 平方英寸。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card is 4 × 6. Shortening a side by 1 inch gives area 18, which requires 3 × 6 = 18, so the reduced side was the 4-inch side.</w:t>
      </w:r>
    </w:p>
    <w:p>
      <w:pPr>
        <w:spacing w:before="0" w:after="80" w:line="300" w:lineRule="auto"/>
        <w:jc w:val="left"/>
      </w:pPr>
      <w:r>
        <w:rPr>
          <w:rFonts w:ascii="Times New Roman" w:hAnsi="Times New Roman" w:eastAsia="宋体"/>
          <w:b w:val="0"/>
          <w:i w:val="0"/>
          <w:color w:val="333333"/>
          <w:sz w:val="19"/>
        </w:rPr>
        <w:t>Shortening the other side by 1 inch instead gives 4 × 5 = 20 square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路线 A 用时 6/30 = 1/5 小时 = 12 分钟。</w:t>
      </w:r>
    </w:p>
    <w:p>
      <w:pPr>
        <w:spacing w:before="0" w:after="80" w:line="300" w:lineRule="auto"/>
        <w:jc w:val="left"/>
      </w:pPr>
      <w:r>
        <w:rPr>
          <w:rFonts w:ascii="Times New Roman" w:hAnsi="Times New Roman" w:eastAsia="宋体"/>
          <w:b w:val="0"/>
          <w:i w:val="0"/>
          <w:sz w:val="21"/>
        </w:rPr>
        <w:t>路线 B 中 4.5 英里按每小时 40 英里行驶，0.5 英里按每小时 20 英里行驶，用时 4.5/40 + 0.5/20 = 0.1125 + 0.025 = 0.1375 小时 = 8.25 分钟。</w:t>
      </w:r>
    </w:p>
    <w:p>
      <w:pPr>
        <w:spacing w:before="0" w:after="80" w:line="300" w:lineRule="auto"/>
        <w:jc w:val="left"/>
      </w:pPr>
      <w:r>
        <w:rPr>
          <w:rFonts w:ascii="Times New Roman" w:hAnsi="Times New Roman" w:eastAsia="宋体"/>
          <w:b w:val="0"/>
          <w:i w:val="0"/>
          <w:sz w:val="21"/>
        </w:rPr>
        <w:t>差值为 12 - 8.25 = 3.75 = 33/4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Route A takes 6/30 = 1/5 hour = 12 minutes.</w:t>
      </w:r>
    </w:p>
    <w:p>
      <w:pPr>
        <w:spacing w:before="0" w:after="80" w:line="300" w:lineRule="auto"/>
        <w:jc w:val="left"/>
      </w:pPr>
      <w:r>
        <w:rPr>
          <w:rFonts w:ascii="Times New Roman" w:hAnsi="Times New Roman" w:eastAsia="宋体"/>
          <w:b w:val="0"/>
          <w:i w:val="0"/>
          <w:color w:val="333333"/>
          <w:sz w:val="19"/>
        </w:rPr>
        <w:t>Route B has 4.5 miles at 40 mph and 0.5 mile at 20 mph, taking 4.5/40 + 0.5/20 = 0.1125 + 0.025 = 0.1375 hour = 8.25 minutes.</w:t>
      </w:r>
    </w:p>
    <w:p>
      <w:pPr>
        <w:spacing w:before="0" w:after="80" w:line="300" w:lineRule="auto"/>
        <w:jc w:val="left"/>
      </w:pPr>
      <w:r>
        <w:rPr>
          <w:rFonts w:ascii="Times New Roman" w:hAnsi="Times New Roman" w:eastAsia="宋体"/>
          <w:b w:val="0"/>
          <w:i w:val="0"/>
          <w:color w:val="333333"/>
          <w:sz w:val="19"/>
        </w:rPr>
        <w:t>The difference is 12 - 8.25 = 3.75 = 33/4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这个数是 202100 + A。任何偶数 A 都会使它为偶数，而 A = 5 时它能被 5 整除，所以 A 必须是奇数且不是 5。</w:t>
      </w:r>
    </w:p>
    <w:p>
      <w:pPr>
        <w:spacing w:before="0" w:after="80" w:line="300" w:lineRule="auto"/>
        <w:jc w:val="left"/>
      </w:pPr>
      <w:r>
        <w:rPr>
          <w:rFonts w:ascii="Times New Roman" w:hAnsi="Times New Roman" w:eastAsia="宋体"/>
          <w:b w:val="0"/>
          <w:i w:val="0"/>
          <w:sz w:val="21"/>
        </w:rPr>
        <w:t>A = 1 时数字和为 6（能被 3 整除）；A = 7 时数字和为 12 （能被 3 整除）；并且 202103 = 11 · 18373。只有 202109 通过这些检验，而它是质数。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is 202100 + A. Any even A makes it even, and A = 5 makes it divisible by 5, so A must be odd and not 5.</w:t>
      </w:r>
    </w:p>
    <w:p>
      <w:pPr>
        <w:spacing w:before="0" w:after="80" w:line="300" w:lineRule="auto"/>
        <w:jc w:val="left"/>
      </w:pPr>
      <w:r>
        <w:rPr>
          <w:rFonts w:ascii="Times New Roman" w:hAnsi="Times New Roman" w:eastAsia="宋体"/>
          <w:b w:val="0"/>
          <w:i w:val="0"/>
          <w:color w:val="333333"/>
          <w:sz w:val="19"/>
        </w:rPr>
        <w:t>For A = 1 the digit sum is 6 (divisible by 3); for A = 7 the digit sum is 12 (divisible by 3); and 202103 = 11 · 18373. Only 202109 survives all tests, and it is prime.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第一根和第 41 根电线杆之间有 40 个间隔，所以每个间隔长 5280/40 = 132 英尺。</w:t>
      </w:r>
    </w:p>
    <w:p>
      <w:pPr>
        <w:spacing w:before="0" w:after="80" w:line="300" w:lineRule="auto"/>
        <w:jc w:val="left"/>
      </w:pPr>
      <w:r>
        <w:rPr>
          <w:rFonts w:ascii="Times New Roman" w:hAnsi="Times New Roman" w:eastAsia="宋体"/>
          <w:b w:val="0"/>
          <w:i w:val="0"/>
          <w:sz w:val="21"/>
        </w:rPr>
        <w:t>Elmer 的步幅为 132/44 = 3 英尺，Oscar 的跃步为 132/12 = 11 英尺，差为 11 - 3 = 8 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40 gaps between the first and 41st poles, so each gap is 5280/40 = 132 feet.</w:t>
      </w:r>
    </w:p>
    <w:p>
      <w:pPr>
        <w:spacing w:before="0" w:after="80" w:line="300" w:lineRule="auto"/>
        <w:jc w:val="left"/>
      </w:pPr>
      <w:r>
        <w:rPr>
          <w:rFonts w:ascii="Times New Roman" w:hAnsi="Times New Roman" w:eastAsia="宋体"/>
          <w:b w:val="0"/>
          <w:i w:val="0"/>
          <w:color w:val="333333"/>
          <w:sz w:val="19"/>
        </w:rPr>
        <w:t>Elmer’s stride is 132/44 = 3 feet and Oscar’s leap is 132/12 = 11 feet, a difference of 11 - 3 = 8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因为 ABCD 是正方形，∠ ADC = 90°。又因为 E 与 A 在直线 CD 的两侧，射线 DE 越过了 DC，所以三角形 DFE 在 D 处的角 （其中 F 在 AD 上）为 ∠ FDE = 360° - (∠ ADC + ∠ CDE) = 360° - (90° + 110°) = 160°。</w:t>
      </w:r>
    </w:p>
    <w:p>
      <w:pPr>
        <w:spacing w:before="0" w:after="80" w:line="300" w:lineRule="auto"/>
        <w:jc w:val="left"/>
      </w:pPr>
      <w:r>
        <w:rPr>
          <w:rFonts w:ascii="Times New Roman" w:hAnsi="Times New Roman" w:eastAsia="宋体"/>
          <w:b w:val="0"/>
          <w:i w:val="0"/>
          <w:sz w:val="21"/>
        </w:rPr>
        <w:t>因为 DF = DE，三角形 DFE 是等腰三角形，其底角 ∠ DFE = (180° - 160°)/2 = 10°。</w:t>
      </w:r>
    </w:p>
    <w:p>
      <w:pPr>
        <w:spacing w:before="0" w:after="80" w:line="300" w:lineRule="auto"/>
        <w:jc w:val="left"/>
      </w:pPr>
      <w:r>
        <w:rPr>
          <w:rFonts w:ascii="Times New Roman" w:hAnsi="Times New Roman" w:eastAsia="宋体"/>
          <w:b w:val="0"/>
          <w:i w:val="0"/>
          <w:sz w:val="21"/>
        </w:rPr>
        <w:t>因为 A、F、D 共线，所以 ∠ AFE = 180° - ∠ DFE = 170°。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ABCD is a square, ∠ ADC = 90°. Since E and A lie on opposite sides of line CD, ray DE is swung past DC, so the angle of triangle DFE at D (with F on AD) is ∠ FDE = 360° - (∠ ADC + ∠ CDE) = 360° - (90° + 110°) = 160°.</w:t>
      </w:r>
    </w:p>
    <w:p>
      <w:pPr>
        <w:spacing w:before="0" w:after="80" w:line="300" w:lineRule="auto"/>
        <w:jc w:val="left"/>
      </w:pPr>
      <w:r>
        <w:rPr>
          <w:rFonts w:ascii="Times New Roman" w:hAnsi="Times New Roman" w:eastAsia="宋体"/>
          <w:b w:val="0"/>
          <w:i w:val="0"/>
          <w:color w:val="333333"/>
          <w:sz w:val="19"/>
        </w:rPr>
        <w:t>Since DF = DE, triangle DFE is isosceles with base angles ∠ DFE = (180° - 160°)/2 = 10°.</w:t>
      </w:r>
    </w:p>
    <w:p>
      <w:pPr>
        <w:spacing w:before="0" w:after="80" w:line="300" w:lineRule="auto"/>
        <w:jc w:val="left"/>
      </w:pPr>
      <w:r>
        <w:rPr>
          <w:rFonts w:ascii="Times New Roman" w:hAnsi="Times New Roman" w:eastAsia="宋体"/>
          <w:b w:val="0"/>
          <w:i w:val="0"/>
          <w:color w:val="333333"/>
          <w:sz w:val="19"/>
        </w:rPr>
        <w:t>As A, F, D are collinear, ∠ AFE = 180° - ∠ DFE = 170°.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老师平均值为 t = (50 + 20 + 20 + 5 + 5)/5 = 100/5 = 20。</w:t>
      </w:r>
    </w:p>
    <w:p>
      <w:pPr>
        <w:spacing w:before="0" w:after="80" w:line="300" w:lineRule="auto"/>
        <w:jc w:val="left"/>
      </w:pPr>
      <w:r>
        <w:rPr>
          <w:rFonts w:ascii="Times New Roman" w:hAnsi="Times New Roman" w:eastAsia="宋体"/>
          <w:b w:val="0"/>
          <w:i w:val="0"/>
          <w:sz w:val="21"/>
        </w:rPr>
        <w:t>学生平均值按每个班级中的学生人数给班级人数加权：</w:t>
      </w:r>
    </w:p>
    <w:p>
      <w:pPr>
        <w:spacing w:before="0" w:after="80" w:line="300" w:lineRule="auto"/>
        <w:jc w:val="left"/>
      </w:pPr>
      <w:r>
        <w:rPr>
          <w:rFonts w:ascii="Times New Roman" w:hAnsi="Times New Roman" w:eastAsia="宋体"/>
          <w:b w:val="0"/>
          <w:i w:val="0"/>
          <w:sz w:val="21"/>
        </w:rPr>
        <w:t>s = small (50² + 20² + 20² + 5² + 5²)/100</w:t>
      </w:r>
    </w:p>
    <w:p>
      <w:pPr>
        <w:spacing w:before="0" w:after="80" w:line="300" w:lineRule="auto"/>
        <w:jc w:val="left"/>
      </w:pPr>
      <w:r>
        <w:rPr>
          <w:rFonts w:ascii="Times New Roman" w:hAnsi="Times New Roman" w:eastAsia="宋体"/>
          <w:b w:val="0"/>
          <w:i w:val="0"/>
          <w:sz w:val="21"/>
        </w:rPr>
        <w:t>= small (2500 + 400 + 400 + 25 + 25)/100</w:t>
      </w:r>
    </w:p>
    <w:p>
      <w:pPr>
        <w:spacing w:before="0" w:after="80" w:line="300" w:lineRule="auto"/>
        <w:jc w:val="left"/>
      </w:pPr>
      <w:r>
        <w:rPr>
          <w:rFonts w:ascii="Times New Roman" w:hAnsi="Times New Roman" w:eastAsia="宋体"/>
          <w:b w:val="0"/>
          <w:i w:val="0"/>
          <w:sz w:val="21"/>
        </w:rPr>
        <w:t>= 33.5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t - s = 20 - 33.5 = -13.5。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teacher average is t = (50 + 20 + 20 + 5 + 5)/5 = 100/5 = 20.</w:t>
      </w:r>
    </w:p>
    <w:p>
      <w:pPr>
        <w:spacing w:before="0" w:after="80" w:line="300" w:lineRule="auto"/>
        <w:jc w:val="left"/>
      </w:pPr>
      <w:r>
        <w:rPr>
          <w:rFonts w:ascii="Times New Roman" w:hAnsi="Times New Roman" w:eastAsia="宋体"/>
          <w:b w:val="0"/>
          <w:i w:val="0"/>
          <w:color w:val="333333"/>
          <w:sz w:val="19"/>
        </w:rPr>
        <w:t>The student average weights each class size by how many students are in it:</w:t>
      </w:r>
    </w:p>
    <w:p>
      <w:pPr>
        <w:spacing w:before="0" w:after="80" w:line="300" w:lineRule="auto"/>
        <w:jc w:val="left"/>
      </w:pPr>
      <w:r>
        <w:rPr>
          <w:rFonts w:ascii="Times New Roman" w:hAnsi="Times New Roman" w:eastAsia="宋体"/>
          <w:b w:val="0"/>
          <w:i w:val="0"/>
          <w:color w:val="333333"/>
          <w:sz w:val="19"/>
        </w:rPr>
        <w:t>s = small (50² + 20² + 20² + 5² + 5²)/100</w:t>
      </w:r>
    </w:p>
    <w:p>
      <w:pPr>
        <w:spacing w:before="0" w:after="80" w:line="300" w:lineRule="auto"/>
        <w:jc w:val="left"/>
      </w:pPr>
      <w:r>
        <w:rPr>
          <w:rFonts w:ascii="Times New Roman" w:hAnsi="Times New Roman" w:eastAsia="宋体"/>
          <w:b w:val="0"/>
          <w:i w:val="0"/>
          <w:color w:val="333333"/>
          <w:sz w:val="19"/>
        </w:rPr>
        <w:t>= small (2500 + 400 + 400 + 25 + 25)/100</w:t>
      </w:r>
    </w:p>
    <w:p>
      <w:pPr>
        <w:spacing w:before="0" w:after="80" w:line="300" w:lineRule="auto"/>
        <w:jc w:val="left"/>
      </w:pPr>
      <w:r>
        <w:rPr>
          <w:rFonts w:ascii="Times New Roman" w:hAnsi="Times New Roman" w:eastAsia="宋体"/>
          <w:b w:val="0"/>
          <w:i w:val="0"/>
          <w:color w:val="333333"/>
          <w:sz w:val="19"/>
        </w:rPr>
        <w:t>= 33.5.</w:t>
      </w:r>
    </w:p>
    <w:p>
      <w:pPr>
        <w:spacing w:before="0" w:after="80" w:line="300" w:lineRule="auto"/>
        <w:jc w:val="left"/>
      </w:pPr>
      <w:r>
        <w:rPr>
          <w:rFonts w:ascii="Times New Roman" w:hAnsi="Times New Roman" w:eastAsia="宋体"/>
          <w:b w:val="0"/>
          <w:i w:val="0"/>
          <w:color w:val="333333"/>
          <w:sz w:val="19"/>
        </w:rPr>
        <w:t>So t - s = 20 - 33.5 = -13.5.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M = lcm(10, …, 30) 含有 2⁴（来自 16），3³（来自 27），5²（来自 25），7，以及直到 29 的每个质数。</w:t>
      </w:r>
    </w:p>
    <w:p>
      <w:pPr>
        <w:spacing w:before="0" w:after="80" w:line="300" w:lineRule="auto"/>
        <w:jc w:val="left"/>
      </w:pPr>
      <w:r>
        <w:rPr>
          <w:rFonts w:ascii="Times New Roman" w:hAnsi="Times New Roman" w:eastAsia="宋体"/>
          <w:b w:val="0"/>
          <w:i w:val="0"/>
          <w:sz w:val="21"/>
        </w:rPr>
        <w:t>在 32, …, 40 中，唯一的新贡献是 32 = 2⁵，它把 2 的幂次从 2⁴ 提高到 2⁵，以及新的质数 37。其他数都只分解成 M 中已经有的质数和幂次。</w:t>
      </w:r>
    </w:p>
    <w:p>
      <w:pPr>
        <w:spacing w:before="0" w:after="80" w:line="300" w:lineRule="auto"/>
        <w:jc w:val="left"/>
      </w:pPr>
      <w:r>
        <w:rPr>
          <w:rFonts w:ascii="Times New Roman" w:hAnsi="Times New Roman" w:eastAsia="宋体"/>
          <w:b w:val="0"/>
          <w:i w:val="0"/>
          <w:sz w:val="21"/>
        </w:rPr>
        <w:t>因此 N/M = 2 · 37 = 74。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 = lcm(10, …, 30) contains 2⁴ (from 16), 3³ (from 27), 5² (from 25), 7, and every prime up to 29.</w:t>
      </w:r>
    </w:p>
    <w:p>
      <w:pPr>
        <w:spacing w:before="0" w:after="80" w:line="300" w:lineRule="auto"/>
        <w:jc w:val="left"/>
      </w:pPr>
      <w:r>
        <w:rPr>
          <w:rFonts w:ascii="Times New Roman" w:hAnsi="Times New Roman" w:eastAsia="宋体"/>
          <w:b w:val="0"/>
          <w:i w:val="0"/>
          <w:color w:val="333333"/>
          <w:sz w:val="19"/>
        </w:rPr>
        <w:t>Among 32, …, 40, the only new contributions are 32 = 2⁵, which raises the power of 2 from 2⁴ to 2⁵, and the new prime 37. Everything else factors into primes and powers already in M.</w:t>
      </w:r>
    </w:p>
    <w:p>
      <w:pPr>
        <w:spacing w:before="0" w:after="80" w:line="300" w:lineRule="auto"/>
        <w:jc w:val="left"/>
      </w:pPr>
      <w:r>
        <w:rPr>
          <w:rFonts w:ascii="Times New Roman" w:hAnsi="Times New Roman" w:eastAsia="宋体"/>
          <w:b w:val="0"/>
          <w:i w:val="0"/>
          <w:color w:val="333333"/>
          <w:sz w:val="19"/>
        </w:rPr>
        <w:t>Therefore N/M = 2 · 37 = 74.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令 a = log₂ x，b = log₃ x，c = log₄ x。表面积等于体积给出 2(ab + bc + ca) = abc。两边除以 abc，得</w:t>
      </w:r>
    </w:p>
    <w:p>
      <w:pPr>
        <w:spacing w:before="0" w:after="80" w:line="300" w:lineRule="auto"/>
        <w:jc w:val="left"/>
      </w:pPr>
      <w:r>
        <w:rPr>
          <w:rFonts w:ascii="Times New Roman" w:hAnsi="Times New Roman" w:eastAsia="宋体"/>
          <w:b w:val="0"/>
          <w:i w:val="0"/>
          <w:sz w:val="21"/>
        </w:rPr>
        <w:t>1 = 2(1/c + 1/a + 1/b)。</w:t>
      </w:r>
    </w:p>
    <w:p>
      <w:pPr>
        <w:spacing w:before="0" w:after="80" w:line="300" w:lineRule="auto"/>
        <w:jc w:val="left"/>
      </w:pPr>
      <w:r>
        <w:rPr>
          <w:rFonts w:ascii="Times New Roman" w:hAnsi="Times New Roman" w:eastAsia="宋体"/>
          <w:b w:val="0"/>
          <w:i w:val="0"/>
          <w:sz w:val="21"/>
        </w:rPr>
        <w:t>因为 1/a = logₓ 2，等等，所以和为 logₓ 2 + logₓ 3 + logₓ 4 = logₓ 24。于是 1 = 2logₓ 24，所以 logₓ 24 = 1/2，即 x^(1/2) = 24，从而 x = 576。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log₂ x, b = log₃ x, c = log₄ x. Surface area equals volume gives 2(ab + bc + ca) = abc. Dividing by abc,</w:t>
      </w:r>
    </w:p>
    <w:p>
      <w:pPr>
        <w:spacing w:before="0" w:after="80" w:line="300" w:lineRule="auto"/>
        <w:jc w:val="left"/>
      </w:pPr>
      <w:r>
        <w:rPr>
          <w:rFonts w:ascii="Times New Roman" w:hAnsi="Times New Roman" w:eastAsia="宋体"/>
          <w:b w:val="0"/>
          <w:i w:val="0"/>
          <w:color w:val="333333"/>
          <w:sz w:val="19"/>
        </w:rPr>
        <w:t>1 = 2(1/c + 1/a + 1/b).</w:t>
      </w:r>
    </w:p>
    <w:p>
      <w:pPr>
        <w:spacing w:before="0" w:after="80" w:line="300" w:lineRule="auto"/>
        <w:jc w:val="left"/>
      </w:pPr>
      <w:r>
        <w:rPr>
          <w:rFonts w:ascii="Times New Roman" w:hAnsi="Times New Roman" w:eastAsia="宋体"/>
          <w:b w:val="0"/>
          <w:i w:val="0"/>
          <w:color w:val="333333"/>
          <w:sz w:val="19"/>
        </w:rPr>
        <w:t>Since 1/a = logₓ 2, etc., the sum is logₓ 2 + logₓ 3 + logₓ 4 = logₓ 24. Thus 1 = 2logₓ 24, so logₓ 24 = 1/2, meaning x^(1/2) = 24 and x = 576.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因为 9 ≡ -1 pmod 5，所以每个幂 9ᵏ ≡ (-1)ᵏ，因此 N 同余于其以九为底的数字的交错和。</w:t>
      </w:r>
    </w:p>
    <w:p>
      <w:pPr>
        <w:spacing w:before="0" w:after="80" w:line="300" w:lineRule="auto"/>
        <w:jc w:val="left"/>
      </w:pPr>
      <w:r>
        <w:rPr>
          <w:rFonts w:ascii="Times New Roman" w:hAnsi="Times New Roman" w:eastAsia="宋体"/>
          <w:b w:val="0"/>
          <w:i w:val="0"/>
          <w:sz w:val="21"/>
        </w:rPr>
        <w:t>非零数字及其从右往左的位置为：2（位置 0），5（位置 1），6（位置 6），7（位置 9），以及 2（位置 10）。交错和为 2 - 5 + 6 - 7 + 2 = -2 ≡ 3 pmod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9 ≡ -1 pmod 5, each power 9ᵏ ≡ (-1)ᵏ, so N is congruent to the alternating sum of its base-nine digits.</w:t>
      </w:r>
    </w:p>
    <w:p>
      <w:pPr>
        <w:spacing w:before="0" w:after="80" w:line="300" w:lineRule="auto"/>
        <w:jc w:val="left"/>
      </w:pPr>
      <w:r>
        <w:rPr>
          <w:rFonts w:ascii="Times New Roman" w:hAnsi="Times New Roman" w:eastAsia="宋体"/>
          <w:b w:val="0"/>
          <w:i w:val="0"/>
          <w:color w:val="333333"/>
          <w:sz w:val="19"/>
        </w:rPr>
        <w:t>The nonzero digits, with their positions from the right, are 2 (position 0), 5 (position 1), 6 (position 6), 7 (position 9), and 2 (position 10). The alternating sum is 2 - 5 + 6 - 7 + 2 = -2 ≡ 3 pmod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设这条弦到共同圆心的距离为 d。它的总长度为 2√(361 - d²)，位于较小圆内的部分长度为 2√(289 - d²)。</w:t>
      </w:r>
    </w:p>
    <w:p>
      <w:pPr>
        <w:spacing w:before="0" w:after="80" w:line="300" w:lineRule="auto"/>
        <w:jc w:val="left"/>
      </w:pPr>
      <w:r>
        <w:rPr>
          <w:rFonts w:ascii="Times New Roman" w:hAnsi="Times New Roman" w:eastAsia="宋体"/>
          <w:b w:val="0"/>
          <w:i w:val="0"/>
          <w:sz w:val="21"/>
        </w:rPr>
        <w:t>因为弦的一半位于小圆内，2√(289 - d²) = 1/2· 2√(361 - d²)。平方得 4(289 - d²) = 361 - d²，所以 3d² = 795，d² = 265。</w:t>
      </w:r>
    </w:p>
    <w:p>
      <w:pPr>
        <w:spacing w:before="0" w:after="80" w:line="300" w:lineRule="auto"/>
        <w:jc w:val="left"/>
      </w:pPr>
      <w:r>
        <w:rPr>
          <w:rFonts w:ascii="Times New Roman" w:hAnsi="Times New Roman" w:eastAsia="宋体"/>
          <w:b w:val="0"/>
          <w:i w:val="0"/>
          <w:sz w:val="21"/>
        </w:rPr>
        <w:t>弦长为 2√(361 - 265) = 2√(96) = 8√(6)。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chord lie at distance d from the common center. Its total length is 2√(361 - d²), and the portion inside the smaller circle has length 2√(289 - d²).</w:t>
      </w:r>
    </w:p>
    <w:p>
      <w:pPr>
        <w:spacing w:before="0" w:after="80" w:line="300" w:lineRule="auto"/>
        <w:jc w:val="left"/>
      </w:pPr>
      <w:r>
        <w:rPr>
          <w:rFonts w:ascii="Times New Roman" w:hAnsi="Times New Roman" w:eastAsia="宋体"/>
          <w:b w:val="0"/>
          <w:i w:val="0"/>
          <w:color w:val="333333"/>
          <w:sz w:val="19"/>
        </w:rPr>
        <w:t>Since half the chord lies inside, 2√(289 - d²) = 1/2· 2√(361 - d²). Squaring gives 4(289 - d²) = 361 - d², so 3d² = 795 and d² = 265.</w:t>
      </w:r>
    </w:p>
    <w:p>
      <w:pPr>
        <w:spacing w:before="0" w:after="80" w:line="300" w:lineRule="auto"/>
        <w:jc w:val="left"/>
      </w:pPr>
      <w:r>
        <w:rPr>
          <w:rFonts w:ascii="Times New Roman" w:hAnsi="Times New Roman" w:eastAsia="宋体"/>
          <w:b w:val="0"/>
          <w:i w:val="0"/>
          <w:color w:val="333333"/>
          <w:sz w:val="19"/>
        </w:rPr>
        <w:t>The chord length is 2√(361 - 265) = 2√(96) = 8√(6).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通项为 C(1000, k)(x³√(2))¹⁰⁰⁰⁻ᵏ(y√(3))ᵏ，其系数含有 2^(1000-k/3) 和 3^(k/2)。它有理当且仅当 (1000 - k) 是 3 的倍数且 k 为偶数。</w:t>
      </w:r>
    </w:p>
    <w:p>
      <w:pPr>
        <w:spacing w:before="0" w:after="80" w:line="300" w:lineRule="auto"/>
        <w:jc w:val="left"/>
      </w:pPr>
      <w:r>
        <w:rPr>
          <w:rFonts w:ascii="Times New Roman" w:hAnsi="Times New Roman" w:eastAsia="宋体"/>
          <w:b w:val="0"/>
          <w:i w:val="0"/>
          <w:sz w:val="21"/>
        </w:rPr>
        <w:t>因为 1000 ≡ 1 pmod 3，所以需要 k ≡ 1 pmod 3 且 k 为偶数，合并得 k ≡ 4 pmod 6。有效值为 k = 4, 10, …, 1000，共有 (1000 - 4)/6 + 1 = 167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general term is C(1000, k)(x³√(2))¹⁰⁰⁰⁻ᵏ(y√(3))ᵏ, whose coefficient contains 2^(1000-k/3) and 3^(k/2). This is rational exactly when (1000 - k) is a multiple of 3 and k is even.</w:t>
      </w:r>
    </w:p>
    <w:p>
      <w:pPr>
        <w:spacing w:before="0" w:after="80" w:line="300" w:lineRule="auto"/>
        <w:jc w:val="left"/>
      </w:pPr>
      <w:r>
        <w:rPr>
          <w:rFonts w:ascii="Times New Roman" w:hAnsi="Times New Roman" w:eastAsia="宋体"/>
          <w:b w:val="0"/>
          <w:i w:val="0"/>
          <w:color w:val="333333"/>
          <w:sz w:val="19"/>
        </w:rPr>
        <w:t>Since 1000 ≡ 1 pmod 3, we need k ≡ 1 pmod 3 and k even, which combine to k ≡ 4 pmod 6. The valid values k = 4, 10, …, 1000 number (1000 - 4)/6 + 1 = 167.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角平分线沿两条直线的单位方向向量之和：((1,1))/(√(2)) + ((1,3))/(√(10))。它的斜率为</w:t>
      </w:r>
    </w:p>
    <w:p>
      <w:pPr>
        <w:spacing w:before="0" w:after="80" w:line="300" w:lineRule="auto"/>
        <w:jc w:val="left"/>
      </w:pPr>
      <w:r>
        <w:rPr>
          <w:rFonts w:ascii="Times New Roman" w:hAnsi="Times New Roman" w:eastAsia="宋体"/>
          <w:b w:val="0"/>
          <w:i w:val="0"/>
          <w:sz w:val="21"/>
        </w:rPr>
        <w:t>k = (1/(√(2)) + 3/(√(10)))/(1/(√(2)) + 1/(√(10))) = (√(5) + 3)/(√(5) + 1)。</w:t>
      </w:r>
    </w:p>
    <w:p>
      <w:pPr>
        <w:spacing w:before="0" w:after="80" w:line="300" w:lineRule="auto"/>
        <w:jc w:val="left"/>
      </w:pPr>
      <w:r>
        <w:rPr>
          <w:rFonts w:ascii="Times New Roman" w:hAnsi="Times New Roman" w:eastAsia="宋体"/>
          <w:b w:val="0"/>
          <w:i w:val="0"/>
          <w:sz w:val="21"/>
        </w:rPr>
        <w:t>分子分母同乘 √(5) - 1，得 ((√(5) + 3)(√(5) - 1))/4 = (2 + 2√(5))/4 = (1 + √(5))/2。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bisector points along the sum of the unit vectors of the two lines: ((1,1))/(√(2)) + ((1,3))/(√(10)). Its slope is</w:t>
      </w:r>
    </w:p>
    <w:p>
      <w:pPr>
        <w:spacing w:before="0" w:after="80" w:line="300" w:lineRule="auto"/>
        <w:jc w:val="left"/>
      </w:pPr>
      <w:r>
        <w:rPr>
          <w:rFonts w:ascii="Times New Roman" w:hAnsi="Times New Roman" w:eastAsia="宋体"/>
          <w:b w:val="0"/>
          <w:i w:val="0"/>
          <w:color w:val="333333"/>
          <w:sz w:val="19"/>
        </w:rPr>
        <w:t>k = (1/(√(2)) + 3/(√(10)))/(1/(√(2)) + 1/(√(10))) = (√(5) + 3)/(√(5) + 1).</w:t>
      </w:r>
    </w:p>
    <w:p>
      <w:pPr>
        <w:spacing w:before="0" w:after="80" w:line="300" w:lineRule="auto"/>
        <w:jc w:val="left"/>
      </w:pPr>
      <w:r>
        <w:rPr>
          <w:rFonts w:ascii="Times New Roman" w:hAnsi="Times New Roman" w:eastAsia="宋体"/>
          <w:b w:val="0"/>
          <w:i w:val="0"/>
          <w:color w:val="333333"/>
          <w:sz w:val="19"/>
        </w:rPr>
        <w:t>Multiplying numerator and denominator by √(5) - 1 gives ((√(5) + 3)(√(5) - 1))/4 = (2 + 2√(5))/4 = (1 + √(5))/2.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设公共边长为 s。三个锐角顶点是三个等腰三角形的尖端，这些三角形的两边为 s，顶角为 30°；每个面积为 1/2 s² sin 30° = s²/4。</w:t>
      </w:r>
    </w:p>
    <w:p>
      <w:pPr>
        <w:spacing w:before="0" w:after="80" w:line="300" w:lineRule="auto"/>
        <w:jc w:val="left"/>
      </w:pPr>
      <w:r>
        <w:rPr>
          <w:rFonts w:ascii="Times New Roman" w:hAnsi="Times New Roman" w:eastAsia="宋体"/>
          <w:b w:val="0"/>
          <w:i w:val="0"/>
          <w:sz w:val="21"/>
        </w:rPr>
        <w:t>三个凹角顶点形成一个内侧等边三角形，边长为 2ssin 15°，面积为 √(3) s²sin² 15°。利用 sin² 15° = (2 - √(3))/4，总面积为</w:t>
      </w:r>
    </w:p>
    <w:p>
      <w:pPr>
        <w:spacing w:before="0" w:after="80" w:line="300" w:lineRule="auto"/>
        <w:jc w:val="left"/>
      </w:pPr>
      <w:r>
        <w:rPr>
          <w:rFonts w:ascii="Times New Roman" w:hAnsi="Times New Roman" w:eastAsia="宋体"/>
          <w:b w:val="0"/>
          <w:i w:val="0"/>
          <w:sz w:val="21"/>
        </w:rPr>
        <w:t>3s²/4 + √(3) s²·(2 - √(3))/4 = (s²√(3))/2。</w:t>
      </w:r>
    </w:p>
    <w:p>
      <w:pPr>
        <w:spacing w:before="0" w:after="80" w:line="300" w:lineRule="auto"/>
        <w:jc w:val="left"/>
      </w:pPr>
      <w:r>
        <w:rPr>
          <w:rFonts w:ascii="Times New Roman" w:hAnsi="Times New Roman" w:eastAsia="宋体"/>
          <w:b w:val="0"/>
          <w:i w:val="0"/>
          <w:sz w:val="21"/>
        </w:rPr>
        <w:t>令 (s²√(3))/2 = 6√(3)，得 s² = 12，所以 s = 2√(3)，周长为 6s = 12√(3)。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side length be s. The three acute vertices are the tips of isosceles triangles with two sides s and apex 30°; each has area 1/2 s² sin 30° = s²/4.</w:t>
      </w:r>
    </w:p>
    <w:p>
      <w:pPr>
        <w:spacing w:before="0" w:after="80" w:line="300" w:lineRule="auto"/>
        <w:jc w:val="left"/>
      </w:pPr>
      <w:r>
        <w:rPr>
          <w:rFonts w:ascii="Times New Roman" w:hAnsi="Times New Roman" w:eastAsia="宋体"/>
          <w:b w:val="0"/>
          <w:i w:val="0"/>
          <w:color w:val="333333"/>
          <w:sz w:val="19"/>
        </w:rPr>
        <w:t>The three reflex vertices form an inner equilateral triangle with side 2ssin 15°, whose area is √(3) s²sin² 15°. Using sin² 15° = (2 - √(3))/4, the total area is</w:t>
      </w:r>
    </w:p>
    <w:p>
      <w:pPr>
        <w:spacing w:before="0" w:after="80" w:line="300" w:lineRule="auto"/>
        <w:jc w:val="left"/>
      </w:pPr>
      <w:r>
        <w:rPr>
          <w:rFonts w:ascii="Times New Roman" w:hAnsi="Times New Roman" w:eastAsia="宋体"/>
          <w:b w:val="0"/>
          <w:i w:val="0"/>
          <w:color w:val="333333"/>
          <w:sz w:val="19"/>
        </w:rPr>
        <w:t>3s²/4 + √(3) s²·(2 - √(3))/4 = (s²√(3))/2.</w:t>
      </w:r>
    </w:p>
    <w:p>
      <w:pPr>
        <w:spacing w:before="0" w:after="80" w:line="300" w:lineRule="auto"/>
        <w:jc w:val="left"/>
      </w:pPr>
      <w:r>
        <w:rPr>
          <w:rFonts w:ascii="Times New Roman" w:hAnsi="Times New Roman" w:eastAsia="宋体"/>
          <w:b w:val="0"/>
          <w:i w:val="0"/>
          <w:color w:val="333333"/>
          <w:sz w:val="19"/>
        </w:rPr>
        <w:t>Setting (s²√(3))/2 = 6√(3) gives s² = 12, so s = 2√(3) and the perimeter is 6s = 12√(3).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对 P，使用韦达定理，Σ_(i&lt; j) zᵢzⱼ = 3，且 Π zⱼ = 1，二者都是实数，所以它们的共轭仍为 3 和 1。</w:t>
      </w:r>
    </w:p>
    <w:p>
      <w:pPr>
        <w:spacing w:before="0" w:after="80" w:line="300" w:lineRule="auto"/>
        <w:jc w:val="left"/>
      </w:pPr>
      <w:r>
        <w:rPr>
          <w:rFonts w:ascii="Times New Roman" w:hAnsi="Times New Roman" w:eastAsia="宋体"/>
          <w:b w:val="0"/>
          <w:i w:val="0"/>
          <w:sz w:val="21"/>
        </w:rPr>
        <w:t>Q 的根为 4izⱼ。于是 B 是两两乘积之和：B = (4i)² Σ_(i&lt; j)zᵢ zⱼ = -16 · 3 = -48。且 D = (4i)⁴ Π zⱼ = 256 · 1 = 256。</w:t>
      </w:r>
    </w:p>
    <w:p>
      <w:pPr>
        <w:spacing w:before="0" w:after="80" w:line="300" w:lineRule="auto"/>
        <w:jc w:val="left"/>
      </w:pPr>
      <w:r>
        <w:rPr>
          <w:rFonts w:ascii="Times New Roman" w:hAnsi="Times New Roman" w:eastAsia="宋体"/>
          <w:b w:val="0"/>
          <w:i w:val="0"/>
          <w:sz w:val="21"/>
        </w:rPr>
        <w:t>所以 B + D = -48 + 256 = 208。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 on P, Σ_(i&lt; j) zᵢzⱼ = 3 and Π zⱼ = 1, both real, so their conjugates are also 3 and 1.</w:t>
      </w:r>
    </w:p>
    <w:p>
      <w:pPr>
        <w:spacing w:before="0" w:after="80" w:line="300" w:lineRule="auto"/>
        <w:jc w:val="left"/>
      </w:pPr>
      <w:r>
        <w:rPr>
          <w:rFonts w:ascii="Times New Roman" w:hAnsi="Times New Roman" w:eastAsia="宋体"/>
          <w:b w:val="0"/>
          <w:i w:val="0"/>
          <w:color w:val="333333"/>
          <w:sz w:val="19"/>
        </w:rPr>
        <w:t>The roots of Q are 4izⱼ. Then B is the sum of products of pairs: B = (4i)² Σ_(i&lt; j)zᵢ zⱼ = -16 · 3 = -48. And D = (4i)⁴ Π zⱼ = 256 · 1 = 256.</w:t>
      </w:r>
    </w:p>
    <w:p>
      <w:pPr>
        <w:spacing w:before="0" w:after="80" w:line="300" w:lineRule="auto"/>
        <w:jc w:val="left"/>
      </w:pPr>
      <w:r>
        <w:rPr>
          <w:rFonts w:ascii="Times New Roman" w:hAnsi="Times New Roman" w:eastAsia="宋体"/>
          <w:b w:val="0"/>
          <w:i w:val="0"/>
          <w:color w:val="333333"/>
          <w:sz w:val="19"/>
        </w:rPr>
        <w:t>So B + D = -48 + 256 = 208.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技术员不断加电缆，直到图变为连通。为了最大化电缆数，要让网络尽可能久地保持不连通：留下一台 A 品牌电脑孤立，并把其余 19 台 A 品牌电脑与全部 10 台 B 品牌电脑完全相连。</w:t>
      </w:r>
    </w:p>
    <w:p>
      <w:pPr>
        <w:spacing w:before="0" w:after="80" w:line="300" w:lineRule="auto"/>
        <w:jc w:val="left"/>
      </w:pPr>
      <w:r>
        <w:rPr>
          <w:rFonts w:ascii="Times New Roman" w:hAnsi="Times New Roman" w:eastAsia="宋体"/>
          <w:b w:val="0"/>
          <w:i w:val="0"/>
          <w:sz w:val="21"/>
        </w:rPr>
        <w:t>这样在仍不连通时使用了 19 · 10 = 190 根电缆。下一根电缆连接最后一台 A 品牌电脑，使所有人连通，总数为 190 + 1 = 191。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technician keeps adding cables until the graph becomes connected. To maximize the count, keep the network disconnected for as long as possible: leave a single brand A computer isolated and fully connect the remaining 19 brand A computers to all 10 brand B computers.</w:t>
      </w:r>
    </w:p>
    <w:p>
      <w:pPr>
        <w:spacing w:before="0" w:after="80" w:line="300" w:lineRule="auto"/>
        <w:jc w:val="left"/>
      </w:pPr>
      <w:r>
        <w:rPr>
          <w:rFonts w:ascii="Times New Roman" w:hAnsi="Times New Roman" w:eastAsia="宋体"/>
          <w:b w:val="0"/>
          <w:i w:val="0"/>
          <w:color w:val="333333"/>
          <w:sz w:val="19"/>
        </w:rPr>
        <w:t>That uses 19 · 10 = 190 cables while still disconnected. The next cable connects the last brand A computer, joining everyone, for a total of 190 + 1 = 191.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两个二次方程都没有两个不同实根，当且仅当两个判别式都非正：b² ≤ 4c 且 c² ≤ 4b。</w:t>
      </w:r>
    </w:p>
    <w:p>
      <w:pPr>
        <w:spacing w:before="0" w:after="80" w:line="300" w:lineRule="auto"/>
        <w:jc w:val="left"/>
      </w:pPr>
      <w:r>
        <w:rPr>
          <w:rFonts w:ascii="Times New Roman" w:hAnsi="Times New Roman" w:eastAsia="宋体"/>
          <w:b w:val="0"/>
          <w:i w:val="0"/>
          <w:sz w:val="21"/>
        </w:rPr>
        <w:t>把 c≥ b²/4 与 c≤2√(b) 结合，得到 b^(3/2)≤8，所以 b≤4。逐一检查：b = 1 时 c ∈ {1,2}；b = 2 时 c ∈ {1,2}；b = 3 时 c = 3；b = 4 时 c = 4。</w:t>
      </w:r>
    </w:p>
    <w:p>
      <w:pPr>
        <w:spacing w:before="0" w:after="80" w:line="300" w:lineRule="auto"/>
        <w:jc w:val="left"/>
      </w:pPr>
      <w:r>
        <w:rPr>
          <w:rFonts w:ascii="Times New Roman" w:hAnsi="Times New Roman" w:eastAsia="宋体"/>
          <w:b w:val="0"/>
          <w:i w:val="0"/>
          <w:sz w:val="21"/>
        </w:rPr>
        <w:t>这些为 (1,1)、(1,2)、(2,1)、(2,2)、(3,3)、(4,4)，共 6 个有序对。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Neither quadratic has two distinct real roots exactly when both discriminants are nonpositive: b² ≤ 4c and c² ≤ 4b.</w:t>
      </w:r>
    </w:p>
    <w:p>
      <w:pPr>
        <w:spacing w:before="0" w:after="80" w:line="300" w:lineRule="auto"/>
        <w:jc w:val="left"/>
      </w:pPr>
      <w:r>
        <w:rPr>
          <w:rFonts w:ascii="Times New Roman" w:hAnsi="Times New Roman" w:eastAsia="宋体"/>
          <w:b w:val="0"/>
          <w:i w:val="0"/>
          <w:color w:val="333333"/>
          <w:sz w:val="19"/>
        </w:rPr>
        <w:t>Combining c≥ b²/4 with c≤2√(b) gives b^(3/2)≤8, so b≤4. Checking: b = 1 gives c ∈ {1,2}; b = 2 gives c ∈ {1,2}; b = 3 gives c = 3; and b = 4 gives c = 4.</w:t>
      </w:r>
    </w:p>
    <w:p>
      <w:pPr>
        <w:spacing w:before="0" w:after="80" w:line="300" w:lineRule="auto"/>
        <w:jc w:val="left"/>
      </w:pPr>
      <w:r>
        <w:rPr>
          <w:rFonts w:ascii="Times New Roman" w:hAnsi="Times New Roman" w:eastAsia="宋体"/>
          <w:b w:val="0"/>
          <w:i w:val="0"/>
          <w:color w:val="333333"/>
          <w:sz w:val="19"/>
        </w:rPr>
        <w:t>That is (1,1), (1,2), (2,1), (2,2), (3,3), (4,4) — 6 ordered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两个概率都除以 5²⁰，所以 p/q 是排列计数之比。</w:t>
      </w:r>
    </w:p>
    <w:p>
      <w:pPr>
        <w:spacing w:before="0" w:after="80" w:line="300" w:lineRule="auto"/>
        <w:jc w:val="left"/>
      </w:pPr>
      <w:r>
        <w:rPr>
          <w:rFonts w:ascii="Times New Roman" w:hAnsi="Times New Roman" w:eastAsia="宋体"/>
          <w:b w:val="0"/>
          <w:i w:val="0"/>
          <w:sz w:val="21"/>
        </w:rPr>
        <w:t>对于 q，所有箱子都有 4 个球，计数为 (20!)/((4!)⁵)。对于 p，选择哪个箱子有 3 个、哪个箱子有 5 个有 5· 4 = 20 种，再乘以 (20!)/(3! 5! (4!)³)。因此</w:t>
      </w:r>
    </w:p>
    <w:p>
      <w:pPr>
        <w:spacing w:before="0" w:after="80" w:line="300" w:lineRule="auto"/>
        <w:jc w:val="left"/>
      </w:pPr>
      <w:r>
        <w:rPr>
          <w:rFonts w:ascii="Times New Roman" w:hAnsi="Times New Roman" w:eastAsia="宋体"/>
          <w:b w:val="0"/>
          <w:i w:val="0"/>
          <w:sz w:val="21"/>
        </w:rPr>
        <w:t>p/q = 20 · ((4!)⁵)/(3! 5! (4!)³)</w:t>
      </w:r>
    </w:p>
    <w:p>
      <w:pPr>
        <w:spacing w:before="0" w:after="80" w:line="300" w:lineRule="auto"/>
        <w:jc w:val="left"/>
      </w:pPr>
      <w:r>
        <w:rPr>
          <w:rFonts w:ascii="Times New Roman" w:hAnsi="Times New Roman" w:eastAsia="宋体"/>
          <w:b w:val="0"/>
          <w:i w:val="0"/>
          <w:sz w:val="21"/>
        </w:rPr>
        <w:t>= 20 · ((4!)²)/(3! 5!)</w:t>
      </w:r>
    </w:p>
    <w:p>
      <w:pPr>
        <w:spacing w:before="0" w:after="80" w:line="300" w:lineRule="auto"/>
        <w:jc w:val="left"/>
      </w:pPr>
      <w:r>
        <w:rPr>
          <w:rFonts w:ascii="Times New Roman" w:hAnsi="Times New Roman" w:eastAsia="宋体"/>
          <w:b w:val="0"/>
          <w:i w:val="0"/>
          <w:sz w:val="21"/>
        </w:rPr>
        <w:t>= 20 · 576/720</w:t>
      </w:r>
    </w:p>
    <w:p>
      <w:pPr>
        <w:spacing w:before="0" w:after="80" w:line="300" w:lineRule="auto"/>
        <w:jc w:val="left"/>
      </w:pPr>
      <w:r>
        <w:rPr>
          <w:rFonts w:ascii="Times New Roman" w:hAnsi="Times New Roman" w:eastAsia="宋体"/>
          <w:b w:val="0"/>
          <w:i w:val="0"/>
          <w:sz w:val="21"/>
        </w:rPr>
        <w:t>= 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probabilities divide by 5²⁰, so p/q is a ratio of arrangement counts.</w:t>
      </w:r>
    </w:p>
    <w:p>
      <w:pPr>
        <w:spacing w:before="0" w:after="80" w:line="300" w:lineRule="auto"/>
        <w:jc w:val="left"/>
      </w:pPr>
      <w:r>
        <w:rPr>
          <w:rFonts w:ascii="Times New Roman" w:hAnsi="Times New Roman" w:eastAsia="宋体"/>
          <w:b w:val="0"/>
          <w:i w:val="0"/>
          <w:color w:val="333333"/>
          <w:sz w:val="19"/>
        </w:rPr>
        <w:t>For q, all bins have 4: (20!)/((4!)⁵). For p, choose which bin has 3 and which has 5 in 5· 4 = 20 ways, times (20!)/(3! 5! (4!)³). Therefore</w:t>
      </w:r>
    </w:p>
    <w:p>
      <w:pPr>
        <w:spacing w:before="0" w:after="80" w:line="300" w:lineRule="auto"/>
        <w:jc w:val="left"/>
      </w:pPr>
      <w:r>
        <w:rPr>
          <w:rFonts w:ascii="Times New Roman" w:hAnsi="Times New Roman" w:eastAsia="宋体"/>
          <w:b w:val="0"/>
          <w:i w:val="0"/>
          <w:color w:val="333333"/>
          <w:sz w:val="19"/>
        </w:rPr>
        <w:t>p/q = 20 · ((4!)⁵)/(3! 5! (4!)³)</w:t>
      </w:r>
    </w:p>
    <w:p>
      <w:pPr>
        <w:spacing w:before="0" w:after="80" w:line="300" w:lineRule="auto"/>
        <w:jc w:val="left"/>
      </w:pPr>
      <w:r>
        <w:rPr>
          <w:rFonts w:ascii="Times New Roman" w:hAnsi="Times New Roman" w:eastAsia="宋体"/>
          <w:b w:val="0"/>
          <w:i w:val="0"/>
          <w:color w:val="333333"/>
          <w:sz w:val="19"/>
        </w:rPr>
        <w:t>= 20 · ((4!)²)/(3! 5!)</w:t>
      </w:r>
    </w:p>
    <w:p>
      <w:pPr>
        <w:spacing w:before="0" w:after="80" w:line="300" w:lineRule="auto"/>
        <w:jc w:val="left"/>
      </w:pPr>
      <w:r>
        <w:rPr>
          <w:rFonts w:ascii="Times New Roman" w:hAnsi="Times New Roman" w:eastAsia="宋体"/>
          <w:b w:val="0"/>
          <w:i w:val="0"/>
          <w:color w:val="333333"/>
          <w:sz w:val="19"/>
        </w:rPr>
        <w:t>= 20 · 576/720</w:t>
      </w:r>
    </w:p>
    <w:p>
      <w:pPr>
        <w:spacing w:before="0" w:after="80" w:line="300" w:lineRule="auto"/>
        <w:jc w:val="left"/>
      </w:pPr>
      <w:r>
        <w:rPr>
          <w:rFonts w:ascii="Times New Roman" w:hAnsi="Times New Roman" w:eastAsia="宋体"/>
          <w:b w:val="0"/>
          <w:i w:val="0"/>
          <w:color w:val="333333"/>
          <w:sz w:val="19"/>
        </w:rPr>
        <w:t>=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正弦值相等要求对某个整数 k 有 x² = x + 360k 或 x² = 180 - x + 360k。</w:t>
      </w:r>
    </w:p>
    <w:p>
      <w:pPr>
        <w:spacing w:before="0" w:after="80" w:line="300" w:lineRule="auto"/>
        <w:jc w:val="left"/>
      </w:pPr>
      <w:r>
        <w:rPr>
          <w:rFonts w:ascii="Times New Roman" w:hAnsi="Times New Roman" w:eastAsia="宋体"/>
          <w:b w:val="0"/>
          <w:i w:val="0"/>
          <w:sz w:val="21"/>
        </w:rPr>
        <w:t>方程族 x² = x + 360k 第一次超过 1 出现在 k = 1，给出 x ≈ 19.5。方程族 x² = 180 - x + 360k 在 k = 0 时给出 x² + x - 180 = 0，所以 x = (-1 + √(721))/2 ≈ 12.93，这更小。</w:t>
      </w:r>
    </w:p>
    <w:p>
      <w:pPr>
        <w:spacing w:before="0" w:after="80" w:line="300" w:lineRule="auto"/>
        <w:jc w:val="left"/>
      </w:pPr>
      <w:r>
        <w:rPr>
          <w:rFonts w:ascii="Times New Roman" w:hAnsi="Times New Roman" w:eastAsia="宋体"/>
          <w:b w:val="0"/>
          <w:i w:val="0"/>
          <w:sz w:val="21"/>
        </w:rPr>
        <w:t>向上取整后，x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sines require x² = x + 360k or x² = 180 - x + 360k for some integer k.</w:t>
      </w:r>
    </w:p>
    <w:p>
      <w:pPr>
        <w:spacing w:before="0" w:after="80" w:line="300" w:lineRule="auto"/>
        <w:jc w:val="left"/>
      </w:pPr>
      <w:r>
        <w:rPr>
          <w:rFonts w:ascii="Times New Roman" w:hAnsi="Times New Roman" w:eastAsia="宋体"/>
          <w:b w:val="0"/>
          <w:i w:val="0"/>
          <w:color w:val="333333"/>
          <w:sz w:val="19"/>
        </w:rPr>
        <w:t>The family x² = x + 360k first exceeds 1 at k = 1, giving x ≈ 19.5. The family x² = 180 - x + 360k with k = 0 gives x² + x - 180 = 0, so x = (-1 + √(721))/2 ≈ 12.93, which is smaller.</w:t>
      </w:r>
    </w:p>
    <w:p>
      <w:pPr>
        <w:spacing w:before="0" w:after="80" w:line="300" w:lineRule="auto"/>
        <w:jc w:val="left"/>
      </w:pPr>
      <w:r>
        <w:rPr>
          <w:rFonts w:ascii="Times New Roman" w:hAnsi="Times New Roman" w:eastAsia="宋体"/>
          <w:b w:val="0"/>
          <w:i w:val="0"/>
          <w:color w:val="333333"/>
          <w:sz w:val="19"/>
        </w:rPr>
        <w:t>Rounded up, x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8 和 12 都是不动点。对 n≤50，第一个值 f₁(n)=2d(n) 至多为 20。检查不超过 20 的偶数可知，一个轨道恰好在第一个值为 12,18 或 20 时到达 12。所以需要 d(n)=6,9 或 10。</w:t>
      </w:r>
    </w:p>
    <w:p>
      <w:pPr>
        <w:spacing w:before="0" w:after="80" w:line="300" w:lineRule="auto"/>
        <w:jc w:val="left"/>
      </w:pPr>
      <w:r>
        <w:rPr>
          <w:rFonts w:ascii="Times New Roman" w:hAnsi="Times New Roman" w:eastAsia="宋体"/>
          <w:b w:val="0"/>
          <w:i w:val="0"/>
          <w:sz w:val="21"/>
        </w:rPr>
        <w:t>不超过 50 且有 6 个因数的数是 12,18,20,28,32,44,45,50；有 9 个因数的唯一一个数是 36，有 10 个因数的唯一一个数是 48。这 10 个值都到达不动点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8 and 12 are fixed. For n≤50, the first value f₁(n)=2d(n) is at most 20. Checking the even values through 20 shows that an orbit reaches 12 exactly when its first value is 12,18, or 20. Thus we need d(n)=6,9, or 10.</w:t>
      </w:r>
    </w:p>
    <w:p>
      <w:pPr>
        <w:spacing w:before="0" w:after="80" w:line="300" w:lineRule="auto"/>
        <w:jc w:val="left"/>
      </w:pPr>
      <w:r>
        <w:rPr>
          <w:rFonts w:ascii="Times New Roman" w:hAnsi="Times New Roman" w:eastAsia="宋体"/>
          <w:b w:val="0"/>
          <w:i w:val="0"/>
          <w:color w:val="333333"/>
          <w:sz w:val="19"/>
        </w:rPr>
        <w:t>The numbers at most 50 with 6 divisors are 12,18,20,28,32,44,45,50; the only one with 9 divisors is 36, and the only one with 10 divisors is 48. These 10 values all reach the fixed point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令 A = (0,0)，X = (3,0)，Y = (4,0)，C = (6,0)。直角条件给出 D = (3, t)，且 B = (4, s)，它们在 AC 的两侧。</w:t>
      </w:r>
    </w:p>
    <w:p>
      <w:pPr>
        <w:spacing w:before="0" w:after="80" w:line="300" w:lineRule="auto"/>
        <w:jc w:val="left"/>
      </w:pPr>
      <w:r>
        <w:rPr>
          <w:rFonts w:ascii="Times New Roman" w:hAnsi="Times New Roman" w:eastAsia="宋体"/>
          <w:b w:val="0"/>
          <w:i w:val="0"/>
          <w:sz w:val="21"/>
        </w:rPr>
        <w:t>平行关系 AD∥BC 强制 t = -3/2s，而 AB = CD 给出 16 + s² = 9 + t²，所以 t² - s² = 7。代入得 s² = 28/5。</w:t>
      </w:r>
    </w:p>
    <w:p>
      <w:pPr>
        <w:spacing w:before="0" w:after="80" w:line="300" w:lineRule="auto"/>
        <w:jc w:val="left"/>
      </w:pPr>
      <w:r>
        <w:rPr>
          <w:rFonts w:ascii="Times New Roman" w:hAnsi="Times New Roman" w:eastAsia="宋体"/>
          <w:b w:val="0"/>
          <w:i w:val="0"/>
          <w:sz w:val="21"/>
        </w:rPr>
        <w:t>鞋带公式给出面积 = 3 |t - s| = 3·5/2s = 15/2s = 15/2√(28/5) = 3√(35)。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A = (0,0), X = (3,0), Y = (4,0), C = (6,0). The right angles give D = (3, t) and B = (4, s) on opposite sides of AC.</w:t>
      </w:r>
    </w:p>
    <w:p>
      <w:pPr>
        <w:spacing w:before="0" w:after="80" w:line="300" w:lineRule="auto"/>
        <w:jc w:val="left"/>
      </w:pPr>
      <w:r>
        <w:rPr>
          <w:rFonts w:ascii="Times New Roman" w:hAnsi="Times New Roman" w:eastAsia="宋体"/>
          <w:b w:val="0"/>
          <w:i w:val="0"/>
          <w:color w:val="333333"/>
          <w:sz w:val="19"/>
        </w:rPr>
        <w:t>Parallelism AD∥BC forces t = -3/2s, and AB = CD gives 16 + s² = 9 + t², so t² - s² = 7. Substituting yields s² = 28/5.</w:t>
      </w:r>
    </w:p>
    <w:p>
      <w:pPr>
        <w:spacing w:before="0" w:after="80" w:line="300" w:lineRule="auto"/>
        <w:jc w:val="left"/>
      </w:pPr>
      <w:r>
        <w:rPr>
          <w:rFonts w:ascii="Times New Roman" w:hAnsi="Times New Roman" w:eastAsia="宋体"/>
          <w:b w:val="0"/>
          <w:i w:val="0"/>
          <w:color w:val="333333"/>
          <w:sz w:val="19"/>
        </w:rPr>
        <w:t>The shoelace formula gives area = 3 |t - s| = 3·5/2s = 15/2s = 15/2√(28/5) = 3√(35).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Carl 在第三个 O 时获胜，所以棋盘上有三个 O 形成 8 条线之一，另有三个 X 在其余六个格子中。X 不能成一行（否则 Azar 已经先赢了）。</w:t>
      </w:r>
    </w:p>
    <w:p>
      <w:pPr>
        <w:spacing w:before="0" w:after="80" w:line="300" w:lineRule="auto"/>
        <w:jc w:val="left"/>
      </w:pPr>
      <w:r>
        <w:rPr>
          <w:rFonts w:ascii="Times New Roman" w:hAnsi="Times New Roman" w:eastAsia="宋体"/>
          <w:b w:val="0"/>
          <w:i w:val="0"/>
          <w:sz w:val="21"/>
        </w:rPr>
        <w:t>若 O 的线是某一行或某一列（6 种选择），剩下六个格子包含两条完整线，所以有效 X 放法数为 C(6, 3) - 2 = 18。若 O 的线是对角线（2 种选择），剩下六个格子不包含完整线，有 C(6, 3) = 20 种。</w:t>
      </w:r>
    </w:p>
    <w:p>
      <w:pPr>
        <w:spacing w:before="0" w:after="80" w:line="300" w:lineRule="auto"/>
        <w:jc w:val="left"/>
      </w:pPr>
      <w:r>
        <w:rPr>
          <w:rFonts w:ascii="Times New Roman" w:hAnsi="Times New Roman" w:eastAsia="宋体"/>
          <w:b w:val="0"/>
          <w:i w:val="0"/>
          <w:sz w:val="21"/>
        </w:rPr>
        <w:t>总数为 6· 18 + 2· 20 = 108 + 40 = 148。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 wins on his third O, so the board has three Os forming one of the 8 lines and three Xs in the other six cells. The Xs must not form a line (else Azar would have won first).</w:t>
      </w:r>
    </w:p>
    <w:p>
      <w:pPr>
        <w:spacing w:before="0" w:after="80" w:line="300" w:lineRule="auto"/>
        <w:jc w:val="left"/>
      </w:pPr>
      <w:r>
        <w:rPr>
          <w:rFonts w:ascii="Times New Roman" w:hAnsi="Times New Roman" w:eastAsia="宋体"/>
          <w:b w:val="0"/>
          <w:i w:val="0"/>
          <w:color w:val="333333"/>
          <w:sz w:val="19"/>
        </w:rPr>
        <w:t>If the O line is a row or column (6 choices), the remaining six cells contain two full lines, so valid X placements number C(6, 3) - 2 = 18. If the O line is a diagonal (2 choices), the remaining six cells contain no full line, giving C(6, 3) = 20.</w:t>
      </w:r>
    </w:p>
    <w:p>
      <w:pPr>
        <w:spacing w:before="0" w:after="80" w:line="300" w:lineRule="auto"/>
        <w:jc w:val="left"/>
      </w:pPr>
      <w:r>
        <w:rPr>
          <w:rFonts w:ascii="Times New Roman" w:hAnsi="Times New Roman" w:eastAsia="宋体"/>
          <w:b w:val="0"/>
          <w:i w:val="0"/>
          <w:color w:val="333333"/>
          <w:sz w:val="19"/>
        </w:rPr>
        <w:t>The total is 6· 18 + 2· 20 = 108 + 40 = 148.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设 p 的根为 r 和 s。那么 p(p(x)) = 0 分解成 p(x) = r 与 p(x) = s，两个判别式分别为 (r - s)² + 4r 和 (r - s)² + 4s。恰有三个实根意味着一个判别式为 0，另一个为正。</w:t>
      </w:r>
    </w:p>
    <w:p>
      <w:pPr>
        <w:spacing w:before="0" w:after="80" w:line="300" w:lineRule="auto"/>
        <w:jc w:val="left"/>
      </w:pPr>
      <w:r>
        <w:rPr>
          <w:rFonts w:ascii="Times New Roman" w:hAnsi="Times New Roman" w:eastAsia="宋体"/>
          <w:b w:val="0"/>
          <w:i w:val="0"/>
          <w:sz w:val="21"/>
        </w:rPr>
        <w:t>取 (r - s)² + 4s = 0，并令 u = r - s。则 s = -u²/4，另一个判别式为 4u，所以 u&gt;0。此外，r+s=-u²/2+u，它在 u=1 时达到最大值，此时 r=3/4 且 s=-1/4。</w:t>
      </w:r>
    </w:p>
    <w:p>
      <w:pPr>
        <w:spacing w:before="0" w:after="80" w:line="300" w:lineRule="auto"/>
        <w:jc w:val="left"/>
      </w:pPr>
      <w:r>
        <w:rPr>
          <w:rFonts w:ascii="Times New Roman" w:hAnsi="Times New Roman" w:eastAsia="宋体"/>
          <w:b w:val="0"/>
          <w:i w:val="0"/>
          <w:sz w:val="21"/>
        </w:rPr>
        <w:t>所以 tildep(x) = (x - 3/4)(x + 1/4)，并且 tildep(1) = 1/4·5/4 = 5/16。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have roots r and s. Then p(p(x)) = 0 splits into p(x) = r and p(x) = s, with discriminants (r - s)² + 4r and (r - s)² + 4s. Exactly three real roots means one discriminant is 0 and the other positive.</w:t>
      </w:r>
    </w:p>
    <w:p>
      <w:pPr>
        <w:spacing w:before="0" w:after="80" w:line="300" w:lineRule="auto"/>
        <w:jc w:val="left"/>
      </w:pPr>
      <w:r>
        <w:rPr>
          <w:rFonts w:ascii="Times New Roman" w:hAnsi="Times New Roman" w:eastAsia="宋体"/>
          <w:b w:val="0"/>
          <w:i w:val="0"/>
          <w:color w:val="333333"/>
          <w:sz w:val="19"/>
        </w:rPr>
        <w:t>Take (r - s)² + 4s = 0 and set u = r - s. Then s = -u²/4 and the other discriminant is 4u, so u&gt;0. Also r+s=-u²/2+u, maximized at u=1, giving r=3/4 and s=-1/4.</w:t>
      </w:r>
    </w:p>
    <w:p>
      <w:pPr>
        <w:spacing w:before="0" w:after="80" w:line="300" w:lineRule="auto"/>
        <w:jc w:val="left"/>
      </w:pPr>
      <w:r>
        <w:rPr>
          <w:rFonts w:ascii="Times New Roman" w:hAnsi="Times New Roman" w:eastAsia="宋体"/>
          <w:b w:val="0"/>
          <w:i w:val="0"/>
          <w:color w:val="333333"/>
          <w:sz w:val="19"/>
        </w:rPr>
        <w:t>So tildep(x) = (x - 3/4)(x + 1/4), and tildep(1) = 1/4·5/4 = 5/16.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因为 AB = 18 是最大边，四条边为 18, 18 - d, 18 - 2d, 18 - 3d。取 A = (0,0)，B = (18,0)，D = (m/2, (m√(3))/2)，其中 m=DA，令 n=CD 且 ell=BC。则 C=(m/2+n,(m√(3))/2)，所以</w:t>
      </w:r>
    </w:p>
    <w:p>
      <w:pPr>
        <w:spacing w:before="0" w:after="80" w:line="300" w:lineRule="auto"/>
        <w:jc w:val="left"/>
      </w:pPr>
      <w:r>
        <w:rPr>
          <w:rFonts w:ascii="Times New Roman" w:hAnsi="Times New Roman" w:eastAsia="宋体"/>
          <w:b w:val="0"/>
          <w:i w:val="0"/>
          <w:sz w:val="21"/>
        </w:rPr>
        <w:t>ell²=m²+(18-n)²</w:t>
      </w:r>
    </w:p>
    <w:p>
      <w:pPr>
        <w:spacing w:before="0" w:after="80" w:line="300" w:lineRule="auto"/>
        <w:jc w:val="left"/>
      </w:pPr>
      <w:r>
        <w:rPr>
          <w:rFonts w:ascii="Times New Roman" w:hAnsi="Times New Roman" w:eastAsia="宋体"/>
          <w:b w:val="0"/>
          <w:i w:val="0"/>
          <w:sz w:val="21"/>
        </w:rPr>
        <w:t>-m(18-n)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 uⱼ=18-jd，其中 j=1,2,3。将 (u₁,u₂,u₃) 的排列 123,132,213,231,312,321 依次代入 (m,n,ell)，得到非零候选值 d=18,2,9,5,6,6，因为 u₃ 为正要求 d&lt;6，所以只留下 d=2 和 d=5。情形 d=0 也给出一个有效的菱形。</w:t>
      </w:r>
    </w:p>
    <w:p>
      <w:pPr>
        <w:spacing w:before="0" w:after="80" w:line="300" w:lineRule="auto"/>
        <w:jc w:val="left"/>
      </w:pPr>
      <w:r>
        <w:rPr>
          <w:rFonts w:ascii="Times New Roman" w:hAnsi="Times New Roman" w:eastAsia="宋体"/>
          <w:b w:val="0"/>
          <w:i w:val="0"/>
          <w:sz w:val="21"/>
        </w:rPr>
        <w:t>因此边长集合为 {18,16,14,12}，{18,13,8,3}，和 {18,18,18,18}。</w:t>
      </w:r>
    </w:p>
    <w:p>
      <w:pPr>
        <w:spacing w:before="0" w:after="80" w:line="300" w:lineRule="auto"/>
        <w:jc w:val="left"/>
      </w:pPr>
      <w:r>
        <w:rPr>
          <w:rFonts w:ascii="Times New Roman" w:hAnsi="Times New Roman" w:eastAsia="宋体"/>
          <w:b w:val="0"/>
          <w:i w:val="0"/>
          <w:sz w:val="21"/>
        </w:rPr>
        <w:t>非 AB 边长的可能值为 {3, 8, 12, 13, 14, 16, 18}，其和为 84。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 = 18 is the largest, the four sides are 18, 18 - d, 18 - 2d, 18 - 3d. Placing A = (0,0), B = (18,0), and D = (m/2, (m√(3))/2) with m=DA, let n=CD and ell=BC. Then C=(m/2+n,(m√(3))/2), so</w:t>
      </w:r>
    </w:p>
    <w:p>
      <w:pPr>
        <w:spacing w:before="0" w:after="80" w:line="300" w:lineRule="auto"/>
        <w:jc w:val="left"/>
      </w:pPr>
      <w:r>
        <w:rPr>
          <w:rFonts w:ascii="Times New Roman" w:hAnsi="Times New Roman" w:eastAsia="宋体"/>
          <w:b w:val="0"/>
          <w:i w:val="0"/>
          <w:color w:val="333333"/>
          <w:sz w:val="19"/>
        </w:rPr>
        <w:t>ell²=m²+(18-n)²</w:t>
      </w:r>
    </w:p>
    <w:p>
      <w:pPr>
        <w:spacing w:before="0" w:after="80" w:line="300" w:lineRule="auto"/>
        <w:jc w:val="left"/>
      </w:pPr>
      <w:r>
        <w:rPr>
          <w:rFonts w:ascii="Times New Roman" w:hAnsi="Times New Roman" w:eastAsia="宋体"/>
          <w:b w:val="0"/>
          <w:i w:val="0"/>
          <w:color w:val="333333"/>
          <w:sz w:val="19"/>
        </w:rPr>
        <w:t>-m(18-n).</w:t>
      </w:r>
    </w:p>
    <w:p>
      <w:pPr>
        <w:spacing w:before="0" w:after="80" w:line="300" w:lineRule="auto"/>
        <w:jc w:val="left"/>
      </w:pPr>
      <w:r>
        <w:rPr>
          <w:rFonts w:ascii="Times New Roman" w:hAnsi="Times New Roman" w:eastAsia="宋体"/>
          <w:b w:val="0"/>
          <w:i w:val="0"/>
          <w:color w:val="333333"/>
          <w:sz w:val="19"/>
        </w:rPr>
        <w:t>Write uⱼ=18-jd for j=1,2,3. Substituting the permutations 123,132,213,231,312,321 of (u₁,u₂,u₃) for (m,n,ell) gives the nonzero candidates d=18,2,9,5,6,6, respectively. Positivity of u₃ requires d&lt;6, leaving only d=2 and d=5. The case d=0 also gives a valid rhombus.</w:t>
      </w:r>
    </w:p>
    <w:p>
      <w:pPr>
        <w:spacing w:before="0" w:after="80" w:line="300" w:lineRule="auto"/>
        <w:jc w:val="left"/>
      </w:pPr>
      <w:r>
        <w:rPr>
          <w:rFonts w:ascii="Times New Roman" w:hAnsi="Times New Roman" w:eastAsia="宋体"/>
          <w:b w:val="0"/>
          <w:i w:val="0"/>
          <w:color w:val="333333"/>
          <w:sz w:val="19"/>
        </w:rPr>
        <w:t>Thus the side sets are {18,16,14,12}, {18,13,8,3}, and {18,18,18,18}.</w:t>
      </w:r>
    </w:p>
    <w:p>
      <w:pPr>
        <w:spacing w:before="0" w:after="80" w:line="300" w:lineRule="auto"/>
        <w:jc w:val="left"/>
      </w:pPr>
      <w:r>
        <w:rPr>
          <w:rFonts w:ascii="Times New Roman" w:hAnsi="Times New Roman" w:eastAsia="宋体"/>
          <w:b w:val="0"/>
          <w:i w:val="0"/>
          <w:color w:val="333333"/>
          <w:sz w:val="19"/>
        </w:rPr>
        <w:t>The possible values of a non-AB side length are {3, 8, 12, 13, 14, 16, 18}, whose sum is 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把 1,2,…,m 看作模 m 的全部剩余类。若不要求各分量互不相同，则前三个分量可以任取，第四个分量随之唯一确定，于是共有 m³ 个有序四元组。</w:t>
      </w:r>
    </w:p>
    <w:p>
      <w:pPr>
        <w:spacing w:before="0" w:after="80" w:line="300" w:lineRule="auto"/>
        <w:jc w:val="left"/>
      </w:pPr>
      <w:r>
        <w:rPr>
          <w:rFonts w:ascii="Times New Roman" w:hAnsi="Times New Roman" w:eastAsia="宋体"/>
          <w:b w:val="0"/>
          <w:i w:val="0"/>
          <w:sz w:val="21"/>
        </w:rPr>
        <w:t>按哪些坐标相等来划分并做容斥，即可得到其余各项。恰有一对坐标相等的选法有 6 种，每种留下 m² 组解，共贡献 -6m²。3 种“两对相等”的划分贡献 +3m。4 种“三个相等加一个单独”的划分的容斥系数为 2，贡献 +8m。最后，四个全相等的划分系数为 -6，且只有一组解。（这里 m 为奇数保证了 2 和 4 模 m 可逆。）因此</w:t>
      </w:r>
    </w:p>
    <w:p>
      <w:pPr>
        <w:spacing w:before="0" w:after="80" w:line="300" w:lineRule="auto"/>
        <w:jc w:val="left"/>
      </w:pPr>
      <w:r>
        <w:rPr>
          <w:rFonts w:ascii="Times New Roman" w:hAnsi="Times New Roman" w:eastAsia="宋体"/>
          <w:b w:val="0"/>
          <w:i w:val="0"/>
          <w:sz w:val="21"/>
        </w:rPr>
        <w:t>D(m)=m³-6m²</w:t>
      </w:r>
    </w:p>
    <w:p>
      <w:pPr>
        <w:spacing w:before="0" w:after="80" w:line="300" w:lineRule="auto"/>
        <w:jc w:val="left"/>
      </w:pPr>
      <w:r>
        <w:rPr>
          <w:rFonts w:ascii="Times New Roman" w:hAnsi="Times New Roman" w:eastAsia="宋体"/>
          <w:b w:val="0"/>
          <w:i w:val="0"/>
          <w:sz w:val="21"/>
        </w:rPr>
        <w:t>+11m-6</w:t>
      </w:r>
    </w:p>
    <w:p>
      <w:pPr>
        <w:spacing w:before="0" w:after="80" w:line="300" w:lineRule="auto"/>
        <w:jc w:val="left"/>
      </w:pPr>
      <w:r>
        <w:rPr>
          <w:rFonts w:ascii="Times New Roman" w:hAnsi="Times New Roman" w:eastAsia="宋体"/>
          <w:b w:val="0"/>
          <w:i w:val="0"/>
          <w:sz w:val="21"/>
        </w:rPr>
        <w:t>=(m-1)(m-2)</w:t>
      </w:r>
    </w:p>
    <w:p>
      <w:pPr>
        <w:spacing w:before="0" w:after="80" w:line="300" w:lineRule="auto"/>
        <w:jc w:val="left"/>
      </w:pPr>
      <w:r>
        <w:rPr>
          <w:rFonts w:ascii="Times New Roman" w:hAnsi="Times New Roman" w:eastAsia="宋体"/>
          <w:b w:val="0"/>
          <w:i w:val="0"/>
          <w:sz w:val="21"/>
        </w:rPr>
        <w:t>·(m-3)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 c₁=11。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Regard 1,2,…,m as all residues modulo m. Without the distinctness condition, the first three entries are arbitrary and the fourth is determined, giving m³ ordered quadruples.</w:t>
      </w:r>
    </w:p>
    <w:p>
      <w:pPr>
        <w:spacing w:before="0" w:after="80" w:line="300" w:lineRule="auto"/>
        <w:jc w:val="left"/>
      </w:pPr>
      <w:r>
        <w:rPr>
          <w:rFonts w:ascii="Times New Roman" w:hAnsi="Times New Roman" w:eastAsia="宋体"/>
          <w:b w:val="0"/>
          <w:i w:val="0"/>
          <w:color w:val="333333"/>
          <w:sz w:val="19"/>
        </w:rPr>
        <w:t>Inclusion-exclusion over equal-coordinate partitions gives the remaining terms. There are 6 choices of one equal pair, each leaving m² solutions, for -6m². The 3 two-pair partitions contribute +3m. The 4 triple-and-single partitions have inclusion-exclusion coefficient 2 and contribute +8m. Finally, the all-equal partition has coefficient -6 and one solution. (Here odd m makes 2 and 4 invertible modulo m.) Therefore</w:t>
      </w:r>
    </w:p>
    <w:p>
      <w:pPr>
        <w:spacing w:before="0" w:after="80" w:line="300" w:lineRule="auto"/>
        <w:jc w:val="left"/>
      </w:pPr>
      <w:r>
        <w:rPr>
          <w:rFonts w:ascii="Times New Roman" w:hAnsi="Times New Roman" w:eastAsia="宋体"/>
          <w:b w:val="0"/>
          <w:i w:val="0"/>
          <w:color w:val="333333"/>
          <w:sz w:val="19"/>
        </w:rPr>
        <w:t>D(m)=m³-6m²</w:t>
      </w:r>
    </w:p>
    <w:p>
      <w:pPr>
        <w:spacing w:before="0" w:after="80" w:line="300" w:lineRule="auto"/>
        <w:jc w:val="left"/>
      </w:pPr>
      <w:r>
        <w:rPr>
          <w:rFonts w:ascii="Times New Roman" w:hAnsi="Times New Roman" w:eastAsia="宋体"/>
          <w:b w:val="0"/>
          <w:i w:val="0"/>
          <w:color w:val="333333"/>
          <w:sz w:val="19"/>
        </w:rPr>
        <w:t>+11m-6</w:t>
      </w:r>
    </w:p>
    <w:p>
      <w:pPr>
        <w:spacing w:before="0" w:after="80" w:line="300" w:lineRule="auto"/>
        <w:jc w:val="left"/>
      </w:pPr>
      <w:r>
        <w:rPr>
          <w:rFonts w:ascii="Times New Roman" w:hAnsi="Times New Roman" w:eastAsia="宋体"/>
          <w:b w:val="0"/>
          <w:i w:val="0"/>
          <w:color w:val="333333"/>
          <w:sz w:val="19"/>
        </w:rPr>
        <w:t>=(m-1)(m-2)</w:t>
      </w:r>
    </w:p>
    <w:p>
      <w:pPr>
        <w:spacing w:before="0" w:after="80" w:line="300" w:lineRule="auto"/>
        <w:jc w:val="left"/>
      </w:pPr>
      <w:r>
        <w:rPr>
          <w:rFonts w:ascii="Times New Roman" w:hAnsi="Times New Roman" w:eastAsia="宋体"/>
          <w:b w:val="0"/>
          <w:i w:val="0"/>
          <w:color w:val="333333"/>
          <w:sz w:val="19"/>
        </w:rPr>
        <w:t>·(m-3).</w:t>
      </w:r>
    </w:p>
    <w:p>
      <w:pPr>
        <w:spacing w:before="0" w:after="80" w:line="300" w:lineRule="auto"/>
        <w:jc w:val="left"/>
      </w:pPr>
      <w:r>
        <w:rPr>
          <w:rFonts w:ascii="Times New Roman" w:hAnsi="Times New Roman" w:eastAsia="宋体"/>
          <w:b w:val="0"/>
          <w:i w:val="0"/>
          <w:color w:val="333333"/>
          <w:sz w:val="19"/>
        </w:rPr>
        <w:t>Hence c₁=11.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