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2021B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有多少个整数 x 满足 |x| &lt; 3π？</w:t>
      </w:r>
    </w:p>
    <w:p>
      <w:pPr>
        <w:spacing w:before="0" w:after="120" w:line="300" w:lineRule="auto"/>
      </w:pPr>
      <w:r>
        <w:rPr>
          <w:rFonts w:ascii="Times New Roman" w:hAnsi="Times New Roman" w:eastAsia="宋体"/>
          <w:b w:val="0"/>
          <w:i w:val="0"/>
          <w:sz w:val="21"/>
        </w:rPr>
        <w:t>（A）9　　（B）10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 values of x satisfy |x| &lt; 3π?</w:t>
      </w:r>
    </w:p>
    <w:p>
      <w:pPr>
        <w:spacing w:before="0" w:after="160" w:line="300" w:lineRule="auto"/>
      </w:pPr>
      <w:r>
        <w:rPr>
          <w:rFonts w:ascii="Times New Roman" w:hAnsi="Times New Roman" w:eastAsia="宋体"/>
          <w:b w:val="0"/>
          <w:i w:val="0"/>
          <w:color w:val="333333"/>
          <w:sz w:val="19"/>
        </w:rPr>
        <w:t>(A) 9　　(B) 10　　(C) 18　　(D) 19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在一次数学竞赛中，57 名学生穿蓝衬衫，另外 75 名学生穿黄衬衫。这 132 名学生被分成 66 对。恰好有 23 对中的两名学生都穿蓝衬衫。有多少对中的两名学生都穿黄衬衫？</w:t>
      </w:r>
    </w:p>
    <w:p>
      <w:pPr>
        <w:spacing w:before="0" w:after="120" w:line="300" w:lineRule="auto"/>
      </w:pPr>
      <w:r>
        <w:rPr>
          <w:rFonts w:ascii="Times New Roman" w:hAnsi="Times New Roman" w:eastAsia="宋体"/>
          <w:b w:val="0"/>
          <w:i w:val="0"/>
          <w:sz w:val="21"/>
        </w:rPr>
        <w:t>（A）23　　（B）32　　（C）37　　（D）41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math contest, 57 students are wearing blue shirts, and another 75 students are wearing yellow shirts. The 132 students are assigned into 66 pairs. In exactly 23 of these pairs, both students are wearing blue shirts. In how many pairs are both students wearing yellow shirts?</w:t>
      </w:r>
    </w:p>
    <w:p>
      <w:pPr>
        <w:spacing w:before="0" w:after="160" w:line="300" w:lineRule="auto"/>
      </w:pPr>
      <w:r>
        <w:rPr>
          <w:rFonts w:ascii="Times New Roman" w:hAnsi="Times New Roman" w:eastAsia="宋体"/>
          <w:b w:val="0"/>
          <w:i w:val="0"/>
          <w:color w:val="333333"/>
          <w:sz w:val="19"/>
        </w:rPr>
        <w:t>(A) 23　　(B) 32　　(C) 37　　(D) 41　　(E) 64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假设</w:t>
      </w:r>
    </w:p>
    <w:p>
      <w:pPr>
        <w:spacing w:before="0" w:after="80" w:line="300" w:lineRule="auto"/>
        <w:jc w:val="left"/>
      </w:pPr>
      <w:r>
        <w:rPr>
          <w:rFonts w:ascii="Times New Roman" w:hAnsi="Times New Roman" w:eastAsia="宋体"/>
          <w:b w:val="0"/>
          <w:i w:val="0"/>
          <w:sz w:val="21"/>
        </w:rPr>
        <w:t>2+1/(1+1/(2+2/3+x))=144/53。</w:t>
      </w:r>
    </w:p>
    <w:p>
      <w:pPr>
        <w:spacing w:before="0" w:after="80" w:line="300" w:lineRule="auto"/>
        <w:jc w:val="left"/>
      </w:pPr>
      <w:r>
        <w:rPr>
          <w:rFonts w:ascii="Times New Roman" w:hAnsi="Times New Roman" w:eastAsia="宋体"/>
          <w:b w:val="0"/>
          <w:i w:val="0"/>
          <w:sz w:val="21"/>
        </w:rPr>
        <w:t>x 的值是多少？</w:t>
      </w:r>
    </w:p>
    <w:p>
      <w:pPr>
        <w:spacing w:before="0" w:after="120" w:line="300" w:lineRule="auto"/>
      </w:pPr>
      <w:r>
        <w:rPr>
          <w:rFonts w:ascii="Times New Roman" w:hAnsi="Times New Roman" w:eastAsia="宋体"/>
          <w:b w:val="0"/>
          <w:i w:val="0"/>
          <w:sz w:val="21"/>
        </w:rPr>
        <w:t>（A）3/4　　（B）7/8　　（C）14/15　　（D）37/38　　（E）52/53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w:t>
      </w:r>
    </w:p>
    <w:p>
      <w:pPr>
        <w:spacing w:before="0" w:after="80" w:line="300" w:lineRule="auto"/>
        <w:jc w:val="left"/>
      </w:pPr>
      <w:r>
        <w:rPr>
          <w:rFonts w:ascii="Times New Roman" w:hAnsi="Times New Roman" w:eastAsia="宋体"/>
          <w:b w:val="0"/>
          <w:i w:val="0"/>
          <w:color w:val="333333"/>
          <w:sz w:val="19"/>
        </w:rPr>
        <w:t>2+1/(1+1/(2+2/3+x))=144/53.</w:t>
      </w:r>
    </w:p>
    <w:p>
      <w:pPr>
        <w:spacing w:before="0" w:after="80" w:line="300" w:lineRule="auto"/>
        <w:jc w:val="left"/>
      </w:pPr>
      <w:r>
        <w:rPr>
          <w:rFonts w:ascii="Times New Roman" w:hAnsi="Times New Roman" w:eastAsia="宋体"/>
          <w:b w:val="0"/>
          <w:i w:val="0"/>
          <w:color w:val="333333"/>
          <w:sz w:val="19"/>
        </w:rPr>
        <w:t>What is the value of x?</w:t>
      </w:r>
    </w:p>
    <w:p>
      <w:pPr>
        <w:spacing w:before="0" w:after="160" w:line="300" w:lineRule="auto"/>
      </w:pPr>
      <w:r>
        <w:rPr>
          <w:rFonts w:ascii="Times New Roman" w:hAnsi="Times New Roman" w:eastAsia="宋体"/>
          <w:b w:val="0"/>
          <w:i w:val="0"/>
          <w:color w:val="333333"/>
          <w:sz w:val="19"/>
        </w:rPr>
        <w:t>(A) 3/4　　(B) 7/8　　(C) 14/15　　(D) 37/38　　(E) 52/53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Blackwell 老师给两个班考试。上午班学生的平均分是 84，下午班学生的平均分是 70。上午班人数与下午班人数之比为 3/4。所有学生的平均分是多少？</w:t>
      </w:r>
    </w:p>
    <w:p>
      <w:pPr>
        <w:spacing w:before="0" w:after="120" w:line="300" w:lineRule="auto"/>
      </w:pPr>
      <w:r>
        <w:rPr>
          <w:rFonts w:ascii="Times New Roman" w:hAnsi="Times New Roman" w:eastAsia="宋体"/>
          <w:b w:val="0"/>
          <w:i w:val="0"/>
          <w:sz w:val="21"/>
        </w:rPr>
        <w:t>（A）74　　（B）75　　（C）76　　（D）77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Ms. Blackwell gives an exam to two classes. The mean of the scores of the students in the morning class is 84, and the afternoon class’s mean score is 70. The ratio of the number of students in the morning class to the number of students in the afternoon class is 3/4. What is the mean of the scores of all the students?</w:t>
      </w:r>
    </w:p>
    <w:p>
      <w:pPr>
        <w:spacing w:before="0" w:after="160" w:line="300" w:lineRule="auto"/>
      </w:pPr>
      <w:r>
        <w:rPr>
          <w:rFonts w:ascii="Times New Roman" w:hAnsi="Times New Roman" w:eastAsia="宋体"/>
          <w:b w:val="0"/>
          <w:i w:val="0"/>
          <w:color w:val="333333"/>
          <w:sz w:val="19"/>
        </w:rPr>
        <w:t>(A) 74　　(B) 75　　(C) 76　　(D) 77　　(E) 78</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xy 平面中的点 P(a,b) 先绕点 (1,5) 逆时针旋转 90°，再关于直线 y=-x 反射。经过这两个变换后，P 的像为 (-6,3)。b-a 是多少？</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 P(a,b) in the xy-plane is first rotated counterclockwise by 90° around the point (1,5) and then reflected about the line y=-x. The image of P after these two transformations is at (-6,3). What is b-a?</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一个倒置圆锥的底面半径为 12 厘米，高为 18 厘米，里面装满了水。把水倒入一个高圆柱中，这个圆柱的水平底面半径为 24 厘米。圆柱中水的高度是多少厘米？</w:t>
      </w:r>
    </w:p>
    <w:p>
      <w:pPr>
        <w:spacing w:before="0" w:after="120" w:line="300" w:lineRule="auto"/>
      </w:pPr>
      <w:r>
        <w:rPr>
          <w:rFonts w:ascii="Times New Roman" w:hAnsi="Times New Roman" w:eastAsia="宋体"/>
          <w:b w:val="0"/>
          <w:i w:val="0"/>
          <w:sz w:val="21"/>
        </w:rPr>
        <w:t>（A）1.5　　（B）3　　（C）4　　（D）4.5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inverted cone with base radius 12 cm and height 18 cm is full of water. The water is poured into a tall cylinder whose horizontal base has a radius of 24 cm. What is the height in centimeters of the water in the cylinder?</w:t>
      </w:r>
    </w:p>
    <w:p>
      <w:pPr>
        <w:spacing w:before="0" w:after="160" w:line="300" w:lineRule="auto"/>
      </w:pPr>
      <w:r>
        <w:rPr>
          <w:rFonts w:ascii="Times New Roman" w:hAnsi="Times New Roman" w:eastAsia="宋体"/>
          <w:b w:val="0"/>
          <w:i w:val="0"/>
          <w:color w:val="333333"/>
          <w:sz w:val="19"/>
        </w:rPr>
        <w:t>(A) 1.5　　(B) 3　　(C) 4　　(D) 4.5　　(E) 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设 N=34· 34· 63· 270。N 的奇因数之和与 N 的偶因数之和的比是多少？</w:t>
      </w:r>
    </w:p>
    <w:p>
      <w:pPr>
        <w:spacing w:before="0" w:after="120" w:line="300" w:lineRule="auto"/>
      </w:pPr>
      <w:r>
        <w:rPr>
          <w:rFonts w:ascii="Times New Roman" w:hAnsi="Times New Roman" w:eastAsia="宋体"/>
          <w:b w:val="0"/>
          <w:i w:val="0"/>
          <w:sz w:val="21"/>
        </w:rPr>
        <w:t>（A）1:16　　（B）1:15　　（C）1:14　　（D）1:8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N=34· 34· 63· 270. What is the ratio of the sum of the odd divisors of N to the sum of the even divisors of N?</w:t>
      </w:r>
    </w:p>
    <w:p>
      <w:pPr>
        <w:spacing w:before="0" w:after="160" w:line="300" w:lineRule="auto"/>
      </w:pPr>
      <w:r>
        <w:rPr>
          <w:rFonts w:ascii="Times New Roman" w:hAnsi="Times New Roman" w:eastAsia="宋体"/>
          <w:b w:val="0"/>
          <w:i w:val="0"/>
          <w:color w:val="333333"/>
          <w:sz w:val="19"/>
        </w:rPr>
        <w:t>(A) 1:16　　(B) 1:15　　(C) 1:14　　(D) 1:8　　(E) 1:3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三条等间距平行线与一个圆相交，形成三条长度分别为 38，38，和 34 的弦。相邻两条平行线之间的距离是多少？</w:t>
      </w:r>
    </w:p>
    <w:p>
      <w:pPr>
        <w:spacing w:before="0" w:after="120" w:line="300" w:lineRule="auto"/>
      </w:pPr>
      <w:r>
        <w:rPr>
          <w:rFonts w:ascii="Times New Roman" w:hAnsi="Times New Roman" w:eastAsia="宋体"/>
          <w:b w:val="0"/>
          <w:i w:val="0"/>
          <w:sz w:val="21"/>
        </w:rPr>
        <w:t>（A）51/2　　（B）6　　（C）61/2　　（D）7　　（E）71/2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equally spaced parallel lines intersect a circle, creating three chords of lengths 38, 38, and 34. What is the distance between two adjacent parallel lines?</w:t>
      </w:r>
    </w:p>
    <w:p>
      <w:pPr>
        <w:spacing w:before="0" w:after="160" w:line="300" w:lineRule="auto"/>
      </w:pPr>
      <w:r>
        <w:rPr>
          <w:rFonts w:ascii="Times New Roman" w:hAnsi="Times New Roman" w:eastAsia="宋体"/>
          <w:b w:val="0"/>
          <w:i w:val="0"/>
          <w:color w:val="333333"/>
          <w:sz w:val="19"/>
        </w:rPr>
        <w:t>(A) 51/2　　(B) 6　　(C) 61/2　　(D) 7　　(E) 71/2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(log₂ 80)/log₄₀2-(log₂ 160)/log₂₀2</w:t>
      </w:r>
    </w:p>
    <w:p>
      <w:pPr>
        <w:spacing w:before="0" w:after="120" w:line="300" w:lineRule="auto"/>
      </w:pPr>
      <w:r>
        <w:rPr>
          <w:rFonts w:ascii="Times New Roman" w:hAnsi="Times New Roman" w:eastAsia="宋体"/>
          <w:b w:val="0"/>
          <w:i w:val="0"/>
          <w:sz w:val="21"/>
        </w:rPr>
        <w:t>（A）0　　（B）1　　（C）5/4　　（D）2　　（E）log₂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(log₂ 80)/log₄₀2-(log₂ 160)/log₂₀2</w:t>
      </w:r>
    </w:p>
    <w:p>
      <w:pPr>
        <w:spacing w:before="0" w:after="160" w:line="300" w:lineRule="auto"/>
      </w:pPr>
      <w:r>
        <w:rPr>
          <w:rFonts w:ascii="Times New Roman" w:hAnsi="Times New Roman" w:eastAsia="宋体"/>
          <w:b w:val="0"/>
          <w:i w:val="0"/>
          <w:color w:val="333333"/>
          <w:sz w:val="19"/>
        </w:rPr>
        <w:t>(A) 0　　(B) 1　　(C) 5/4　　(D) 2　　(E) log₂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从集合 {1,2,3,4,…,36,37} 中选出两个不同的数，使剩下 35 个数的和等于这两个数的乘积。这两个数的差是多少？</w:t>
      </w:r>
    </w:p>
    <w:p>
      <w:pPr>
        <w:spacing w:before="0" w:after="120" w:line="300" w:lineRule="auto"/>
      </w:pPr>
      <w:r>
        <w:rPr>
          <w:rFonts w:ascii="Times New Roman" w:hAnsi="Times New Roman" w:eastAsia="宋体"/>
          <w:b w:val="0"/>
          <w:i w:val="0"/>
          <w:sz w:val="21"/>
        </w:rPr>
        <w:t>（A）5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distinct numbers are selected from the set {1,2,3,4,…,36,37} so that the sum of the remaining 35 numbers is the product of these two numbers. What is the difference of these two numbers?</w:t>
      </w:r>
    </w:p>
    <w:p>
      <w:pPr>
        <w:spacing w:before="0" w:after="160" w:line="300" w:lineRule="auto"/>
      </w:pPr>
      <w:r>
        <w:rPr>
          <w:rFonts w:ascii="Times New Roman" w:hAnsi="Times New Roman" w:eastAsia="宋体"/>
          <w:b w:val="0"/>
          <w:i w:val="0"/>
          <w:color w:val="333333"/>
          <w:sz w:val="19"/>
        </w:rPr>
        <w:t>(A) 5　　(B) 7　　(C) 8　　(D) 9　　(E) 10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三角形 ABC 中，AB=13，BC=14，且 AC=15。点 P 在 AC 上，并且 PC=10。直线 BP 上恰好有两个点 D 和 E，使四边形 ABCD 和 ABCE 是梯形。距离 DE 是多少？</w:t>
      </w:r>
    </w:p>
    <w:p>
      <w:pPr>
        <w:spacing w:before="0" w:after="120" w:line="300" w:lineRule="auto"/>
      </w:pPr>
      <w:r>
        <w:rPr>
          <w:rFonts w:ascii="Times New Roman" w:hAnsi="Times New Roman" w:eastAsia="宋体"/>
          <w:b w:val="0"/>
          <w:i w:val="0"/>
          <w:sz w:val="21"/>
        </w:rPr>
        <w:t>（A）42/5　　（B）6√(2)　　（C）84/5　　（D）12√(2)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AB=13, BC=14, and AC=15. Let P be the point on AC such that PC=10. There are exactly two points D and E on line BP such that quadrilaterals ABCD and ABCE are trapezoids. What is the distance DE?</w:t>
      </w:r>
    </w:p>
    <w:p>
      <w:pPr>
        <w:spacing w:before="0" w:after="160" w:line="300" w:lineRule="auto"/>
      </w:pPr>
      <w:r>
        <w:rPr>
          <w:rFonts w:ascii="Times New Roman" w:hAnsi="Times New Roman" w:eastAsia="宋体"/>
          <w:b w:val="0"/>
          <w:i w:val="0"/>
          <w:color w:val="333333"/>
          <w:sz w:val="19"/>
        </w:rPr>
        <w:t>(A) 42/5　　(B) 6√(2)　　(C) 84/5　　(D) 12√(2)　　(E) 18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假设 S 是一个由正整数组成的有限集合。如果将 S 中的最大整数从 S 中移除，则剩余整数的平均值（算术平均数）为 32。如果再移除 S 中的最小整数，则剩余整数的平均值为 35。如果随后把最大整数放回集合，整数的平均值升至 40。原集合 S 中最大整数比 S 中最小整数大 72。集合 S 中所有整数的平均值是多少？</w:t>
      </w:r>
    </w:p>
    <w:p>
      <w:pPr>
        <w:spacing w:before="0" w:after="120" w:line="300" w:lineRule="auto"/>
      </w:pPr>
      <w:r>
        <w:rPr>
          <w:rFonts w:ascii="Times New Roman" w:hAnsi="Times New Roman" w:eastAsia="宋体"/>
          <w:b w:val="0"/>
          <w:i w:val="0"/>
          <w:sz w:val="21"/>
        </w:rPr>
        <w:t>（A）36.2　　（B）36.4　　（C）36.6　　（D）36.8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S is a finite set of positive integers. If the greatest integer in S is removed from S, then the average value (arithmetic mean) of the integers remaining is 32. If the least integer in S is also removed, then the average value of the integers remaining is 35. If the greatest integer is then returned to the set, the average value of the integers rises to 40. The greatest integer in the original set S is 72 greater than the least integer in S. What is the average value of all the integers in the set S?</w:t>
      </w:r>
    </w:p>
    <w:p>
      <w:pPr>
        <w:spacing w:before="0" w:after="160" w:line="300" w:lineRule="auto"/>
      </w:pPr>
      <w:r>
        <w:rPr>
          <w:rFonts w:ascii="Times New Roman" w:hAnsi="Times New Roman" w:eastAsia="宋体"/>
          <w:b w:val="0"/>
          <w:i w:val="0"/>
          <w:color w:val="333333"/>
          <w:sz w:val="19"/>
        </w:rPr>
        <w:t>(A) 36.2　　(B) 36.4　　(C) 36.6　　(D) 36.8　　(E) 37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区间 0&lt;θ≤ 2π 中有多少个 θ 的值满足下面的方程？</w:t>
      </w:r>
    </w:p>
    <w:p>
      <w:pPr>
        <w:spacing w:before="0" w:after="80" w:line="300" w:lineRule="auto"/>
        <w:jc w:val="left"/>
      </w:pPr>
      <w:r>
        <w:rPr>
          <w:rFonts w:ascii="Times New Roman" w:hAnsi="Times New Roman" w:eastAsia="宋体"/>
          <w:b w:val="0"/>
          <w:i w:val="0"/>
          <w:sz w:val="21"/>
        </w:rPr>
        <w:t>1-3sinθ+5cos 3θ=0</w:t>
      </w:r>
    </w:p>
    <w:p>
      <w:pPr>
        <w:spacing w:before="0" w:after="120" w:line="300" w:lineRule="auto"/>
      </w:pPr>
      <w:r>
        <w:rPr>
          <w:rFonts w:ascii="Times New Roman" w:hAnsi="Times New Roman" w:eastAsia="宋体"/>
          <w:b w:val="0"/>
          <w:i w:val="0"/>
          <w:sz w:val="21"/>
        </w:rPr>
        <w:t>（A）2　　（B）4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values of θ in the interval 0&lt;θ≤ 2π satisfy the following equation?</w:t>
      </w:r>
    </w:p>
    <w:p>
      <w:pPr>
        <w:spacing w:before="0" w:after="80" w:line="300" w:lineRule="auto"/>
        <w:jc w:val="left"/>
      </w:pPr>
      <w:r>
        <w:rPr>
          <w:rFonts w:ascii="Times New Roman" w:hAnsi="Times New Roman" w:eastAsia="宋体"/>
          <w:b w:val="0"/>
          <w:i w:val="0"/>
          <w:color w:val="333333"/>
          <w:sz w:val="19"/>
        </w:rPr>
        <w:t>1-3sinθ+5cos 3θ=0</w:t>
      </w:r>
    </w:p>
    <w:p>
      <w:pPr>
        <w:spacing w:before="0" w:after="160" w:line="300" w:lineRule="auto"/>
      </w:pPr>
      <w:r>
        <w:rPr>
          <w:rFonts w:ascii="Times New Roman" w:hAnsi="Times New Roman" w:eastAsia="宋体"/>
          <w:b w:val="0"/>
          <w:i w:val="0"/>
          <w:color w:val="333333"/>
          <w:sz w:val="19"/>
        </w:rPr>
        <w:t>(A) 2　　(B) 4　　(C) 5　　(D) 6　　(E) 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ABCD 是一个矩形，且线段 DM 垂直于 ABCD 所在平面。假设 DM 的长度是整数，并且 MA，MC 和 MB 的长度按此顺序是连续的正奇数。棱锥 MABCD 的体积是多少？</w:t>
      </w:r>
    </w:p>
    <w:p>
      <w:pPr>
        <w:spacing w:before="0" w:after="120" w:line="300" w:lineRule="auto"/>
      </w:pPr>
      <w:r>
        <w:rPr>
          <w:rFonts w:ascii="Times New Roman" w:hAnsi="Times New Roman" w:eastAsia="宋体"/>
          <w:b w:val="0"/>
          <w:i w:val="0"/>
          <w:sz w:val="21"/>
        </w:rPr>
        <w:t>（A）24√(5)　　（B）60　　（C）28√(5)　　（D）66　　（E）8√(70)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rectangle and let DM be a segment perpendicular to the plane of ABCD. Suppose that DM has integer length, and the lengths of MA, MC, and MB are consecutive odd positive integers (in this order). What is the volume of pyramid MABCD?</w:t>
      </w:r>
    </w:p>
    <w:p>
      <w:pPr>
        <w:spacing w:before="0" w:after="160" w:line="300" w:lineRule="auto"/>
      </w:pPr>
      <w:r>
        <w:rPr>
          <w:rFonts w:ascii="Times New Roman" w:hAnsi="Times New Roman" w:eastAsia="宋体"/>
          <w:b w:val="0"/>
          <w:i w:val="0"/>
          <w:color w:val="333333"/>
          <w:sz w:val="19"/>
        </w:rPr>
        <w:t>(A) 24√(5)　　(B) 60　　(C) 28√(5)　　(D) 66　　(E) 8√(70)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图形由 11 条线段构成，每条线段长度都是 2。五边形 ABCDE 的面积可写成 √(m)+√(n)，其中 m 和 n 是正整数。m+n 是多少？</w:t>
      </w:r>
    </w:p>
    <w:p>
      <w:pPr>
        <w:spacing w:before="80" w:after="80"/>
        <w:jc w:val="center"/>
      </w:pPr>
      <w:r>
        <w:drawing>
          <wp:inline xmlns:a="http://schemas.openxmlformats.org/drawingml/2006/main" xmlns:pic="http://schemas.openxmlformats.org/drawingml/2006/picture">
            <wp:extent cx="1356296" cy="1436743"/>
            <wp:docPr id="1" name="Picture 1"/>
            <wp:cNvGraphicFramePr>
              <a:graphicFrameLocks noChangeAspect="1"/>
            </wp:cNvGraphicFramePr>
            <a:graphic>
              <a:graphicData uri="http://schemas.openxmlformats.org/drawingml/2006/picture">
                <pic:pic>
                  <pic:nvPicPr>
                    <pic:cNvPr id="0" name="q15-1@300dpi.png"/>
                    <pic:cNvPicPr/>
                  </pic:nvPicPr>
                  <pic:blipFill>
                    <a:blip r:embed="rId9"/>
                    <a:stretch>
                      <a:fillRect/>
                    </a:stretch>
                  </pic:blipFill>
                  <pic:spPr>
                    <a:xfrm>
                      <a:off x="0" y="0"/>
                      <a:ext cx="1356296" cy="1436743"/>
                    </a:xfrm>
                    <a:prstGeom prst="rect"/>
                  </pic:spPr>
                </pic:pic>
              </a:graphicData>
            </a:graphic>
          </wp:inline>
        </w:drawing>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is constructed from 11 line segments, each of which has length 2. The area of pentagon ABCDE can be written as √(m)+√(n), where m and n are positive integers. What is m+n?</w:t>
      </w:r>
    </w:p>
    <w:p>
      <w:pPr>
        <w:spacing w:before="80" w:after="80"/>
        <w:jc w:val="center"/>
      </w:pPr>
      <w:r>
        <w:drawing>
          <wp:inline xmlns:a="http://schemas.openxmlformats.org/drawingml/2006/main" xmlns:pic="http://schemas.openxmlformats.org/drawingml/2006/picture">
            <wp:extent cx="1356296" cy="1436743"/>
            <wp:docPr id="2" name="Picture 2"/>
            <wp:cNvGraphicFramePr>
              <a:graphicFrameLocks noChangeAspect="1"/>
            </wp:cNvGraphicFramePr>
            <a:graphic>
              <a:graphicData uri="http://schemas.openxmlformats.org/drawingml/2006/picture">
                <pic:pic>
                  <pic:nvPicPr>
                    <pic:cNvPr id="0" name="q15-1@300dpi.png"/>
                    <pic:cNvPicPr/>
                  </pic:nvPicPr>
                  <pic:blipFill>
                    <a:blip r:embed="rId9"/>
                    <a:stretch>
                      <a:fillRect/>
                    </a:stretch>
                  </pic:blipFill>
                  <pic:spPr>
                    <a:xfrm>
                      <a:off x="0" y="0"/>
                      <a:ext cx="1356296" cy="143674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 g(x) 是首项系数为 1 的多项式，它的三个根是 f(x)=x³+ax²+bx+c 的三个根的倒数，其中 1&lt; a&lt; b&lt; c。用 a，b 和 c 表示 g(1) 是什么？</w:t>
      </w:r>
    </w:p>
    <w:p>
      <w:pPr>
        <w:spacing w:before="0" w:after="120" w:line="300" w:lineRule="auto"/>
      </w:pPr>
      <w:r>
        <w:rPr>
          <w:rFonts w:ascii="Times New Roman" w:hAnsi="Times New Roman" w:eastAsia="宋体"/>
          <w:b w:val="0"/>
          <w:i w:val="0"/>
          <w:sz w:val="21"/>
        </w:rPr>
        <w:t>（A）1+a+b+c/c　　（B）1+a+b+c　　（C）1+a+b+c/c²　　（D）a+b+c/c²　　（E）1+a+b+c/a+b+c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g(x) be a polynomial with leading coefficient 1, whose three roots are the reciprocals of the three roots of f(x)=x³+ax²+bx+c, where 1&lt; a&lt; b&lt; c. What is g(1) in terms of a, b, and c?</w:t>
      </w:r>
    </w:p>
    <w:p>
      <w:pPr>
        <w:spacing w:before="0" w:after="160" w:line="300" w:lineRule="auto"/>
      </w:pPr>
      <w:r>
        <w:rPr>
          <w:rFonts w:ascii="Times New Roman" w:hAnsi="Times New Roman" w:eastAsia="宋体"/>
          <w:b w:val="0"/>
          <w:i w:val="0"/>
          <w:color w:val="333333"/>
          <w:sz w:val="19"/>
        </w:rPr>
        <w:t>(A) 1+a+b+c/c　　(B) 1+a+b+c　　(C) 1+a+b+c/c²　　(D) a+b+c/c²　　(E) 1+a+b+c/a+b+c</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ABCD 是等腰梯形，平行底边为 AB 和 CD，且 AB&gt; CD。从 ABCD 内一点连到各顶点，把梯形分成四个三角形，它们的面积从以 CD 为底的三角形开始并按顺时针方向如图所示分别为 2，3，4，和 5。比值 AB/CD 是多少？</w:t>
      </w:r>
    </w:p>
    <w:p>
      <w:pPr>
        <w:spacing w:before="80" w:after="80"/>
        <w:jc w:val="center"/>
      </w:pPr>
      <w:r>
        <w:drawing>
          <wp:inline xmlns:a="http://schemas.openxmlformats.org/drawingml/2006/main" xmlns:pic="http://schemas.openxmlformats.org/drawingml/2006/picture">
            <wp:extent cx="2499137" cy="1394590"/>
            <wp:docPr id="3" name="Picture 3"/>
            <wp:cNvGraphicFramePr>
              <a:graphicFrameLocks noChangeAspect="1"/>
            </wp:cNvGraphicFramePr>
            <a:graphic>
              <a:graphicData uri="http://schemas.openxmlformats.org/drawingml/2006/picture">
                <pic:pic>
                  <pic:nvPicPr>
                    <pic:cNvPr id="0" name="q17-1@300dpi.png"/>
                    <pic:cNvPicPr/>
                  </pic:nvPicPr>
                  <pic:blipFill>
                    <a:blip r:embed="rId10"/>
                    <a:stretch>
                      <a:fillRect/>
                    </a:stretch>
                  </pic:blipFill>
                  <pic:spPr>
                    <a:xfrm>
                      <a:off x="0" y="0"/>
                      <a:ext cx="2499137" cy="1394590"/>
                    </a:xfrm>
                    <a:prstGeom prst="rect"/>
                  </pic:spPr>
                </pic:pic>
              </a:graphicData>
            </a:graphic>
          </wp:inline>
        </w:drawing>
      </w:r>
    </w:p>
    <w:p>
      <w:pPr>
        <w:spacing w:before="0" w:after="120" w:line="300" w:lineRule="auto"/>
      </w:pPr>
      <w:r>
        <w:rPr>
          <w:rFonts w:ascii="Times New Roman" w:hAnsi="Times New Roman" w:eastAsia="宋体"/>
          <w:b w:val="0"/>
          <w:i w:val="0"/>
          <w:sz w:val="21"/>
        </w:rPr>
        <w:t>（A）3　　（B）2+√(2)　　（C）1+√(6)　　（D）2√(3)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an isosceles trapezoid having parallel bases AB and CD with AB&gt; CD. Line segments from a point inside ABCD to the vertices divide the trapezoid into four triangles whose areas are 2, 3, 4, and 5 starting with the triangle with base CD and moving clockwise as shown in the diagram below. What is the ratio AB/CD?</w:t>
      </w:r>
    </w:p>
    <w:p>
      <w:pPr>
        <w:spacing w:before="80" w:after="80"/>
        <w:jc w:val="center"/>
      </w:pPr>
      <w:r>
        <w:drawing>
          <wp:inline xmlns:a="http://schemas.openxmlformats.org/drawingml/2006/main" xmlns:pic="http://schemas.openxmlformats.org/drawingml/2006/picture">
            <wp:extent cx="2499137" cy="1394590"/>
            <wp:docPr id="4" name="Picture 4"/>
            <wp:cNvGraphicFramePr>
              <a:graphicFrameLocks noChangeAspect="1"/>
            </wp:cNvGraphicFramePr>
            <a:graphic>
              <a:graphicData uri="http://schemas.openxmlformats.org/drawingml/2006/picture">
                <pic:pic>
                  <pic:nvPicPr>
                    <pic:cNvPr id="0" name="q17-1@300dpi.png"/>
                    <pic:cNvPicPr/>
                  </pic:nvPicPr>
                  <pic:blipFill>
                    <a:blip r:embed="rId10"/>
                    <a:stretch>
                      <a:fillRect/>
                    </a:stretch>
                  </pic:blipFill>
                  <pic:spPr>
                    <a:xfrm>
                      <a:off x="0" y="0"/>
                      <a:ext cx="2499137" cy="13945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2+√(2)　　(C) 1+√(6)　　(D) 2√(3)　　(E) 3√(2)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z 是满足 12|z|² =2|z+2|²+|z²+1|²+31 的复数。z+6/z 的值是多少？</w:t>
      </w:r>
    </w:p>
    <w:p>
      <w:pPr>
        <w:spacing w:before="0" w:after="120" w:line="300" w:lineRule="auto"/>
      </w:pPr>
      <w:r>
        <w:rPr>
          <w:rFonts w:ascii="Times New Roman" w:hAnsi="Times New Roman" w:eastAsia="宋体"/>
          <w:b w:val="0"/>
          <w:i w:val="0"/>
          <w:sz w:val="21"/>
        </w:rPr>
        <w:t>（A）-2　　（B）-1　　（C）1/2　　（D）1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z be a complex number satisfying 12|z|² =2|z+2|²+|z²+1|²+31. What is the value of z+6/z?</w:t>
      </w:r>
    </w:p>
    <w:p>
      <w:pPr>
        <w:spacing w:before="0" w:after="160" w:line="300" w:lineRule="auto"/>
      </w:pPr>
      <w:r>
        <w:rPr>
          <w:rFonts w:ascii="Times New Roman" w:hAnsi="Times New Roman" w:eastAsia="宋体"/>
          <w:b w:val="0"/>
          <w:i w:val="0"/>
          <w:color w:val="333333"/>
          <w:sz w:val="19"/>
        </w:rPr>
        <w:t>(A) -2　　(B) -1　　(C) 1/2　　(D) 1　　(E) 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掷两个公平骰子，每个骰子至少有 6 个面。每个骰子的各面分别标着从 1 到该骰子面数的不同整数。掷出和为 7 的概率是掷出和为 10 的概率的 3/4，且掷出和为 12 的概率是 1/12。两个骰子的面数总和最小可能是多少？</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fair dice, each with at least 6 faces are rolled. On each face of each die is printed a distinct integer from 1 to the number of faces on that die, inclusive. The probability of rolling a sum of 7 is 3/4 of the probability of rolling a sum of 10, and the probability of rolling a sum of 12 is 1/12. What is the least possible number of faces on the two dice combined?</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Q(z) 和 R(z) 是唯一满足</w:t>
      </w:r>
    </w:p>
    <w:p>
      <w:pPr>
        <w:spacing w:before="0" w:after="80" w:line="300" w:lineRule="auto"/>
        <w:jc w:val="left"/>
      </w:pPr>
      <w:r>
        <w:rPr>
          <w:rFonts w:ascii="Times New Roman" w:hAnsi="Times New Roman" w:eastAsia="宋体"/>
          <w:b w:val="0"/>
          <w:i w:val="0"/>
          <w:sz w:val="21"/>
        </w:rPr>
        <w:t>z²⁰²¹+1</w:t>
      </w:r>
    </w:p>
    <w:p>
      <w:pPr>
        <w:spacing w:before="0" w:after="80" w:line="300" w:lineRule="auto"/>
        <w:jc w:val="left"/>
      </w:pPr>
      <w:r>
        <w:rPr>
          <w:rFonts w:ascii="Times New Roman" w:hAnsi="Times New Roman" w:eastAsia="宋体"/>
          <w:b w:val="0"/>
          <w:i w:val="0"/>
          <w:sz w:val="21"/>
        </w:rPr>
        <w:t>= (z²+z+1)Q(z)+R(z)</w:t>
      </w:r>
    </w:p>
    <w:p>
      <w:pPr>
        <w:spacing w:before="0" w:after="80" w:line="300" w:lineRule="auto"/>
        <w:jc w:val="left"/>
      </w:pPr>
      <w:r>
        <w:rPr>
          <w:rFonts w:ascii="Times New Roman" w:hAnsi="Times New Roman" w:eastAsia="宋体"/>
          <w:b w:val="0"/>
          <w:i w:val="0"/>
          <w:sz w:val="21"/>
        </w:rPr>
        <w:t>且 R 的次数小于 2 的多项式。R(z) 是什么？</w:t>
      </w:r>
    </w:p>
    <w:p>
      <w:pPr>
        <w:spacing w:before="0" w:after="120" w:line="300" w:lineRule="auto"/>
      </w:pPr>
      <w:r>
        <w:rPr>
          <w:rFonts w:ascii="Times New Roman" w:hAnsi="Times New Roman" w:eastAsia="宋体"/>
          <w:b w:val="0"/>
          <w:i w:val="0"/>
          <w:sz w:val="21"/>
        </w:rPr>
        <w:t>（A）-z　　（B）-1　　（C）2021　　（D）z+1　　（E）2z+1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Q(z) and R(z) be the unique polynomials such that</w:t>
      </w:r>
    </w:p>
    <w:p>
      <w:pPr>
        <w:spacing w:before="0" w:after="80" w:line="300" w:lineRule="auto"/>
        <w:jc w:val="left"/>
      </w:pPr>
      <w:r>
        <w:rPr>
          <w:rFonts w:ascii="Times New Roman" w:hAnsi="Times New Roman" w:eastAsia="宋体"/>
          <w:b w:val="0"/>
          <w:i w:val="0"/>
          <w:color w:val="333333"/>
          <w:sz w:val="19"/>
        </w:rPr>
        <w:t>z²⁰²¹+1</w:t>
      </w:r>
    </w:p>
    <w:p>
      <w:pPr>
        <w:spacing w:before="0" w:after="80" w:line="300" w:lineRule="auto"/>
        <w:jc w:val="left"/>
      </w:pPr>
      <w:r>
        <w:rPr>
          <w:rFonts w:ascii="Times New Roman" w:hAnsi="Times New Roman" w:eastAsia="宋体"/>
          <w:b w:val="0"/>
          <w:i w:val="0"/>
          <w:color w:val="333333"/>
          <w:sz w:val="19"/>
        </w:rPr>
        <w:t>= (z²+z+1)Q(z)+R(z)</w:t>
      </w:r>
    </w:p>
    <w:p>
      <w:pPr>
        <w:spacing w:before="0" w:after="80" w:line="300" w:lineRule="auto"/>
        <w:jc w:val="left"/>
      </w:pPr>
      <w:r>
        <w:rPr>
          <w:rFonts w:ascii="Times New Roman" w:hAnsi="Times New Roman" w:eastAsia="宋体"/>
          <w:b w:val="0"/>
          <w:i w:val="0"/>
          <w:color w:val="333333"/>
          <w:sz w:val="19"/>
        </w:rPr>
        <w:t>and the degree of R is less than 2. What is R(z)?</w:t>
      </w:r>
    </w:p>
    <w:p>
      <w:pPr>
        <w:spacing w:before="0" w:after="160" w:line="300" w:lineRule="auto"/>
      </w:pPr>
      <w:r>
        <w:rPr>
          <w:rFonts w:ascii="Times New Roman" w:hAnsi="Times New Roman" w:eastAsia="宋体"/>
          <w:b w:val="0"/>
          <w:i w:val="0"/>
          <w:color w:val="333333"/>
          <w:sz w:val="19"/>
        </w:rPr>
        <w:t>(A) -z　　(B) -1　　(C) 2021　　(D) z+1　　(E) 2z+1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S 是所有满足下式的正实数 x 的和：</w:t>
      </w:r>
    </w:p>
    <w:p>
      <w:pPr>
        <w:spacing w:before="0" w:after="80" w:line="300" w:lineRule="auto"/>
        <w:jc w:val="left"/>
      </w:pPr>
      <w:r>
        <w:rPr>
          <w:rFonts w:ascii="Times New Roman" w:hAnsi="Times New Roman" w:eastAsia="宋体"/>
          <w:b w:val="0"/>
          <w:i w:val="0"/>
          <w:sz w:val="21"/>
        </w:rPr>
        <w:t>x^(2^(√(2)))=√(2)^(2ˣ)。</w:t>
      </w:r>
    </w:p>
    <w:p>
      <w:pPr>
        <w:spacing w:before="0" w:after="80" w:line="300" w:lineRule="auto"/>
        <w:jc w:val="left"/>
      </w:pPr>
      <w:r>
        <w:rPr>
          <w:rFonts w:ascii="Times New Roman" w:hAnsi="Times New Roman" w:eastAsia="宋体"/>
          <w:b w:val="0"/>
          <w:i w:val="0"/>
          <w:sz w:val="21"/>
        </w:rPr>
        <w:t>下列哪一项为真？</w:t>
      </w:r>
    </w:p>
    <w:p>
      <w:pPr>
        <w:spacing w:before="0" w:after="120" w:line="300" w:lineRule="auto"/>
      </w:pPr>
      <w:r>
        <w:rPr>
          <w:rFonts w:ascii="Times New Roman" w:hAnsi="Times New Roman" w:eastAsia="宋体"/>
          <w:b w:val="0"/>
          <w:i w:val="0"/>
          <w:sz w:val="21"/>
        </w:rPr>
        <w:t>（A）S&lt;√(2)　　（B）S=√(2)　　（C）√(2)&lt; S&lt; 2　　（D）2≤ S&lt; 6　　（E）S≥ 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sum of all positive real numbers x for which</w:t>
      </w:r>
    </w:p>
    <w:p>
      <w:pPr>
        <w:spacing w:before="0" w:after="80" w:line="300" w:lineRule="auto"/>
        <w:jc w:val="left"/>
      </w:pPr>
      <w:r>
        <w:rPr>
          <w:rFonts w:ascii="Times New Roman" w:hAnsi="Times New Roman" w:eastAsia="宋体"/>
          <w:b w:val="0"/>
          <w:i w:val="0"/>
          <w:color w:val="333333"/>
          <w:sz w:val="19"/>
        </w:rPr>
        <w:t>x^(2^(√(2)))=√(2)^(2ˣ).</w:t>
      </w:r>
    </w:p>
    <w:p>
      <w:pPr>
        <w:spacing w:before="0" w:after="80" w:line="300" w:lineRule="auto"/>
        <w:jc w:val="left"/>
      </w:pPr>
      <w:r>
        <w:rPr>
          <w:rFonts w:ascii="Times New Roman" w:hAnsi="Times New Roman" w:eastAsia="宋体"/>
          <w:b w:val="0"/>
          <w:i w:val="0"/>
          <w:color w:val="333333"/>
          <w:sz w:val="19"/>
        </w:rPr>
        <w:t>Which of the following statements is true?</w:t>
      </w:r>
    </w:p>
    <w:p>
      <w:pPr>
        <w:spacing w:before="0" w:after="160" w:line="300" w:lineRule="auto"/>
      </w:pPr>
      <w:r>
        <w:rPr>
          <w:rFonts w:ascii="Times New Roman" w:hAnsi="Times New Roman" w:eastAsia="宋体"/>
          <w:b w:val="0"/>
          <w:i w:val="0"/>
          <w:color w:val="333333"/>
          <w:sz w:val="19"/>
        </w:rPr>
        <w:t>(A) S&lt;√(2)　　(B) S=√(2)　　(C) √(2)&lt; S&lt; 2　　(D) 2≤ S&lt; 6　　(E) S≥ 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Arjun 和 Beth 玩一个游戏：他们轮流从若干堵砖墙中的一堵移走一块砖，或移走两块相邻的砖；移走后产生的空隙可能形成新的砖墙。每堵砖墙都只有一块砖高。例如，大小为 4 和 2 的一组砖墙可以通过一步变成以下任意一种：(3,2)、 (2,1,2)、 (4)、 (4,1)、 (2,2) 或 (1,1,2)。</w:t>
      </w:r>
    </w:p>
    <w:p>
      <w:pPr>
        <w:spacing w:before="80" w:after="80"/>
        <w:jc w:val="center"/>
      </w:pPr>
      <w:r>
        <w:drawing>
          <wp:inline xmlns:a="http://schemas.openxmlformats.org/drawingml/2006/main" xmlns:pic="http://schemas.openxmlformats.org/drawingml/2006/picture">
            <wp:extent cx="4500000" cy="249753"/>
            <wp:docPr id="5" name="Picture 5"/>
            <wp:cNvGraphicFramePr>
              <a:graphicFrameLocks noChangeAspect="1"/>
            </wp:cNvGraphicFramePr>
            <a:graphic>
              <a:graphicData uri="http://schemas.openxmlformats.org/drawingml/2006/picture">
                <pic:pic>
                  <pic:nvPicPr>
                    <pic:cNvPr id="0" name="q22-1@426dpi.png"/>
                    <pic:cNvPicPr/>
                  </pic:nvPicPr>
                  <pic:blipFill>
                    <a:blip r:embed="rId11"/>
                    <a:stretch>
                      <a:fillRect/>
                    </a:stretch>
                  </pic:blipFill>
                  <pic:spPr>
                    <a:xfrm>
                      <a:off x="0" y="0"/>
                      <a:ext cx="4500000" cy="249753"/>
                    </a:xfrm>
                    <a:prstGeom prst="rect"/>
                  </pic:spPr>
                </pic:pic>
              </a:graphicData>
            </a:graphic>
          </wp:inline>
        </w:drawing>
      </w:r>
    </w:p>
    <w:p>
      <w:pPr>
        <w:spacing w:before="0" w:after="80" w:line="300" w:lineRule="auto"/>
        <w:jc w:val="left"/>
      </w:pPr>
      <w:r>
        <w:rPr>
          <w:rFonts w:ascii="Times New Roman" w:hAnsi="Times New Roman" w:eastAsia="宋体"/>
          <w:b w:val="0"/>
          <w:i w:val="0"/>
          <w:sz w:val="21"/>
        </w:rPr>
        <w:t>Arjun 先手，移走最后一块砖的玩家获胜。对于哪一个初始配置，Beth 有必胜策略？</w:t>
      </w:r>
    </w:p>
    <w:p>
      <w:pPr>
        <w:spacing w:before="0" w:after="120" w:line="300" w:lineRule="auto"/>
      </w:pPr>
      <w:r>
        <w:rPr>
          <w:rFonts w:ascii="Times New Roman" w:hAnsi="Times New Roman" w:eastAsia="宋体"/>
          <w:b w:val="0"/>
          <w:i w:val="0"/>
          <w:sz w:val="21"/>
        </w:rPr>
        <w:t>（A）(6,1,1)　　（B）(6,2,1)　　（C）(6,2,2)　　（D）(6,3,1)　　（E）(6,3,2)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Arjun and Beth play a game in which they take turns removing one brick or two adjacent bricks from one “wall” among a set of several walls of bricks, with gaps possibly creating new walls. The walls are one brick tall. For example, a set of walls of sizes 4 and 2 can be changed into any of the following by one move: (3,2), (2,1,2), (4), (4,1), (2,2), or (1,1,2).</w:t>
      </w:r>
    </w:p>
    <w:p>
      <w:pPr>
        <w:spacing w:before="80" w:after="80"/>
        <w:jc w:val="center"/>
      </w:pPr>
      <w:r>
        <w:drawing>
          <wp:inline xmlns:a="http://schemas.openxmlformats.org/drawingml/2006/main" xmlns:pic="http://schemas.openxmlformats.org/drawingml/2006/picture">
            <wp:extent cx="4500000" cy="249753"/>
            <wp:docPr id="6" name="Picture 6"/>
            <wp:cNvGraphicFramePr>
              <a:graphicFrameLocks noChangeAspect="1"/>
            </wp:cNvGraphicFramePr>
            <a:graphic>
              <a:graphicData uri="http://schemas.openxmlformats.org/drawingml/2006/picture">
                <pic:pic>
                  <pic:nvPicPr>
                    <pic:cNvPr id="0" name="q22-1@426dpi.png"/>
                    <pic:cNvPicPr/>
                  </pic:nvPicPr>
                  <pic:blipFill>
                    <a:blip r:embed="rId11"/>
                    <a:stretch>
                      <a:fillRect/>
                    </a:stretch>
                  </pic:blipFill>
                  <pic:spPr>
                    <a:xfrm>
                      <a:off x="0" y="0"/>
                      <a:ext cx="4500000" cy="24975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Arjun plays first, and the player who removes the last brick wins. For which starting configuration is there a strategy that guarantees a win for Beth?</w:t>
      </w:r>
    </w:p>
    <w:p>
      <w:pPr>
        <w:spacing w:before="0" w:after="160" w:line="300" w:lineRule="auto"/>
      </w:pPr>
      <w:r>
        <w:rPr>
          <w:rFonts w:ascii="Times New Roman" w:hAnsi="Times New Roman" w:eastAsia="宋体"/>
          <w:b w:val="0"/>
          <w:i w:val="0"/>
          <w:color w:val="333333"/>
          <w:sz w:val="19"/>
        </w:rPr>
        <w:t>(A) (6,1,1)　　(B) (6,2,1)　　(C) (6,2,2)　　(D) (6,3,1)　　(E) (6,3,2)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三个球被随机且相互独立地投入编号为正整数的箱子中。对每个球，它被投入箱子 i 的概率为 2⁻ⁱ，其中 i=1，2，3，…。每个箱子可以有多个球。三个球最终落在不同且等间距的箱子中的概率为 p/q，其中 p 和 q 是互质正整数。（例如，若球被投入箱子 3、17 和 10，则这些箱子是等间距的。）p+q 是多少？</w:t>
      </w:r>
    </w:p>
    <w:p>
      <w:pPr>
        <w:spacing w:before="0" w:after="120" w:line="300" w:lineRule="auto"/>
      </w:pPr>
      <w:r>
        <w:rPr>
          <w:rFonts w:ascii="Times New Roman" w:hAnsi="Times New Roman" w:eastAsia="宋体"/>
          <w:b w:val="0"/>
          <w:i w:val="0"/>
          <w:sz w:val="21"/>
        </w:rPr>
        <w:t>（A）55　　（B）56　　（C）57　　（D）58　　（E）59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balls are randomly and independently tossed into bins numbered with the positive integers so that for each ball, the probability that it is tossed into bin i is 2⁻ⁱ for i=1, 2, 3, …. More than one ball is allowed in each bin. The probability that the balls end up evenly spaced in distinct bins is p/q, where p and q are relatively prime positive integers. (For example, the balls are evenly spaced if they are tossed into bins 3, 17, and 10.) What is p+q?</w:t>
      </w:r>
    </w:p>
    <w:p>
      <w:pPr>
        <w:spacing w:before="0" w:after="160" w:line="300" w:lineRule="auto"/>
      </w:pPr>
      <w:r>
        <w:rPr>
          <w:rFonts w:ascii="Times New Roman" w:hAnsi="Times New Roman" w:eastAsia="宋体"/>
          <w:b w:val="0"/>
          <w:i w:val="0"/>
          <w:color w:val="333333"/>
          <w:sz w:val="19"/>
        </w:rPr>
        <w:t>(A) 55　　(B) 56　　(C) 57　　(D) 58　　(E) 59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ABCD 是面积为 15 的平行四边形。点 P 和 Q 分别是 A 和 C 在直线 BD 上的投影；点 R 和 S 分别是 B 和 D 在直线 AC 上的投影。见图，图中也显示了这些点的相对位置。</w:t>
      </w:r>
    </w:p>
    <w:p>
      <w:pPr>
        <w:spacing w:before="80" w:after="80"/>
        <w:jc w:val="center"/>
      </w:pPr>
      <w:r>
        <w:drawing>
          <wp:inline xmlns:a="http://schemas.openxmlformats.org/drawingml/2006/main" xmlns:pic="http://schemas.openxmlformats.org/drawingml/2006/picture">
            <wp:extent cx="2723878" cy="1566375"/>
            <wp:docPr id="7" name="Picture 7"/>
            <wp:cNvGraphicFramePr>
              <a:graphicFrameLocks noChangeAspect="1"/>
            </wp:cNvGraphicFramePr>
            <a:graphic>
              <a:graphicData uri="http://schemas.openxmlformats.org/drawingml/2006/picture">
                <pic:pic>
                  <pic:nvPicPr>
                    <pic:cNvPr id="0" name="q24-1@300dpi.png"/>
                    <pic:cNvPicPr/>
                  </pic:nvPicPr>
                  <pic:blipFill>
                    <a:blip r:embed="rId12"/>
                    <a:stretch>
                      <a:fillRect/>
                    </a:stretch>
                  </pic:blipFill>
                  <pic:spPr>
                    <a:xfrm>
                      <a:off x="0" y="0"/>
                      <a:ext cx="2723878" cy="1566375"/>
                    </a:xfrm>
                    <a:prstGeom prst="rect"/>
                  </pic:spPr>
                </pic:pic>
              </a:graphicData>
            </a:graphic>
          </wp:inline>
        </w:drawing>
      </w:r>
    </w:p>
    <w:p>
      <w:pPr>
        <w:spacing w:before="0" w:after="80" w:line="300" w:lineRule="auto"/>
        <w:jc w:val="left"/>
      </w:pPr>
      <w:r>
        <w:rPr>
          <w:rFonts w:ascii="Times New Roman" w:hAnsi="Times New Roman" w:eastAsia="宋体"/>
          <w:b w:val="0"/>
          <w:i w:val="0"/>
          <w:sz w:val="21"/>
        </w:rPr>
        <w:t>假设 PQ=6，RS=8，并令 d 表示 BD 的长度，即 ABCD 的较长对角线。则 d² 可写成 m+n√(p) 的形式，其中 m，n，和 p 是正整数，且 p 不被任何质数的平方整除。m+n+p 是多少？</w:t>
      </w:r>
    </w:p>
    <w:p>
      <w:pPr>
        <w:spacing w:before="0" w:after="120" w:line="300" w:lineRule="auto"/>
      </w:pPr>
      <w:r>
        <w:rPr>
          <w:rFonts w:ascii="Times New Roman" w:hAnsi="Times New Roman" w:eastAsia="宋体"/>
          <w:b w:val="0"/>
          <w:i w:val="0"/>
          <w:sz w:val="21"/>
        </w:rPr>
        <w:t>（A）81　　（B）89　　（C）97　　（D）105　　（E）113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parallelogram with area 15. Points P and Q are the projections of A and C, respectively, onto the line BD; and points R and S are the projections of B and D, respectively, onto the line AC. See the figure, which also shows the relative locations of these points.</w:t>
      </w:r>
    </w:p>
    <w:p>
      <w:pPr>
        <w:spacing w:before="80" w:after="80"/>
        <w:jc w:val="center"/>
      </w:pPr>
      <w:r>
        <w:drawing>
          <wp:inline xmlns:a="http://schemas.openxmlformats.org/drawingml/2006/main" xmlns:pic="http://schemas.openxmlformats.org/drawingml/2006/picture">
            <wp:extent cx="2723878" cy="1566375"/>
            <wp:docPr id="8" name="Picture 8"/>
            <wp:cNvGraphicFramePr>
              <a:graphicFrameLocks noChangeAspect="1"/>
            </wp:cNvGraphicFramePr>
            <a:graphic>
              <a:graphicData uri="http://schemas.openxmlformats.org/drawingml/2006/picture">
                <pic:pic>
                  <pic:nvPicPr>
                    <pic:cNvPr id="0" name="q24-1@300dpi.png"/>
                    <pic:cNvPicPr/>
                  </pic:nvPicPr>
                  <pic:blipFill>
                    <a:blip r:embed="rId12"/>
                    <a:stretch>
                      <a:fillRect/>
                    </a:stretch>
                  </pic:blipFill>
                  <pic:spPr>
                    <a:xfrm>
                      <a:off x="0" y="0"/>
                      <a:ext cx="2723878" cy="156637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Suppose PQ=6 and RS=8, and let d denote the length of BD, the longer diagonal of ABCD. Then d² can be written in the form m+n√(p), where m, n, and p are positive integers and p is not divisible by the square of any prime. What is m+n+p?</w:t>
      </w:r>
    </w:p>
    <w:p>
      <w:pPr>
        <w:spacing w:before="0" w:after="160" w:line="300" w:lineRule="auto"/>
      </w:pPr>
      <w:r>
        <w:rPr>
          <w:rFonts w:ascii="Times New Roman" w:hAnsi="Times New Roman" w:eastAsia="宋体"/>
          <w:b w:val="0"/>
          <w:i w:val="0"/>
          <w:color w:val="333333"/>
          <w:sz w:val="19"/>
        </w:rPr>
        <w:t>(A) 81　　(B) 89　　(C) 97　　(D) 105　　(E) 113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S 是坐标平面中的格点集合，其两个坐标都是从 1 到 30 的整数（含端点）。S 中恰有 300 个点位于方程为 y=mx 的直线上或其下方。m 的可能值构成一个长度为 a/b 的区间，其中 a 和 b 是互质正整数。a+b 是多少？</w:t>
      </w:r>
    </w:p>
    <w:p>
      <w:pPr>
        <w:spacing w:before="0" w:after="120" w:line="300" w:lineRule="auto"/>
      </w:pPr>
      <w:r>
        <w:rPr>
          <w:rFonts w:ascii="Times New Roman" w:hAnsi="Times New Roman" w:eastAsia="宋体"/>
          <w:b w:val="0"/>
          <w:i w:val="0"/>
          <w:sz w:val="21"/>
        </w:rPr>
        <w:t>（A）31　　（B）47　　（C）62　　（D）72　　（E）85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lattice points in the coordinate plane, both of whose coordinates are integers between 1 and 30, inclusive. Exactly 300 points in S lie on or below a line with equation y=mx. The possible values of m lie in an interval of length a/b, where a and b are relatively prime positive integers. What is a+b?</w:t>
      </w:r>
    </w:p>
    <w:p>
      <w:pPr>
        <w:spacing w:before="0" w:after="160" w:line="300" w:lineRule="auto"/>
      </w:pPr>
      <w:r>
        <w:rPr>
          <w:rFonts w:ascii="Times New Roman" w:hAnsi="Times New Roman" w:eastAsia="宋体"/>
          <w:b w:val="0"/>
          <w:i w:val="0"/>
          <w:color w:val="333333"/>
          <w:sz w:val="19"/>
        </w:rPr>
        <w:t>(A) 31　　(B) 47　　(C) 62　　(D) 72　　(E) 85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A　C　D　A　C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D　D　A　D　A　B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A　D　B　A　A　E</w:t>
      </w:r>
    </w:p>
    <w:p>
      <w:pPr>
        <w:spacing w:before="0" w:after="200" w:line="300" w:lineRule="auto"/>
      </w:pPr>
      <w:r>
        <w:rPr>
          <w:rFonts w:ascii="Times New Roman" w:hAnsi="Times New Roman" w:eastAsia="宋体"/>
          <w:b w:val="0"/>
          <w:i w:val="0"/>
          <w:color w:val="666666"/>
          <w:sz w:val="18"/>
        </w:rPr>
        <w:t>答案串：DBACDACBDEDDDADABABADBAAE</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因为 3π ≈ 9.42，不等式 |x| &lt; 3π 表示 -9.42 &lt; x &lt; 9.42。</w:t>
      </w:r>
    </w:p>
    <w:p>
      <w:pPr>
        <w:spacing w:before="0" w:after="80" w:line="300" w:lineRule="auto"/>
        <w:jc w:val="left"/>
      </w:pPr>
      <w:r>
        <w:rPr>
          <w:rFonts w:ascii="Times New Roman" w:hAnsi="Times New Roman" w:eastAsia="宋体"/>
          <w:b w:val="0"/>
          <w:i w:val="0"/>
          <w:sz w:val="21"/>
        </w:rPr>
        <w:t>这个范围内的整数从 -9 到 9，共有 19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3π ≈ 9.42, the inequality |x| &lt; 3π means -9.42 &lt; x &lt; 9.42.</w:t>
      </w:r>
    </w:p>
    <w:p>
      <w:pPr>
        <w:spacing w:before="0" w:after="80" w:line="300" w:lineRule="auto"/>
        <w:jc w:val="left"/>
      </w:pPr>
      <w:r>
        <w:rPr>
          <w:rFonts w:ascii="Times New Roman" w:hAnsi="Times New Roman" w:eastAsia="宋体"/>
          <w:b w:val="0"/>
          <w:i w:val="0"/>
          <w:color w:val="333333"/>
          <w:sz w:val="19"/>
        </w:rPr>
        <w:t>The integers in this range run from -9 to 9, giving 19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23 对全蓝组合用了 46 名蓝衬衫学生，还剩 57 - 46 = 11 名蓝衬衫学生。</w:t>
      </w:r>
    </w:p>
    <w:p>
      <w:pPr>
        <w:spacing w:before="0" w:after="80" w:line="300" w:lineRule="auto"/>
        <w:jc w:val="left"/>
      </w:pPr>
      <w:r>
        <w:rPr>
          <w:rFonts w:ascii="Times New Roman" w:hAnsi="Times New Roman" w:eastAsia="宋体"/>
          <w:b w:val="0"/>
          <w:i w:val="0"/>
          <w:sz w:val="21"/>
        </w:rPr>
        <w:t>这 11 名蓝衬衫学生每人都必须和一名黄衬衫学生配对，所以有 11 对混合组合，用掉 11 名黄衬衫学生。</w:t>
      </w:r>
    </w:p>
    <w:p>
      <w:pPr>
        <w:spacing w:before="0" w:after="80" w:line="300" w:lineRule="auto"/>
        <w:jc w:val="left"/>
      </w:pPr>
      <w:r>
        <w:rPr>
          <w:rFonts w:ascii="Times New Roman" w:hAnsi="Times New Roman" w:eastAsia="宋体"/>
          <w:b w:val="0"/>
          <w:i w:val="0"/>
          <w:sz w:val="21"/>
        </w:rPr>
        <w:t>剩下的 75 - 11 = 64 名黄衬衫学生组成 64 ÷ 2 = 32 对全黄组合。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23 all-blue pairs account for 46 blue students, leaving 57 - 46 = 11 blue students.</w:t>
      </w:r>
    </w:p>
    <w:p>
      <w:pPr>
        <w:spacing w:before="0" w:after="80" w:line="300" w:lineRule="auto"/>
        <w:jc w:val="left"/>
      </w:pPr>
      <w:r>
        <w:rPr>
          <w:rFonts w:ascii="Times New Roman" w:hAnsi="Times New Roman" w:eastAsia="宋体"/>
          <w:b w:val="0"/>
          <w:i w:val="0"/>
          <w:color w:val="333333"/>
          <w:sz w:val="19"/>
        </w:rPr>
        <w:t>Each of those 11 blue students must be paired with a yellow student, so there are 11 mixed pairs, using 11 yellow students.</w:t>
      </w:r>
    </w:p>
    <w:p>
      <w:pPr>
        <w:spacing w:before="0" w:after="80" w:line="300" w:lineRule="auto"/>
        <w:jc w:val="left"/>
      </w:pPr>
      <w:r>
        <w:rPr>
          <w:rFonts w:ascii="Times New Roman" w:hAnsi="Times New Roman" w:eastAsia="宋体"/>
          <w:b w:val="0"/>
          <w:i w:val="0"/>
          <w:color w:val="333333"/>
          <w:sz w:val="19"/>
        </w:rPr>
        <w:t>The remaining 75 - 11 = 64 yellow students form 64 ÷ 2 = 32 all-yellow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从外向内计算，144/53-2=38/53，所以内层分式等于 38/53。</w:t>
      </w:r>
    </w:p>
    <w:p>
      <w:pPr>
        <w:spacing w:before="0" w:after="80" w:line="300" w:lineRule="auto"/>
        <w:jc w:val="left"/>
      </w:pPr>
      <w:r>
        <w:rPr>
          <w:rFonts w:ascii="Times New Roman" w:hAnsi="Times New Roman" w:eastAsia="宋体"/>
          <w:b w:val="0"/>
          <w:i w:val="0"/>
          <w:sz w:val="21"/>
        </w:rPr>
        <w:t>取倒数得 1+1/(2+2/3+x)=53/38，所以 1/(2+2/3+x)=15/38。</w:t>
      </w:r>
    </w:p>
    <w:p>
      <w:pPr>
        <w:spacing w:before="0" w:after="80" w:line="300" w:lineRule="auto"/>
        <w:jc w:val="left"/>
      </w:pPr>
      <w:r>
        <w:rPr>
          <w:rFonts w:ascii="Times New Roman" w:hAnsi="Times New Roman" w:eastAsia="宋体"/>
          <w:b w:val="0"/>
          <w:i w:val="0"/>
          <w:sz w:val="21"/>
        </w:rPr>
        <w:t>于是 2+2/3+x=38/15，所以 2/3+x=8/15，得到 3+x=15/4。</w:t>
      </w:r>
    </w:p>
    <w:p>
      <w:pPr>
        <w:spacing w:before="0" w:after="80" w:line="300" w:lineRule="auto"/>
        <w:jc w:val="left"/>
      </w:pPr>
      <w:r>
        <w:rPr>
          <w:rFonts w:ascii="Times New Roman" w:hAnsi="Times New Roman" w:eastAsia="宋体"/>
          <w:b w:val="0"/>
          <w:i w:val="0"/>
          <w:sz w:val="21"/>
        </w:rPr>
        <w:t>因此 x=15/4-3=3/4。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from the outside in, 144/53-2=38/53, so the inner fraction equals 38/53.</w:t>
      </w:r>
    </w:p>
    <w:p>
      <w:pPr>
        <w:spacing w:before="0" w:after="80" w:line="300" w:lineRule="auto"/>
        <w:jc w:val="left"/>
      </w:pPr>
      <w:r>
        <w:rPr>
          <w:rFonts w:ascii="Times New Roman" w:hAnsi="Times New Roman" w:eastAsia="宋体"/>
          <w:b w:val="0"/>
          <w:i w:val="0"/>
          <w:color w:val="333333"/>
          <w:sz w:val="19"/>
        </w:rPr>
        <w:t>Its reciprocal gives 1+1/(2+2/3+x)=53/38, so 1/(2+2/3+x)=15/38.</w:t>
      </w:r>
    </w:p>
    <w:p>
      <w:pPr>
        <w:spacing w:before="0" w:after="80" w:line="300" w:lineRule="auto"/>
        <w:jc w:val="left"/>
      </w:pPr>
      <w:r>
        <w:rPr>
          <w:rFonts w:ascii="Times New Roman" w:hAnsi="Times New Roman" w:eastAsia="宋体"/>
          <w:b w:val="0"/>
          <w:i w:val="0"/>
          <w:color w:val="333333"/>
          <w:sz w:val="19"/>
        </w:rPr>
        <w:t>Then 2+2/3+x=38/15, so 2/3+x=8/15, giving 3+x=15/4.</w:t>
      </w:r>
    </w:p>
    <w:p>
      <w:pPr>
        <w:spacing w:before="0" w:after="80" w:line="300" w:lineRule="auto"/>
        <w:jc w:val="left"/>
      </w:pPr>
      <w:r>
        <w:rPr>
          <w:rFonts w:ascii="Times New Roman" w:hAnsi="Times New Roman" w:eastAsia="宋体"/>
          <w:b w:val="0"/>
          <w:i w:val="0"/>
          <w:color w:val="333333"/>
          <w:sz w:val="19"/>
        </w:rPr>
        <w:t>Therefore x=15/4-3=3/4.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设上午班有 3 名学生，下午班有 4 名学生。</w:t>
      </w:r>
    </w:p>
    <w:p>
      <w:pPr>
        <w:spacing w:before="0" w:after="80" w:line="300" w:lineRule="auto"/>
        <w:jc w:val="left"/>
      </w:pPr>
      <w:r>
        <w:rPr>
          <w:rFonts w:ascii="Times New Roman" w:hAnsi="Times New Roman" w:eastAsia="宋体"/>
          <w:b w:val="0"/>
          <w:i w:val="0"/>
          <w:sz w:val="21"/>
        </w:rPr>
        <w:t>所有分数的总和是 3· 84+4· 70 =252+280 =532。</w:t>
      </w:r>
    </w:p>
    <w:p>
      <w:pPr>
        <w:spacing w:before="0" w:after="80" w:line="300" w:lineRule="auto"/>
        <w:jc w:val="left"/>
      </w:pPr>
      <w:r>
        <w:rPr>
          <w:rFonts w:ascii="Times New Roman" w:hAnsi="Times New Roman" w:eastAsia="宋体"/>
          <w:b w:val="0"/>
          <w:i w:val="0"/>
          <w:sz w:val="21"/>
        </w:rPr>
        <w:t>总平均数是 532/7=76。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there are 3 students in the morning class and 4 in the afternoon class.</w:t>
      </w:r>
    </w:p>
    <w:p>
      <w:pPr>
        <w:spacing w:before="0" w:after="80" w:line="300" w:lineRule="auto"/>
        <w:jc w:val="left"/>
      </w:pPr>
      <w:r>
        <w:rPr>
          <w:rFonts w:ascii="Times New Roman" w:hAnsi="Times New Roman" w:eastAsia="宋体"/>
          <w:b w:val="0"/>
          <w:i w:val="0"/>
          <w:color w:val="333333"/>
          <w:sz w:val="19"/>
        </w:rPr>
        <w:t>The total of all scores is 3· 84+4· 70 =252+280 =532.</w:t>
      </w:r>
    </w:p>
    <w:p>
      <w:pPr>
        <w:spacing w:before="0" w:after="80" w:line="300" w:lineRule="auto"/>
        <w:jc w:val="left"/>
      </w:pPr>
      <w:r>
        <w:rPr>
          <w:rFonts w:ascii="Times New Roman" w:hAnsi="Times New Roman" w:eastAsia="宋体"/>
          <w:b w:val="0"/>
          <w:i w:val="0"/>
          <w:color w:val="333333"/>
          <w:sz w:val="19"/>
        </w:rPr>
        <w:t>The overall mean is 532/7=76.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绕 (1,5) 逆时针旋转 90° 会把 (a,b) 变为 (1-(b-5), 5+(a-1)) =(6-b, 4+a)。</w:t>
      </w:r>
    </w:p>
    <w:p>
      <w:pPr>
        <w:spacing w:before="0" w:after="80" w:line="300" w:lineRule="auto"/>
        <w:jc w:val="left"/>
      </w:pPr>
      <w:r>
        <w:rPr>
          <w:rFonts w:ascii="Times New Roman" w:hAnsi="Times New Roman" w:eastAsia="宋体"/>
          <w:b w:val="0"/>
          <w:i w:val="0"/>
          <w:sz w:val="21"/>
        </w:rPr>
        <w:t>再关于 y=-x 反射（即把 (x,y) 变为 (-y,-x)），得到 (-(4+a), -(6-b)) =(-4-a, b-6)。</w:t>
      </w:r>
    </w:p>
    <w:p>
      <w:pPr>
        <w:spacing w:before="0" w:after="80" w:line="300" w:lineRule="auto"/>
        <w:jc w:val="left"/>
      </w:pPr>
      <w:r>
        <w:rPr>
          <w:rFonts w:ascii="Times New Roman" w:hAnsi="Times New Roman" w:eastAsia="宋体"/>
          <w:b w:val="0"/>
          <w:i w:val="0"/>
          <w:sz w:val="21"/>
        </w:rPr>
        <w:t>令它等于 (-6,3)，得 -4-a=-6 且 b-6=3，所以 a=2，b=9。</w:t>
      </w:r>
    </w:p>
    <w:p>
      <w:pPr>
        <w:spacing w:before="0" w:after="80" w:line="300" w:lineRule="auto"/>
        <w:jc w:val="left"/>
      </w:pPr>
      <w:r>
        <w:rPr>
          <w:rFonts w:ascii="Times New Roman" w:hAnsi="Times New Roman" w:eastAsia="宋体"/>
          <w:b w:val="0"/>
          <w:i w:val="0"/>
          <w:sz w:val="21"/>
        </w:rPr>
        <w:t>因此 b-a=9-2=7。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90° counterclockwise rotation about (1,5) sends (a,b) to (1-(b-5), 5+(a-1)) =(6-b, 4+a).</w:t>
      </w:r>
    </w:p>
    <w:p>
      <w:pPr>
        <w:spacing w:before="0" w:after="80" w:line="300" w:lineRule="auto"/>
        <w:jc w:val="left"/>
      </w:pPr>
      <w:r>
        <w:rPr>
          <w:rFonts w:ascii="Times New Roman" w:hAnsi="Times New Roman" w:eastAsia="宋体"/>
          <w:b w:val="0"/>
          <w:i w:val="0"/>
          <w:color w:val="333333"/>
          <w:sz w:val="19"/>
        </w:rPr>
        <w:t>Reflecting that about y=-x (which maps (x,y) to (-y,-x)) gives (-(4+a), -(6-b)) =(-4-a, b-6).</w:t>
      </w:r>
    </w:p>
    <w:p>
      <w:pPr>
        <w:spacing w:before="0" w:after="80" w:line="300" w:lineRule="auto"/>
        <w:jc w:val="left"/>
      </w:pPr>
      <w:r>
        <w:rPr>
          <w:rFonts w:ascii="Times New Roman" w:hAnsi="Times New Roman" w:eastAsia="宋体"/>
          <w:b w:val="0"/>
          <w:i w:val="0"/>
          <w:color w:val="333333"/>
          <w:sz w:val="19"/>
        </w:rPr>
        <w:t>Setting this equal to (-6,3) gives -4-a=-6 and b-6=3, so a=2 and b=9.</w:t>
      </w:r>
    </w:p>
    <w:p>
      <w:pPr>
        <w:spacing w:before="0" w:after="80" w:line="300" w:lineRule="auto"/>
        <w:jc w:val="left"/>
      </w:pPr>
      <w:r>
        <w:rPr>
          <w:rFonts w:ascii="Times New Roman" w:hAnsi="Times New Roman" w:eastAsia="宋体"/>
          <w:b w:val="0"/>
          <w:i w:val="0"/>
          <w:color w:val="333333"/>
          <w:sz w:val="19"/>
        </w:rPr>
        <w:t>Therefore b-a=9-2=7.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圆锥中的水量为 1/3π(12)²(18)=864π 立方厘米。</w:t>
      </w:r>
    </w:p>
    <w:p>
      <w:pPr>
        <w:spacing w:before="0" w:after="80" w:line="300" w:lineRule="auto"/>
        <w:jc w:val="left"/>
      </w:pPr>
      <w:r>
        <w:rPr>
          <w:rFonts w:ascii="Times New Roman" w:hAnsi="Times New Roman" w:eastAsia="宋体"/>
          <w:b w:val="0"/>
          <w:i w:val="0"/>
          <w:sz w:val="21"/>
        </w:rPr>
        <w:t>倒入圆柱后，水高为 h，满足 π(24)² h=864π。</w:t>
      </w:r>
    </w:p>
    <w:p>
      <w:pPr>
        <w:spacing w:before="0" w:after="80" w:line="300" w:lineRule="auto"/>
        <w:jc w:val="left"/>
      </w:pPr>
      <w:r>
        <w:rPr>
          <w:rFonts w:ascii="Times New Roman" w:hAnsi="Times New Roman" w:eastAsia="宋体"/>
          <w:b w:val="0"/>
          <w:i w:val="0"/>
          <w:sz w:val="21"/>
        </w:rPr>
        <w:t>于是 576h=864，所以 h=1.5。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cone holds 1/3π(12)²(18)=864π cubic centimeters of water.</w:t>
      </w:r>
    </w:p>
    <w:p>
      <w:pPr>
        <w:spacing w:before="0" w:after="80" w:line="300" w:lineRule="auto"/>
        <w:jc w:val="left"/>
      </w:pPr>
      <w:r>
        <w:rPr>
          <w:rFonts w:ascii="Times New Roman" w:hAnsi="Times New Roman" w:eastAsia="宋体"/>
          <w:b w:val="0"/>
          <w:i w:val="0"/>
          <w:color w:val="333333"/>
          <w:sz w:val="19"/>
        </w:rPr>
        <w:t>Poured into the cylinder, this fills to height h where π(24)² h=864π.</w:t>
      </w:r>
    </w:p>
    <w:p>
      <w:pPr>
        <w:spacing w:before="0" w:after="80" w:line="300" w:lineRule="auto"/>
        <w:jc w:val="left"/>
      </w:pPr>
      <w:r>
        <w:rPr>
          <w:rFonts w:ascii="Times New Roman" w:hAnsi="Times New Roman" w:eastAsia="宋体"/>
          <w:b w:val="0"/>
          <w:i w:val="0"/>
          <w:color w:val="333333"/>
          <w:sz w:val="19"/>
        </w:rPr>
        <w:t>Then 576h=864, so h=1.5.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分解质因数，34=2· 17，63=3²· 7，且 270=2· 3³· 5，所以 N=2³· 3⁵· 5· 7· 17²。</w:t>
      </w:r>
    </w:p>
    <w:p>
      <w:pPr>
        <w:spacing w:before="0" w:after="80" w:line="300" w:lineRule="auto"/>
        <w:jc w:val="left"/>
      </w:pPr>
      <w:r>
        <w:rPr>
          <w:rFonts w:ascii="Times New Roman" w:hAnsi="Times New Roman" w:eastAsia="宋体"/>
          <w:b w:val="0"/>
          <w:i w:val="0"/>
          <w:sz w:val="21"/>
        </w:rPr>
        <w:t>令 M 为奇数部分 3⁵· 5· 7· 17²。所有因数之和为 (1+2+4+8) σ(M) =15 σ(M)。</w:t>
      </w:r>
    </w:p>
    <w:p>
      <w:pPr>
        <w:spacing w:before="0" w:after="80" w:line="300" w:lineRule="auto"/>
        <w:jc w:val="left"/>
      </w:pPr>
      <w:r>
        <w:rPr>
          <w:rFonts w:ascii="Times New Roman" w:hAnsi="Times New Roman" w:eastAsia="宋体"/>
          <w:b w:val="0"/>
          <w:i w:val="0"/>
          <w:sz w:val="21"/>
        </w:rPr>
        <w:t>奇因数之和为 σ(M)，所以偶因数之和为 15 σ(M)-σ(M)=14 σ(M)。</w:t>
      </w:r>
    </w:p>
    <w:p>
      <w:pPr>
        <w:spacing w:before="0" w:after="80" w:line="300" w:lineRule="auto"/>
        <w:jc w:val="left"/>
      </w:pPr>
      <w:r>
        <w:rPr>
          <w:rFonts w:ascii="Times New Roman" w:hAnsi="Times New Roman" w:eastAsia="宋体"/>
          <w:b w:val="0"/>
          <w:i w:val="0"/>
          <w:sz w:val="21"/>
        </w:rPr>
        <w:t>所求比为 σ(M):14 σ(M)=1:14。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34=2· 17, 63=3²· 7, and 270=2· 3³· 5, so N=2³· 3⁵· 5· 7· 17².</w:t>
      </w:r>
    </w:p>
    <w:p>
      <w:pPr>
        <w:spacing w:before="0" w:after="80" w:line="300" w:lineRule="auto"/>
        <w:jc w:val="left"/>
      </w:pPr>
      <w:r>
        <w:rPr>
          <w:rFonts w:ascii="Times New Roman" w:hAnsi="Times New Roman" w:eastAsia="宋体"/>
          <w:b w:val="0"/>
          <w:i w:val="0"/>
          <w:color w:val="333333"/>
          <w:sz w:val="19"/>
        </w:rPr>
        <w:t>Let M be the odd part 3⁵· 5· 7· 17². The sum of all divisors is (1+2+4+8) σ(M) =15 σ(M).</w:t>
      </w:r>
    </w:p>
    <w:p>
      <w:pPr>
        <w:spacing w:before="0" w:after="80" w:line="300" w:lineRule="auto"/>
        <w:jc w:val="left"/>
      </w:pPr>
      <w:r>
        <w:rPr>
          <w:rFonts w:ascii="Times New Roman" w:hAnsi="Times New Roman" w:eastAsia="宋体"/>
          <w:b w:val="0"/>
          <w:i w:val="0"/>
          <w:color w:val="333333"/>
          <w:sz w:val="19"/>
        </w:rPr>
        <w:t>The odd divisors sum to σ(M), so the even divisors sum to 15 σ(M)-σ(M)=14 σ(M).</w:t>
      </w:r>
    </w:p>
    <w:p>
      <w:pPr>
        <w:spacing w:before="0" w:after="80" w:line="300" w:lineRule="auto"/>
        <w:jc w:val="left"/>
      </w:pPr>
      <w:r>
        <w:rPr>
          <w:rFonts w:ascii="Times New Roman" w:hAnsi="Times New Roman" w:eastAsia="宋体"/>
          <w:b w:val="0"/>
          <w:i w:val="0"/>
          <w:color w:val="333333"/>
          <w:sz w:val="19"/>
        </w:rPr>
        <w:t>The ratio is σ(M):14 σ(M)=1:14.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把圆心放在高度 0。两条等弦到圆心距离相等，所以三条等间距直线可放在高度 -d/2,d/2,3d/2，其中两条 38 的弦在 ±d/2，34 的弦在 3d/2。</w:t>
      </w:r>
    </w:p>
    <w:p>
      <w:pPr>
        <w:spacing w:before="0" w:after="80" w:line="300" w:lineRule="auto"/>
        <w:jc w:val="left"/>
      </w:pPr>
      <w:r>
        <w:rPr>
          <w:rFonts w:ascii="Times New Roman" w:hAnsi="Times New Roman" w:eastAsia="宋体"/>
          <w:b w:val="0"/>
          <w:i w:val="0"/>
          <w:sz w:val="21"/>
        </w:rPr>
        <w:t>半弦关系给出 r²-(d/2)²=19² 和 r²-(3d/2)²=17²。</w:t>
      </w:r>
    </w:p>
    <w:p>
      <w:pPr>
        <w:spacing w:before="0" w:after="80" w:line="300" w:lineRule="auto"/>
        <w:jc w:val="left"/>
      </w:pPr>
      <w:r>
        <w:rPr>
          <w:rFonts w:ascii="Times New Roman" w:hAnsi="Times New Roman" w:eastAsia="宋体"/>
          <w:b w:val="0"/>
          <w:i w:val="0"/>
          <w:sz w:val="21"/>
        </w:rPr>
        <w:t>相减得 2d²=19²-17²=72，所以 d²=36，d=6。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center at height 0. Two equal chords lie at equal distances from the center, so the three equally spaced lines are at heights -d/2,d/2,3d/2, with the two 38-chords at ±d/2 and the 34-chord at 3d/2.</w:t>
      </w:r>
    </w:p>
    <w:p>
      <w:pPr>
        <w:spacing w:before="0" w:after="80" w:line="300" w:lineRule="auto"/>
        <w:jc w:val="left"/>
      </w:pPr>
      <w:r>
        <w:rPr>
          <w:rFonts w:ascii="Times New Roman" w:hAnsi="Times New Roman" w:eastAsia="宋体"/>
          <w:b w:val="0"/>
          <w:i w:val="0"/>
          <w:color w:val="333333"/>
          <w:sz w:val="19"/>
        </w:rPr>
        <w:t>Half-chord relations give r²-(d/2)²=19² and r²-(3d/2)²=17².</w:t>
      </w:r>
    </w:p>
    <w:p>
      <w:pPr>
        <w:spacing w:before="0" w:after="80" w:line="300" w:lineRule="auto"/>
        <w:jc w:val="left"/>
      </w:pPr>
      <w:r>
        <w:rPr>
          <w:rFonts w:ascii="Times New Roman" w:hAnsi="Times New Roman" w:eastAsia="宋体"/>
          <w:b w:val="0"/>
          <w:i w:val="0"/>
          <w:color w:val="333333"/>
          <w:sz w:val="19"/>
        </w:rPr>
        <w:t>Subtracting, 2d²=19²-17²=72, so d²=36 and d=6.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利用 1/log₄₀2=log₂ 40 和 1/log₂₀2=log₂ 20，原式变为 (log₂ 80)(log₂ 40) -(log₂ 160)(log₂ 20)。</w:t>
      </w:r>
    </w:p>
    <w:p>
      <w:pPr>
        <w:spacing w:before="0" w:after="80" w:line="300" w:lineRule="auto"/>
        <w:jc w:val="left"/>
      </w:pPr>
      <w:r>
        <w:rPr>
          <w:rFonts w:ascii="Times New Roman" w:hAnsi="Times New Roman" w:eastAsia="宋体"/>
          <w:b w:val="0"/>
          <w:i w:val="0"/>
          <w:sz w:val="21"/>
        </w:rPr>
        <w:t>令 t=log₂ 5，则 log₂ 80=4+t，log₂ 40=3+t，log₂ 160=5+t，log₂ 20=2+t。</w:t>
      </w:r>
    </w:p>
    <w:p>
      <w:pPr>
        <w:spacing w:before="0" w:after="80" w:line="300" w:lineRule="auto"/>
        <w:jc w:val="left"/>
      </w:pPr>
      <w:r>
        <w:rPr>
          <w:rFonts w:ascii="Times New Roman" w:hAnsi="Times New Roman" w:eastAsia="宋体"/>
          <w:b w:val="0"/>
          <w:i w:val="0"/>
          <w:sz w:val="21"/>
        </w:rPr>
        <w:t>原式为 (4+t)(3+t) -(5+t)(2+t) =(12+7t+t²) -(10+7t+t²)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1/log₄₀2=log₂ 40 and 1/log₂₀2=log₂ 20, the expression becomes (log₂ 80)(log₂ 40) -(log₂ 160)(log₂ 20).</w:t>
      </w:r>
    </w:p>
    <w:p>
      <w:pPr>
        <w:spacing w:before="0" w:after="80" w:line="300" w:lineRule="auto"/>
        <w:jc w:val="left"/>
      </w:pPr>
      <w:r>
        <w:rPr>
          <w:rFonts w:ascii="Times New Roman" w:hAnsi="Times New Roman" w:eastAsia="宋体"/>
          <w:b w:val="0"/>
          <w:i w:val="0"/>
          <w:color w:val="333333"/>
          <w:sz w:val="19"/>
        </w:rPr>
        <w:t>Let t=log₂ 5. Then log₂ 80=4+t, log₂ 40=3+t, log₂ 160=5+t, log₂ 20=2+t.</w:t>
      </w:r>
    </w:p>
    <w:p>
      <w:pPr>
        <w:spacing w:before="0" w:after="80" w:line="300" w:lineRule="auto"/>
        <w:jc w:val="left"/>
      </w:pPr>
      <w:r>
        <w:rPr>
          <w:rFonts w:ascii="Times New Roman" w:hAnsi="Times New Roman" w:eastAsia="宋体"/>
          <w:b w:val="0"/>
          <w:i w:val="0"/>
          <w:color w:val="333333"/>
          <w:sz w:val="19"/>
        </w:rPr>
        <w:t>The value is (4+t)(3+t) -(5+t)(2+t) =(12+7t+t²) -(10+7t+t²)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总和为 1+2+⋯+37=703。若选出的两个数为 a 和 b，则 703-a-b=ab。</w:t>
      </w:r>
    </w:p>
    <w:p>
      <w:pPr>
        <w:spacing w:before="0" w:after="80" w:line="300" w:lineRule="auto"/>
        <w:jc w:val="left"/>
      </w:pPr>
      <w:r>
        <w:rPr>
          <w:rFonts w:ascii="Times New Roman" w:hAnsi="Times New Roman" w:eastAsia="宋体"/>
          <w:b w:val="0"/>
          <w:i w:val="0"/>
          <w:sz w:val="21"/>
        </w:rPr>
        <w:t>所以 ab+a+b=703，两边加 1 得 (a+1)(b+1)=704=2⁶· 11。</w:t>
      </w:r>
    </w:p>
    <w:p>
      <w:pPr>
        <w:spacing w:before="0" w:after="80" w:line="300" w:lineRule="auto"/>
        <w:jc w:val="left"/>
      </w:pPr>
      <w:r>
        <w:rPr>
          <w:rFonts w:ascii="Times New Roman" w:hAnsi="Times New Roman" w:eastAsia="宋体"/>
          <w:b w:val="0"/>
          <w:i w:val="0"/>
          <w:sz w:val="21"/>
        </w:rPr>
        <w:t>我们需要 a+1,b+1 是 2 到 38 之间的因数。因数对 22· 32=704 可行，得到 a=21，b=31。</w:t>
      </w:r>
    </w:p>
    <w:p>
      <w:pPr>
        <w:spacing w:before="0" w:after="80" w:line="300" w:lineRule="auto"/>
        <w:jc w:val="left"/>
      </w:pPr>
      <w:r>
        <w:rPr>
          <w:rFonts w:ascii="Times New Roman" w:hAnsi="Times New Roman" w:eastAsia="宋体"/>
          <w:b w:val="0"/>
          <w:i w:val="0"/>
          <w:sz w:val="21"/>
        </w:rPr>
        <w:t>它们的差为 31-21=10。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1+2+⋯+37=703. If the chosen numbers are a and b, then 703-a-b=ab.</w:t>
      </w:r>
    </w:p>
    <w:p>
      <w:pPr>
        <w:spacing w:before="0" w:after="80" w:line="300" w:lineRule="auto"/>
        <w:jc w:val="left"/>
      </w:pPr>
      <w:r>
        <w:rPr>
          <w:rFonts w:ascii="Times New Roman" w:hAnsi="Times New Roman" w:eastAsia="宋体"/>
          <w:b w:val="0"/>
          <w:i w:val="0"/>
          <w:color w:val="333333"/>
          <w:sz w:val="19"/>
        </w:rPr>
        <w:t>So ab+a+b=703, and adding 1 gives (a+1)(b+1)=704=2⁶· 11.</w:t>
      </w:r>
    </w:p>
    <w:p>
      <w:pPr>
        <w:spacing w:before="0" w:after="80" w:line="300" w:lineRule="auto"/>
        <w:jc w:val="left"/>
      </w:pPr>
      <w:r>
        <w:rPr>
          <w:rFonts w:ascii="Times New Roman" w:hAnsi="Times New Roman" w:eastAsia="宋体"/>
          <w:b w:val="0"/>
          <w:i w:val="0"/>
          <w:color w:val="333333"/>
          <w:sz w:val="19"/>
        </w:rPr>
        <w:t>We need factors a+1,b+1 between 2 and 38. The pair 22· 32=704 works, giving a=21, b=31.</w:t>
      </w:r>
    </w:p>
    <w:p>
      <w:pPr>
        <w:spacing w:before="0" w:after="80" w:line="300" w:lineRule="auto"/>
        <w:jc w:val="left"/>
      </w:pPr>
      <w:r>
        <w:rPr>
          <w:rFonts w:ascii="Times New Roman" w:hAnsi="Times New Roman" w:eastAsia="宋体"/>
          <w:b w:val="0"/>
          <w:i w:val="0"/>
          <w:color w:val="333333"/>
          <w:sz w:val="19"/>
        </w:rPr>
        <w:t>Their difference is 31-21=10.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令 A=(0,0)，C=(15,0)。则 B=(33/5,56/5)，且因为 PC=10，P=(5,0)。直线 BP 的斜率为 7，所以其方程为 y=7(x-5)。</w:t>
      </w:r>
    </w:p>
    <w:p>
      <w:pPr>
        <w:spacing w:before="0" w:after="80" w:line="300" w:lineRule="auto"/>
        <w:jc w:val="left"/>
      </w:pPr>
      <w:r>
        <w:rPr>
          <w:rFonts w:ascii="Times New Roman" w:hAnsi="Times New Roman" w:eastAsia="宋体"/>
          <w:b w:val="0"/>
          <w:i w:val="0"/>
          <w:sz w:val="21"/>
        </w:rPr>
        <w:t>要使 ABCD 成为梯形且 D 在直线 BP 上，取 CD∥ AB。过 C 作平行于 AB 的直线，与 BP 相交于 (9/5,-112/5)。</w:t>
      </w:r>
    </w:p>
    <w:p>
      <w:pPr>
        <w:spacing w:before="0" w:after="80" w:line="300" w:lineRule="auto"/>
        <w:jc w:val="left"/>
      </w:pPr>
      <w:r>
        <w:rPr>
          <w:rFonts w:ascii="Times New Roman" w:hAnsi="Times New Roman" w:eastAsia="宋体"/>
          <w:b w:val="0"/>
          <w:i w:val="0"/>
          <w:sz w:val="21"/>
        </w:rPr>
        <w:t>对 ABCE，其中 E 在直线 BP 上，取 AE∥ BC。过 A 作平行于 BC 的直线，与 BP 相交于 (21/5,-28/5)。</w:t>
      </w:r>
    </w:p>
    <w:p>
      <w:pPr>
        <w:spacing w:before="0" w:after="80" w:line="300" w:lineRule="auto"/>
        <w:jc w:val="left"/>
      </w:pPr>
      <w:r>
        <w:rPr>
          <w:rFonts w:ascii="Times New Roman" w:hAnsi="Times New Roman" w:eastAsia="宋体"/>
          <w:b w:val="0"/>
          <w:i w:val="0"/>
          <w:sz w:val="21"/>
        </w:rPr>
        <w:t>两点横坐标之差为 12/5，纵坐标之差为 84/5，所以 DE=1/5√(12²+84²)=12√(2)。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A=(0,0) and C=(15,0). Then B=(33/5,56/5), and since PC=10, P=(5,0). Line BP has slope 7, so it is y=7(x-5).</w:t>
      </w:r>
    </w:p>
    <w:p>
      <w:pPr>
        <w:spacing w:before="0" w:after="80" w:line="300" w:lineRule="auto"/>
        <w:jc w:val="left"/>
      </w:pPr>
      <w:r>
        <w:rPr>
          <w:rFonts w:ascii="Times New Roman" w:hAnsi="Times New Roman" w:eastAsia="宋体"/>
          <w:b w:val="0"/>
          <w:i w:val="0"/>
          <w:color w:val="333333"/>
          <w:sz w:val="19"/>
        </w:rPr>
        <w:t>For ABCD to be a trapezoid with D on line BP, take CD∥ AB. The line through C parallel to AB meets line BP at (9/5,-112/5).</w:t>
      </w:r>
    </w:p>
    <w:p>
      <w:pPr>
        <w:spacing w:before="0" w:after="80" w:line="300" w:lineRule="auto"/>
        <w:jc w:val="left"/>
      </w:pPr>
      <w:r>
        <w:rPr>
          <w:rFonts w:ascii="Times New Roman" w:hAnsi="Times New Roman" w:eastAsia="宋体"/>
          <w:b w:val="0"/>
          <w:i w:val="0"/>
          <w:color w:val="333333"/>
          <w:sz w:val="19"/>
        </w:rPr>
        <w:t>For ABCE with E on line BP, take AE∥ BC. The line through A parallel to BC meets line BP at (21/5,-28/5).</w:t>
      </w:r>
    </w:p>
    <w:p>
      <w:pPr>
        <w:spacing w:before="0" w:after="80" w:line="300" w:lineRule="auto"/>
        <w:jc w:val="left"/>
      </w:pPr>
      <w:r>
        <w:rPr>
          <w:rFonts w:ascii="Times New Roman" w:hAnsi="Times New Roman" w:eastAsia="宋体"/>
          <w:b w:val="0"/>
          <w:i w:val="0"/>
          <w:color w:val="333333"/>
          <w:sz w:val="19"/>
        </w:rPr>
        <w:t>Their coordinate differences are 12/5 and 84/5, so DE=1/5√(12²+84²)=12√(2).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令 n=|S|，T 为总和，M 为最大数，L 为最小数。则 T-M/n-1=32，T-M-L/n-2=35，且 T-L/n-1=40。</w:t>
      </w:r>
    </w:p>
    <w:p>
      <w:pPr>
        <w:spacing w:before="0" w:after="80" w:line="300" w:lineRule="auto"/>
        <w:jc w:val="left"/>
      </w:pPr>
      <w:r>
        <w:rPr>
          <w:rFonts w:ascii="Times New Roman" w:hAnsi="Times New Roman" w:eastAsia="宋体"/>
          <w:b w:val="0"/>
          <w:i w:val="0"/>
          <w:sz w:val="21"/>
        </w:rPr>
        <w:t>用第三个方程减第一个方程：M-L/n-1=8。因为 M-L=72，得 n-1=9，所以 n=10。</w:t>
      </w:r>
    </w:p>
    <w:p>
      <w:pPr>
        <w:spacing w:before="0" w:after="80" w:line="300" w:lineRule="auto"/>
        <w:jc w:val="left"/>
      </w:pPr>
      <w:r>
        <w:rPr>
          <w:rFonts w:ascii="Times New Roman" w:hAnsi="Times New Roman" w:eastAsia="宋体"/>
          <w:b w:val="0"/>
          <w:i w:val="0"/>
          <w:sz w:val="21"/>
        </w:rPr>
        <w:t>于是 T-M=288，且 T-L=360。中间的方程给出 T-M-L=35· 8=280，所以 L=288-280=8，M=80。</w:t>
      </w:r>
    </w:p>
    <w:p>
      <w:pPr>
        <w:spacing w:before="0" w:after="80" w:line="300" w:lineRule="auto"/>
        <w:jc w:val="left"/>
      </w:pPr>
      <w:r>
        <w:rPr>
          <w:rFonts w:ascii="Times New Roman" w:hAnsi="Times New Roman" w:eastAsia="宋体"/>
          <w:b w:val="0"/>
          <w:i w:val="0"/>
          <w:sz w:val="21"/>
        </w:rPr>
        <w:t>因此 T=288+80=368，平均值为 368/10=36.8。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n=|S|, let T be the total, M the greatest, and L the least. Then T-M/n-1=32, T-M-L/n-2=35, and T-L/n-1=40.</w:t>
      </w:r>
    </w:p>
    <w:p>
      <w:pPr>
        <w:spacing w:before="0" w:after="80" w:line="300" w:lineRule="auto"/>
        <w:jc w:val="left"/>
      </w:pPr>
      <w:r>
        <w:rPr>
          <w:rFonts w:ascii="Times New Roman" w:hAnsi="Times New Roman" w:eastAsia="宋体"/>
          <w:b w:val="0"/>
          <w:i w:val="0"/>
          <w:color w:val="333333"/>
          <w:sz w:val="19"/>
        </w:rPr>
        <w:t>Subtracting the first from the third: M-L/n-1=8. Since M-L=72, we get n-1=9, so n=10.</w:t>
      </w:r>
    </w:p>
    <w:p>
      <w:pPr>
        <w:spacing w:before="0" w:after="80" w:line="300" w:lineRule="auto"/>
        <w:jc w:val="left"/>
      </w:pPr>
      <w:r>
        <w:rPr>
          <w:rFonts w:ascii="Times New Roman" w:hAnsi="Times New Roman" w:eastAsia="宋体"/>
          <w:b w:val="0"/>
          <w:i w:val="0"/>
          <w:color w:val="333333"/>
          <w:sz w:val="19"/>
        </w:rPr>
        <w:t>Then T-M=288 and T-L=360. The middle equation gives T-M-L=35· 8=280, so L=288-280=8 and M=80.</w:t>
      </w:r>
    </w:p>
    <w:p>
      <w:pPr>
        <w:spacing w:before="0" w:after="80" w:line="300" w:lineRule="auto"/>
        <w:jc w:val="left"/>
      </w:pPr>
      <w:r>
        <w:rPr>
          <w:rFonts w:ascii="Times New Roman" w:hAnsi="Times New Roman" w:eastAsia="宋体"/>
          <w:b w:val="0"/>
          <w:i w:val="0"/>
          <w:color w:val="333333"/>
          <w:sz w:val="19"/>
        </w:rPr>
        <w:t>Thus T=288+80=368, and the average is 368/10=36.8.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令 f(θ)=1-3sinθ+5cos 3θ。在 θ=0,π/3,2π/3,…,2π 处，其符号依次为 +,-,+,-,+,-,+。因此，相邻两点之间的六个区间各至少有一个根。</w:t>
      </w:r>
    </w:p>
    <w:p>
      <w:pPr>
        <w:spacing w:before="0" w:after="80" w:line="300" w:lineRule="auto"/>
        <w:jc w:val="left"/>
      </w:pPr>
      <w:r>
        <w:rPr>
          <w:rFonts w:ascii="Times New Roman" w:hAnsi="Times New Roman" w:eastAsia="宋体"/>
          <w:b w:val="0"/>
          <w:i w:val="0"/>
          <w:sz w:val="21"/>
        </w:rPr>
        <w:t>在任意根处，5cos3θ=3sinθ-1。于是</w:t>
      </w:r>
    </w:p>
    <w:p>
      <w:pPr>
        <w:spacing w:before="0" w:after="80" w:line="300" w:lineRule="auto"/>
        <w:jc w:val="left"/>
      </w:pPr>
      <w:r>
        <w:rPr>
          <w:rFonts w:ascii="Times New Roman" w:hAnsi="Times New Roman" w:eastAsia="宋体"/>
          <w:b w:val="0"/>
          <w:i w:val="0"/>
          <w:sz w:val="21"/>
        </w:rPr>
        <w:t>25sin² 3θ-cos²θ</w:t>
      </w:r>
    </w:p>
    <w:p>
      <w:pPr>
        <w:spacing w:before="0" w:after="80" w:line="300" w:lineRule="auto"/>
        <w:jc w:val="left"/>
      </w:pPr>
      <w:r>
        <w:rPr>
          <w:rFonts w:ascii="Times New Roman" w:hAnsi="Times New Roman" w:eastAsia="宋体"/>
          <w:b w:val="0"/>
          <w:i w:val="0"/>
          <w:sz w:val="21"/>
        </w:rPr>
        <w:t>=23+6sinθ-8sin²θ&gt;0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15|sin3θ|&gt;3|cosθ|。在区间 (kπ/3,((k+1)π)/3) 中，每个根处的 f'(θ)=-3cosθ-15sin3θ 的符号都是 (-1)ᵏ⁺¹。</w:t>
      </w:r>
    </w:p>
    <w:p>
      <w:pPr>
        <w:spacing w:before="0" w:after="80" w:line="300" w:lineRule="auto"/>
        <w:jc w:val="left"/>
      </w:pPr>
      <w:r>
        <w:rPr>
          <w:rFonts w:ascii="Times New Roman" w:hAnsi="Times New Roman" w:eastAsia="宋体"/>
          <w:b w:val="0"/>
          <w:i w:val="0"/>
          <w:sz w:val="21"/>
        </w:rPr>
        <w:t>因此，同一区间内的每个根都以相同方向穿过横轴。若有两个这样的根，它们之间必有一个反方向的穿越，产生矛盾。所以每个区间恰有一个根，共有 6 个解。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f(θ)=1-3sinθ+5cos 3θ. At θ=0,π/3,2π/3,…,2π, its signs alternate +,-,+,-,+,-,+. Therefore there is at least one root in each of the six intervening intervals.</w:t>
      </w:r>
    </w:p>
    <w:p>
      <w:pPr>
        <w:spacing w:before="0" w:after="80" w:line="300" w:lineRule="auto"/>
        <w:jc w:val="left"/>
      </w:pPr>
      <w:r>
        <w:rPr>
          <w:rFonts w:ascii="Times New Roman" w:hAnsi="Times New Roman" w:eastAsia="宋体"/>
          <w:b w:val="0"/>
          <w:i w:val="0"/>
          <w:color w:val="333333"/>
          <w:sz w:val="19"/>
        </w:rPr>
        <w:t>At any root, 5cos3θ=3sinθ-1. Consequently</w:t>
      </w:r>
    </w:p>
    <w:p>
      <w:pPr>
        <w:spacing w:before="0" w:after="80" w:line="300" w:lineRule="auto"/>
        <w:jc w:val="left"/>
      </w:pPr>
      <w:r>
        <w:rPr>
          <w:rFonts w:ascii="Times New Roman" w:hAnsi="Times New Roman" w:eastAsia="宋体"/>
          <w:b w:val="0"/>
          <w:i w:val="0"/>
          <w:color w:val="333333"/>
          <w:sz w:val="19"/>
        </w:rPr>
        <w:t>25sin² 3θ-cos²θ</w:t>
      </w:r>
    </w:p>
    <w:p>
      <w:pPr>
        <w:spacing w:before="0" w:after="80" w:line="300" w:lineRule="auto"/>
        <w:jc w:val="left"/>
      </w:pPr>
      <w:r>
        <w:rPr>
          <w:rFonts w:ascii="Times New Roman" w:hAnsi="Times New Roman" w:eastAsia="宋体"/>
          <w:b w:val="0"/>
          <w:i w:val="0"/>
          <w:color w:val="333333"/>
          <w:sz w:val="19"/>
        </w:rPr>
        <w:t>=23+6sinθ-8sin²θ&gt;0.</w:t>
      </w:r>
    </w:p>
    <w:p>
      <w:pPr>
        <w:spacing w:before="0" w:after="80" w:line="300" w:lineRule="auto"/>
        <w:jc w:val="left"/>
      </w:pPr>
      <w:r>
        <w:rPr>
          <w:rFonts w:ascii="Times New Roman" w:hAnsi="Times New Roman" w:eastAsia="宋体"/>
          <w:b w:val="0"/>
          <w:i w:val="0"/>
          <w:color w:val="333333"/>
          <w:sz w:val="19"/>
        </w:rPr>
        <w:t>Hence 15|sin3θ|&gt;3|cosθ|. In the interval (kπ/3,((k+1)π)/3), the sign of f'(θ)=-3cosθ-15sin3θ is therefore (-1)ᵏ⁺¹ at every root.</w:t>
      </w:r>
    </w:p>
    <w:p>
      <w:pPr>
        <w:spacing w:before="0" w:after="80" w:line="300" w:lineRule="auto"/>
        <w:jc w:val="left"/>
      </w:pPr>
      <w:r>
        <w:rPr>
          <w:rFonts w:ascii="Times New Roman" w:hAnsi="Times New Roman" w:eastAsia="宋体"/>
          <w:b w:val="0"/>
          <w:i w:val="0"/>
          <w:color w:val="333333"/>
          <w:sz w:val="19"/>
        </w:rPr>
        <w:t>Thus every root in a given interval crosses the axis in the same direction. Two such roots would require an intervening crossing in the opposite direction, so each interval has exactly one root. There are 6 solutions in all.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把 D 放在原点，令 A，C 沿矩形的两条边，且 M 正好在 D 的上方。则 MA²=AD²+DM²，MC²=CD²+DM²，且 MB²=AD²+CD²+DM²。</w:t>
      </w:r>
    </w:p>
    <w:p>
      <w:pPr>
        <w:spacing w:before="0" w:after="80" w:line="300" w:lineRule="auto"/>
        <w:jc w:val="left"/>
      </w:pPr>
      <w:r>
        <w:rPr>
          <w:rFonts w:ascii="Times New Roman" w:hAnsi="Times New Roman" w:eastAsia="宋体"/>
          <w:b w:val="0"/>
          <w:i w:val="0"/>
          <w:sz w:val="21"/>
        </w:rPr>
        <w:t>因此 MB²=MA²+MC²-DM²。写成 MA,MC,MB=k,k+2,k+4，得 DM²=k²+(k+2)² -(k+4)² =k²-4k-12。</w:t>
      </w:r>
    </w:p>
    <w:p>
      <w:pPr>
        <w:spacing w:before="0" w:after="80" w:line="300" w:lineRule="auto"/>
        <w:jc w:val="left"/>
      </w:pPr>
      <w:r>
        <w:rPr>
          <w:rFonts w:ascii="Times New Roman" w:hAnsi="Times New Roman" w:eastAsia="宋体"/>
          <w:b w:val="0"/>
          <w:i w:val="0"/>
          <w:sz w:val="21"/>
        </w:rPr>
        <w:t>若 DM=t 是正整数，则 (k-2)²-t²=16，所以 (k-2-t)(k-2+t)=16。能使 t&gt;0 的同奇偶正因数对只有 (2,8)，由此得到 k=7 和 t=3。于是 AD²=49-9=40，且 CD²=81-9=72。</w:t>
      </w:r>
    </w:p>
    <w:p>
      <w:pPr>
        <w:spacing w:before="0" w:after="80" w:line="300" w:lineRule="auto"/>
        <w:jc w:val="left"/>
      </w:pPr>
      <w:r>
        <w:rPr>
          <w:rFonts w:ascii="Times New Roman" w:hAnsi="Times New Roman" w:eastAsia="宋体"/>
          <w:b w:val="0"/>
          <w:i w:val="0"/>
          <w:sz w:val="21"/>
        </w:rPr>
        <w:t>底面积为 AD· CD=√(40)·√(72) =√(2880)=24√(5)，体积为 1/3· 24√(5)· 3=24√(5)。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D at the origin with A, C along the rectangle’s edges and M directly above D. Then MA²=AD²+DM², MC²=CD²+DM², and MB²=AD²+CD²+DM².</w:t>
      </w:r>
    </w:p>
    <w:p>
      <w:pPr>
        <w:spacing w:before="0" w:after="80" w:line="300" w:lineRule="auto"/>
        <w:jc w:val="left"/>
      </w:pPr>
      <w:r>
        <w:rPr>
          <w:rFonts w:ascii="Times New Roman" w:hAnsi="Times New Roman" w:eastAsia="宋体"/>
          <w:b w:val="0"/>
          <w:i w:val="0"/>
          <w:color w:val="333333"/>
          <w:sz w:val="19"/>
        </w:rPr>
        <w:t>Thus MB²=MA²+MC²-DM². Writing MA,MC,MB=k,k+2,k+4, we get DM²=k²+(k+2)² -(k+4)² =k²-4k-12.</w:t>
      </w:r>
    </w:p>
    <w:p>
      <w:pPr>
        <w:spacing w:before="0" w:after="80" w:line="300" w:lineRule="auto"/>
        <w:jc w:val="left"/>
      </w:pPr>
      <w:r>
        <w:rPr>
          <w:rFonts w:ascii="Times New Roman" w:hAnsi="Times New Roman" w:eastAsia="宋体"/>
          <w:b w:val="0"/>
          <w:i w:val="0"/>
          <w:color w:val="333333"/>
          <w:sz w:val="19"/>
        </w:rPr>
        <w:t>If DM=t is a positive integer, then (k-2)²-t²=16, so (k-2-t)(k-2+t)=16. The only positive same-parity factor pair giving t&gt;0 is (2,8), which yields k=7 and t=3. Thus AD²=49-9=40 and CD²=81-9=72.</w:t>
      </w:r>
    </w:p>
    <w:p>
      <w:pPr>
        <w:spacing w:before="0" w:after="80" w:line="300" w:lineRule="auto"/>
        <w:jc w:val="left"/>
      </w:pPr>
      <w:r>
        <w:rPr>
          <w:rFonts w:ascii="Times New Roman" w:hAnsi="Times New Roman" w:eastAsia="宋体"/>
          <w:b w:val="0"/>
          <w:i w:val="0"/>
          <w:color w:val="333333"/>
          <w:sz w:val="19"/>
        </w:rPr>
        <w:t>The base area is AD· CD=√(40)·√(72) =√(2880)=24√(5), and the volume is 1/3· 24√(5)· 3=24√(5).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右侧内部点到 A、B 和 C 的距离都是 2，所以这三点位于一个半径为 2 的圆上。弦 AB 和 BC 的长度也都是 2，所以它们各自在圆心处所对的角为 60°。因此 AC=2√(3)。另一半同样是它的镜像。</w:t>
      </w:r>
    </w:p>
    <w:p>
      <w:pPr>
        <w:spacing w:before="0" w:after="80" w:line="300" w:lineRule="auto"/>
        <w:jc w:val="left"/>
      </w:pPr>
      <w:r>
        <w:rPr>
          <w:rFonts w:ascii="Times New Roman" w:hAnsi="Times New Roman" w:eastAsia="宋体"/>
          <w:b w:val="0"/>
          <w:i w:val="0"/>
          <w:sz w:val="21"/>
        </w:rPr>
        <w:t>取 C=(-1,0)，D=(1,0)，和 A=(0,√(11))；则 AC=AD=2√(3)。以 A 和 C 为圆心的两个半径为 2 的圆的另一个交点是</w:t>
      </w:r>
    </w:p>
    <w:p>
      <w:pPr>
        <w:spacing w:before="0" w:after="80" w:line="300" w:lineRule="auto"/>
        <w:jc w:val="left"/>
      </w:pPr>
      <w:r>
        <w:rPr>
          <w:rFonts w:ascii="Times New Roman" w:hAnsi="Times New Roman" w:eastAsia="宋体"/>
          <w:b w:val="0"/>
          <w:i w:val="0"/>
          <w:sz w:val="21"/>
        </w:rPr>
        <w:t>B=(-1/2-(√(11))/(2√(3)), (√(11))/2+1/(2√(3)))，</w:t>
      </w:r>
    </w:p>
    <w:p>
      <w:pPr>
        <w:spacing w:before="0" w:after="80" w:line="300" w:lineRule="auto"/>
        <w:jc w:val="left"/>
      </w:pPr>
      <w:r>
        <w:rPr>
          <w:rFonts w:ascii="Times New Roman" w:hAnsi="Times New Roman" w:eastAsia="宋体"/>
          <w:b w:val="0"/>
          <w:i w:val="0"/>
          <w:sz w:val="21"/>
        </w:rPr>
        <w:t>而 E 是它关于 y 轴的反射。</w:t>
      </w:r>
    </w:p>
    <w:p>
      <w:pPr>
        <w:spacing w:before="0" w:after="80" w:line="300" w:lineRule="auto"/>
        <w:jc w:val="left"/>
      </w:pPr>
      <w:r>
        <w:rPr>
          <w:rFonts w:ascii="Times New Roman" w:hAnsi="Times New Roman" w:eastAsia="宋体"/>
          <w:b w:val="0"/>
          <w:i w:val="0"/>
          <w:sz w:val="21"/>
        </w:rPr>
        <w:t>对 A,B,C,D,E 使用鞋带公式，得到 [ABCDE]=√(11)+2√(3)，等于 √(11)+√(12)。</w:t>
      </w:r>
    </w:p>
    <w:p>
      <w:pPr>
        <w:spacing w:before="0" w:after="80" w:line="300" w:lineRule="auto"/>
        <w:jc w:val="left"/>
      </w:pPr>
      <w:r>
        <w:rPr>
          <w:rFonts w:ascii="Times New Roman" w:hAnsi="Times New Roman" w:eastAsia="宋体"/>
          <w:b w:val="0"/>
          <w:i w:val="0"/>
          <w:sz w:val="21"/>
        </w:rPr>
        <w:t>所以 m+n=11+12=23。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right interior point is distance 2 from A, B, and C, so these three points lie on a circle of radius 2. Chords AB and BC also have length 2, so each subtends 60° at the center. Thus AC=2√(3). Similarly, the other half is its mirror image.</w:t>
      </w:r>
    </w:p>
    <w:p>
      <w:pPr>
        <w:spacing w:before="0" w:after="80" w:line="300" w:lineRule="auto"/>
        <w:jc w:val="left"/>
      </w:pPr>
      <w:r>
        <w:rPr>
          <w:rFonts w:ascii="Times New Roman" w:hAnsi="Times New Roman" w:eastAsia="宋体"/>
          <w:b w:val="0"/>
          <w:i w:val="0"/>
          <w:color w:val="333333"/>
          <w:sz w:val="19"/>
        </w:rPr>
        <w:t>Put C=(-1,0), D=(1,0), and A=(0,√(11)); then AC=AD=2√(3). The other intersection of the radius-2 circles centered at A and C is</w:t>
      </w:r>
    </w:p>
    <w:p>
      <w:pPr>
        <w:spacing w:before="0" w:after="80" w:line="300" w:lineRule="auto"/>
        <w:jc w:val="left"/>
      </w:pPr>
      <w:r>
        <w:rPr>
          <w:rFonts w:ascii="Times New Roman" w:hAnsi="Times New Roman" w:eastAsia="宋体"/>
          <w:b w:val="0"/>
          <w:i w:val="0"/>
          <w:color w:val="333333"/>
          <w:sz w:val="19"/>
        </w:rPr>
        <w:t>B=(-1/2-(√(11))/(2√(3)), (√(11))/2+1/(2√(3))),</w:t>
      </w:r>
    </w:p>
    <w:p>
      <w:pPr>
        <w:spacing w:before="0" w:after="80" w:line="300" w:lineRule="auto"/>
        <w:jc w:val="left"/>
      </w:pPr>
      <w:r>
        <w:rPr>
          <w:rFonts w:ascii="Times New Roman" w:hAnsi="Times New Roman" w:eastAsia="宋体"/>
          <w:b w:val="0"/>
          <w:i w:val="0"/>
          <w:color w:val="333333"/>
          <w:sz w:val="19"/>
        </w:rPr>
        <w:t>and E is its reflection across the y-axis.</w:t>
      </w:r>
    </w:p>
    <w:p>
      <w:pPr>
        <w:spacing w:before="0" w:after="80" w:line="300" w:lineRule="auto"/>
        <w:jc w:val="left"/>
      </w:pPr>
      <w:r>
        <w:rPr>
          <w:rFonts w:ascii="Times New Roman" w:hAnsi="Times New Roman" w:eastAsia="宋体"/>
          <w:b w:val="0"/>
          <w:i w:val="0"/>
          <w:color w:val="333333"/>
          <w:sz w:val="19"/>
        </w:rPr>
        <w:t>Applying the shoelace formula to A,B,C,D,E gives [ABCDE]=√(11)+2√(3), which equals √(11)+√(12).</w:t>
      </w:r>
    </w:p>
    <w:p>
      <w:pPr>
        <w:spacing w:before="0" w:after="80" w:line="300" w:lineRule="auto"/>
        <w:jc w:val="left"/>
      </w:pPr>
      <w:r>
        <w:rPr>
          <w:rFonts w:ascii="Times New Roman" w:hAnsi="Times New Roman" w:eastAsia="宋体"/>
          <w:b w:val="0"/>
          <w:i w:val="0"/>
          <w:color w:val="333333"/>
          <w:sz w:val="19"/>
        </w:rPr>
        <w:t>So m+n=11+12=23.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设 f 的根为 r,s,t。因为 g 是首项系数为一、根为 1/r,1/s,1/t 的多项式，</w:t>
      </w:r>
    </w:p>
    <w:p>
      <w:pPr>
        <w:spacing w:before="0" w:after="80" w:line="300" w:lineRule="auto"/>
        <w:jc w:val="left"/>
      </w:pPr>
      <w:r>
        <w:rPr>
          <w:rFonts w:ascii="Times New Roman" w:hAnsi="Times New Roman" w:eastAsia="宋体"/>
          <w:b w:val="0"/>
          <w:i w:val="0"/>
          <w:sz w:val="21"/>
        </w:rPr>
        <w:t>g(1) = (1-1/r)(1-1/s)</w:t>
      </w:r>
    </w:p>
    <w:p>
      <w:pPr>
        <w:spacing w:before="0" w:after="80" w:line="300" w:lineRule="auto"/>
        <w:jc w:val="left"/>
      </w:pPr>
      <w:r>
        <w:rPr>
          <w:rFonts w:ascii="Times New Roman" w:hAnsi="Times New Roman" w:eastAsia="宋体"/>
          <w:b w:val="0"/>
          <w:i w:val="0"/>
          <w:sz w:val="21"/>
        </w:rPr>
        <w:t>· (1-1/t)</w:t>
      </w:r>
    </w:p>
    <w:p>
      <w:pPr>
        <w:spacing w:before="0" w:after="80" w:line="300" w:lineRule="auto"/>
        <w:jc w:val="left"/>
      </w:pPr>
      <w:r>
        <w:rPr>
          <w:rFonts w:ascii="Times New Roman" w:hAnsi="Times New Roman" w:eastAsia="宋体"/>
          <w:b w:val="0"/>
          <w:i w:val="0"/>
          <w:sz w:val="21"/>
        </w:rPr>
        <w:t>= ((r-1)(s-1)(t-1))/rst</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现在 f(1)=(1-r)(1-s)(1-t) =1+a+b+c，所以 (r-1)(s-1)(t-1) =-(1+a+b+c)。另外 rst=-c。</w:t>
      </w:r>
    </w:p>
    <w:p>
      <w:pPr>
        <w:spacing w:before="0" w:after="80" w:line="300" w:lineRule="auto"/>
        <w:jc w:val="left"/>
      </w:pPr>
      <w:r>
        <w:rPr>
          <w:rFonts w:ascii="Times New Roman" w:hAnsi="Times New Roman" w:eastAsia="宋体"/>
          <w:b w:val="0"/>
          <w:i w:val="0"/>
          <w:sz w:val="21"/>
        </w:rPr>
        <w:t>因此 g(1) =(-(1+a+b+c))/-c =1+a+b+c/c。</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have roots r,s,t. Since g is monic with roots 1/r,1/s,1/t,</w:t>
      </w:r>
    </w:p>
    <w:p>
      <w:pPr>
        <w:spacing w:before="0" w:after="80" w:line="300" w:lineRule="auto"/>
        <w:jc w:val="left"/>
      </w:pPr>
      <w:r>
        <w:rPr>
          <w:rFonts w:ascii="Times New Roman" w:hAnsi="Times New Roman" w:eastAsia="宋体"/>
          <w:b w:val="0"/>
          <w:i w:val="0"/>
          <w:color w:val="333333"/>
          <w:sz w:val="19"/>
        </w:rPr>
        <w:t>g(1) = (1-1/r)(1-1/s)</w:t>
      </w:r>
    </w:p>
    <w:p>
      <w:pPr>
        <w:spacing w:before="0" w:after="80" w:line="300" w:lineRule="auto"/>
        <w:jc w:val="left"/>
      </w:pPr>
      <w:r>
        <w:rPr>
          <w:rFonts w:ascii="Times New Roman" w:hAnsi="Times New Roman" w:eastAsia="宋体"/>
          <w:b w:val="0"/>
          <w:i w:val="0"/>
          <w:color w:val="333333"/>
          <w:sz w:val="19"/>
        </w:rPr>
        <w:t>· (1-1/t)</w:t>
      </w:r>
    </w:p>
    <w:p>
      <w:pPr>
        <w:spacing w:before="0" w:after="80" w:line="300" w:lineRule="auto"/>
        <w:jc w:val="left"/>
      </w:pPr>
      <w:r>
        <w:rPr>
          <w:rFonts w:ascii="Times New Roman" w:hAnsi="Times New Roman" w:eastAsia="宋体"/>
          <w:b w:val="0"/>
          <w:i w:val="0"/>
          <w:color w:val="333333"/>
          <w:sz w:val="19"/>
        </w:rPr>
        <w:t>= ((r-1)(s-1)(t-1))/rst.</w:t>
      </w:r>
    </w:p>
    <w:p>
      <w:pPr>
        <w:spacing w:before="0" w:after="80" w:line="300" w:lineRule="auto"/>
        <w:jc w:val="left"/>
      </w:pPr>
      <w:r>
        <w:rPr>
          <w:rFonts w:ascii="Times New Roman" w:hAnsi="Times New Roman" w:eastAsia="宋体"/>
          <w:b w:val="0"/>
          <w:i w:val="0"/>
          <w:color w:val="333333"/>
          <w:sz w:val="19"/>
        </w:rPr>
        <w:t>Now f(1)=(1-r)(1-s)(1-t) =1+a+b+c, so (r-1)(s-1)(t-1) =-(1+a+b+c). Also rst=-c.</w:t>
      </w:r>
    </w:p>
    <w:p>
      <w:pPr>
        <w:spacing w:before="0" w:after="80" w:line="300" w:lineRule="auto"/>
        <w:jc w:val="left"/>
      </w:pPr>
      <w:r>
        <w:rPr>
          <w:rFonts w:ascii="Times New Roman" w:hAnsi="Times New Roman" w:eastAsia="宋体"/>
          <w:b w:val="0"/>
          <w:i w:val="0"/>
          <w:color w:val="333333"/>
          <w:sz w:val="19"/>
        </w:rPr>
        <w:t>Therefore g(1) =(-(1+a+b+c))/-c =1+a+b+c/c.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令 AB=a、CD=b，并设内点到 AB 和 CD 的高度分别为 hₐ 与 h_(b)。底边三角形给出 1/2 a hₐ=4 和 1/2 b h_(b)=2，所以 a hₐ=8，b h_(b)=4。</w:t>
      </w:r>
    </w:p>
    <w:p>
      <w:pPr>
        <w:spacing w:before="0" w:after="80" w:line="300" w:lineRule="auto"/>
        <w:jc w:val="left"/>
      </w:pPr>
      <w:r>
        <w:rPr>
          <w:rFonts w:ascii="Times New Roman" w:hAnsi="Times New Roman" w:eastAsia="宋体"/>
          <w:b w:val="0"/>
          <w:i w:val="0"/>
          <w:sz w:val="21"/>
        </w:rPr>
        <w:t>总面积为 2+3+4+5=14 =1/2(a+b)(hₐ+h_(b))，所以 (a+b)(hₐ+h_(b))=28。展开得 a hₐ+b h_(b)+a h_(b)+b hₐ=28，因此 a h_(b)+b hₐ=16。</w:t>
      </w:r>
    </w:p>
    <w:p>
      <w:pPr>
        <w:spacing w:before="0" w:after="80" w:line="300" w:lineRule="auto"/>
        <w:jc w:val="left"/>
      </w:pPr>
      <w:r>
        <w:rPr>
          <w:rFonts w:ascii="Times New Roman" w:hAnsi="Times New Roman" w:eastAsia="宋体"/>
          <w:b w:val="0"/>
          <w:i w:val="0"/>
          <w:sz w:val="21"/>
        </w:rPr>
        <w:t>令 u=a h_(b)，v=b hₐ，则 u+v=16，且 uv=(a hₐ)(b h_(b))=32，所以 u,v=8± 4√(2)。</w:t>
      </w:r>
    </w:p>
    <w:p>
      <w:pPr>
        <w:spacing w:before="0" w:after="80" w:line="300" w:lineRule="auto"/>
        <w:jc w:val="left"/>
      </w:pPr>
      <w:r>
        <w:rPr>
          <w:rFonts w:ascii="Times New Roman" w:hAnsi="Times New Roman" w:eastAsia="宋体"/>
          <w:b w:val="0"/>
          <w:i w:val="0"/>
          <w:sz w:val="21"/>
        </w:rPr>
        <w:t>最后 AB/CD =a/b =(a h_(b))/(b h_(b)) =u/4 =(8+4√(2))/4 =2+√(2)。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AB=a, CD=b, and let the interior point be at heights hₐ from AB and h_(b) from CD. The base triangles give 1/2 a hₐ=4 and 1/2 b h_(b)=2, so a hₐ=8 and b h_(b)=4.</w:t>
      </w:r>
    </w:p>
    <w:p>
      <w:pPr>
        <w:spacing w:before="0" w:after="80" w:line="300" w:lineRule="auto"/>
        <w:jc w:val="left"/>
      </w:pPr>
      <w:r>
        <w:rPr>
          <w:rFonts w:ascii="Times New Roman" w:hAnsi="Times New Roman" w:eastAsia="宋体"/>
          <w:b w:val="0"/>
          <w:i w:val="0"/>
          <w:color w:val="333333"/>
          <w:sz w:val="19"/>
        </w:rPr>
        <w:t>The total area is 2+3+4+5=14 =1/2(a+b)(hₐ+h_(b)), so (a+b)(hₐ+h_(b))=28. Expanding, a hₐ+b h_(b)+a h_(b)+b hₐ=28, giving a h_(b)+b hₐ=16.</w:t>
      </w:r>
    </w:p>
    <w:p>
      <w:pPr>
        <w:spacing w:before="0" w:after="80" w:line="300" w:lineRule="auto"/>
        <w:jc w:val="left"/>
      </w:pPr>
      <w:r>
        <w:rPr>
          <w:rFonts w:ascii="Times New Roman" w:hAnsi="Times New Roman" w:eastAsia="宋体"/>
          <w:b w:val="0"/>
          <w:i w:val="0"/>
          <w:color w:val="333333"/>
          <w:sz w:val="19"/>
        </w:rPr>
        <w:t>Let u=a h_(b) and v=b hₐ. Then u+v=16 and uv=(a hₐ)(b h_(b))=32, so u,v=8± 4√(2).</w:t>
      </w:r>
    </w:p>
    <w:p>
      <w:pPr>
        <w:spacing w:before="0" w:after="80" w:line="300" w:lineRule="auto"/>
        <w:jc w:val="left"/>
      </w:pPr>
      <w:r>
        <w:rPr>
          <w:rFonts w:ascii="Times New Roman" w:hAnsi="Times New Roman" w:eastAsia="宋体"/>
          <w:b w:val="0"/>
          <w:i w:val="0"/>
          <w:color w:val="333333"/>
          <w:sz w:val="19"/>
        </w:rPr>
        <w:t>Finally AB/CD =a/b =(a h_(b))/(b h_(b)) =u/4 =(8+4√(2))/4 =2+√(2).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令 p=|z|²=zz，s=z+z。则 |z+2|²=p+2s+4，且 |z²+1|² =p²+(z²+z²)+1 =p²+(s²-2p)+1。</w:t>
      </w:r>
    </w:p>
    <w:p>
      <w:pPr>
        <w:spacing w:before="0" w:after="80" w:line="300" w:lineRule="auto"/>
        <w:jc w:val="left"/>
      </w:pPr>
      <w:r>
        <w:rPr>
          <w:rFonts w:ascii="Times New Roman" w:hAnsi="Times New Roman" w:eastAsia="宋体"/>
          <w:b w:val="0"/>
          <w:i w:val="0"/>
          <w:sz w:val="21"/>
        </w:rPr>
        <w:t>代入得 12p=2(p+2s+4) +p²+s²-2p+1+31，化简为 p²-12p+s²+4s+40=0。</w:t>
      </w:r>
    </w:p>
    <w:p>
      <w:pPr>
        <w:spacing w:before="0" w:after="80" w:line="300" w:lineRule="auto"/>
        <w:jc w:val="left"/>
      </w:pPr>
      <w:r>
        <w:rPr>
          <w:rFonts w:ascii="Times New Roman" w:hAnsi="Times New Roman" w:eastAsia="宋体"/>
          <w:b w:val="0"/>
          <w:i w:val="0"/>
          <w:sz w:val="21"/>
        </w:rPr>
        <w:t>配方得 (p-6)²+(s+2)²=0，所以 p=6，s=-2。</w:t>
      </w:r>
    </w:p>
    <w:p>
      <w:pPr>
        <w:spacing w:before="0" w:after="80" w:line="300" w:lineRule="auto"/>
        <w:jc w:val="left"/>
      </w:pPr>
      <w:r>
        <w:rPr>
          <w:rFonts w:ascii="Times New Roman" w:hAnsi="Times New Roman" w:eastAsia="宋体"/>
          <w:b w:val="0"/>
          <w:i w:val="0"/>
          <w:sz w:val="21"/>
        </w:rPr>
        <w:t>于是 z+6/z=z+6z/(|z|²)=z+z=-2。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p=|z|²=zz and s=z+z. Then |z+2|²=p+2s+4, and |z²+1|² =p²+(z²+z²)+1 =p²+(s²-2p)+1.</w:t>
      </w:r>
    </w:p>
    <w:p>
      <w:pPr>
        <w:spacing w:before="0" w:after="80" w:line="300" w:lineRule="auto"/>
        <w:jc w:val="left"/>
      </w:pPr>
      <w:r>
        <w:rPr>
          <w:rFonts w:ascii="Times New Roman" w:hAnsi="Times New Roman" w:eastAsia="宋体"/>
          <w:b w:val="0"/>
          <w:i w:val="0"/>
          <w:color w:val="333333"/>
          <w:sz w:val="19"/>
        </w:rPr>
        <w:t>Substituting, 12p=2(p+2s+4) +p²+s²-2p+1+31, which simplifies to p²-12p+s²+4s+40=0.</w:t>
      </w:r>
    </w:p>
    <w:p>
      <w:pPr>
        <w:spacing w:before="0" w:after="80" w:line="300" w:lineRule="auto"/>
        <w:jc w:val="left"/>
      </w:pPr>
      <w:r>
        <w:rPr>
          <w:rFonts w:ascii="Times New Roman" w:hAnsi="Times New Roman" w:eastAsia="宋体"/>
          <w:b w:val="0"/>
          <w:i w:val="0"/>
          <w:color w:val="333333"/>
          <w:sz w:val="19"/>
        </w:rPr>
        <w:t>Completing the square gives (p-6)²+(s+2)²=0, so p=6 and s=-2.</w:t>
      </w:r>
    </w:p>
    <w:p>
      <w:pPr>
        <w:spacing w:before="0" w:after="80" w:line="300" w:lineRule="auto"/>
        <w:jc w:val="left"/>
      </w:pPr>
      <w:r>
        <w:rPr>
          <w:rFonts w:ascii="Times New Roman" w:hAnsi="Times New Roman" w:eastAsia="宋体"/>
          <w:b w:val="0"/>
          <w:i w:val="0"/>
          <w:color w:val="333333"/>
          <w:sz w:val="19"/>
        </w:rPr>
        <w:t>Then z+6/z=z+6z/(|z|²)=z+z=-2.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设两个骰子的面数为 a≤ b。因为两个骰子都至少有 6 个面，和为 7 恰有 6 种方式，所以和为 10 有 6÷3/4=8 种方式。</w:t>
      </w:r>
    </w:p>
    <w:p>
      <w:pPr>
        <w:spacing w:before="0" w:after="80" w:line="300" w:lineRule="auto"/>
        <w:jc w:val="left"/>
      </w:pPr>
      <w:r>
        <w:rPr>
          <w:rFonts w:ascii="Times New Roman" w:hAnsi="Times New Roman" w:eastAsia="宋体"/>
          <w:b w:val="0"/>
          <w:i w:val="0"/>
          <w:sz w:val="21"/>
        </w:rPr>
        <w:t>掷出 10 的方式数为 min(a,9) -max(1,10-b)+1=8。和为 12 的概率为 1/12，所以它有 ab/12 种方式。</w:t>
      </w:r>
    </w:p>
    <w:p>
      <w:pPr>
        <w:spacing w:before="0" w:after="80" w:line="300" w:lineRule="auto"/>
        <w:jc w:val="left"/>
      </w:pPr>
      <w:r>
        <w:rPr>
          <w:rFonts w:ascii="Times New Roman" w:hAnsi="Times New Roman" w:eastAsia="宋体"/>
          <w:b w:val="0"/>
          <w:i w:val="0"/>
          <w:sz w:val="21"/>
        </w:rPr>
        <w:t>和为 10 有 8 种结果，要求 a≥8 且 b≥9，所以必有 a+b≥17。当 (a,b)=(8,9) 时，和为 10 恰有 8 种结果，而和为 12 恰有第一枚骰子掷出 3,4,…,8 时的 6 种结果。因为 6/(8·9)=1/12，两个条件都成立，从而下界 17 可以达到。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dice have a≤ b faces. Since both have at least 6 faces, a sum of 7 occurs in exactly 6 ways, so a sum of 10 occurs in 6÷3/4=8 ways.</w:t>
      </w:r>
    </w:p>
    <w:p>
      <w:pPr>
        <w:spacing w:before="0" w:after="80" w:line="300" w:lineRule="auto"/>
        <w:jc w:val="left"/>
      </w:pPr>
      <w:r>
        <w:rPr>
          <w:rFonts w:ascii="Times New Roman" w:hAnsi="Times New Roman" w:eastAsia="宋体"/>
          <w:b w:val="0"/>
          <w:i w:val="0"/>
          <w:color w:val="333333"/>
          <w:sz w:val="19"/>
        </w:rPr>
        <w:t>The number of ways to roll 10 is min(a,9) -max(1,10-b)+1=8. A sum of 12 has probability 1/12, so it occurs in ab/12 ways.</w:t>
      </w:r>
    </w:p>
    <w:p>
      <w:pPr>
        <w:spacing w:before="0" w:after="80" w:line="300" w:lineRule="auto"/>
        <w:jc w:val="left"/>
      </w:pPr>
      <w:r>
        <w:rPr>
          <w:rFonts w:ascii="Times New Roman" w:hAnsi="Times New Roman" w:eastAsia="宋体"/>
          <w:b w:val="0"/>
          <w:i w:val="0"/>
          <w:color w:val="333333"/>
          <w:sz w:val="19"/>
        </w:rPr>
        <w:t>Having 8 outcomes for a sum of 10 requires a≥8 and b≥9, so necessarily a+b≥17. For (a,b)=(8,9), a sum of 10 has 8 outcomes, while a sum of 12 has the 6 outcomes with the first die showing 3,4,…,8. Since 6/(8·9)=1/12, both conditions hold and the lower bound 17 is attained.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因为 z³≡ 1pmodz²+z+1 且 2021=3· 673+2，所以 z²⁰²¹≡ z²。</w:t>
      </w:r>
    </w:p>
    <w:p>
      <w:pPr>
        <w:spacing w:before="0" w:after="80" w:line="300" w:lineRule="auto"/>
        <w:jc w:val="left"/>
      </w:pPr>
      <w:r>
        <w:rPr>
          <w:rFonts w:ascii="Times New Roman" w:hAnsi="Times New Roman" w:eastAsia="宋体"/>
          <w:b w:val="0"/>
          <w:i w:val="0"/>
          <w:sz w:val="21"/>
        </w:rPr>
        <w:t>因此 z²⁰²¹+1≡ z²+1。再用 z²≡ -z-1，化简，得到 -z-1+1=-z。</w:t>
      </w:r>
    </w:p>
    <w:p>
      <w:pPr>
        <w:spacing w:before="0" w:after="80" w:line="300" w:lineRule="auto"/>
        <w:jc w:val="left"/>
      </w:pPr>
      <w:r>
        <w:rPr>
          <w:rFonts w:ascii="Times New Roman" w:hAnsi="Times New Roman" w:eastAsia="宋体"/>
          <w:b w:val="0"/>
          <w:i w:val="0"/>
          <w:sz w:val="21"/>
        </w:rPr>
        <w:t>所以 R(z)=-z。</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z³≡ 1pmodz²+z+1 and 2021=3· 673+2, we have z²⁰²¹≡ z².</w:t>
      </w:r>
    </w:p>
    <w:p>
      <w:pPr>
        <w:spacing w:before="0" w:after="80" w:line="300" w:lineRule="auto"/>
        <w:jc w:val="left"/>
      </w:pPr>
      <w:r>
        <w:rPr>
          <w:rFonts w:ascii="Times New Roman" w:hAnsi="Times New Roman" w:eastAsia="宋体"/>
          <w:b w:val="0"/>
          <w:i w:val="0"/>
          <w:color w:val="333333"/>
          <w:sz w:val="19"/>
        </w:rPr>
        <w:t>So z²⁰²¹+1≡ z²+1. Reducing further with z²≡ -z-1, this is -z-1+1=-z.</w:t>
      </w:r>
    </w:p>
    <w:p>
      <w:pPr>
        <w:spacing w:before="0" w:after="80" w:line="300" w:lineRule="auto"/>
        <w:jc w:val="left"/>
      </w:pPr>
      <w:r>
        <w:rPr>
          <w:rFonts w:ascii="Times New Roman" w:hAnsi="Times New Roman" w:eastAsia="宋体"/>
          <w:b w:val="0"/>
          <w:i w:val="0"/>
          <w:color w:val="333333"/>
          <w:sz w:val="19"/>
        </w:rPr>
        <w:t>Therefore R(z)=-z.</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两边取 log₂，方程变为 2^(√(2))log₂ x=2ˣ⁻¹。代入 x=√(2) 得 2^(√(2))·1/2=2^(√(2)-1) 成立，所以 x=√(2) 是一个解。</w:t>
      </w:r>
    </w:p>
    <w:p>
      <w:pPr>
        <w:spacing w:before="0" w:after="80" w:line="300" w:lineRule="auto"/>
        <w:jc w:val="left"/>
      </w:pPr>
      <w:r>
        <w:rPr>
          <w:rFonts w:ascii="Times New Roman" w:hAnsi="Times New Roman" w:eastAsia="宋体"/>
          <w:b w:val="0"/>
          <w:i w:val="0"/>
          <w:sz w:val="21"/>
        </w:rPr>
        <w:t>令 f(x)=2ˣ⁻¹-2^(√(2))log₂ x。则 f(1)&gt; 0、f(√(2))=0、f(2)&lt; 0，且 f(4)&gt; 0，所以在 2 与 4 之间有第二个根 x₀。</w:t>
      </w:r>
    </w:p>
    <w:p>
      <w:pPr>
        <w:spacing w:before="0" w:after="80" w:line="300" w:lineRule="auto"/>
        <w:jc w:val="left"/>
      </w:pPr>
      <w:r>
        <w:rPr>
          <w:rFonts w:ascii="Times New Roman" w:hAnsi="Times New Roman" w:eastAsia="宋体"/>
          <w:b w:val="0"/>
          <w:i w:val="0"/>
          <w:sz w:val="21"/>
        </w:rPr>
        <w:t>为证明没有其他解，将方程除以 2ˣ，并在 x&gt;1 时考察 h(x)=(ln x)/2ˣ。它的导数符号与 1/x-(ln2)(ln x) 相同，而后者严格递减。因此，h 先增后减一次，任意水平线与其图像至多相交两次。前面找到的两个根就是全部解。因为 2&lt; x₀&lt;4，所以 2&lt; S=√(2)+x₀&lt;6。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log₂, the equation becomes 2^(√(2))log₂ x=2ˣ⁻¹. Substituting x=√(2) gives 2^(√(2))·1/2=2^(√(2)-1), which holds, so x=√(2) is a solution.</w:t>
      </w:r>
    </w:p>
    <w:p>
      <w:pPr>
        <w:spacing w:before="0" w:after="80" w:line="300" w:lineRule="auto"/>
        <w:jc w:val="left"/>
      </w:pPr>
      <w:r>
        <w:rPr>
          <w:rFonts w:ascii="Times New Roman" w:hAnsi="Times New Roman" w:eastAsia="宋体"/>
          <w:b w:val="0"/>
          <w:i w:val="0"/>
          <w:color w:val="333333"/>
          <w:sz w:val="19"/>
        </w:rPr>
        <w:t>Let f(x)=2ˣ⁻¹-2^(√(2))log₂ x. Then f(1)&gt; 0, f(√(2))=0, f(2)&lt; 0, and f(4)&gt; 0, so there is a second root x₀ between 2 and 4.</w:t>
      </w:r>
    </w:p>
    <w:p>
      <w:pPr>
        <w:spacing w:before="0" w:after="80" w:line="300" w:lineRule="auto"/>
        <w:jc w:val="left"/>
      </w:pPr>
      <w:r>
        <w:rPr>
          <w:rFonts w:ascii="Times New Roman" w:hAnsi="Times New Roman" w:eastAsia="宋体"/>
          <w:b w:val="0"/>
          <w:i w:val="0"/>
          <w:color w:val="333333"/>
          <w:sz w:val="19"/>
        </w:rPr>
        <w:t>To prove there are no others, divide the equation by 2ˣ and consider h(x)=(ln x)/2ˣ for x&gt;1. Its derivative has the sign of 1/x-(ln2)(ln x), a strictly decreasing expression. Thus h increases once and then decreases, so a horizontal line meets its graph at most twice. The two roots already found are all the solutions. Since 2&lt; x₀&lt;4, we have 2&lt; S=√(2)+x₀&lt;6.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把每堵砖墙看作一个类似 Nim 的堆，并赋予 Grundy 值。一步移走 1 块或 2 块相邻砖，可能把一堵墙分成长度为 a,b 的两堵。因此，g(n) 是所有满足 a+b=n-1 或 a+b=n-2 的 g(a)oplus g(b) 的最小未出现非负整数。</w:t>
      </w:r>
    </w:p>
    <w:p>
      <w:pPr>
        <w:spacing w:before="0" w:after="80" w:line="300" w:lineRule="auto"/>
        <w:jc w:val="left"/>
      </w:pPr>
      <w:r>
        <w:rPr>
          <w:rFonts w:ascii="Times New Roman" w:hAnsi="Times New Roman" w:eastAsia="宋体"/>
          <w:b w:val="0"/>
          <w:i w:val="0"/>
          <w:sz w:val="21"/>
        </w:rPr>
        <w:t>从 g(0)=0 开始，这个递推给出 g(1),g(2),…,g(6) 依次为 1,2,3,1,4,3。</w:t>
      </w:r>
    </w:p>
    <w:p>
      <w:pPr>
        <w:spacing w:before="0" w:after="80" w:line="300" w:lineRule="auto"/>
        <w:jc w:val="left"/>
      </w:pPr>
      <w:r>
        <w:rPr>
          <w:rFonts w:ascii="Times New Roman" w:hAnsi="Times New Roman" w:eastAsia="宋体"/>
          <w:b w:val="0"/>
          <w:i w:val="0"/>
          <w:sz w:val="21"/>
        </w:rPr>
        <w:t>后手 Beth 获胜当且仅当各墙 Grundy 值的异或为 0。检查每个选项，只有 (6,2,1) 给出 g(6)oplus g(2)oplus g(1) =3oplus 2oplus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Treat each wall as a Nim-like heap with a Grundy value. A move removes 1 or 2 adjacent bricks, possibly splitting a wall into lengths a,b. Thus g(n) is the mex of g(a)oplus g(b) over a+b=n-1 or a+b=n-2.</w:t>
      </w:r>
    </w:p>
    <w:p>
      <w:pPr>
        <w:spacing w:before="0" w:after="80" w:line="300" w:lineRule="auto"/>
        <w:jc w:val="left"/>
      </w:pPr>
      <w:r>
        <w:rPr>
          <w:rFonts w:ascii="Times New Roman" w:hAnsi="Times New Roman" w:eastAsia="宋体"/>
          <w:b w:val="0"/>
          <w:i w:val="0"/>
          <w:color w:val="333333"/>
          <w:sz w:val="19"/>
        </w:rPr>
        <w:t>Starting with g(0)=0, this recurrence gives g(1),g(2),…,g(6) equal to 1,2,3,1,4,3, respectively.</w:t>
      </w:r>
    </w:p>
    <w:p>
      <w:pPr>
        <w:spacing w:before="0" w:after="80" w:line="300" w:lineRule="auto"/>
        <w:jc w:val="left"/>
      </w:pPr>
      <w:r>
        <w:rPr>
          <w:rFonts w:ascii="Times New Roman" w:hAnsi="Times New Roman" w:eastAsia="宋体"/>
          <w:b w:val="0"/>
          <w:i w:val="0"/>
          <w:color w:val="333333"/>
          <w:sz w:val="19"/>
        </w:rPr>
        <w:t>The second player Beth wins exactly when the XOR of the walls’ Grundy values is 0. Checking each option, only (6,2,1) gives g(6)oplus g(2)oplus g(1) =3oplus 2oplus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不同且等间距的箱子形成等差数列 n,n+d,n+2d，其中 n,d≥ 1。三个编号之和为 3(n+d)，因此把球固定分配到这三个箱子的概率为 2⁻³⁽ⁿ⁺ᵈ⁾。</w:t>
      </w:r>
    </w:p>
    <w:p>
      <w:pPr>
        <w:spacing w:before="0" w:after="80" w:line="300" w:lineRule="auto"/>
        <w:jc w:val="left"/>
      </w:pPr>
      <w:r>
        <w:rPr>
          <w:rFonts w:ascii="Times New Roman" w:hAnsi="Times New Roman" w:eastAsia="宋体"/>
          <w:b w:val="0"/>
          <w:i w:val="0"/>
          <w:sz w:val="21"/>
        </w:rPr>
        <w:t>三个球可以按 3!=6 种方式对应到这些箱子，所以总概率为 6Σ_(n≥ 1)Σ_(d≥ 1)2⁻³⁽ⁿ⁺ᵈ⁾ =6(Σ_(n≥ 1)1/8ⁿ)² =6·1/7·1/7=6/49。</w:t>
      </w:r>
    </w:p>
    <w:p>
      <w:pPr>
        <w:spacing w:before="0" w:after="80" w:line="300" w:lineRule="auto"/>
        <w:jc w:val="left"/>
      </w:pPr>
      <w:r>
        <w:rPr>
          <w:rFonts w:ascii="Times New Roman" w:hAnsi="Times New Roman" w:eastAsia="宋体"/>
          <w:b w:val="0"/>
          <w:i w:val="0"/>
          <w:sz w:val="21"/>
        </w:rPr>
        <w:t>因为 gcd(6,49)=1，得 p+q=6+49=55。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Evenly spaced distinct bins form an arithmetic progression n,n+d,n+2d with n,d≥ 1. The three labels sum to 3(n+d), so a fixed assignment of balls to these bins has probability 2⁻³⁽ⁿ⁺ᵈ⁾.</w:t>
      </w:r>
    </w:p>
    <w:p>
      <w:pPr>
        <w:spacing w:before="0" w:after="80" w:line="300" w:lineRule="auto"/>
        <w:jc w:val="left"/>
      </w:pPr>
      <w:r>
        <w:rPr>
          <w:rFonts w:ascii="Times New Roman" w:hAnsi="Times New Roman" w:eastAsia="宋体"/>
          <w:b w:val="0"/>
          <w:i w:val="0"/>
          <w:color w:val="333333"/>
          <w:sz w:val="19"/>
        </w:rPr>
        <w:t>The three balls can be ordered in 3!=6 ways, so the total probability is 6Σ_(n≥ 1)Σ_(d≥ 1)2⁻³⁽ⁿ⁺ᵈ⁾ =6(Σ_(n≥ 1)1/8ⁿ)² =6·1/7·1/7=6/49.</w:t>
      </w:r>
    </w:p>
    <w:p>
      <w:pPr>
        <w:spacing w:before="0" w:after="80" w:line="300" w:lineRule="auto"/>
        <w:jc w:val="left"/>
      </w:pPr>
      <w:r>
        <w:rPr>
          <w:rFonts w:ascii="Times New Roman" w:hAnsi="Times New Roman" w:eastAsia="宋体"/>
          <w:b w:val="0"/>
          <w:i w:val="0"/>
          <w:color w:val="333333"/>
          <w:sz w:val="19"/>
        </w:rPr>
        <w:t>Since gcd(6,49)=1, we get p+q=6+49=55.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设两条对角线交于 O，夹角为 θ。从 A 和 C 到 BD 的垂足关于 O 对称，所以 PQ=ACcosθ=6；同理 RS=BDcosθ=8。</w:t>
      </w:r>
    </w:p>
    <w:p>
      <w:pPr>
        <w:spacing w:before="0" w:after="80" w:line="300" w:lineRule="auto"/>
        <w:jc w:val="left"/>
      </w:pPr>
      <w:r>
        <w:rPr>
          <w:rFonts w:ascii="Times New Roman" w:hAnsi="Times New Roman" w:eastAsia="宋体"/>
          <w:b w:val="0"/>
          <w:i w:val="0"/>
          <w:sz w:val="21"/>
        </w:rPr>
        <w:t>平行四边形面积为 1/2· AC· BDsinθ=15，所以 AC· BDsinθ=30。于是 48sinθ/cos²θ=30，得 sinθ/cos²θ=5/8。</w:t>
      </w:r>
    </w:p>
    <w:p>
      <w:pPr>
        <w:spacing w:before="0" w:after="80" w:line="300" w:lineRule="auto"/>
        <w:jc w:val="left"/>
      </w:pPr>
      <w:r>
        <w:rPr>
          <w:rFonts w:ascii="Times New Roman" w:hAnsi="Times New Roman" w:eastAsia="宋体"/>
          <w:b w:val="0"/>
          <w:i w:val="0"/>
          <w:sz w:val="21"/>
        </w:rPr>
        <w:t>令 s=sinθ，则 8s=5(1-s²)，解得 s=(-4+√(41))/5，所以 cos²θ=1-s²=(8(√(41)-4))/25。</w:t>
      </w:r>
    </w:p>
    <w:p>
      <w:pPr>
        <w:spacing w:before="0" w:after="80" w:line="300" w:lineRule="auto"/>
        <w:jc w:val="left"/>
      </w:pPr>
      <w:r>
        <w:rPr>
          <w:rFonts w:ascii="Times New Roman" w:hAnsi="Times New Roman" w:eastAsia="宋体"/>
          <w:b w:val="0"/>
          <w:i w:val="0"/>
          <w:sz w:val="21"/>
        </w:rPr>
        <w:t>因此 d²=BD² =64/cos²θ =8(√(41)+4) =32+8√(41)，所以 m+n+p=32+8+41=81。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diagonals meet at O at angle θ. The feet of the perpendiculars from A and C to BD are symmetric about O, so PQ=ACcosθ=6; likewise RS=BDcosθ=8.</w:t>
      </w:r>
    </w:p>
    <w:p>
      <w:pPr>
        <w:spacing w:before="0" w:after="80" w:line="300" w:lineRule="auto"/>
        <w:jc w:val="left"/>
      </w:pPr>
      <w:r>
        <w:rPr>
          <w:rFonts w:ascii="Times New Roman" w:hAnsi="Times New Roman" w:eastAsia="宋体"/>
          <w:b w:val="0"/>
          <w:i w:val="0"/>
          <w:color w:val="333333"/>
          <w:sz w:val="19"/>
        </w:rPr>
        <w:t>The parallelogram’s area is 1/2· AC· BDsinθ=15, so AC· BDsinθ=30. Then 48sinθ/cos²θ=30, giving sinθ/cos²θ=5/8.</w:t>
      </w:r>
    </w:p>
    <w:p>
      <w:pPr>
        <w:spacing w:before="0" w:after="80" w:line="300" w:lineRule="auto"/>
        <w:jc w:val="left"/>
      </w:pPr>
      <w:r>
        <w:rPr>
          <w:rFonts w:ascii="Times New Roman" w:hAnsi="Times New Roman" w:eastAsia="宋体"/>
          <w:b w:val="0"/>
          <w:i w:val="0"/>
          <w:color w:val="333333"/>
          <w:sz w:val="19"/>
        </w:rPr>
        <w:t>Writing s=sinθ, 8s=5(1-s²) gives s=(-4+√(41))/5, so cos²θ=1-s²=(8(√(41)-4))/25.</w:t>
      </w:r>
    </w:p>
    <w:p>
      <w:pPr>
        <w:spacing w:before="0" w:after="80" w:line="300" w:lineRule="auto"/>
        <w:jc w:val="left"/>
      </w:pPr>
      <w:r>
        <w:rPr>
          <w:rFonts w:ascii="Times New Roman" w:hAnsi="Times New Roman" w:eastAsia="宋体"/>
          <w:b w:val="0"/>
          <w:i w:val="0"/>
          <w:color w:val="333333"/>
          <w:sz w:val="19"/>
        </w:rPr>
        <w:t>Then d²=BD² =64/cos²θ =8(√(41)+4) =32+8√(41), so m+n+p=32+8+41=81.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对斜率 m，第 x 列（其中 1≤ x≤ 30）贡献 min(30,⌊ mx⌋) 个在直线 y=mx 上或其下方的点，我们需要总数等于 300。</w:t>
      </w:r>
    </w:p>
    <w:p>
      <w:pPr>
        <w:spacing w:before="0" w:after="80" w:line="300" w:lineRule="auto"/>
        <w:jc w:val="left"/>
      </w:pPr>
      <w:r>
        <w:rPr>
          <w:rFonts w:ascii="Times New Roman" w:hAnsi="Times New Roman" w:eastAsia="宋体"/>
          <w:b w:val="0"/>
          <w:i w:val="0"/>
          <w:sz w:val="21"/>
        </w:rPr>
        <w:t>在 m=2/3 时，30 的上限尚未起作用，并且 Σₓ₌₁³⁰⌊ 2x/3⌋=300。计数会保持不变，直到遇到下一个更大的斜率 y/x，其中 x≤30。</w:t>
      </w:r>
    </w:p>
    <w:p>
      <w:pPr>
        <w:spacing w:before="0" w:after="80" w:line="300" w:lineRule="auto"/>
        <w:jc w:val="left"/>
      </w:pPr>
      <w:r>
        <w:rPr>
          <w:rFonts w:ascii="Times New Roman" w:hAnsi="Times New Roman" w:eastAsia="宋体"/>
          <w:b w:val="0"/>
          <w:i w:val="0"/>
          <w:sz w:val="21"/>
        </w:rPr>
        <w:t>若 y/x&gt;2/3，则 3y-2x 是正整数。最接近的情形满足 3y-2x=1；在约束 x≤30 下取满足这个同余式的最大横坐标，得到 (y,x)=(19,28)。若这个正整数至少为 2，斜率差会更大。因此，所求区间是 [2/3,19/28)，长度为 19/28-2/3=1/84。</w:t>
      </w:r>
    </w:p>
    <w:p>
      <w:pPr>
        <w:spacing w:before="0" w:after="80" w:line="300" w:lineRule="auto"/>
        <w:jc w:val="left"/>
      </w:pPr>
      <w:r>
        <w:rPr>
          <w:rFonts w:ascii="Times New Roman" w:hAnsi="Times New Roman" w:eastAsia="宋体"/>
          <w:b w:val="0"/>
          <w:i w:val="0"/>
          <w:sz w:val="21"/>
        </w:rPr>
        <w:t>因为 gcd(1,84)=1，所以 a+b=1+84=85。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slope m, column x (with 1≤ x≤ 30) contributes min(30,⌊ mx⌋) points on or below y=mx, and we need the total to equal 300.</w:t>
      </w:r>
    </w:p>
    <w:p>
      <w:pPr>
        <w:spacing w:before="0" w:after="80" w:line="300" w:lineRule="auto"/>
        <w:jc w:val="left"/>
      </w:pPr>
      <w:r>
        <w:rPr>
          <w:rFonts w:ascii="Times New Roman" w:hAnsi="Times New Roman" w:eastAsia="宋体"/>
          <w:b w:val="0"/>
          <w:i w:val="0"/>
          <w:color w:val="333333"/>
          <w:sz w:val="19"/>
        </w:rPr>
        <w:t>At m=2/3, the cap at 30 is inactive and Σₓ₌₁³⁰⌊ 2x/3⌋=300. The count remains fixed until the next larger slope y/x with x≤30.</w:t>
      </w:r>
    </w:p>
    <w:p>
      <w:pPr>
        <w:spacing w:before="0" w:after="80" w:line="300" w:lineRule="auto"/>
        <w:jc w:val="left"/>
      </w:pPr>
      <w:r>
        <w:rPr>
          <w:rFonts w:ascii="Times New Roman" w:hAnsi="Times New Roman" w:eastAsia="宋体"/>
          <w:b w:val="0"/>
          <w:i w:val="0"/>
          <w:color w:val="333333"/>
          <w:sz w:val="19"/>
        </w:rPr>
        <w:t>If y/x&gt;2/3, then 3y-2x is a positive integer. The closest possibility has 3y-2x=1; maximizing x≤30 in this congruence gives (y,x)=(19,28). Any numerator at least 2 gives a larger gap. Hence the interval is [2/3,19/28), whose length is 19/28-2/3=1/84.</w:t>
      </w:r>
    </w:p>
    <w:p>
      <w:pPr>
        <w:spacing w:before="0" w:after="80" w:line="300" w:lineRule="auto"/>
        <w:jc w:val="left"/>
      </w:pPr>
      <w:r>
        <w:rPr>
          <w:rFonts w:ascii="Times New Roman" w:hAnsi="Times New Roman" w:eastAsia="宋体"/>
          <w:b w:val="0"/>
          <w:i w:val="0"/>
          <w:color w:val="333333"/>
          <w:sz w:val="19"/>
        </w:rPr>
        <w:t>Since gcd(1,84)=1, a+b=1+84=85.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