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2021A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求下面这个表达式的值：</w:t>
      </w:r>
    </w:p>
    <w:p>
      <w:pPr>
        <w:spacing w:before="0" w:after="80" w:line="300" w:lineRule="auto"/>
        <w:jc w:val="left"/>
      </w:pPr>
      <w:r>
        <w:rPr>
          <w:rFonts w:ascii="Times New Roman" w:hAnsi="Times New Roman" w:eastAsia="宋体"/>
          <w:b w:val="0"/>
          <w:i w:val="0"/>
          <w:sz w:val="21"/>
        </w:rPr>
        <w:t>2¹⁺²⁺³ - (2¹ + 2² + 2³)。</w:t>
      </w:r>
    </w:p>
    <w:p>
      <w:pPr>
        <w:spacing w:before="0" w:after="120" w:line="300" w:lineRule="auto"/>
      </w:pPr>
      <w:r>
        <w:rPr>
          <w:rFonts w:ascii="Times New Roman" w:hAnsi="Times New Roman" w:eastAsia="宋体"/>
          <w:b w:val="0"/>
          <w:i w:val="0"/>
          <w:sz w:val="21"/>
        </w:rPr>
        <w:t>（A）0　　（B）50　　（C）52　　（D）54　　（E）57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2¹⁺²⁺³ - (2¹ + 2² + 2³)?</w:t>
      </w:r>
    </w:p>
    <w:p>
      <w:pPr>
        <w:spacing w:before="0" w:after="160" w:line="300" w:lineRule="auto"/>
      </w:pPr>
      <w:r>
        <w:rPr>
          <w:rFonts w:ascii="Times New Roman" w:hAnsi="Times New Roman" w:eastAsia="宋体"/>
          <w:b w:val="0"/>
          <w:i w:val="0"/>
          <w:color w:val="333333"/>
          <w:sz w:val="19"/>
        </w:rPr>
        <w:t>(A) 0　　(B) 50　　(C) 52　　(D) 54　　(E) 57</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对实数 a 和 b 在什么条件下 √(a² + b²) = a + b 成立？</w:t>
      </w:r>
    </w:p>
    <w:p>
      <w:pPr>
        <w:spacing w:before="0" w:after="120" w:line="300" w:lineRule="auto"/>
      </w:pPr>
      <w:r>
        <w:rPr>
          <w:rFonts w:ascii="Times New Roman" w:hAnsi="Times New Roman" w:eastAsia="宋体"/>
          <w:b w:val="0"/>
          <w:i w:val="0"/>
          <w:sz w:val="21"/>
        </w:rPr>
        <w:t>（A）它永远不成立。　　（B）它成立当且仅当 ab = 0。　　（C）它成立当且仅当 a + b ≥ 0。　　（D）它成立当且仅当 ab = 0 且 a + b ≥ 0。　　（E）它总是成立。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Under what conditions is √(a² + b²) = a + b true, where a and b are real numbers?</w:t>
      </w:r>
    </w:p>
    <w:p>
      <w:pPr>
        <w:spacing w:before="0" w:after="160" w:line="300" w:lineRule="auto"/>
      </w:pPr>
      <w:r>
        <w:rPr>
          <w:rFonts w:ascii="Times New Roman" w:hAnsi="Times New Roman" w:eastAsia="宋体"/>
          <w:b w:val="0"/>
          <w:i w:val="0"/>
          <w:color w:val="333333"/>
          <w:sz w:val="19"/>
        </w:rPr>
        <w:t>(A) It is never true.　　(B) It is true if and only if ab = 0.　　(C) It is true if and only if a + b ≥ 0.　　(D) It is true if and only if ab = 0 and a +</w:t>
        <w:br/>
        <w:t>b ≥ 0.　　(E) It is always true.</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两个自然数的和为 17,402。其中一个数能被 10 整除。如果擦去这个数的个位数字，就得到另一个数。这两个数的差是多少？</w:t>
      </w:r>
    </w:p>
    <w:p>
      <w:pPr>
        <w:spacing w:before="0" w:after="120" w:line="300" w:lineRule="auto"/>
      </w:pPr>
      <w:r>
        <w:rPr>
          <w:rFonts w:ascii="Times New Roman" w:hAnsi="Times New Roman" w:eastAsia="宋体"/>
          <w:b w:val="0"/>
          <w:i w:val="0"/>
          <w:sz w:val="21"/>
        </w:rPr>
        <w:t>（A）10,272　　（B）11,700　　（C）13,362　　（D）14,238　　（E）15,426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natural numbers is 17,402. One of the two numbers is divisible by 10. If the units digit of that number is erased, the other number is obtained. What is the difference of these two numbers?</w:t>
      </w:r>
    </w:p>
    <w:p>
      <w:pPr>
        <w:spacing w:before="0" w:after="160" w:line="300" w:lineRule="auto"/>
      </w:pPr>
      <w:r>
        <w:rPr>
          <w:rFonts w:ascii="Times New Roman" w:hAnsi="Times New Roman" w:eastAsia="宋体"/>
          <w:b w:val="0"/>
          <w:i w:val="0"/>
          <w:color w:val="333333"/>
          <w:sz w:val="19"/>
        </w:rPr>
        <w:t>(A) 10,272　　(B) 11,700　　(C) 13,362　　(D) 14,238　　(E) 15,426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Tom 收藏了 13 条蛇，其中 4 条是紫色的，5 条是开心的。他观察到</w:t>
      </w:r>
    </w:p>
    <w:p>
      <w:pPr>
        <w:spacing w:before="0" w:after="80" w:line="300" w:lineRule="auto"/>
        <w:jc w:val="left"/>
      </w:pPr>
      <w:r>
        <w:rPr>
          <w:rFonts w:ascii="Times New Roman" w:hAnsi="Times New Roman" w:eastAsia="宋体"/>
          <w:b w:val="0"/>
          <w:i w:val="0"/>
          <w:sz w:val="21"/>
        </w:rPr>
        <w:t>• 所有开心的蛇都会加法，</w:t>
      </w:r>
    </w:p>
    <w:p>
      <w:pPr>
        <w:spacing w:before="0" w:after="80" w:line="300" w:lineRule="auto"/>
        <w:jc w:val="left"/>
      </w:pPr>
      <w:r>
        <w:rPr>
          <w:rFonts w:ascii="Times New Roman" w:hAnsi="Times New Roman" w:eastAsia="宋体"/>
          <w:b w:val="0"/>
          <w:i w:val="0"/>
          <w:sz w:val="21"/>
        </w:rPr>
        <w:t>• 没有紫色的蛇会减法，并且</w:t>
      </w:r>
    </w:p>
    <w:p>
      <w:pPr>
        <w:spacing w:before="0" w:after="80" w:line="300" w:lineRule="auto"/>
        <w:jc w:val="left"/>
      </w:pPr>
      <w:r>
        <w:rPr>
          <w:rFonts w:ascii="Times New Roman" w:hAnsi="Times New Roman" w:eastAsia="宋体"/>
          <w:b w:val="0"/>
          <w:i w:val="0"/>
          <w:sz w:val="21"/>
        </w:rPr>
        <w:t>• 所有不会减法的蛇也不会加法。</w:t>
      </w:r>
    </w:p>
    <w:p>
      <w:pPr>
        <w:spacing w:before="0" w:after="80" w:line="300" w:lineRule="auto"/>
        <w:jc w:val="left"/>
      </w:pPr>
      <w:r>
        <w:rPr>
          <w:rFonts w:ascii="Times New Roman" w:hAnsi="Times New Roman" w:eastAsia="宋体"/>
          <w:b w:val="0"/>
          <w:i w:val="0"/>
          <w:sz w:val="21"/>
        </w:rPr>
        <w:t>关于 Tom 的蛇，可以推出下列哪个结论？</w:t>
      </w:r>
    </w:p>
    <w:p>
      <w:pPr>
        <w:spacing w:before="0" w:after="120" w:line="300" w:lineRule="auto"/>
      </w:pPr>
      <w:r>
        <w:rPr>
          <w:rFonts w:ascii="Times New Roman" w:hAnsi="Times New Roman" w:eastAsia="宋体"/>
          <w:b w:val="0"/>
          <w:i w:val="0"/>
          <w:sz w:val="21"/>
        </w:rPr>
        <w:t>（A）紫色的蛇会加法。　　（B）紫色的蛇是开心的。　　（C）会加法的蛇是紫色的。　　（D）开心的蛇不是紫色的。　　（E）开心的蛇不会减法。</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 has a collection of 13 snakes, 4 of which are purple and 5 of which are happy. He observes that</w:t>
      </w:r>
    </w:p>
    <w:p>
      <w:pPr>
        <w:spacing w:before="0" w:after="80" w:line="300" w:lineRule="auto"/>
        <w:jc w:val="left"/>
      </w:pPr>
      <w:r>
        <w:rPr>
          <w:rFonts w:ascii="Times New Roman" w:hAnsi="Times New Roman" w:eastAsia="宋体"/>
          <w:b w:val="0"/>
          <w:i w:val="0"/>
          <w:color w:val="333333"/>
          <w:sz w:val="19"/>
        </w:rPr>
        <w:t>• all of his happy snakes can add,</w:t>
      </w:r>
    </w:p>
    <w:p>
      <w:pPr>
        <w:spacing w:before="0" w:after="80" w:line="300" w:lineRule="auto"/>
        <w:jc w:val="left"/>
      </w:pPr>
      <w:r>
        <w:rPr>
          <w:rFonts w:ascii="Times New Roman" w:hAnsi="Times New Roman" w:eastAsia="宋体"/>
          <w:b w:val="0"/>
          <w:i w:val="0"/>
          <w:color w:val="333333"/>
          <w:sz w:val="19"/>
        </w:rPr>
        <w:t>• none of his purple snakes can subtract, and</w:t>
      </w:r>
    </w:p>
    <w:p>
      <w:pPr>
        <w:spacing w:before="0" w:after="80" w:line="300" w:lineRule="auto"/>
        <w:jc w:val="left"/>
      </w:pPr>
      <w:r>
        <w:rPr>
          <w:rFonts w:ascii="Times New Roman" w:hAnsi="Times New Roman" w:eastAsia="宋体"/>
          <w:b w:val="0"/>
          <w:i w:val="0"/>
          <w:color w:val="333333"/>
          <w:sz w:val="19"/>
        </w:rPr>
        <w:t>• all of his snakes that can’t subtract also can’t add.</w:t>
      </w:r>
    </w:p>
    <w:p>
      <w:pPr>
        <w:spacing w:before="0" w:after="80" w:line="300" w:lineRule="auto"/>
        <w:jc w:val="left"/>
      </w:pPr>
      <w:r>
        <w:rPr>
          <w:rFonts w:ascii="Times New Roman" w:hAnsi="Times New Roman" w:eastAsia="宋体"/>
          <w:b w:val="0"/>
          <w:i w:val="0"/>
          <w:color w:val="333333"/>
          <w:sz w:val="19"/>
        </w:rPr>
        <w:t>Which of these conclusions can be drawn about Tom’s snakes?</w:t>
      </w:r>
    </w:p>
    <w:p>
      <w:pPr>
        <w:spacing w:before="0" w:after="160" w:line="300" w:lineRule="auto"/>
      </w:pPr>
      <w:r>
        <w:rPr>
          <w:rFonts w:ascii="Times New Roman" w:hAnsi="Times New Roman" w:eastAsia="宋体"/>
          <w:b w:val="0"/>
          <w:i w:val="0"/>
          <w:color w:val="333333"/>
          <w:sz w:val="19"/>
        </w:rPr>
        <w:t>(A) Purple snakes can add.　　(B) Purple snakes are happy.　　(C) Snakes that can add are purple.　　(D) Happy snakes are not purple.　　(E) Happy snakes can’t subtract.</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一名学生把数 66 乘以循环小数</w:t>
      </w:r>
    </w:p>
    <w:p>
      <w:pPr>
        <w:spacing w:before="0" w:after="80" w:line="300" w:lineRule="auto"/>
        <w:jc w:val="left"/>
      </w:pPr>
      <w:r>
        <w:rPr>
          <w:rFonts w:ascii="Times New Roman" w:hAnsi="Times New Roman" w:eastAsia="宋体"/>
          <w:b w:val="0"/>
          <w:i w:val="0"/>
          <w:sz w:val="21"/>
        </w:rPr>
        <w:t>1.ab = 1.ababab…，</w:t>
      </w:r>
    </w:p>
    <w:p>
      <w:pPr>
        <w:spacing w:before="0" w:after="80" w:line="300" w:lineRule="auto"/>
        <w:jc w:val="left"/>
      </w:pPr>
      <w:r>
        <w:rPr>
          <w:rFonts w:ascii="Times New Roman" w:hAnsi="Times New Roman" w:eastAsia="宋体"/>
          <w:b w:val="0"/>
          <w:i w:val="0"/>
          <w:sz w:val="21"/>
        </w:rPr>
        <w:t>其中 a 和 b 是数字。他没有注意到循环记号，只是计算了 66 乘以有限小数 1.ab。后来他发现自己的答案比正确答案小 0.5。</w:t>
      </w:r>
    </w:p>
    <w:p>
      <w:pPr>
        <w:spacing w:before="0" w:after="80" w:line="300" w:lineRule="auto"/>
        <w:jc w:val="left"/>
      </w:pPr>
      <w:r>
        <w:rPr>
          <w:rFonts w:ascii="Times New Roman" w:hAnsi="Times New Roman" w:eastAsia="宋体"/>
          <w:b w:val="0"/>
          <w:i w:val="0"/>
          <w:sz w:val="21"/>
        </w:rPr>
        <w:t>两位整数 ab 是多少？</w:t>
      </w:r>
    </w:p>
    <w:p>
      <w:pPr>
        <w:spacing w:before="0" w:after="120" w:line="300" w:lineRule="auto"/>
      </w:pPr>
      <w:r>
        <w:rPr>
          <w:rFonts w:ascii="Times New Roman" w:hAnsi="Times New Roman" w:eastAsia="宋体"/>
          <w:b w:val="0"/>
          <w:i w:val="0"/>
          <w:sz w:val="21"/>
        </w:rPr>
        <w:t>（A）15　　（B）30　　（C）45　　（D）60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 student multiplied the number 66 by the repeating decimal</w:t>
      </w:r>
    </w:p>
    <w:p>
      <w:pPr>
        <w:spacing w:before="0" w:after="80" w:line="300" w:lineRule="auto"/>
        <w:jc w:val="left"/>
      </w:pPr>
      <w:r>
        <w:rPr>
          <w:rFonts w:ascii="Times New Roman" w:hAnsi="Times New Roman" w:eastAsia="宋体"/>
          <w:b w:val="0"/>
          <w:i w:val="0"/>
          <w:color w:val="333333"/>
          <w:sz w:val="19"/>
        </w:rPr>
        <w:t>1.ab = 1.ababab…,</w:t>
      </w:r>
    </w:p>
    <w:p>
      <w:pPr>
        <w:spacing w:before="0" w:after="80" w:line="300" w:lineRule="auto"/>
        <w:jc w:val="left"/>
      </w:pPr>
      <w:r>
        <w:rPr>
          <w:rFonts w:ascii="Times New Roman" w:hAnsi="Times New Roman" w:eastAsia="宋体"/>
          <w:b w:val="0"/>
          <w:i w:val="0"/>
          <w:color w:val="333333"/>
          <w:sz w:val="19"/>
        </w:rPr>
        <w:t>where a and b are digits, he did not notice the notation and just multiplied 66 by the terminating decimal 1.ab. Later he found that his answer was 0.5 less than the correct answer.</w:t>
      </w:r>
    </w:p>
    <w:p>
      <w:pPr>
        <w:spacing w:before="0" w:after="80" w:line="300" w:lineRule="auto"/>
        <w:jc w:val="left"/>
      </w:pPr>
      <w:r>
        <w:rPr>
          <w:rFonts w:ascii="Times New Roman" w:hAnsi="Times New Roman" w:eastAsia="宋体"/>
          <w:b w:val="0"/>
          <w:i w:val="0"/>
          <w:color w:val="333333"/>
          <w:sz w:val="19"/>
        </w:rPr>
        <w:t>What is the two-digit integer ab?</w:t>
      </w:r>
    </w:p>
    <w:p>
      <w:pPr>
        <w:spacing w:before="0" w:after="160" w:line="300" w:lineRule="auto"/>
      </w:pPr>
      <w:r>
        <w:rPr>
          <w:rFonts w:ascii="Times New Roman" w:hAnsi="Times New Roman" w:eastAsia="宋体"/>
          <w:b w:val="0"/>
          <w:i w:val="0"/>
          <w:color w:val="333333"/>
          <w:sz w:val="19"/>
        </w:rPr>
        <w:t>(A) 15　　(B) 30　　(C) 45　　(D) 60　　(E) 75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一副牌只有红牌和黑牌。随机抽到一张红牌的概率是 1/3。当向这副牌中加入 4 张黑牌后，抽到红牌的概率变为 1/4。这副牌原来有多少张牌？</w:t>
      </w:r>
    </w:p>
    <w:p>
      <w:pPr>
        <w:spacing w:before="0" w:after="120" w:line="300" w:lineRule="auto"/>
      </w:pPr>
      <w:r>
        <w:rPr>
          <w:rFonts w:ascii="Times New Roman" w:hAnsi="Times New Roman" w:eastAsia="宋体"/>
          <w:b w:val="0"/>
          <w:i w:val="0"/>
          <w:sz w:val="21"/>
        </w:rPr>
        <w:t>（A）6　　（B）9　　（C）12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deck of cards has only red cards and black cards. The probability of a randomly chosen card being red is 1/3. When 4 black cards are added to the deck, the probability of choosing red becomes 1/4. How many cards were in the deck originally?</w:t>
      </w:r>
    </w:p>
    <w:p>
      <w:pPr>
        <w:spacing w:before="0" w:after="160" w:line="300" w:lineRule="auto"/>
      </w:pPr>
      <w:r>
        <w:rPr>
          <w:rFonts w:ascii="Times New Roman" w:hAnsi="Times New Roman" w:eastAsia="宋体"/>
          <w:b w:val="0"/>
          <w:i w:val="0"/>
          <w:color w:val="333333"/>
          <w:sz w:val="19"/>
        </w:rPr>
        <w:t>(A) 6　　(B) 9　　(C) 12　　(D) 15　　(E) 18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对实数 x 和 y，(xy - 1)² + (x + y)² 的最小可能值是多少？</w:t>
      </w:r>
    </w:p>
    <w:p>
      <w:pPr>
        <w:spacing w:before="0" w:after="120" w:line="300" w:lineRule="auto"/>
      </w:pPr>
      <w:r>
        <w:rPr>
          <w:rFonts w:ascii="Times New Roman" w:hAnsi="Times New Roman" w:eastAsia="宋体"/>
          <w:b w:val="0"/>
          <w:i w:val="0"/>
          <w:sz w:val="21"/>
        </w:rPr>
        <w:t>（A）0　　（B）1/4　　（C）1/2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least possible value of (xy - 1)² + (x + y)² for real numbers x and y?</w:t>
      </w:r>
    </w:p>
    <w:p>
      <w:pPr>
        <w:spacing w:before="0" w:after="160" w:line="300" w:lineRule="auto"/>
      </w:pPr>
      <w:r>
        <w:rPr>
          <w:rFonts w:ascii="Times New Roman" w:hAnsi="Times New Roman" w:eastAsia="宋体"/>
          <w:b w:val="0"/>
          <w:i w:val="0"/>
          <w:color w:val="333333"/>
          <w:sz w:val="19"/>
        </w:rPr>
        <w:t>(A) 0　　(B) 1/4　　(C) 1/2　　(D) 1　　(E) 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数列由 D₀ = 0、D₁ = 0、D₂ = 1，以及对 n ≥ 3 成立的 Dₙ = Dₙ₋₁ + Dₙ₋₃ 定义。三元组 (D₂₀₂₁, D₂₀₂₂, D₂₀₂₃) 中各数的奇偶性是什么？其中 E 表示偶数，O 表示奇数。</w:t>
      </w:r>
    </w:p>
    <w:p>
      <w:pPr>
        <w:spacing w:before="0" w:after="120" w:line="300" w:lineRule="auto"/>
      </w:pPr>
      <w:r>
        <w:rPr>
          <w:rFonts w:ascii="Times New Roman" w:hAnsi="Times New Roman" w:eastAsia="宋体"/>
          <w:b w:val="0"/>
          <w:i w:val="0"/>
          <w:sz w:val="21"/>
        </w:rPr>
        <w:t>（A）(O, E, O)　　（B）(E, E, O)　　（C）(E, O, E)　　（D）(O, O, E)　　（E）(O, O, O)</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numbers is defined by D₀ = 0, D₁ = 0, D₂ = 1, and Dₙ = Dₙ₋₁ + Dₙ₋₃ for n ≥ 3. What are the parities (evenness or oddness) of the triple of numbers (D₂₀₂₁, D₂₀₂₂, D₂₀₂₃), where E denotes even and O denotes odd?</w:t>
      </w:r>
    </w:p>
    <w:p>
      <w:pPr>
        <w:spacing w:before="0" w:after="160" w:line="300" w:lineRule="auto"/>
      </w:pPr>
      <w:r>
        <w:rPr>
          <w:rFonts w:ascii="Times New Roman" w:hAnsi="Times New Roman" w:eastAsia="宋体"/>
          <w:b w:val="0"/>
          <w:i w:val="0"/>
          <w:color w:val="333333"/>
          <w:sz w:val="19"/>
        </w:rPr>
        <w:t>(A) (O, E, O)　　(B) (E, E, O)　　(C) (E, O, E)　　(D) (O, O, E)　　(E) (O, O, O)</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下列哪一个表达式等价于</w:t>
      </w:r>
    </w:p>
    <w:p>
      <w:pPr>
        <w:spacing w:before="0" w:after="80" w:line="300" w:lineRule="auto"/>
        <w:jc w:val="left"/>
      </w:pPr>
      <w:r>
        <w:rPr>
          <w:rFonts w:ascii="Times New Roman" w:hAnsi="Times New Roman" w:eastAsia="宋体"/>
          <w:b w:val="0"/>
          <w:i w:val="0"/>
          <w:sz w:val="21"/>
        </w:rPr>
        <w:t>(2 + 3)(2² + 3²)(2⁴ + 3⁴)</w:t>
      </w:r>
    </w:p>
    <w:p>
      <w:pPr>
        <w:spacing w:before="0" w:after="80" w:line="300" w:lineRule="auto"/>
        <w:jc w:val="left"/>
      </w:pPr>
      <w:r>
        <w:rPr>
          <w:rFonts w:ascii="Times New Roman" w:hAnsi="Times New Roman" w:eastAsia="宋体"/>
          <w:b w:val="0"/>
          <w:i w:val="0"/>
          <w:sz w:val="21"/>
        </w:rPr>
        <w:t>· (2⁸ + 3⁸)(2¹⁶ + 3¹⁶)</w:t>
      </w:r>
    </w:p>
    <w:p>
      <w:pPr>
        <w:spacing w:before="0" w:after="80" w:line="300" w:lineRule="auto"/>
        <w:jc w:val="left"/>
      </w:pPr>
      <w:r>
        <w:rPr>
          <w:rFonts w:ascii="Times New Roman" w:hAnsi="Times New Roman" w:eastAsia="宋体"/>
          <w:b w:val="0"/>
          <w:i w:val="0"/>
          <w:sz w:val="21"/>
        </w:rPr>
        <w:t>· (2³² + 3³²)(2⁶⁴ + 3⁶⁴)</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（A）3¹²⁷ + 2¹²⁷　　（B）3¹²⁷ + 2¹²⁷ + 2 · 3⁶³ + 3 · 2⁶³　　（C）3¹²⁸ - 2¹²⁸　　（D）3¹²⁸ + 2¹²⁸　　（E）5¹²⁷</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equivalent to</w:t>
      </w:r>
    </w:p>
    <w:p>
      <w:pPr>
        <w:spacing w:before="0" w:after="80" w:line="300" w:lineRule="auto"/>
        <w:jc w:val="left"/>
      </w:pPr>
      <w:r>
        <w:rPr>
          <w:rFonts w:ascii="Times New Roman" w:hAnsi="Times New Roman" w:eastAsia="宋体"/>
          <w:b w:val="0"/>
          <w:i w:val="0"/>
          <w:color w:val="333333"/>
          <w:sz w:val="19"/>
        </w:rPr>
        <w:t>(2 + 3)(2² + 3²)(2⁴ + 3⁴)</w:t>
      </w:r>
    </w:p>
    <w:p>
      <w:pPr>
        <w:spacing w:before="0" w:after="80" w:line="300" w:lineRule="auto"/>
        <w:jc w:val="left"/>
      </w:pPr>
      <w:r>
        <w:rPr>
          <w:rFonts w:ascii="Times New Roman" w:hAnsi="Times New Roman" w:eastAsia="宋体"/>
          <w:b w:val="0"/>
          <w:i w:val="0"/>
          <w:color w:val="333333"/>
          <w:sz w:val="19"/>
        </w:rPr>
        <w:t>· (2⁸ + 3⁸)(2¹⁶ + 3¹⁶)</w:t>
      </w:r>
    </w:p>
    <w:p>
      <w:pPr>
        <w:spacing w:before="0" w:after="80" w:line="300" w:lineRule="auto"/>
        <w:jc w:val="left"/>
      </w:pPr>
      <w:r>
        <w:rPr>
          <w:rFonts w:ascii="Times New Roman" w:hAnsi="Times New Roman" w:eastAsia="宋体"/>
          <w:b w:val="0"/>
          <w:i w:val="0"/>
          <w:color w:val="333333"/>
          <w:sz w:val="19"/>
        </w:rPr>
        <w:t>· (2³² + 3³²)(2⁶⁴ + 3⁶⁴)?</w:t>
      </w:r>
    </w:p>
    <w:p>
      <w:pPr>
        <w:spacing w:before="0" w:after="160" w:line="300" w:lineRule="auto"/>
      </w:pPr>
      <w:r>
        <w:rPr>
          <w:rFonts w:ascii="Times New Roman" w:hAnsi="Times New Roman" w:eastAsia="宋体"/>
          <w:b w:val="0"/>
          <w:i w:val="0"/>
          <w:color w:val="333333"/>
          <w:sz w:val="19"/>
        </w:rPr>
        <w:t>(A) 3¹²⁷ + 2¹²⁷　　(B) 3¹²⁷ + 2¹²⁷ + 2 · 3⁶³ + 3 · 2⁶³　　(C) 3¹²⁸ - 2¹²⁸　　(D) 3¹²⁸ + 2¹²⁸　　(E) 5¹²⁷</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如下图所示，两个顶点朝下的直圆锥中装有相同体积的液体。两个液面的顶部半径分别为 3 cm 和 6 cm。向每个圆锥中投入一个半径为 1 cm 的球形弹珠，弹珠沉到底部且完全浸没，并且没有液体溢出。窄圆锥中液面上升高度与宽圆锥中液面上升高度的比是多少？</w:t>
      </w:r>
    </w:p>
    <w:p>
      <w:pPr>
        <w:spacing w:before="80" w:after="80"/>
        <w:jc w:val="center"/>
      </w:pPr>
      <w:r>
        <w:drawing>
          <wp:inline xmlns:a="http://schemas.openxmlformats.org/drawingml/2006/main" xmlns:pic="http://schemas.openxmlformats.org/drawingml/2006/picture">
            <wp:extent cx="2688939" cy="1456659"/>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2688939" cy="1456659"/>
                    </a:xfrm>
                    <a:prstGeom prst="rect"/>
                  </pic:spPr>
                </pic:pic>
              </a:graphicData>
            </a:graphic>
          </wp:inline>
        </w:drawing>
      </w:r>
    </w:p>
    <w:p>
      <w:pPr>
        <w:spacing w:before="0" w:after="120" w:line="300" w:lineRule="auto"/>
      </w:pPr>
      <w:r>
        <w:rPr>
          <w:rFonts w:ascii="Times New Roman" w:hAnsi="Times New Roman" w:eastAsia="宋体"/>
          <w:b w:val="0"/>
          <w:i w:val="0"/>
          <w:sz w:val="21"/>
        </w:rPr>
        <w:t>（A）1: 1　　（B）47: 43　　（C）2: 1　　（D）40: 13　　（E）4: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right circular cones with vertices facing down as shown in the figure below contain the same amount of liquid. The radii of the tops of the liquid surfaces are 3 cm and 6 cm. Into each cone is dropped a spherical marble of radius 1 cm, which sinks to the bottom and is completely submerged without spilling any liquid. What is the ratio of the rise of the liquid level in the narrow cone to the rise of the liquid level in the wide cone?</w:t>
      </w:r>
    </w:p>
    <w:p>
      <w:pPr>
        <w:spacing w:before="80" w:after="80"/>
        <w:jc w:val="center"/>
      </w:pPr>
      <w:r>
        <w:drawing>
          <wp:inline xmlns:a="http://schemas.openxmlformats.org/drawingml/2006/main" xmlns:pic="http://schemas.openxmlformats.org/drawingml/2006/picture">
            <wp:extent cx="2688939" cy="1456659"/>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2688939" cy="14566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1　　(B) 47: 43　　(C) 2: 1　　(D) 40: 13　　(E) 4: 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一个激光器放在点 (3, 5)。激光束沿直线传播。Larry 希望光束先击中 y-轴并反射，再击中 x-轴并反射，最后击中点 (7, 5)。光束沿这条路径传播的总距离是多少？</w:t>
      </w:r>
    </w:p>
    <w:p>
      <w:pPr>
        <w:spacing w:before="0" w:after="120" w:line="300" w:lineRule="auto"/>
      </w:pPr>
      <w:r>
        <w:rPr>
          <w:rFonts w:ascii="Times New Roman" w:hAnsi="Times New Roman" w:eastAsia="宋体"/>
          <w:b w:val="0"/>
          <w:i w:val="0"/>
          <w:sz w:val="21"/>
        </w:rPr>
        <w:t>（A）2√(10)　　（B）5√(2)　　（C）10√(2)　　（D）15√(2)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laser is placed at the point (3, 5). The laser beam travels in a straight line. Larry wants the beam to hit and bounce off the y-axis, then hit and bounce off the x-axis, then hit the point (7, 5). What is the total distance the beam will travel along this path?</w:t>
      </w:r>
    </w:p>
    <w:p>
      <w:pPr>
        <w:spacing w:before="0" w:after="160" w:line="300" w:lineRule="auto"/>
      </w:pPr>
      <w:r>
        <w:rPr>
          <w:rFonts w:ascii="Times New Roman" w:hAnsi="Times New Roman" w:eastAsia="宋体"/>
          <w:b w:val="0"/>
          <w:i w:val="0"/>
          <w:color w:val="333333"/>
          <w:sz w:val="19"/>
        </w:rPr>
        <w:t>(A) 2√(10)　　(B) 5√(2)　　(C) 10√(2)　　(D) 15√(2)　　(E) 10√(5)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多项式 z⁶ - 10z⁵ + Az⁴ + Bz³ + Cz² + Dz + 16 的所有根都是正整数，且可以重复。B 的值是多少？</w:t>
      </w:r>
    </w:p>
    <w:p>
      <w:pPr>
        <w:spacing w:before="0" w:after="120" w:line="300" w:lineRule="auto"/>
      </w:pPr>
      <w:r>
        <w:rPr>
          <w:rFonts w:ascii="Times New Roman" w:hAnsi="Times New Roman" w:eastAsia="宋体"/>
          <w:b w:val="0"/>
          <w:i w:val="0"/>
          <w:sz w:val="21"/>
        </w:rPr>
        <w:t>（A）-88　　（B）-80　　（C）-64　　（D）-41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roots of the polynomial z⁶ - 10z⁵ + Az⁴ + Bz³ + Cz² + Dz + 16 are positive integers, possibly repeated. What is the value of B?</w:t>
      </w:r>
    </w:p>
    <w:p>
      <w:pPr>
        <w:spacing w:before="0" w:after="160" w:line="300" w:lineRule="auto"/>
      </w:pPr>
      <w:r>
        <w:rPr>
          <w:rFonts w:ascii="Times New Roman" w:hAnsi="Times New Roman" w:eastAsia="宋体"/>
          <w:b w:val="0"/>
          <w:i w:val="0"/>
          <w:color w:val="333333"/>
          <w:sz w:val="19"/>
        </w:rPr>
        <w:t>(A) -88　　(B) -80　　(C) -64　　(D) -41　　(E) -40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在下列复数 z 中，哪一个使 z⁵ 的实部最大？</w:t>
      </w:r>
    </w:p>
    <w:p>
      <w:pPr>
        <w:spacing w:before="0" w:after="120" w:line="300" w:lineRule="auto"/>
      </w:pPr>
      <w:r>
        <w:rPr>
          <w:rFonts w:ascii="Times New Roman" w:hAnsi="Times New Roman" w:eastAsia="宋体"/>
          <w:b w:val="0"/>
          <w:i w:val="0"/>
          <w:sz w:val="21"/>
        </w:rPr>
        <w:t>（A）-2　　（B）-√(3) + i　　（C）-√(2) + √(2) i　　（D）-1 + √(3) i　　（E）2i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following complex numbers z, which one has the property that z⁵ has the greatest real part?</w:t>
      </w:r>
    </w:p>
    <w:p>
      <w:pPr>
        <w:spacing w:before="0" w:after="160" w:line="300" w:lineRule="auto"/>
      </w:pPr>
      <w:r>
        <w:rPr>
          <w:rFonts w:ascii="Times New Roman" w:hAnsi="Times New Roman" w:eastAsia="宋体"/>
          <w:b w:val="0"/>
          <w:i w:val="0"/>
          <w:color w:val="333333"/>
          <w:sz w:val="19"/>
        </w:rPr>
        <w:t>(A) -2　　(B) -√(3) + i　　(C) -√(2) + √(2) i　　(D) -1 + √(3) i　　(E) 2i</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求下面这个表达式的值：</w:t>
      </w:r>
    </w:p>
    <w:p>
      <w:pPr>
        <w:spacing w:before="0" w:after="80" w:line="300" w:lineRule="auto"/>
        <w:jc w:val="left"/>
      </w:pPr>
      <w:r>
        <w:rPr>
          <w:rFonts w:ascii="Times New Roman" w:hAnsi="Times New Roman" w:eastAsia="宋体"/>
          <w:b w:val="0"/>
          <w:i w:val="0"/>
          <w:sz w:val="21"/>
        </w:rPr>
        <w:t>(Σₖ₌₁²⁰ log_(5ᵏ) 3^(k²))</w:t>
      </w:r>
    </w:p>
    <w:p>
      <w:pPr>
        <w:spacing w:before="0" w:after="80" w:line="300" w:lineRule="auto"/>
        <w:jc w:val="left"/>
      </w:pPr>
      <w:r>
        <w:rPr>
          <w:rFonts w:ascii="Times New Roman" w:hAnsi="Times New Roman" w:eastAsia="宋体"/>
          <w:b w:val="0"/>
          <w:i w:val="0"/>
          <w:sz w:val="21"/>
        </w:rPr>
        <w:t>· (Σₖ₌₁¹⁰⁰ log_(9ᵏ) 25ᵏ)</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（A）21　　（B）100log₅ 3　　（C）200log₃ 5　　（D）2,200　　（E）21,000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(Σₖ₌₁²⁰ log_(5ᵏ) 3^(k²))</w:t>
      </w:r>
    </w:p>
    <w:p>
      <w:pPr>
        <w:spacing w:before="0" w:after="80" w:line="300" w:lineRule="auto"/>
        <w:jc w:val="left"/>
      </w:pPr>
      <w:r>
        <w:rPr>
          <w:rFonts w:ascii="Times New Roman" w:hAnsi="Times New Roman" w:eastAsia="宋体"/>
          <w:b w:val="0"/>
          <w:i w:val="0"/>
          <w:color w:val="333333"/>
          <w:sz w:val="19"/>
        </w:rPr>
        <w:t>· (Σₖ₌₁¹⁰⁰ log_(9ᵏ) 25ᵏ)?</w:t>
      </w:r>
    </w:p>
    <w:p>
      <w:pPr>
        <w:spacing w:before="0" w:after="160" w:line="300" w:lineRule="auto"/>
      </w:pPr>
      <w:r>
        <w:rPr>
          <w:rFonts w:ascii="Times New Roman" w:hAnsi="Times New Roman" w:eastAsia="宋体"/>
          <w:b w:val="0"/>
          <w:i w:val="0"/>
          <w:color w:val="333333"/>
          <w:sz w:val="19"/>
        </w:rPr>
        <w:t>(A) 21　　(B) 100log₅ 3　　(C) 200log₃ 5　　(D) 2,200　　(E) 21,000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合唱团指挥必须从他的 6 名男高音和 8 名男低音中选出一组歌手。唯一要求是男高音人数与男低音人数之差必须是 4 的倍数，并且这一组至少有一名歌手。设 N 为可选组数。N 除以 100 的余数是多少？</w:t>
      </w:r>
    </w:p>
    <w:p>
      <w:pPr>
        <w:spacing w:before="0" w:after="120" w:line="300" w:lineRule="auto"/>
      </w:pPr>
      <w:r>
        <w:rPr>
          <w:rFonts w:ascii="Times New Roman" w:hAnsi="Times New Roman" w:eastAsia="宋体"/>
          <w:b w:val="0"/>
          <w:i w:val="0"/>
          <w:sz w:val="21"/>
        </w:rPr>
        <w:t>（A）47　　（B）48　　（C）83　　（D）95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choir director must select a group of singers from among his 6 tenors and 8 basses. The only requirements are that the difference between the number of tenors and basses must be a multiple of 4, and the group must have at least one singer. Let N be the number of groups that can be selected. What is the remainder when N is divided by 100?</w:t>
      </w:r>
    </w:p>
    <w:p>
      <w:pPr>
        <w:spacing w:before="0" w:after="160" w:line="300" w:lineRule="auto"/>
      </w:pPr>
      <w:r>
        <w:rPr>
          <w:rFonts w:ascii="Times New Roman" w:hAnsi="Times New Roman" w:eastAsia="宋体"/>
          <w:b w:val="0"/>
          <w:i w:val="0"/>
          <w:color w:val="333333"/>
          <w:sz w:val="19"/>
        </w:rPr>
        <w:t>(A) 47　　(B) 48　　(C) 83　　(D) 95　　(E) 96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在下面的数列中，对于 1 ≤ n ≤ 200，整数 n 在数列中出现 n 次：1、2、2、3、3、3、4、4、4、4、…、200、200、…、200</w:t>
      </w:r>
    </w:p>
    <w:p>
      <w:pPr>
        <w:spacing w:before="0" w:after="80" w:line="300" w:lineRule="auto"/>
        <w:jc w:val="left"/>
      </w:pPr>
      <w:r>
        <w:rPr>
          <w:rFonts w:ascii="Times New Roman" w:hAnsi="Times New Roman" w:eastAsia="宋体"/>
          <w:b w:val="0"/>
          <w:i w:val="0"/>
          <w:sz w:val="21"/>
        </w:rPr>
        <w:t>这个数列的中位数是多少？</w:t>
      </w:r>
    </w:p>
    <w:p>
      <w:pPr>
        <w:spacing w:before="0" w:after="120" w:line="300" w:lineRule="auto"/>
      </w:pPr>
      <w:r>
        <w:rPr>
          <w:rFonts w:ascii="Times New Roman" w:hAnsi="Times New Roman" w:eastAsia="宋体"/>
          <w:b w:val="0"/>
          <w:i w:val="0"/>
          <w:sz w:val="21"/>
        </w:rPr>
        <w:t>（A）100.5　　（B）134　　（C）142　　（D）150.5　　（E）167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following list of numbers, the integer n appears n times in the list for 1 ≤ n ≤ 200. 1, 2, 2, 3, 3, 3, 4, 4, 4, 4, …, 200, 200, …, 200</w:t>
      </w:r>
    </w:p>
    <w:p>
      <w:pPr>
        <w:spacing w:before="0" w:after="80" w:line="300" w:lineRule="auto"/>
        <w:jc w:val="left"/>
      </w:pPr>
      <w:r>
        <w:rPr>
          <w:rFonts w:ascii="Times New Roman" w:hAnsi="Times New Roman" w:eastAsia="宋体"/>
          <w:b w:val="0"/>
          <w:i w:val="0"/>
          <w:color w:val="333333"/>
          <w:sz w:val="19"/>
        </w:rPr>
        <w:t>What is the median of the numbers in this list?</w:t>
      </w:r>
    </w:p>
    <w:p>
      <w:pPr>
        <w:spacing w:before="0" w:after="160" w:line="300" w:lineRule="auto"/>
      </w:pPr>
      <w:r>
        <w:rPr>
          <w:rFonts w:ascii="Times New Roman" w:hAnsi="Times New Roman" w:eastAsia="宋体"/>
          <w:b w:val="0"/>
          <w:i w:val="0"/>
          <w:color w:val="333333"/>
          <w:sz w:val="19"/>
        </w:rPr>
        <w:t>(A) 100.5　　(B) 134　　(C) 142　　(D) 150.5　　(E) 167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梯形 ABCD 满足 AB ∥ CD、BC = CD = 43，且 AD ⊥ BD。设 O 为对角线 AC 和 BD 的交点，P 为 BD 的中点。已知 OP = 11，长度 AD 可写成 m√(n)，其中 m 和 n 是正整数，且 n 不被任何质数的平方整除。求 m + n。</w:t>
      </w:r>
    </w:p>
    <w:p>
      <w:pPr>
        <w:spacing w:before="0" w:after="120" w:line="300" w:lineRule="auto"/>
      </w:pPr>
      <w:r>
        <w:rPr>
          <w:rFonts w:ascii="Times New Roman" w:hAnsi="Times New Roman" w:eastAsia="宋体"/>
          <w:b w:val="0"/>
          <w:i w:val="0"/>
          <w:sz w:val="21"/>
        </w:rPr>
        <w:t>（A）65　　（B）132　　（C）157　　（D）194　　（E）215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Trapezoid ABCD has AB ∥ CD, BC = CD = 43, and AD ⊥ BD. Let O be the intersection of the diagonals AC and BD, and let P be the midpoint of BD. Given that OP = 11, the length AD can be written in the form m√(n), where m and n are positive integers and n is not divisible by the square of any prime. What is m + n?</w:t>
      </w:r>
    </w:p>
    <w:p>
      <w:pPr>
        <w:spacing w:before="0" w:after="160" w:line="300" w:lineRule="auto"/>
      </w:pPr>
      <w:r>
        <w:rPr>
          <w:rFonts w:ascii="Times New Roman" w:hAnsi="Times New Roman" w:eastAsia="宋体"/>
          <w:b w:val="0"/>
          <w:i w:val="0"/>
          <w:color w:val="333333"/>
          <w:sz w:val="19"/>
        </w:rPr>
        <w:t>(A) 65　　(B) 132　　(C) 157　　(D) 194　　(E) 215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f 是定义在正有理数集合上的函数，对所有正有理数 a 和 b 都满足 f(a· b) = f(a) + f(b)。又假设 f 对每个质数 p 都有 f(p) = p。下列哪个数 x 满足 f(x) &lt; 0？</w:t>
      </w:r>
    </w:p>
    <w:p>
      <w:pPr>
        <w:spacing w:before="0" w:after="120" w:line="300" w:lineRule="auto"/>
      </w:pPr>
      <w:r>
        <w:rPr>
          <w:rFonts w:ascii="Times New Roman" w:hAnsi="Times New Roman" w:eastAsia="宋体"/>
          <w:b w:val="0"/>
          <w:i w:val="0"/>
          <w:sz w:val="21"/>
        </w:rPr>
        <w:t>（A）17/32　　（B）11/16　　（C）7/9　　（D）7/6　　（E）25/11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function defined on the set of positive rational numbers with the property that f(a· b) = f(a) + f(b) for all positive rational numbers a and b. Suppose that f also has the property that f(p) = p for every prime number p. For which of the following numbers x is f(x) &lt; 0?</w:t>
      </w:r>
    </w:p>
    <w:p>
      <w:pPr>
        <w:spacing w:before="0" w:after="160" w:line="300" w:lineRule="auto"/>
      </w:pPr>
      <w:r>
        <w:rPr>
          <w:rFonts w:ascii="Times New Roman" w:hAnsi="Times New Roman" w:eastAsia="宋体"/>
          <w:b w:val="0"/>
          <w:i w:val="0"/>
          <w:color w:val="333333"/>
          <w:sz w:val="19"/>
        </w:rPr>
        <w:t>(A) 17/32　　(B) 11/16　　(C) 7/9　　(D) 7/6　　(E) 25/11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sin(π/2cos x) = cos(π/2sin x)</w:t>
      </w:r>
    </w:p>
    <w:p>
      <w:pPr>
        <w:spacing w:before="0" w:after="80" w:line="300" w:lineRule="auto"/>
        <w:jc w:val="left"/>
      </w:pPr>
      <w:r>
        <w:rPr>
          <w:rFonts w:ascii="Times New Roman" w:hAnsi="Times New Roman" w:eastAsia="宋体"/>
          <w:b w:val="0"/>
          <w:i w:val="0"/>
          <w:sz w:val="21"/>
        </w:rPr>
        <w:t>在闭区间 [0, π] 中有多少个解？</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solutions does the equation</w:t>
      </w:r>
    </w:p>
    <w:p>
      <w:pPr>
        <w:spacing w:before="0" w:after="80" w:line="300" w:lineRule="auto"/>
        <w:jc w:val="left"/>
      </w:pPr>
      <w:r>
        <w:rPr>
          <w:rFonts w:ascii="Times New Roman" w:hAnsi="Times New Roman" w:eastAsia="宋体"/>
          <w:b w:val="0"/>
          <w:i w:val="0"/>
          <w:color w:val="333333"/>
          <w:sz w:val="19"/>
        </w:rPr>
        <w:t>sin(π/2cos x) = cos(π/2sin x)</w:t>
      </w:r>
    </w:p>
    <w:p>
      <w:pPr>
        <w:spacing w:before="0" w:after="80" w:line="300" w:lineRule="auto"/>
        <w:jc w:val="left"/>
      </w:pPr>
      <w:r>
        <w:rPr>
          <w:rFonts w:ascii="Times New Roman" w:hAnsi="Times New Roman" w:eastAsia="宋体"/>
          <w:b w:val="0"/>
          <w:i w:val="0"/>
          <w:color w:val="333333"/>
          <w:sz w:val="19"/>
        </w:rPr>
        <w:t>have in the closed interval [0, π]?</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假设一条顶点为 V、焦点为 F 的抛物线上存在一点 A，使得 AF = 20 且 AV = 21。长度 FV 的所有可能值之和是多少？</w:t>
      </w:r>
    </w:p>
    <w:p>
      <w:pPr>
        <w:spacing w:before="0" w:after="120" w:line="300" w:lineRule="auto"/>
      </w:pPr>
      <w:r>
        <w:rPr>
          <w:rFonts w:ascii="Times New Roman" w:hAnsi="Times New Roman" w:eastAsia="宋体"/>
          <w:b w:val="0"/>
          <w:i w:val="0"/>
          <w:sz w:val="21"/>
        </w:rPr>
        <w:t>（A）13　　（B）40/3　　（C）41/3　　（D）14　　（E）43/3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on a parabola with vertex V and a focus F there exists a point A such that AF = 20 and AV = 21. What is the sum of all possible values of the length FV?</w:t>
      </w:r>
    </w:p>
    <w:p>
      <w:pPr>
        <w:spacing w:before="0" w:after="160" w:line="300" w:lineRule="auto"/>
      </w:pPr>
      <w:r>
        <w:rPr>
          <w:rFonts w:ascii="Times New Roman" w:hAnsi="Times New Roman" w:eastAsia="宋体"/>
          <w:b w:val="0"/>
          <w:i w:val="0"/>
          <w:color w:val="333333"/>
          <w:sz w:val="19"/>
        </w:rPr>
        <w:t>(A) 13　　(B) 40/3　　(C) 41/3　　(D) 14　　(E) 43/3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(z - 1)(z² + 2z + 4)</w:t>
      </w:r>
    </w:p>
    <w:p>
      <w:pPr>
        <w:spacing w:before="0" w:after="80" w:line="300" w:lineRule="auto"/>
        <w:jc w:val="left"/>
      </w:pPr>
      <w:r>
        <w:rPr>
          <w:rFonts w:ascii="Times New Roman" w:hAnsi="Times New Roman" w:eastAsia="宋体"/>
          <w:b w:val="0"/>
          <w:i w:val="0"/>
          <w:sz w:val="21"/>
        </w:rPr>
        <w:t>· (z² + 4z + 6) = 0</w:t>
      </w:r>
    </w:p>
    <w:p>
      <w:pPr>
        <w:spacing w:before="0" w:after="80" w:line="300" w:lineRule="auto"/>
        <w:jc w:val="left"/>
      </w:pPr>
      <w:r>
        <w:rPr>
          <w:rFonts w:ascii="Times New Roman" w:hAnsi="Times New Roman" w:eastAsia="宋体"/>
          <w:b w:val="0"/>
          <w:i w:val="0"/>
          <w:sz w:val="21"/>
        </w:rPr>
        <w:t>的五个解可写成 xₖ + yₖ i 的形式，其中 1 ≤ k ≤ 5，且 xₖ 和 yₖ 为实数。设 E 是唯一一条经过点 (x₁, y₁)、(x₂, y₂)、(x₃, y₃)、(x₄, y₄) 和 (x₅, y₅) 的椭圆。椭圆 E 的离心率可写成 √(m/n)，其中 m 和 n 是互质的正整数。求 m + n。</w:t>
      </w:r>
    </w:p>
    <w:p>
      <w:pPr>
        <w:spacing w:before="0" w:after="80" w:line="300" w:lineRule="auto"/>
        <w:jc w:val="left"/>
      </w:pPr>
      <w:r>
        <w:rPr>
          <w:rFonts w:ascii="Times New Roman" w:hAnsi="Times New Roman" w:eastAsia="宋体"/>
          <w:b w:val="0"/>
          <w:i w:val="0"/>
          <w:sz w:val="21"/>
        </w:rPr>
        <w:t>（回忆：椭圆 E 的离心率是 c/a，其中 2a 是 E 的长轴长，2c 是两个焦点之间的距离。）</w:t>
      </w:r>
    </w:p>
    <w:p>
      <w:pPr>
        <w:spacing w:before="0" w:after="120" w:line="300" w:lineRule="auto"/>
      </w:pPr>
      <w:r>
        <w:rPr>
          <w:rFonts w:ascii="Times New Roman" w:hAnsi="Times New Roman" w:eastAsia="宋体"/>
          <w:b w:val="0"/>
          <w:i w:val="0"/>
          <w:sz w:val="21"/>
        </w:rPr>
        <w:t>（A）7　　（B）9　　（C）11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solutions to the equation</w:t>
      </w:r>
    </w:p>
    <w:p>
      <w:pPr>
        <w:spacing w:before="0" w:after="80" w:line="300" w:lineRule="auto"/>
        <w:jc w:val="left"/>
      </w:pPr>
      <w:r>
        <w:rPr>
          <w:rFonts w:ascii="Times New Roman" w:hAnsi="Times New Roman" w:eastAsia="宋体"/>
          <w:b w:val="0"/>
          <w:i w:val="0"/>
          <w:color w:val="333333"/>
          <w:sz w:val="19"/>
        </w:rPr>
        <w:t>(z - 1)(z² + 2z + 4)</w:t>
      </w:r>
    </w:p>
    <w:p>
      <w:pPr>
        <w:spacing w:before="0" w:after="80" w:line="300" w:lineRule="auto"/>
        <w:jc w:val="left"/>
      </w:pPr>
      <w:r>
        <w:rPr>
          <w:rFonts w:ascii="Times New Roman" w:hAnsi="Times New Roman" w:eastAsia="宋体"/>
          <w:b w:val="0"/>
          <w:i w:val="0"/>
          <w:color w:val="333333"/>
          <w:sz w:val="19"/>
        </w:rPr>
        <w:t>· (z² + 4z + 6) = 0</w:t>
      </w:r>
    </w:p>
    <w:p>
      <w:pPr>
        <w:spacing w:before="0" w:after="80" w:line="300" w:lineRule="auto"/>
        <w:jc w:val="left"/>
      </w:pPr>
      <w:r>
        <w:rPr>
          <w:rFonts w:ascii="Times New Roman" w:hAnsi="Times New Roman" w:eastAsia="宋体"/>
          <w:b w:val="0"/>
          <w:i w:val="0"/>
          <w:color w:val="333333"/>
          <w:sz w:val="19"/>
        </w:rPr>
        <w:t>may be written in the form xₖ + yₖ i for 1 ≤ k ≤ 5, where xₖ and yₖ are real. Let E be the unique ellipse that passes through the points (x₁, y₁), (x₂, y₂), (x₃, y₃), (x₄, y₄), and (x₅, y₅). The eccentricity of E can be written in the form √(m/n), where m and n are relatively prime positive integers. What is m + n?</w:t>
      </w:r>
    </w:p>
    <w:p>
      <w:pPr>
        <w:spacing w:before="0" w:after="80" w:line="300" w:lineRule="auto"/>
        <w:jc w:val="left"/>
      </w:pPr>
      <w:r>
        <w:rPr>
          <w:rFonts w:ascii="Times New Roman" w:hAnsi="Times New Roman" w:eastAsia="宋体"/>
          <w:b w:val="0"/>
          <w:i w:val="0"/>
          <w:color w:val="333333"/>
          <w:sz w:val="19"/>
        </w:rPr>
        <w:t>(Recall that the eccentricity of an ellipse E is the ratio c/a, where 2a is the length of the major axis of E and 2c is the distance between its two foci.)</w:t>
      </w:r>
    </w:p>
    <w:p>
      <w:pPr>
        <w:spacing w:before="0" w:after="160" w:line="300" w:lineRule="auto"/>
      </w:pPr>
      <w:r>
        <w:rPr>
          <w:rFonts w:ascii="Times New Roman" w:hAnsi="Times New Roman" w:eastAsia="宋体"/>
          <w:b w:val="0"/>
          <w:i w:val="0"/>
          <w:color w:val="333333"/>
          <w:sz w:val="19"/>
        </w:rPr>
        <w:t>(A) 7　　(B) 9　　(C) 11　　(D) 13　　(E) 15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假设多项式 P(x) = x³ + ax² + bx + c 的根为 cos2π/7、cos4π/7 和 cos6π/7，其中角度以弧度计。求 abc。</w:t>
      </w:r>
    </w:p>
    <w:p>
      <w:pPr>
        <w:spacing w:before="0" w:after="120" w:line="300" w:lineRule="auto"/>
      </w:pPr>
      <w:r>
        <w:rPr>
          <w:rFonts w:ascii="Times New Roman" w:hAnsi="Times New Roman" w:eastAsia="宋体"/>
          <w:b w:val="0"/>
          <w:i w:val="0"/>
          <w:sz w:val="21"/>
        </w:rPr>
        <w:t>（A）-3/49　　（B）-1/28　　（C）(³√(7))/64　　（D）1/32　　（E）1/28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the roots of the polynomial P(x) = x³ + ax² + bx + c are cos2π/7, cos4π/7, and cos6π/7, where angles are in radians. What is abc?</w:t>
      </w:r>
    </w:p>
    <w:p>
      <w:pPr>
        <w:spacing w:before="0" w:after="160" w:line="300" w:lineRule="auto"/>
      </w:pPr>
      <w:r>
        <w:rPr>
          <w:rFonts w:ascii="Times New Roman" w:hAnsi="Times New Roman" w:eastAsia="宋体"/>
          <w:b w:val="0"/>
          <w:i w:val="0"/>
          <w:color w:val="333333"/>
          <w:sz w:val="19"/>
        </w:rPr>
        <w:t>(A) -3/49　　(B) -1/28　　(C) (³√(7))/64　　(D) 1/32　　(E) 1/28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青蛙 Frieda 在一个 3× 3 方格网中开始一串跳跃，每次跳一格，并随机选择跳跃方向：上、下、左、右。她不斜着跳。当某次跳跃方向会让 Frieda 跳出方格网时，她会“绕回”并跳到相对的边。例如，如果 Frieda 从中心格开始并连续向上跳两次，第一次会到达上排中间格，第二次会让她跳到相对边，落在下排中间格。假设 Frieda 从中心格开始，最多随机跳四次，并且一旦落在角格就停止。她在四次跳跃中的某一次到达角格的概率是多少？</w:t>
      </w:r>
    </w:p>
    <w:p>
      <w:pPr>
        <w:spacing w:before="0" w:after="120" w:line="300" w:lineRule="auto"/>
      </w:pPr>
      <w:r>
        <w:rPr>
          <w:rFonts w:ascii="Times New Roman" w:hAnsi="Times New Roman" w:eastAsia="宋体"/>
          <w:b w:val="0"/>
          <w:i w:val="0"/>
          <w:sz w:val="21"/>
        </w:rPr>
        <w:t>（A）9/16　　（B）5/8　　（C）3/4　　（D）25/32　　（E）13/16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Frieda the frog begins a sequence of hops on a 3× 3 grid of squares, moving one square on each hop and choosing at random the direction of each hop: up, down, left, or right. She does not hop diagonally. When the direction of a hop would take Frieda off the grid, she “wraps around” and jumps to the opposite edge. For example, if Frieda begins in the center square and makes two hops “up,” the first hop places her in the top row middle square, and the second hop causes her to jump to the opposite edge, landing in the bottom row middle square. Suppose Frieda starts from the center square, makes at most four hops at random, and stops hopping if she lands on a corner square. What is the probability that she reaches a corner square on one of the four hops?</w:t>
      </w:r>
    </w:p>
    <w:p>
      <w:pPr>
        <w:spacing w:before="0" w:after="160" w:line="300" w:lineRule="auto"/>
      </w:pPr>
      <w:r>
        <w:rPr>
          <w:rFonts w:ascii="Times New Roman" w:hAnsi="Times New Roman" w:eastAsia="宋体"/>
          <w:b w:val="0"/>
          <w:i w:val="0"/>
          <w:color w:val="333333"/>
          <w:sz w:val="19"/>
        </w:rPr>
        <w:t>(A) 9/16　　(B) 5/8　　(C) 3/4　　(D) 25/32　　(E) 13/16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半圆 Gamma 的直径 AB 长为 14。圆 Omega 在点 P 与 AB 相切，并与 Gamma 相交于点 Q 和 R。若 QR = 3√(3) 且 ∠ QPR = 60°，则 △ PQR 的面积为 (a√(b))/c，其中 a 和 c 是互质正整数，b 是不被任何质数平方整除的正整数。求 a + b + c。</w:t>
      </w:r>
    </w:p>
    <w:p>
      <w:pPr>
        <w:spacing w:before="0" w:after="120" w:line="300" w:lineRule="auto"/>
      </w:pPr>
      <w:r>
        <w:rPr>
          <w:rFonts w:ascii="Times New Roman" w:hAnsi="Times New Roman" w:eastAsia="宋体"/>
          <w:b w:val="0"/>
          <w:i w:val="0"/>
          <w:sz w:val="21"/>
        </w:rPr>
        <w:t>（A）110　　（B）114　　（C）118　　（D）122　　（E）126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Semicircle Gamma has diameter AB of length 14. Circle Omega lies tangent to AB at a point P and intersects Gamma at points Q and R. If QR = 3√(3) and ∠ QPR = 60°, then the area of △ PQR is (a√(b))/c, where a and c are relatively prime positive integers and b is a positive integer not divisible by the square of any prime. What is a + b + c?</w:t>
      </w:r>
    </w:p>
    <w:p>
      <w:pPr>
        <w:spacing w:before="0" w:after="160" w:line="300" w:lineRule="auto"/>
      </w:pPr>
      <w:r>
        <w:rPr>
          <w:rFonts w:ascii="Times New Roman" w:hAnsi="Times New Roman" w:eastAsia="宋体"/>
          <w:b w:val="0"/>
          <w:i w:val="0"/>
          <w:color w:val="333333"/>
          <w:sz w:val="19"/>
        </w:rPr>
        <w:t>(A) 110　　(B) 114　　(C) 118　　(D) 122　　(E) 126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d(n) 表示整除 n 的正整数个数，包括 1 和 n。例如，d(1) = 1，d(2) = 2，且 d(12) = 6。（这个函数称为约数函数。）令</w:t>
      </w:r>
    </w:p>
    <w:p>
      <w:pPr>
        <w:spacing w:before="0" w:after="80" w:line="300" w:lineRule="auto"/>
        <w:jc w:val="left"/>
      </w:pPr>
      <w:r>
        <w:rPr>
          <w:rFonts w:ascii="Times New Roman" w:hAnsi="Times New Roman" w:eastAsia="宋体"/>
          <w:b w:val="0"/>
          <w:i w:val="0"/>
          <w:sz w:val="21"/>
        </w:rPr>
        <w:t>f(n) = (d(n))/(³√(n))。</w:t>
      </w:r>
    </w:p>
    <w:p>
      <w:pPr>
        <w:spacing w:before="0" w:after="80" w:line="300" w:lineRule="auto"/>
        <w:jc w:val="left"/>
      </w:pPr>
      <w:r>
        <w:rPr>
          <w:rFonts w:ascii="Times New Roman" w:hAnsi="Times New Roman" w:eastAsia="宋体"/>
          <w:b w:val="0"/>
          <w:i w:val="0"/>
          <w:sz w:val="21"/>
        </w:rPr>
        <w:t>存在唯一的正整数 N，使得对所有正整数 n ≠ N 都有 f(N) &gt; f(n)。求 N 的各位数字之和。</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d(n) denote the number of positive integers that divide n, including 1 and n. For example, d(1) = 1, d(2) = 2, and d(12) = 6. (This function is known as the divisor function.) Let</w:t>
      </w:r>
    </w:p>
    <w:p>
      <w:pPr>
        <w:spacing w:before="0" w:after="80" w:line="300" w:lineRule="auto"/>
        <w:jc w:val="left"/>
      </w:pPr>
      <w:r>
        <w:rPr>
          <w:rFonts w:ascii="Times New Roman" w:hAnsi="Times New Roman" w:eastAsia="宋体"/>
          <w:b w:val="0"/>
          <w:i w:val="0"/>
          <w:color w:val="333333"/>
          <w:sz w:val="19"/>
        </w:rPr>
        <w:t>f(n) = (d(n))/(³√(n)).</w:t>
      </w:r>
    </w:p>
    <w:p>
      <w:pPr>
        <w:spacing w:before="0" w:after="80" w:line="300" w:lineRule="auto"/>
        <w:jc w:val="left"/>
      </w:pPr>
      <w:r>
        <w:rPr>
          <w:rFonts w:ascii="Times New Roman" w:hAnsi="Times New Roman" w:eastAsia="宋体"/>
          <w:b w:val="0"/>
          <w:i w:val="0"/>
          <w:color w:val="333333"/>
          <w:sz w:val="19"/>
        </w:rPr>
        <w:t>There is a unique positive integer N such that f(N) &gt; f(n) for all positive integers n ≠ N. What is the sum of the digits of N?</w:t>
      </w:r>
    </w:p>
    <w:p>
      <w:pPr>
        <w:spacing w:before="0" w:after="160" w:line="300" w:lineRule="auto"/>
      </w:pPr>
      <w:r>
        <w:rPr>
          <w:rFonts w:ascii="Times New Roman" w:hAnsi="Times New Roman" w:eastAsia="宋体"/>
          <w:b w:val="0"/>
          <w:i w:val="0"/>
          <w:color w:val="333333"/>
          <w:sz w:val="19"/>
        </w:rPr>
        <w:t>(A) 5　　(B) 6　　(C) 7　　(D) 8　　(E) 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D　D　E　C　D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A　B　E　D　C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B　A　D　D　D　E</w:t>
      </w:r>
    </w:p>
    <w:p>
      <w:pPr>
        <w:spacing w:before="0" w:after="200" w:line="300" w:lineRule="auto"/>
      </w:pPr>
      <w:r>
        <w:rPr>
          <w:rFonts w:ascii="Times New Roman" w:hAnsi="Times New Roman" w:eastAsia="宋体"/>
          <w:b w:val="0"/>
          <w:i w:val="0"/>
          <w:color w:val="666666"/>
          <w:sz w:val="18"/>
        </w:rPr>
        <w:t>答案串：BDDDECDCCECABEDCDECBADDDE</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第一项的指数是 1+2+3 = 6，所以第一项是 2⁶ = 64。括号内的和是 2 + 4 + 8 = 14。因此原式的值为 64 - 14 = 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exponent in the first term is 1+2+3 = 6, so the first term is 2⁶ = 64. The parenthesized sum is 2 + 4 + 8 = 14. Therefore the value is 64 - 14 = 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因为 √(a²+b²) 从不为负，等式成立必须有 a + b ≥ 0。两边平方得 a² + b² = (a+b)² = a² + 2ab + b²，化简为 2ab = 0，即 ab = 0。</w:t>
      </w:r>
    </w:p>
    <w:p>
      <w:pPr>
        <w:spacing w:before="0" w:after="80" w:line="300" w:lineRule="auto"/>
        <w:jc w:val="left"/>
      </w:pPr>
      <w:r>
        <w:rPr>
          <w:rFonts w:ascii="Times New Roman" w:hAnsi="Times New Roman" w:eastAsia="宋体"/>
          <w:b w:val="0"/>
          <w:i w:val="0"/>
          <w:sz w:val="21"/>
        </w:rPr>
        <w:t>反过来，如果 ab = 0，则 a² + b² = (a+b)²；如果还满足 a + b ≥ 0，那么 √(a²+b²) = |a+b| = a+b。所以这两个条件合在一起正好是所需条件。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√(a²+b²) is never negative, equality requires a + b ≥ 0. Squaring both sides gives a² + b² = (a+b)² = a² + 2ab + b², which simplifies to 2ab = 0, i.e. ab = 0.</w:t>
      </w:r>
    </w:p>
    <w:p>
      <w:pPr>
        <w:spacing w:before="0" w:after="80" w:line="300" w:lineRule="auto"/>
        <w:jc w:val="left"/>
      </w:pPr>
      <w:r>
        <w:rPr>
          <w:rFonts w:ascii="Times New Roman" w:hAnsi="Times New Roman" w:eastAsia="宋体"/>
          <w:b w:val="0"/>
          <w:i w:val="0"/>
          <w:color w:val="333333"/>
          <w:sz w:val="19"/>
        </w:rPr>
        <w:t>Conversely, if ab = 0 then a² + b² = (a+b)², and if additionally a + b ≥ 0 then √(a²+b²) = |a+b| = a+b. So both conditions together are exactly what is needed.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较大的数末尾是 0，擦去这个数字会除以 10 得到较小的数。因此较大的数是较小数的 10 倍。设较小的数为 x，则两数之和为 x + 10x = 11x = 17,402，得 x = 1,582。</w:t>
      </w:r>
    </w:p>
    <w:p>
      <w:pPr>
        <w:spacing w:before="0" w:after="80" w:line="300" w:lineRule="auto"/>
        <w:jc w:val="left"/>
      </w:pPr>
      <w:r>
        <w:rPr>
          <w:rFonts w:ascii="Times New Roman" w:hAnsi="Times New Roman" w:eastAsia="宋体"/>
          <w:b w:val="0"/>
          <w:i w:val="0"/>
          <w:sz w:val="21"/>
        </w:rPr>
        <w:t>两个数是 1,582 和 15,820，它们的差为 15,820 - 1,582 = 14,238。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larger number ends in 0, and erasing that digit divides it by 10 to give the smaller number. So the larger number is 10 times the smaller. Writing the smaller number as x, the sum is x + 10x = 11x = 17,402, giving x = 1,582.</w:t>
      </w:r>
    </w:p>
    <w:p>
      <w:pPr>
        <w:spacing w:before="0" w:after="80" w:line="300" w:lineRule="auto"/>
        <w:jc w:val="left"/>
      </w:pPr>
      <w:r>
        <w:rPr>
          <w:rFonts w:ascii="Times New Roman" w:hAnsi="Times New Roman" w:eastAsia="宋体"/>
          <w:b w:val="0"/>
          <w:i w:val="0"/>
          <w:color w:val="333333"/>
          <w:sz w:val="19"/>
        </w:rPr>
        <w:t>The two numbers are 1,582 and 15,820, whose difference is 15,820 - 1,582 = 14,238.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紫色的蛇不会减法，而任何不会减法的蛇也不会加法。所以每条紫色的蛇都不会加法。</w:t>
      </w:r>
    </w:p>
    <w:p>
      <w:pPr>
        <w:spacing w:before="0" w:after="80" w:line="300" w:lineRule="auto"/>
        <w:jc w:val="left"/>
      </w:pPr>
      <w:r>
        <w:rPr>
          <w:rFonts w:ascii="Times New Roman" w:hAnsi="Times New Roman" w:eastAsia="宋体"/>
          <w:b w:val="0"/>
          <w:i w:val="0"/>
          <w:sz w:val="21"/>
        </w:rPr>
        <w:t>每条开心的蛇都会加法。由于紫色的蛇不会加法，没有开心的蛇可能是紫色的；也就是说，开心的蛇不是紫色的。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purple snake cannot subtract, and any snake that cannot subtract also cannot add. So every purple snake cannot add.</w:t>
      </w:r>
    </w:p>
    <w:p>
      <w:pPr>
        <w:spacing w:before="0" w:after="80" w:line="300" w:lineRule="auto"/>
        <w:jc w:val="left"/>
      </w:pPr>
      <w:r>
        <w:rPr>
          <w:rFonts w:ascii="Times New Roman" w:hAnsi="Times New Roman" w:eastAsia="宋体"/>
          <w:b w:val="0"/>
          <w:i w:val="0"/>
          <w:color w:val="333333"/>
          <w:sz w:val="19"/>
        </w:rPr>
        <w:t>Every happy snake can add. Since purple snakes cannot add, no happy snake can be purple; that is, happy snakes are not purple.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设 n = ab 为这个两位整数。则 1.ab = 1 + n/99，而有限小数为 1.ab = 1 + n/100。正确乘积减去学生的乘积为</w:t>
      </w:r>
    </w:p>
    <w:p>
      <w:pPr>
        <w:spacing w:before="0" w:after="80" w:line="300" w:lineRule="auto"/>
        <w:jc w:val="left"/>
      </w:pPr>
      <w:r>
        <w:rPr>
          <w:rFonts w:ascii="Times New Roman" w:hAnsi="Times New Roman" w:eastAsia="宋体"/>
          <w:b w:val="0"/>
          <w:i w:val="0"/>
          <w:sz w:val="21"/>
        </w:rPr>
        <w:t>66(n/99 - n/100)</w:t>
      </w:r>
    </w:p>
    <w:p>
      <w:pPr>
        <w:spacing w:before="0" w:after="80" w:line="300" w:lineRule="auto"/>
        <w:jc w:val="left"/>
      </w:pPr>
      <w:r>
        <w:rPr>
          <w:rFonts w:ascii="Times New Roman" w:hAnsi="Times New Roman" w:eastAsia="宋体"/>
          <w:b w:val="0"/>
          <w:i w:val="0"/>
          <w:sz w:val="21"/>
        </w:rPr>
        <w:t>= 66 · n/9900 = n/150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 n/150 = 0.5 得到 n = 75。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 ab be the two-digit integer. Then 1.ab = 1 + n/99 while the terminating value is 1.ab = 1 + n/100. The correct product minus the student’s product is</w:t>
      </w:r>
    </w:p>
    <w:p>
      <w:pPr>
        <w:spacing w:before="0" w:after="80" w:line="300" w:lineRule="auto"/>
        <w:jc w:val="left"/>
      </w:pPr>
      <w:r>
        <w:rPr>
          <w:rFonts w:ascii="Times New Roman" w:hAnsi="Times New Roman" w:eastAsia="宋体"/>
          <w:b w:val="0"/>
          <w:i w:val="0"/>
          <w:color w:val="333333"/>
          <w:sz w:val="19"/>
        </w:rPr>
        <w:t>66(n/99 - n/100)</w:t>
      </w:r>
    </w:p>
    <w:p>
      <w:pPr>
        <w:spacing w:before="0" w:after="80" w:line="300" w:lineRule="auto"/>
        <w:jc w:val="left"/>
      </w:pPr>
      <w:r>
        <w:rPr>
          <w:rFonts w:ascii="Times New Roman" w:hAnsi="Times New Roman" w:eastAsia="宋体"/>
          <w:b w:val="0"/>
          <w:i w:val="0"/>
          <w:color w:val="333333"/>
          <w:sz w:val="19"/>
        </w:rPr>
        <w:t>= 66 · n/9900 = n/150.</w:t>
      </w:r>
    </w:p>
    <w:p>
      <w:pPr>
        <w:spacing w:before="0" w:after="80" w:line="300" w:lineRule="auto"/>
        <w:jc w:val="left"/>
      </w:pPr>
      <w:r>
        <w:rPr>
          <w:rFonts w:ascii="Times New Roman" w:hAnsi="Times New Roman" w:eastAsia="宋体"/>
          <w:b w:val="0"/>
          <w:i w:val="0"/>
          <w:color w:val="333333"/>
          <w:sz w:val="19"/>
        </w:rPr>
        <w:t>Setting n/150 = 0.5 gives n = 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设红牌数为 r，总牌数为 t。由 r/t = 1/3 得 t = 3r。加入 4 张黑牌后，r/t+4 = 1/4，所以 t + 4 = 4r。</w:t>
      </w:r>
    </w:p>
    <w:p>
      <w:pPr>
        <w:spacing w:before="0" w:after="80" w:line="300" w:lineRule="auto"/>
        <w:jc w:val="left"/>
      </w:pPr>
      <w:r>
        <w:rPr>
          <w:rFonts w:ascii="Times New Roman" w:hAnsi="Times New Roman" w:eastAsia="宋体"/>
          <w:b w:val="0"/>
          <w:i w:val="0"/>
          <w:sz w:val="21"/>
        </w:rPr>
        <w:t>代入 t = 3r 得 3r + 4 = 4r，因此 r = 4，t =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number of red cards and t the total. From r/t = 1/3 we get t = 3r. After adding 4 black cards, r/t+4 = 1/4, so t + 4 = 4r.</w:t>
      </w:r>
    </w:p>
    <w:p>
      <w:pPr>
        <w:spacing w:before="0" w:after="80" w:line="300" w:lineRule="auto"/>
        <w:jc w:val="left"/>
      </w:pPr>
      <w:r>
        <w:rPr>
          <w:rFonts w:ascii="Times New Roman" w:hAnsi="Times New Roman" w:eastAsia="宋体"/>
          <w:b w:val="0"/>
          <w:i w:val="0"/>
          <w:color w:val="333333"/>
          <w:sz w:val="19"/>
        </w:rPr>
        <w:t>Substituting t = 3r gives 3r + 4 = 4r, so r = 4 and t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展开得</w:t>
      </w:r>
    </w:p>
    <w:p>
      <w:pPr>
        <w:spacing w:before="0" w:after="80" w:line="300" w:lineRule="auto"/>
        <w:jc w:val="left"/>
      </w:pPr>
      <w:r>
        <w:rPr>
          <w:rFonts w:ascii="Times New Roman" w:hAnsi="Times New Roman" w:eastAsia="宋体"/>
          <w:b w:val="0"/>
          <w:i w:val="0"/>
          <w:sz w:val="21"/>
        </w:rPr>
        <w:t>(xy-1)² + (x+y)²</w:t>
      </w:r>
    </w:p>
    <w:p>
      <w:pPr>
        <w:spacing w:before="0" w:after="80" w:line="300" w:lineRule="auto"/>
        <w:jc w:val="left"/>
      </w:pPr>
      <w:r>
        <w:rPr>
          <w:rFonts w:ascii="Times New Roman" w:hAnsi="Times New Roman" w:eastAsia="宋体"/>
          <w:b w:val="0"/>
          <w:i w:val="0"/>
          <w:sz w:val="21"/>
        </w:rPr>
        <w:t>= x²y² - 2xy + 1 + x²</w:t>
      </w:r>
    </w:p>
    <w:p>
      <w:pPr>
        <w:spacing w:before="0" w:after="80" w:line="300" w:lineRule="auto"/>
        <w:jc w:val="left"/>
      </w:pPr>
      <w:r>
        <w:rPr>
          <w:rFonts w:ascii="Times New Roman" w:hAnsi="Times New Roman" w:eastAsia="宋体"/>
          <w:b w:val="0"/>
          <w:i w:val="0"/>
          <w:sz w:val="21"/>
        </w:rPr>
        <w:t>+ 2xy + y²</w:t>
      </w:r>
    </w:p>
    <w:p>
      <w:pPr>
        <w:spacing w:before="0" w:after="80" w:line="300" w:lineRule="auto"/>
        <w:jc w:val="left"/>
      </w:pPr>
      <w:r>
        <w:rPr>
          <w:rFonts w:ascii="Times New Roman" w:hAnsi="Times New Roman" w:eastAsia="宋体"/>
          <w:b w:val="0"/>
          <w:i w:val="0"/>
          <w:sz w:val="21"/>
        </w:rPr>
        <w:t>= x²y² + x² + y² + 1。</w:t>
      </w:r>
    </w:p>
    <w:p>
      <w:pPr>
        <w:spacing w:before="0" w:after="80" w:line="300" w:lineRule="auto"/>
        <w:jc w:val="left"/>
      </w:pPr>
      <w:r>
        <w:rPr>
          <w:rFonts w:ascii="Times New Roman" w:hAnsi="Times New Roman" w:eastAsia="宋体"/>
          <w:b w:val="0"/>
          <w:i w:val="0"/>
          <w:sz w:val="21"/>
        </w:rPr>
        <w:t>这可因式分解为 (x² + 1)(y² + 1)。</w:t>
      </w:r>
    </w:p>
    <w:p>
      <w:pPr>
        <w:spacing w:before="0" w:after="80" w:line="300" w:lineRule="auto"/>
        <w:jc w:val="left"/>
      </w:pPr>
      <w:r>
        <w:rPr>
          <w:rFonts w:ascii="Times New Roman" w:hAnsi="Times New Roman" w:eastAsia="宋体"/>
          <w:b w:val="0"/>
          <w:i w:val="0"/>
          <w:sz w:val="21"/>
        </w:rPr>
        <w:t>每个因子都至少为 1，所以乘积至少为 1，且当 x = y = 0 时取到等号。</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w:t>
      </w:r>
    </w:p>
    <w:p>
      <w:pPr>
        <w:spacing w:before="0" w:after="80" w:line="300" w:lineRule="auto"/>
        <w:jc w:val="left"/>
      </w:pPr>
      <w:r>
        <w:rPr>
          <w:rFonts w:ascii="Times New Roman" w:hAnsi="Times New Roman" w:eastAsia="宋体"/>
          <w:b w:val="0"/>
          <w:i w:val="0"/>
          <w:color w:val="333333"/>
          <w:sz w:val="19"/>
        </w:rPr>
        <w:t>(xy-1)² + (x+y)²</w:t>
      </w:r>
    </w:p>
    <w:p>
      <w:pPr>
        <w:spacing w:before="0" w:after="80" w:line="300" w:lineRule="auto"/>
        <w:jc w:val="left"/>
      </w:pPr>
      <w:r>
        <w:rPr>
          <w:rFonts w:ascii="Times New Roman" w:hAnsi="Times New Roman" w:eastAsia="宋体"/>
          <w:b w:val="0"/>
          <w:i w:val="0"/>
          <w:color w:val="333333"/>
          <w:sz w:val="19"/>
        </w:rPr>
        <w:t>= x²y² - 2xy + 1 + x²</w:t>
      </w:r>
    </w:p>
    <w:p>
      <w:pPr>
        <w:spacing w:before="0" w:after="80" w:line="300" w:lineRule="auto"/>
        <w:jc w:val="left"/>
      </w:pPr>
      <w:r>
        <w:rPr>
          <w:rFonts w:ascii="Times New Roman" w:hAnsi="Times New Roman" w:eastAsia="宋体"/>
          <w:b w:val="0"/>
          <w:i w:val="0"/>
          <w:color w:val="333333"/>
          <w:sz w:val="19"/>
        </w:rPr>
        <w:t>+ 2xy + y²</w:t>
      </w:r>
    </w:p>
    <w:p>
      <w:pPr>
        <w:spacing w:before="0" w:after="80" w:line="300" w:lineRule="auto"/>
        <w:jc w:val="left"/>
      </w:pPr>
      <w:r>
        <w:rPr>
          <w:rFonts w:ascii="Times New Roman" w:hAnsi="Times New Roman" w:eastAsia="宋体"/>
          <w:b w:val="0"/>
          <w:i w:val="0"/>
          <w:color w:val="333333"/>
          <w:sz w:val="19"/>
        </w:rPr>
        <w:t>= x²y² + x² + y² + 1.</w:t>
      </w:r>
    </w:p>
    <w:p>
      <w:pPr>
        <w:spacing w:before="0" w:after="80" w:line="300" w:lineRule="auto"/>
        <w:jc w:val="left"/>
      </w:pPr>
      <w:r>
        <w:rPr>
          <w:rFonts w:ascii="Times New Roman" w:hAnsi="Times New Roman" w:eastAsia="宋体"/>
          <w:b w:val="0"/>
          <w:i w:val="0"/>
          <w:color w:val="333333"/>
          <w:sz w:val="19"/>
        </w:rPr>
        <w:t>This factors as (x² + 1)(y² + 1).</w:t>
      </w:r>
    </w:p>
    <w:p>
      <w:pPr>
        <w:spacing w:before="0" w:after="80" w:line="300" w:lineRule="auto"/>
        <w:jc w:val="left"/>
      </w:pPr>
      <w:r>
        <w:rPr>
          <w:rFonts w:ascii="Times New Roman" w:hAnsi="Times New Roman" w:eastAsia="宋体"/>
          <w:b w:val="0"/>
          <w:i w:val="0"/>
          <w:color w:val="333333"/>
          <w:sz w:val="19"/>
        </w:rPr>
        <w:t>Each factor is at least 1, so the product is at least 1, with equality when x = y =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模 2 计算，项 D₀, D₁, D₂, … 的奇偶性为 E、E、O、O、O、E、O、E、E、O、O、O、E、O, …，从 D₀ 开始以 7 为周期重复，因为 D₇, D₈, D₉ 的奇偶性与 D₀, D₁, D₂ 相同，都是 E, E, O。</w:t>
      </w:r>
    </w:p>
    <w:p>
      <w:pPr>
        <w:spacing w:before="0" w:after="80" w:line="300" w:lineRule="auto"/>
        <w:jc w:val="left"/>
      </w:pPr>
      <w:r>
        <w:rPr>
          <w:rFonts w:ascii="Times New Roman" w:hAnsi="Times New Roman" w:eastAsia="宋体"/>
          <w:b w:val="0"/>
          <w:i w:val="0"/>
          <w:sz w:val="21"/>
        </w:rPr>
        <w:t>由于 2021 ≡ 5、2022 ≡ 6，且 2023 ≡ 0 pmod 7，所求奇偶性分别与 D₅, D₆, D₀ 相同，即 E, O, E。</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modulo 2, the terms D₀, D₁, D₂, … have parities E, E, O, O, O, E, O, E, E, O, O, O, E, O, … which repeat with period 7 starting from D₀ (indeed D₇, D₈, D₉ have the same parities E, E, O as D₀, D₁, D₂).</w:t>
      </w:r>
    </w:p>
    <w:p>
      <w:pPr>
        <w:spacing w:before="0" w:after="80" w:line="300" w:lineRule="auto"/>
        <w:jc w:val="left"/>
      </w:pPr>
      <w:r>
        <w:rPr>
          <w:rFonts w:ascii="Times New Roman" w:hAnsi="Times New Roman" w:eastAsia="宋体"/>
          <w:b w:val="0"/>
          <w:i w:val="0"/>
          <w:color w:val="333333"/>
          <w:sz w:val="19"/>
        </w:rPr>
        <w:t>Since 2021 ≡ 5, 2022 ≡ 6, and 2023 ≡ 0 pmod 7, the parities match those of D₅, D₆, D₀, namely E, O, 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因为 3 - 2 = 1，将乘积乘以 3 - 2 不改变它的值。于是</w:t>
      </w:r>
    </w:p>
    <w:p>
      <w:pPr>
        <w:spacing w:before="0" w:after="80" w:line="300" w:lineRule="auto"/>
        <w:jc w:val="left"/>
      </w:pPr>
      <w:r>
        <w:rPr>
          <w:rFonts w:ascii="Times New Roman" w:hAnsi="Times New Roman" w:eastAsia="宋体"/>
          <w:b w:val="0"/>
          <w:i w:val="0"/>
          <w:sz w:val="21"/>
        </w:rPr>
        <w:t>(3-2)(3+2) = 3² - 2²，</w:t>
      </w:r>
    </w:p>
    <w:p>
      <w:pPr>
        <w:spacing w:before="0" w:after="80" w:line="300" w:lineRule="auto"/>
        <w:jc w:val="left"/>
      </w:pPr>
      <w:r>
        <w:rPr>
          <w:rFonts w:ascii="Times New Roman" w:hAnsi="Times New Roman" w:eastAsia="宋体"/>
          <w:b w:val="0"/>
          <w:i w:val="0"/>
          <w:sz w:val="21"/>
        </w:rPr>
        <w:t>再乘以下一个因子 (3² + 2²) 得到 3⁴ - 2⁴，依此类推。每一步都会使指数加倍。</w:t>
      </w:r>
    </w:p>
    <w:p>
      <w:pPr>
        <w:spacing w:before="0" w:after="80" w:line="300" w:lineRule="auto"/>
        <w:jc w:val="left"/>
      </w:pPr>
      <w:r>
        <w:rPr>
          <w:rFonts w:ascii="Times New Roman" w:hAnsi="Times New Roman" w:eastAsia="宋体"/>
          <w:b w:val="0"/>
          <w:i w:val="0"/>
          <w:sz w:val="21"/>
        </w:rPr>
        <w:t>用完全部七个因子后，乘积逐层相消，化为 3¹²⁸ - 2¹²⁸。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3 - 2 = 1, multiplying the product by 3 - 2 does not change it. Then</w:t>
      </w:r>
    </w:p>
    <w:p>
      <w:pPr>
        <w:spacing w:before="0" w:after="80" w:line="300" w:lineRule="auto"/>
        <w:jc w:val="left"/>
      </w:pPr>
      <w:r>
        <w:rPr>
          <w:rFonts w:ascii="Times New Roman" w:hAnsi="Times New Roman" w:eastAsia="宋体"/>
          <w:b w:val="0"/>
          <w:i w:val="0"/>
          <w:color w:val="333333"/>
          <w:sz w:val="19"/>
        </w:rPr>
        <w:t>(3-2)(3+2) = 3² - 2²,</w:t>
      </w:r>
    </w:p>
    <w:p>
      <w:pPr>
        <w:spacing w:before="0" w:after="80" w:line="300" w:lineRule="auto"/>
        <w:jc w:val="left"/>
      </w:pPr>
      <w:r>
        <w:rPr>
          <w:rFonts w:ascii="Times New Roman" w:hAnsi="Times New Roman" w:eastAsia="宋体"/>
          <w:b w:val="0"/>
          <w:i w:val="0"/>
          <w:color w:val="333333"/>
          <w:sz w:val="19"/>
        </w:rPr>
        <w:t>and multiplying by the next factor (3² + 2²) gives 3⁴ - 2⁴, and so on. Each step doubles the exponent.</w:t>
      </w:r>
    </w:p>
    <w:p>
      <w:pPr>
        <w:spacing w:before="0" w:after="80" w:line="300" w:lineRule="auto"/>
        <w:jc w:val="left"/>
      </w:pPr>
      <w:r>
        <w:rPr>
          <w:rFonts w:ascii="Times New Roman" w:hAnsi="Times New Roman" w:eastAsia="宋体"/>
          <w:b w:val="0"/>
          <w:i w:val="0"/>
          <w:color w:val="333333"/>
          <w:sz w:val="19"/>
        </w:rPr>
        <w:t>After using all seven factors, the product telescopes to 3¹²⁸ - 2¹²⁸.</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每个圆锥中的液体形成一个与容器相似的小圆锥。设窄圆锥中液体的半径为 3、高度为 h₁，宽圆锥中液体的半径为 6、高度为 h₂。体积相等给出 1/3π· 9· h₁ = 1/3π· 36· h₂，所以 h₁ = 4h₂。</w:t>
      </w:r>
    </w:p>
    <w:p>
      <w:pPr>
        <w:spacing w:before="0" w:after="80" w:line="300" w:lineRule="auto"/>
        <w:jc w:val="left"/>
      </w:pPr>
      <w:r>
        <w:rPr>
          <w:rFonts w:ascii="Times New Roman" w:hAnsi="Times New Roman" w:eastAsia="宋体"/>
          <w:b w:val="0"/>
          <w:i w:val="0"/>
          <w:sz w:val="21"/>
        </w:rPr>
        <w:t>投入弹珠后，每个圆锥中的体积都增加相同的 Δ V = 4/3π 且二者起始体积都是 V。因为圆锥体积随高度的三次方缩放，新高度为 h³√(1 + (Δ V)/V)，所以上升量为 h(³√(1 + (Δ V)/V) - 1)。这个因子对两个圆锥相同，因此上升量之比为 h₁: h₂ = 4: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liquid in each cone forms a smaller cone similar to the container. Let the narrow liquid cone have radius 3 and height h₁, and the wide one radius 6 and height h₂. Equal volumes give 1/3π· 9· h₁ = 1/3π· 36· h₂, so h₁ = 4h₂.</w:t>
      </w:r>
    </w:p>
    <w:p>
      <w:pPr>
        <w:spacing w:before="0" w:after="80" w:line="300" w:lineRule="auto"/>
        <w:jc w:val="left"/>
      </w:pPr>
      <w:r>
        <w:rPr>
          <w:rFonts w:ascii="Times New Roman" w:hAnsi="Times New Roman" w:eastAsia="宋体"/>
          <w:b w:val="0"/>
          <w:i w:val="0"/>
          <w:color w:val="333333"/>
          <w:sz w:val="19"/>
        </w:rPr>
        <w:t>Dropping the marble raises the volume by the same amount Δ V = 4/3π in each cone, and both start with the same volume V. Because a cone’s volume scales as the cube of its height, the new height is h³√(1 + (Δ V)/V), so each rise equals h(³√(1 + (Δ V)/V) - 1). This factor is identical for the two cones, so the rises are in the ratio h₁: h₂ = 4: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每次反射都可以把路径展开成一条直线。将起点 (3, 5) 关于 y-轴反射到 (-3, 5)，并将目标点 (7, 5) 关于 x-轴反射到 (7, -5)。总传播距离等于这两个像点之间的直线距离：</w:t>
      </w:r>
    </w:p>
    <w:p>
      <w:pPr>
        <w:spacing w:before="0" w:after="80" w:line="300" w:lineRule="auto"/>
        <w:jc w:val="left"/>
      </w:pPr>
      <w:r>
        <w:rPr>
          <w:rFonts w:ascii="Times New Roman" w:hAnsi="Times New Roman" w:eastAsia="宋体"/>
          <w:b w:val="0"/>
          <w:i w:val="0"/>
          <w:sz w:val="21"/>
        </w:rPr>
        <w:t>√((-3 - 7)² + (5 - (-5))²)</w:t>
      </w:r>
    </w:p>
    <w:p>
      <w:pPr>
        <w:spacing w:before="0" w:after="80" w:line="300" w:lineRule="auto"/>
        <w:jc w:val="left"/>
      </w:pPr>
      <w:r>
        <w:rPr>
          <w:rFonts w:ascii="Times New Roman" w:hAnsi="Times New Roman" w:eastAsia="宋体"/>
          <w:b w:val="0"/>
          <w:i w:val="0"/>
          <w:sz w:val="21"/>
        </w:rPr>
        <w:t>= √(100 + 100) = 10√(2)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Reflecting the path at each bounce turns it into a single straight segment. Reflect the start (3, 5) across the y-axis to (-3, 5), and reflect the target (7, 5) across the x-axis to (7, -5). The total travel distance equals the straight-line distance between these two images:</w:t>
      </w:r>
    </w:p>
    <w:p>
      <w:pPr>
        <w:spacing w:before="0" w:after="80" w:line="300" w:lineRule="auto"/>
        <w:jc w:val="left"/>
      </w:pPr>
      <w:r>
        <w:rPr>
          <w:rFonts w:ascii="Times New Roman" w:hAnsi="Times New Roman" w:eastAsia="宋体"/>
          <w:b w:val="0"/>
          <w:i w:val="0"/>
          <w:color w:val="333333"/>
          <w:sz w:val="19"/>
        </w:rPr>
        <w:t>√((-3 - 7)² + (5 - (-5))²)</w:t>
      </w:r>
    </w:p>
    <w:p>
      <w:pPr>
        <w:spacing w:before="0" w:after="80" w:line="300" w:lineRule="auto"/>
        <w:jc w:val="left"/>
      </w:pPr>
      <w:r>
        <w:rPr>
          <w:rFonts w:ascii="Times New Roman" w:hAnsi="Times New Roman" w:eastAsia="宋体"/>
          <w:b w:val="0"/>
          <w:i w:val="0"/>
          <w:color w:val="333333"/>
          <w:sz w:val="19"/>
        </w:rPr>
        <w:t>= √(100 + 100) = 10√(2).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由韦达定理，六个根的和为 10（即 z⁵ 系数的相反数），乘积为 16。因此每个根都是 2^(eᵢ) 的形式，并且 Σ eᵢ=4。因为 2^(eᵢ)≥ 1+eᵢ，六个根的和至少为 6+4=10。只有当每个 eᵢ 都是 0 或 1 时才取等号，所以六个根必为 2,2,2,2,1,1。</w:t>
      </w:r>
    </w:p>
    <w:p>
      <w:pPr>
        <w:spacing w:before="0" w:after="80" w:line="300" w:lineRule="auto"/>
        <w:jc w:val="left"/>
      </w:pPr>
      <w:r>
        <w:rPr>
          <w:rFonts w:ascii="Times New Roman" w:hAnsi="Times New Roman" w:eastAsia="宋体"/>
          <w:b w:val="0"/>
          <w:i w:val="0"/>
          <w:sz w:val="21"/>
        </w:rPr>
        <w:t>因此多项式为 (z - 1)² (z - 2)⁴。展开得</w:t>
      </w:r>
    </w:p>
    <w:p>
      <w:pPr>
        <w:spacing w:before="0" w:after="80" w:line="300" w:lineRule="auto"/>
        <w:jc w:val="left"/>
      </w:pPr>
      <w:r>
        <w:rPr>
          <w:rFonts w:ascii="Times New Roman" w:hAnsi="Times New Roman" w:eastAsia="宋体"/>
          <w:b w:val="0"/>
          <w:i w:val="0"/>
          <w:sz w:val="21"/>
        </w:rPr>
        <w:t>(z² - 2z + 1)</w:t>
      </w:r>
    </w:p>
    <w:p>
      <w:pPr>
        <w:spacing w:before="0" w:after="80" w:line="300" w:lineRule="auto"/>
        <w:jc w:val="left"/>
      </w:pPr>
      <w:r>
        <w:rPr>
          <w:rFonts w:ascii="Times New Roman" w:hAnsi="Times New Roman" w:eastAsia="宋体"/>
          <w:b w:val="0"/>
          <w:i w:val="0"/>
          <w:sz w:val="21"/>
        </w:rPr>
        <w:t>· (z⁴ - 8z³ + 24z² - 32z + 16)</w:t>
      </w:r>
    </w:p>
    <w:p>
      <w:pPr>
        <w:spacing w:before="0" w:after="80" w:line="300" w:lineRule="auto"/>
        <w:jc w:val="left"/>
      </w:pPr>
      <w:r>
        <w:rPr>
          <w:rFonts w:ascii="Times New Roman" w:hAnsi="Times New Roman" w:eastAsia="宋体"/>
          <w:b w:val="0"/>
          <w:i w:val="0"/>
          <w:sz w:val="21"/>
        </w:rPr>
        <w:t>= z⁶ - 10z⁵ + 41z⁴</w:t>
      </w:r>
    </w:p>
    <w:p>
      <w:pPr>
        <w:spacing w:before="0" w:after="80" w:line="300" w:lineRule="auto"/>
        <w:jc w:val="left"/>
      </w:pPr>
      <w:r>
        <w:rPr>
          <w:rFonts w:ascii="Times New Roman" w:hAnsi="Times New Roman" w:eastAsia="宋体"/>
          <w:b w:val="0"/>
          <w:i w:val="0"/>
          <w:sz w:val="21"/>
        </w:rPr>
        <w:t>- 88z³ + 104z²</w:t>
      </w:r>
    </w:p>
    <w:p>
      <w:pPr>
        <w:spacing w:before="0" w:after="80" w:line="300" w:lineRule="auto"/>
        <w:jc w:val="left"/>
      </w:pPr>
      <w:r>
        <w:rPr>
          <w:rFonts w:ascii="Times New Roman" w:hAnsi="Times New Roman" w:eastAsia="宋体"/>
          <w:b w:val="0"/>
          <w:i w:val="0"/>
          <w:sz w:val="21"/>
        </w:rPr>
        <w:t>- 64z + 16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z³ 的系数是 B = -88。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the six roots sum to 10 (the negative of the z⁵ coefficient) and multiply to 16. Thus every root is a power 2^(eᵢ), with Σ eᵢ=4. Since 2^(eᵢ)≥ 1+eᵢ, the roots have sum at least 6+4=10. Equality holds only when every eᵢ is 0 or 1, so the roots must be 2,2,2,2,1,1.</w:t>
      </w:r>
    </w:p>
    <w:p>
      <w:pPr>
        <w:spacing w:before="0" w:after="80" w:line="300" w:lineRule="auto"/>
        <w:jc w:val="left"/>
      </w:pPr>
      <w:r>
        <w:rPr>
          <w:rFonts w:ascii="Times New Roman" w:hAnsi="Times New Roman" w:eastAsia="宋体"/>
          <w:b w:val="0"/>
          <w:i w:val="0"/>
          <w:color w:val="333333"/>
          <w:sz w:val="19"/>
        </w:rPr>
        <w:t>So the polynomial is (z - 1)² (z - 2)⁴. Expanding,</w:t>
      </w:r>
    </w:p>
    <w:p>
      <w:pPr>
        <w:spacing w:before="0" w:after="80" w:line="300" w:lineRule="auto"/>
        <w:jc w:val="left"/>
      </w:pPr>
      <w:r>
        <w:rPr>
          <w:rFonts w:ascii="Times New Roman" w:hAnsi="Times New Roman" w:eastAsia="宋体"/>
          <w:b w:val="0"/>
          <w:i w:val="0"/>
          <w:color w:val="333333"/>
          <w:sz w:val="19"/>
        </w:rPr>
        <w:t>(z² - 2z + 1)</w:t>
      </w:r>
    </w:p>
    <w:p>
      <w:pPr>
        <w:spacing w:before="0" w:after="80" w:line="300" w:lineRule="auto"/>
        <w:jc w:val="left"/>
      </w:pPr>
      <w:r>
        <w:rPr>
          <w:rFonts w:ascii="Times New Roman" w:hAnsi="Times New Roman" w:eastAsia="宋体"/>
          <w:b w:val="0"/>
          <w:i w:val="0"/>
          <w:color w:val="333333"/>
          <w:sz w:val="19"/>
        </w:rPr>
        <w:t>· (z⁴ - 8z³ + 24z² - 32z + 16)</w:t>
      </w:r>
    </w:p>
    <w:p>
      <w:pPr>
        <w:spacing w:before="0" w:after="80" w:line="300" w:lineRule="auto"/>
        <w:jc w:val="left"/>
      </w:pPr>
      <w:r>
        <w:rPr>
          <w:rFonts w:ascii="Times New Roman" w:hAnsi="Times New Roman" w:eastAsia="宋体"/>
          <w:b w:val="0"/>
          <w:i w:val="0"/>
          <w:color w:val="333333"/>
          <w:sz w:val="19"/>
        </w:rPr>
        <w:t>= z⁶ - 10z⁵ + 41z⁴</w:t>
      </w:r>
    </w:p>
    <w:p>
      <w:pPr>
        <w:spacing w:before="0" w:after="80" w:line="300" w:lineRule="auto"/>
        <w:jc w:val="left"/>
      </w:pPr>
      <w:r>
        <w:rPr>
          <w:rFonts w:ascii="Times New Roman" w:hAnsi="Times New Roman" w:eastAsia="宋体"/>
          <w:b w:val="0"/>
          <w:i w:val="0"/>
          <w:color w:val="333333"/>
          <w:sz w:val="19"/>
        </w:rPr>
        <w:t>- 88z³ + 104z²</w:t>
      </w:r>
    </w:p>
    <w:p>
      <w:pPr>
        <w:spacing w:before="0" w:after="80" w:line="300" w:lineRule="auto"/>
        <w:jc w:val="left"/>
      </w:pPr>
      <w:r>
        <w:rPr>
          <w:rFonts w:ascii="Times New Roman" w:hAnsi="Times New Roman" w:eastAsia="宋体"/>
          <w:b w:val="0"/>
          <w:i w:val="0"/>
          <w:color w:val="333333"/>
          <w:sz w:val="19"/>
        </w:rPr>
        <w:t>- 64z + 16.</w:t>
      </w:r>
    </w:p>
    <w:p>
      <w:pPr>
        <w:spacing w:before="0" w:after="80" w:line="300" w:lineRule="auto"/>
        <w:jc w:val="left"/>
      </w:pPr>
      <w:r>
        <w:rPr>
          <w:rFonts w:ascii="Times New Roman" w:hAnsi="Times New Roman" w:eastAsia="宋体"/>
          <w:b w:val="0"/>
          <w:i w:val="0"/>
          <w:color w:val="333333"/>
          <w:sz w:val="19"/>
        </w:rPr>
        <w:t>The coefficient of z³ is B = -88.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每个列出的复数模都是 2，所以 z⁵ 的模是 32，其实部为 32cos(5θ)，其中 θ 是 z 的辐角。五个辐角分别是 180°，150°，135°，120°，和 90°。</w:t>
      </w:r>
    </w:p>
    <w:p>
      <w:pPr>
        <w:spacing w:before="0" w:after="80" w:line="300" w:lineRule="auto"/>
        <w:jc w:val="left"/>
      </w:pPr>
      <w:r>
        <w:rPr>
          <w:rFonts w:ascii="Times New Roman" w:hAnsi="Times New Roman" w:eastAsia="宋体"/>
          <w:b w:val="0"/>
          <w:i w:val="0"/>
          <w:sz w:val="21"/>
        </w:rPr>
        <w:t>乘以 5 后得到 900° ≡ 180°，750° ≡ 30°，675° ≡ 315°，600° ≡ 240°，和 450° ≡ 90°。其中最大的余弦是 cos 30°，来自 z = -√(3) + i，实部为 16√(3)。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listed number has modulus 2, so z⁵ has modulus 32, and its real part is 32cos(5θ), where θ is the argument of z. The arguments are 180°, 150°, 135°, 120°, and 90°.</w:t>
      </w:r>
    </w:p>
    <w:p>
      <w:pPr>
        <w:spacing w:before="0" w:after="80" w:line="300" w:lineRule="auto"/>
        <w:jc w:val="left"/>
      </w:pPr>
      <w:r>
        <w:rPr>
          <w:rFonts w:ascii="Times New Roman" w:hAnsi="Times New Roman" w:eastAsia="宋体"/>
          <w:b w:val="0"/>
          <w:i w:val="0"/>
          <w:color w:val="333333"/>
          <w:sz w:val="19"/>
        </w:rPr>
        <w:t>Multiplying by 5 gives 900° ≡ 180°, 750° ≡ 30°, 675° ≡ 315°, 600° ≡ 240°, and 450° ≡ 90°. The largest cosine is cos 30°, from z = -√(3) + i, giving real part 16√(3).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对第一个和，log_(5ᵏ) 3^(k²) = k²/klog₅ 3 = klog₅ 3，所以</w:t>
      </w:r>
    </w:p>
    <w:p>
      <w:pPr>
        <w:spacing w:before="0" w:after="80" w:line="300" w:lineRule="auto"/>
        <w:jc w:val="left"/>
      </w:pPr>
      <w:r>
        <w:rPr>
          <w:rFonts w:ascii="Times New Roman" w:hAnsi="Times New Roman" w:eastAsia="宋体"/>
          <w:b w:val="0"/>
          <w:i w:val="0"/>
          <w:sz w:val="21"/>
        </w:rPr>
        <w:t>Σₖ₌₁²⁰ klog₅ 3 = (20· 21)/2log₅ 3</w:t>
      </w:r>
    </w:p>
    <w:p>
      <w:pPr>
        <w:spacing w:before="0" w:after="80" w:line="300" w:lineRule="auto"/>
        <w:jc w:val="left"/>
      </w:pPr>
      <w:r>
        <w:rPr>
          <w:rFonts w:ascii="Times New Roman" w:hAnsi="Times New Roman" w:eastAsia="宋体"/>
          <w:b w:val="0"/>
          <w:i w:val="0"/>
          <w:sz w:val="21"/>
        </w:rPr>
        <w:t>= 210log₅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对第二个和，log_(9ᵏ) 25ᵏ = log₉ 25 = log₃ 5 与 k 无关，所以和为 100log₃ 5。</w:t>
      </w:r>
    </w:p>
    <w:p>
      <w:pPr>
        <w:spacing w:before="0" w:after="80" w:line="300" w:lineRule="auto"/>
        <w:jc w:val="left"/>
      </w:pPr>
      <w:r>
        <w:rPr>
          <w:rFonts w:ascii="Times New Roman" w:hAnsi="Times New Roman" w:eastAsia="宋体"/>
          <w:b w:val="0"/>
          <w:i w:val="0"/>
          <w:sz w:val="21"/>
        </w:rPr>
        <w:t>由于 log₅ 3 · log₃ 5 = 1，乘积为 210 · 100 = 21,000。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first sum, log_(5ᵏ) 3^(k²) = k²/klog₅ 3 = klog₅ 3, so</w:t>
      </w:r>
    </w:p>
    <w:p>
      <w:pPr>
        <w:spacing w:before="0" w:after="80" w:line="300" w:lineRule="auto"/>
        <w:jc w:val="left"/>
      </w:pPr>
      <w:r>
        <w:rPr>
          <w:rFonts w:ascii="Times New Roman" w:hAnsi="Times New Roman" w:eastAsia="宋体"/>
          <w:b w:val="0"/>
          <w:i w:val="0"/>
          <w:color w:val="333333"/>
          <w:sz w:val="19"/>
        </w:rPr>
        <w:t>Σₖ₌₁²⁰ klog₅ 3 = (20· 21)/2log₅ 3</w:t>
      </w:r>
    </w:p>
    <w:p>
      <w:pPr>
        <w:spacing w:before="0" w:after="80" w:line="300" w:lineRule="auto"/>
        <w:jc w:val="left"/>
      </w:pPr>
      <w:r>
        <w:rPr>
          <w:rFonts w:ascii="Times New Roman" w:hAnsi="Times New Roman" w:eastAsia="宋体"/>
          <w:b w:val="0"/>
          <w:i w:val="0"/>
          <w:color w:val="333333"/>
          <w:sz w:val="19"/>
        </w:rPr>
        <w:t>= 210log₅ 3.</w:t>
      </w:r>
    </w:p>
    <w:p>
      <w:pPr>
        <w:spacing w:before="0" w:after="80" w:line="300" w:lineRule="auto"/>
        <w:jc w:val="left"/>
      </w:pPr>
      <w:r>
        <w:rPr>
          <w:rFonts w:ascii="Times New Roman" w:hAnsi="Times New Roman" w:eastAsia="宋体"/>
          <w:b w:val="0"/>
          <w:i w:val="0"/>
          <w:color w:val="333333"/>
          <w:sz w:val="19"/>
        </w:rPr>
        <w:t>For the second sum, log_(9ᵏ) 25ᵏ = log₉ 25 = log₃ 5, independent of k, so the sum is 100log₃ 5.</w:t>
      </w:r>
    </w:p>
    <w:p>
      <w:pPr>
        <w:spacing w:before="0" w:after="80" w:line="300" w:lineRule="auto"/>
        <w:jc w:val="left"/>
      </w:pPr>
      <w:r>
        <w:rPr>
          <w:rFonts w:ascii="Times New Roman" w:hAnsi="Times New Roman" w:eastAsia="宋体"/>
          <w:b w:val="0"/>
          <w:i w:val="0"/>
          <w:color w:val="333333"/>
          <w:sz w:val="19"/>
        </w:rPr>
        <w:t>Since log₅ 3 · log₃ 5 = 1, the product is 210 · 100 = 21,000.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选 t 名男高音和 b 名男低音的权重为 C(6, t)C(8, b)。为了只保留 t - b ≡ 0 pmod 4，使用 ω = i 的单位根筛法：</w:t>
      </w:r>
    </w:p>
    <w:p>
      <w:pPr>
        <w:spacing w:before="0" w:after="80" w:line="300" w:lineRule="auto"/>
        <w:jc w:val="left"/>
      </w:pPr>
      <w:r>
        <w:rPr>
          <w:rFonts w:ascii="Times New Roman" w:hAnsi="Times New Roman" w:eastAsia="宋体"/>
          <w:b w:val="0"/>
          <w:i w:val="0"/>
          <w:sz w:val="21"/>
        </w:rPr>
        <w:t>N + 1</w:t>
      </w:r>
    </w:p>
    <w:p>
      <w:pPr>
        <w:spacing w:before="0" w:after="80" w:line="300" w:lineRule="auto"/>
        <w:jc w:val="left"/>
      </w:pPr>
      <w:r>
        <w:rPr>
          <w:rFonts w:ascii="Times New Roman" w:hAnsi="Times New Roman" w:eastAsia="宋体"/>
          <w:b w:val="0"/>
          <w:i w:val="0"/>
          <w:sz w:val="21"/>
        </w:rPr>
        <w:t>= 1/4Σⱼ₌₀³(1 + i^(j))⁶ (1 + i^(-j))⁸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j = 0 项为 2⁶· 2⁸ = 16384。j = 2 项含有因子 (1 + i²)⁶ = 0。j = 1 和 j = 3 项分别为 -128i 和 128i，相互抵消。因此总和为 16384，且 16384/4 = 4096。</w:t>
      </w:r>
    </w:p>
    <w:p>
      <w:pPr>
        <w:spacing w:before="0" w:after="80" w:line="300" w:lineRule="auto"/>
        <w:jc w:val="left"/>
      </w:pPr>
      <w:r>
        <w:rPr>
          <w:rFonts w:ascii="Times New Roman" w:hAnsi="Times New Roman" w:eastAsia="宋体"/>
          <w:b w:val="0"/>
          <w:i w:val="0"/>
          <w:sz w:val="21"/>
        </w:rPr>
        <w:t>这个计数包含空组，所以 N = 4096 - 1 = 4095，因此 N ≡ 95 pmod100。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Choosing t tenors and b basses is weighted by C(6, t)C(8, b). To keep only t - b ≡ 0 pmod 4, apply a roots of unity filter with ω = i:</w:t>
      </w:r>
    </w:p>
    <w:p>
      <w:pPr>
        <w:spacing w:before="0" w:after="80" w:line="300" w:lineRule="auto"/>
        <w:jc w:val="left"/>
      </w:pPr>
      <w:r>
        <w:rPr>
          <w:rFonts w:ascii="Times New Roman" w:hAnsi="Times New Roman" w:eastAsia="宋体"/>
          <w:b w:val="0"/>
          <w:i w:val="0"/>
          <w:color w:val="333333"/>
          <w:sz w:val="19"/>
        </w:rPr>
        <w:t>N + 1</w:t>
      </w:r>
    </w:p>
    <w:p>
      <w:pPr>
        <w:spacing w:before="0" w:after="80" w:line="300" w:lineRule="auto"/>
        <w:jc w:val="left"/>
      </w:pPr>
      <w:r>
        <w:rPr>
          <w:rFonts w:ascii="Times New Roman" w:hAnsi="Times New Roman" w:eastAsia="宋体"/>
          <w:b w:val="0"/>
          <w:i w:val="0"/>
          <w:color w:val="333333"/>
          <w:sz w:val="19"/>
        </w:rPr>
        <w:t>= 1/4Σⱼ₌₀³(1 + i^(j))⁶ (1 + i^(-j))⁸.</w:t>
      </w:r>
    </w:p>
    <w:p>
      <w:pPr>
        <w:spacing w:before="0" w:after="80" w:line="300" w:lineRule="auto"/>
        <w:jc w:val="left"/>
      </w:pPr>
      <w:r>
        <w:rPr>
          <w:rFonts w:ascii="Times New Roman" w:hAnsi="Times New Roman" w:eastAsia="宋体"/>
          <w:b w:val="0"/>
          <w:i w:val="0"/>
          <w:color w:val="333333"/>
          <w:sz w:val="19"/>
        </w:rPr>
        <w:t>The j = 0 term is 2⁶· 2⁸ = 16384. The j = 2 term has factor (1 + i²)⁶ = 0. The j = 1 and j = 3 terms are -128i and 128i, which cancel. So the sum is 16384, and 16384/4 = 4096.</w:t>
      </w:r>
    </w:p>
    <w:p>
      <w:pPr>
        <w:spacing w:before="0" w:after="80" w:line="300" w:lineRule="auto"/>
        <w:jc w:val="left"/>
      </w:pPr>
      <w:r>
        <w:rPr>
          <w:rFonts w:ascii="Times New Roman" w:hAnsi="Times New Roman" w:eastAsia="宋体"/>
          <w:b w:val="0"/>
          <w:i w:val="0"/>
          <w:color w:val="333333"/>
          <w:sz w:val="19"/>
        </w:rPr>
        <w:t>This count includes the empty group, so N = 4096 - 1 = 4095, and N ≡ 95 pmod100.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数列共有 1 + 2 + ⋯ + 200 = (200· 201)/2 = 20100 项，所以中位数是第 10050 项和第 10051 项的平均数。</w:t>
      </w:r>
    </w:p>
    <w:p>
      <w:pPr>
        <w:spacing w:before="0" w:after="80" w:line="300" w:lineRule="auto"/>
        <w:jc w:val="left"/>
      </w:pPr>
      <w:r>
        <w:rPr>
          <w:rFonts w:ascii="Times New Roman" w:hAnsi="Times New Roman" w:eastAsia="宋体"/>
          <w:b w:val="0"/>
          <w:i w:val="0"/>
          <w:sz w:val="21"/>
        </w:rPr>
        <w:t>数值 n 占据的位置一直到 (n(n+1))/2。因为 (141· 142)/2 = 10011，而 (142· 143)/2 = 10153，所以位置 10012 到 10153 全部等于 142。两个中间位置都落在这一段中，所以中位数是 142。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list has 1 + 2 + ⋯ + 200 = (200· 201)/2 = 20100 terms, so the median is the average of the 10050th and 10051st terms.</w:t>
      </w:r>
    </w:p>
    <w:p>
      <w:pPr>
        <w:spacing w:before="0" w:after="80" w:line="300" w:lineRule="auto"/>
        <w:jc w:val="left"/>
      </w:pPr>
      <w:r>
        <w:rPr>
          <w:rFonts w:ascii="Times New Roman" w:hAnsi="Times New Roman" w:eastAsia="宋体"/>
          <w:b w:val="0"/>
          <w:i w:val="0"/>
          <w:color w:val="333333"/>
          <w:sz w:val="19"/>
        </w:rPr>
        <w:t>The value n occupies positions up to (n(n+1))/2. Since (141· 142)/2 = 10011 and (142· 143)/2 = 10153, positions 10012 through 10153 all equal 142. Both middle positions fall in this block, so the median is 142.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令 D = (0,0)，B = (b, 0) 在一条轴上，A = (0, a) 在另一条轴上，使 AD ⊥ BD。因为 CD ∥ AB，可写成 C = t(b, -a)，其中 t 为某个实数。于是 CD = t√(a²+b²)，且 BC² = b²(1-t)² + t²a²。由 BC = CD 得 t² = (1-t)²，所以 t = 1/2。</w:t>
      </w:r>
    </w:p>
    <w:p>
      <w:pPr>
        <w:spacing w:before="0" w:after="80" w:line="300" w:lineRule="auto"/>
        <w:jc w:val="left"/>
      </w:pPr>
      <w:r>
        <w:rPr>
          <w:rFonts w:ascii="Times New Roman" w:hAnsi="Times New Roman" w:eastAsia="宋体"/>
          <w:b w:val="0"/>
          <w:i w:val="0"/>
          <w:sz w:val="21"/>
        </w:rPr>
        <w:t>因此 C = (b/2, -a/2)，且 CD = 43 给出 a² + b² = 4· 43² = 7396。对角线 AC 与 BD（x-轴）交于 O = (b/3, 0)，而 P = (b/2, 0)。因此 OP = b/6 = 11，所以 b = 66。</w:t>
      </w:r>
    </w:p>
    <w:p>
      <w:pPr>
        <w:spacing w:before="0" w:after="80" w:line="300" w:lineRule="auto"/>
        <w:jc w:val="left"/>
      </w:pPr>
      <w:r>
        <w:rPr>
          <w:rFonts w:ascii="Times New Roman" w:hAnsi="Times New Roman" w:eastAsia="宋体"/>
          <w:b w:val="0"/>
          <w:i w:val="0"/>
          <w:sz w:val="21"/>
        </w:rPr>
        <w:t>那么 a² = 7396 - 66² = 3040，所以 AD = a = √(3040) = 4√(190)。取 m = 4、n = 190，得 m + n = 194。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D = (0,0) with B = (b, 0) on one axis and A = (0, a) on the other, so that AD ⊥ BD. Since CD ∥ AB, write C = t(b, -a) for some t. Then CD = t√(a²+b²) and BC² = b²(1-t)² + t²a². Setting BC = CD gives t² = (1-t)², so t = 1/2.</w:t>
      </w:r>
    </w:p>
    <w:p>
      <w:pPr>
        <w:spacing w:before="0" w:after="80" w:line="300" w:lineRule="auto"/>
        <w:jc w:val="left"/>
      </w:pPr>
      <w:r>
        <w:rPr>
          <w:rFonts w:ascii="Times New Roman" w:hAnsi="Times New Roman" w:eastAsia="宋体"/>
          <w:b w:val="0"/>
          <w:i w:val="0"/>
          <w:color w:val="333333"/>
          <w:sz w:val="19"/>
        </w:rPr>
        <w:t>Thus C = (b/2, -a/2), and CD = 43 gives a² + b² = 4· 43² = 7396. The diagonal AC meets BD (the x-axis) at O = (b/3, 0), while P = (b/2, 0). Hence OP = b/6 = 11, so b = 66.</w:t>
      </w:r>
    </w:p>
    <w:p>
      <w:pPr>
        <w:spacing w:before="0" w:after="80" w:line="300" w:lineRule="auto"/>
        <w:jc w:val="left"/>
      </w:pPr>
      <w:r>
        <w:rPr>
          <w:rFonts w:ascii="Times New Roman" w:hAnsi="Times New Roman" w:eastAsia="宋体"/>
          <w:b w:val="0"/>
          <w:i w:val="0"/>
          <w:color w:val="333333"/>
          <w:sz w:val="19"/>
        </w:rPr>
        <w:t>Then a² = 7396 - 66² = 3040, so AD = a = √(3040) = 4√(190). With m = 4 and n = 190, we get m + n = 194.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函数方程使 f 完全可加：若 x = Π p^(eₚ)，则 f(x) = Σ eₚ f(p) = Σ eₚ p，其中分母中的质数贡献负指数，因为 f(1/p) = -p。</w:t>
      </w:r>
    </w:p>
    <w:p>
      <w:pPr>
        <w:spacing w:before="0" w:after="80" w:line="300" w:lineRule="auto"/>
        <w:jc w:val="left"/>
      </w:pPr>
      <w:r>
        <w:rPr>
          <w:rFonts w:ascii="Times New Roman" w:hAnsi="Times New Roman" w:eastAsia="宋体"/>
          <w:b w:val="0"/>
          <w:i w:val="0"/>
          <w:sz w:val="21"/>
        </w:rPr>
        <w:t>逐项计算：f(17/32) = 17 - 5· 2 = 7，f(11/16) = 11 - 4· 2 = 3，f(7/9) = 7 - 2· 3 = 1，f(7/6) = 7 - 2 - 3 = 2，而 f(25/11) = 2· 5 - 11 = -1。只有最后一个为负。</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functional equation makes f completely additive: for x = Π p^(eₚ), we have f(x) = Σ eₚ f(p) = Σ eₚ p, where a prime in the denominator contributes a negative exponent (since f(1/p) = -p).</w:t>
      </w:r>
    </w:p>
    <w:p>
      <w:pPr>
        <w:spacing w:before="0" w:after="80" w:line="300" w:lineRule="auto"/>
        <w:jc w:val="left"/>
      </w:pPr>
      <w:r>
        <w:rPr>
          <w:rFonts w:ascii="Times New Roman" w:hAnsi="Times New Roman" w:eastAsia="宋体"/>
          <w:b w:val="0"/>
          <w:i w:val="0"/>
          <w:color w:val="333333"/>
          <w:sz w:val="19"/>
        </w:rPr>
        <w:t>Evaluating: f(17/32) = 17 - 5· 2 = 7, f(11/16) = 11 - 4· 2 = 3, f(7/9) = 7 - 2· 3 = 1, f(7/6) = 7 - 2 - 3 = 2, and f(25/11) = 2· 5 - 11 = -1. Only the last is negative.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将右边写为 cos(π/2sin x) = sin(π/2 - π/2sin x)。两个正弦相等要求</w:t>
      </w:r>
    </w:p>
    <w:p>
      <w:pPr>
        <w:spacing w:before="0" w:after="80" w:line="300" w:lineRule="auto"/>
        <w:jc w:val="left"/>
      </w:pPr>
      <w:r>
        <w:rPr>
          <w:rFonts w:ascii="Times New Roman" w:hAnsi="Times New Roman" w:eastAsia="宋体"/>
          <w:b w:val="0"/>
          <w:i w:val="0"/>
          <w:sz w:val="21"/>
        </w:rPr>
        <w:t>π/2cos x</w:t>
      </w:r>
    </w:p>
    <w:p>
      <w:pPr>
        <w:spacing w:before="0" w:after="80" w:line="300" w:lineRule="auto"/>
        <w:jc w:val="left"/>
      </w:pPr>
      <w:r>
        <w:rPr>
          <w:rFonts w:ascii="Times New Roman" w:hAnsi="Times New Roman" w:eastAsia="宋体"/>
          <w:b w:val="0"/>
          <w:i w:val="0"/>
          <w:sz w:val="21"/>
        </w:rPr>
        <w:t>= π/2(1 - sin x) + 2π k</w:t>
      </w:r>
    </w:p>
    <w:p>
      <w:pPr>
        <w:spacing w:before="0" w:after="80" w:line="300" w:lineRule="auto"/>
        <w:jc w:val="left"/>
      </w:pPr>
      <w:r>
        <w:rPr>
          <w:rFonts w:ascii="Times New Roman" w:hAnsi="Times New Roman" w:eastAsia="宋体"/>
          <w:b w:val="0"/>
          <w:i w:val="0"/>
          <w:sz w:val="21"/>
        </w:rPr>
        <w:t>或</w:t>
      </w:r>
    </w:p>
    <w:p>
      <w:pPr>
        <w:spacing w:before="0" w:after="80" w:line="300" w:lineRule="auto"/>
        <w:jc w:val="left"/>
      </w:pPr>
      <w:r>
        <w:rPr>
          <w:rFonts w:ascii="Times New Roman" w:hAnsi="Times New Roman" w:eastAsia="宋体"/>
          <w:b w:val="0"/>
          <w:i w:val="0"/>
          <w:sz w:val="21"/>
        </w:rPr>
        <w:t>π/2cos x</w:t>
      </w:r>
    </w:p>
    <w:p>
      <w:pPr>
        <w:spacing w:before="0" w:after="80" w:line="300" w:lineRule="auto"/>
        <w:jc w:val="left"/>
      </w:pPr>
      <w:r>
        <w:rPr>
          <w:rFonts w:ascii="Times New Roman" w:hAnsi="Times New Roman" w:eastAsia="宋体"/>
          <w:b w:val="0"/>
          <w:i w:val="0"/>
          <w:sz w:val="21"/>
        </w:rPr>
        <w:t>= π - π/2(1 - sin x) + 2π k。</w:t>
      </w:r>
    </w:p>
    <w:p>
      <w:pPr>
        <w:spacing w:before="0" w:after="80" w:line="300" w:lineRule="auto"/>
        <w:jc w:val="left"/>
      </w:pPr>
      <w:r>
        <w:rPr>
          <w:rFonts w:ascii="Times New Roman" w:hAnsi="Times New Roman" w:eastAsia="宋体"/>
          <w:b w:val="0"/>
          <w:i w:val="0"/>
          <w:sz w:val="21"/>
        </w:rPr>
        <w:t>第一种化为 cos x + sin x = 1 + 4k；因为 cos x + sin x ∈ [-√(2), √(2)]，只有 k = 0 可行，得到 cos x + sin x = 1，在 [0, π] 中的解为 x = 0 和 x = π/2。第二种化为 cos x - sin x = 1，在 [0, π] 中唯一解为 x = 0。</w:t>
      </w:r>
    </w:p>
    <w:p>
      <w:pPr>
        <w:spacing w:before="0" w:after="80" w:line="300" w:lineRule="auto"/>
        <w:jc w:val="left"/>
      </w:pPr>
      <w:r>
        <w:rPr>
          <w:rFonts w:ascii="Times New Roman" w:hAnsi="Times New Roman" w:eastAsia="宋体"/>
          <w:b w:val="0"/>
          <w:i w:val="0"/>
          <w:sz w:val="21"/>
        </w:rPr>
        <w:t>不同的解是 x = 0 和 x = π/2，共 2 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right side as cos(π/2sin x) = sin(π/2 - π/2sin x). Equal sines require either</w:t>
      </w:r>
    </w:p>
    <w:p>
      <w:pPr>
        <w:spacing w:before="0" w:after="80" w:line="300" w:lineRule="auto"/>
        <w:jc w:val="left"/>
      </w:pPr>
      <w:r>
        <w:rPr>
          <w:rFonts w:ascii="Times New Roman" w:hAnsi="Times New Roman" w:eastAsia="宋体"/>
          <w:b w:val="0"/>
          <w:i w:val="0"/>
          <w:color w:val="333333"/>
          <w:sz w:val="19"/>
        </w:rPr>
        <w:t>π/2cos x</w:t>
      </w:r>
    </w:p>
    <w:p>
      <w:pPr>
        <w:spacing w:before="0" w:after="80" w:line="300" w:lineRule="auto"/>
        <w:jc w:val="left"/>
      </w:pPr>
      <w:r>
        <w:rPr>
          <w:rFonts w:ascii="Times New Roman" w:hAnsi="Times New Roman" w:eastAsia="宋体"/>
          <w:b w:val="0"/>
          <w:i w:val="0"/>
          <w:color w:val="333333"/>
          <w:sz w:val="19"/>
        </w:rPr>
        <w:t>= π/2(1 - sin x) + 2π k</w:t>
      </w:r>
    </w:p>
    <w:p>
      <w:pPr>
        <w:spacing w:before="0" w:after="80" w:line="300" w:lineRule="auto"/>
        <w:jc w:val="left"/>
      </w:pPr>
      <w:r>
        <w:rPr>
          <w:rFonts w:ascii="Times New Roman" w:hAnsi="Times New Roman" w:eastAsia="宋体"/>
          <w:b w:val="0"/>
          <w:i w:val="0"/>
          <w:color w:val="333333"/>
          <w:sz w:val="19"/>
        </w:rPr>
        <w:t>or</w:t>
      </w:r>
    </w:p>
    <w:p>
      <w:pPr>
        <w:spacing w:before="0" w:after="80" w:line="300" w:lineRule="auto"/>
        <w:jc w:val="left"/>
      </w:pPr>
      <w:r>
        <w:rPr>
          <w:rFonts w:ascii="Times New Roman" w:hAnsi="Times New Roman" w:eastAsia="宋体"/>
          <w:b w:val="0"/>
          <w:i w:val="0"/>
          <w:color w:val="333333"/>
          <w:sz w:val="19"/>
        </w:rPr>
        <w:t>π/2cos x</w:t>
      </w:r>
    </w:p>
    <w:p>
      <w:pPr>
        <w:spacing w:before="0" w:after="80" w:line="300" w:lineRule="auto"/>
        <w:jc w:val="left"/>
      </w:pPr>
      <w:r>
        <w:rPr>
          <w:rFonts w:ascii="Times New Roman" w:hAnsi="Times New Roman" w:eastAsia="宋体"/>
          <w:b w:val="0"/>
          <w:i w:val="0"/>
          <w:color w:val="333333"/>
          <w:sz w:val="19"/>
        </w:rPr>
        <w:t>= π - π/2(1 - sin x) + 2π k.</w:t>
      </w:r>
    </w:p>
    <w:p>
      <w:pPr>
        <w:spacing w:before="0" w:after="80" w:line="300" w:lineRule="auto"/>
        <w:jc w:val="left"/>
      </w:pPr>
      <w:r>
        <w:rPr>
          <w:rFonts w:ascii="Times New Roman" w:hAnsi="Times New Roman" w:eastAsia="宋体"/>
          <w:b w:val="0"/>
          <w:i w:val="0"/>
          <w:color w:val="333333"/>
          <w:sz w:val="19"/>
        </w:rPr>
        <w:t>The first reduces to cos x + sin x = 1 + 4k; since cos x + sin x ∈ [-√(2), √(2)], only k = 0 works, giving cos x + sin x = 1, with solutions x = 0 and x = π/2 in [0, π]. The second reduces to cos x - sin x = 1, whose only solution in [0, π] is x = 0.</w:t>
      </w:r>
    </w:p>
    <w:p>
      <w:pPr>
        <w:spacing w:before="0" w:after="80" w:line="300" w:lineRule="auto"/>
        <w:jc w:val="left"/>
      </w:pPr>
      <w:r>
        <w:rPr>
          <w:rFonts w:ascii="Times New Roman" w:hAnsi="Times New Roman" w:eastAsia="宋体"/>
          <w:b w:val="0"/>
          <w:i w:val="0"/>
          <w:color w:val="333333"/>
          <w:sz w:val="19"/>
        </w:rPr>
        <w:t>The distinct solutions are x = 0 and x = π/2, for a total of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令 V = (0, 0)，焦点 F = (0, f)，准线为 y = -f，其中 f = FV。抛物线上的点 A = (x, y) 满足 x² = 4fy，且 AF = y + f = 20，所以 y = 20 - f。又 AV² = x² + y² = 4fy + y² = 441。</w:t>
      </w:r>
    </w:p>
    <w:p>
      <w:pPr>
        <w:spacing w:before="0" w:after="80" w:line="300" w:lineRule="auto"/>
        <w:jc w:val="left"/>
      </w:pPr>
      <w:r>
        <w:rPr>
          <w:rFonts w:ascii="Times New Roman" w:hAnsi="Times New Roman" w:eastAsia="宋体"/>
          <w:b w:val="0"/>
          <w:i w:val="0"/>
          <w:sz w:val="21"/>
        </w:rPr>
        <w:t>代入 y = 20 - f：</w:t>
      </w:r>
    </w:p>
    <w:p>
      <w:pPr>
        <w:spacing w:before="0" w:after="80" w:line="300" w:lineRule="auto"/>
        <w:jc w:val="left"/>
      </w:pPr>
      <w:r>
        <w:rPr>
          <w:rFonts w:ascii="Times New Roman" w:hAnsi="Times New Roman" w:eastAsia="宋体"/>
          <w:b w:val="0"/>
          <w:i w:val="0"/>
          <w:sz w:val="21"/>
        </w:rPr>
        <w:t>4f(20 - f) + (20 - f)² = 441</w:t>
      </w:r>
    </w:p>
    <w:p>
      <w:pPr>
        <w:spacing w:before="0" w:after="80" w:line="300" w:lineRule="auto"/>
        <w:jc w:val="left"/>
      </w:pPr>
      <w:r>
        <w:rPr>
          <w:rFonts w:ascii="Times New Roman" w:hAnsi="Times New Roman" w:eastAsia="宋体"/>
          <w:b w:val="0"/>
          <w:i w:val="0"/>
          <w:sz w:val="21"/>
        </w:rPr>
        <w:t>Longrightarrow 3f² - 40f + 41 = 0。</w:t>
      </w:r>
    </w:p>
    <w:p>
      <w:pPr>
        <w:spacing w:before="0" w:after="80" w:line="300" w:lineRule="auto"/>
        <w:jc w:val="left"/>
      </w:pPr>
      <w:r>
        <w:rPr>
          <w:rFonts w:ascii="Times New Roman" w:hAnsi="Times New Roman" w:eastAsia="宋体"/>
          <w:b w:val="0"/>
          <w:i w:val="0"/>
          <w:sz w:val="21"/>
        </w:rPr>
        <w:t>由 Vieta 公式，两个可能的 f 值之和为 40/3。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V = (0, 0), focus F = (0, f), and directrix y = -f, where f = FV. A point A = (x, y) on the parabola satisfies x² = 4fy and AF = y + f = 20, so y = 20 - f. Also AV² = x² + y² = 4fy + y² = 441.</w:t>
      </w:r>
    </w:p>
    <w:p>
      <w:pPr>
        <w:spacing w:before="0" w:after="80" w:line="300" w:lineRule="auto"/>
        <w:jc w:val="left"/>
      </w:pPr>
      <w:r>
        <w:rPr>
          <w:rFonts w:ascii="Times New Roman" w:hAnsi="Times New Roman" w:eastAsia="宋体"/>
          <w:b w:val="0"/>
          <w:i w:val="0"/>
          <w:color w:val="333333"/>
          <w:sz w:val="19"/>
        </w:rPr>
        <w:t>Substituting y = 20 - f:</w:t>
      </w:r>
    </w:p>
    <w:p>
      <w:pPr>
        <w:spacing w:before="0" w:after="80" w:line="300" w:lineRule="auto"/>
        <w:jc w:val="left"/>
      </w:pPr>
      <w:r>
        <w:rPr>
          <w:rFonts w:ascii="Times New Roman" w:hAnsi="Times New Roman" w:eastAsia="宋体"/>
          <w:b w:val="0"/>
          <w:i w:val="0"/>
          <w:color w:val="333333"/>
          <w:sz w:val="19"/>
        </w:rPr>
        <w:t>4f(20 - f) + (20 - f)² = 441</w:t>
      </w:r>
    </w:p>
    <w:p>
      <w:pPr>
        <w:spacing w:before="0" w:after="80" w:line="300" w:lineRule="auto"/>
        <w:jc w:val="left"/>
      </w:pPr>
      <w:r>
        <w:rPr>
          <w:rFonts w:ascii="Times New Roman" w:hAnsi="Times New Roman" w:eastAsia="宋体"/>
          <w:b w:val="0"/>
          <w:i w:val="0"/>
          <w:color w:val="333333"/>
          <w:sz w:val="19"/>
        </w:rPr>
        <w:t>Longrightarrow 3f² - 40f + 41 = 0.</w:t>
      </w:r>
    </w:p>
    <w:p>
      <w:pPr>
        <w:spacing w:before="0" w:after="80" w:line="300" w:lineRule="auto"/>
        <w:jc w:val="left"/>
      </w:pPr>
      <w:r>
        <w:rPr>
          <w:rFonts w:ascii="Times New Roman" w:hAnsi="Times New Roman" w:eastAsia="宋体"/>
          <w:b w:val="0"/>
          <w:i w:val="0"/>
          <w:color w:val="333333"/>
          <w:sz w:val="19"/>
        </w:rPr>
        <w:t>By Vieta’s formulas, the sum of the two possible values of f is 40/3.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根为 z = 1，z = -1 ± i√(3)，和 z = -2 ± i√(2)，对应点 (1, 0)，(-1, ±√(3))，和 (-2, ±√(2))。由于关于 x-轴对称，椭圆具有形式 Ax² + Cy² + Dx + F = 0。</w:t>
      </w:r>
    </w:p>
    <w:p>
      <w:pPr>
        <w:spacing w:before="0" w:after="80" w:line="300" w:lineRule="auto"/>
        <w:jc w:val="left"/>
      </w:pPr>
      <w:r>
        <w:rPr>
          <w:rFonts w:ascii="Times New Roman" w:hAnsi="Times New Roman" w:eastAsia="宋体"/>
          <w:b w:val="0"/>
          <w:i w:val="0"/>
          <w:sz w:val="21"/>
        </w:rPr>
        <w:t>代入这些点得到 5x² + 6y² + 9x - 14 = 0。配方得</w:t>
      </w:r>
    </w:p>
    <w:p>
      <w:pPr>
        <w:spacing w:before="0" w:after="80" w:line="300" w:lineRule="auto"/>
        <w:jc w:val="left"/>
      </w:pPr>
      <w:r>
        <w:rPr>
          <w:rFonts w:ascii="Times New Roman" w:hAnsi="Times New Roman" w:eastAsia="宋体"/>
          <w:b w:val="0"/>
          <w:i w:val="0"/>
          <w:sz w:val="21"/>
        </w:rPr>
        <w:t>5(x + 9/10)² + 6y² = 361/20，</w:t>
      </w:r>
    </w:p>
    <w:p>
      <w:pPr>
        <w:spacing w:before="0" w:after="80" w:line="300" w:lineRule="auto"/>
        <w:jc w:val="left"/>
      </w:pPr>
      <w:r>
        <w:rPr>
          <w:rFonts w:ascii="Times New Roman" w:hAnsi="Times New Roman" w:eastAsia="宋体"/>
          <w:b w:val="0"/>
          <w:i w:val="0"/>
          <w:sz w:val="21"/>
        </w:rPr>
        <w:t>所以 a² = 361/100（沿 x 方向），且 b² = 361/120。于是 e² = 1 - b²/a² = 1 - 100/120 = 1/6，所以 e = √(1/6)。</w:t>
      </w:r>
    </w:p>
    <w:p>
      <w:pPr>
        <w:spacing w:before="0" w:after="80" w:line="300" w:lineRule="auto"/>
        <w:jc w:val="left"/>
      </w:pPr>
      <w:r>
        <w:rPr>
          <w:rFonts w:ascii="Times New Roman" w:hAnsi="Times New Roman" w:eastAsia="宋体"/>
          <w:b w:val="0"/>
          <w:i w:val="0"/>
          <w:sz w:val="21"/>
        </w:rPr>
        <w:t>因此 m = 1，n = 6，得 m + n =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are z = 1, z = -1 ± i√(3), and z = -2 ± i√(2), giving the points (1, 0), (-1, ±√(3)), and (-2, ±√(2)). By symmetry about the x-axis, the ellipse has the form Ax² + Cy² + Dx + F = 0.</w:t>
      </w:r>
    </w:p>
    <w:p>
      <w:pPr>
        <w:spacing w:before="0" w:after="80" w:line="300" w:lineRule="auto"/>
        <w:jc w:val="left"/>
      </w:pPr>
      <w:r>
        <w:rPr>
          <w:rFonts w:ascii="Times New Roman" w:hAnsi="Times New Roman" w:eastAsia="宋体"/>
          <w:b w:val="0"/>
          <w:i w:val="0"/>
          <w:color w:val="333333"/>
          <w:sz w:val="19"/>
        </w:rPr>
        <w:t>Substituting the points yields 5x² + 6y² + 9x - 14 = 0. Completing the square gives</w:t>
      </w:r>
    </w:p>
    <w:p>
      <w:pPr>
        <w:spacing w:before="0" w:after="80" w:line="300" w:lineRule="auto"/>
        <w:jc w:val="left"/>
      </w:pPr>
      <w:r>
        <w:rPr>
          <w:rFonts w:ascii="Times New Roman" w:hAnsi="Times New Roman" w:eastAsia="宋体"/>
          <w:b w:val="0"/>
          <w:i w:val="0"/>
          <w:color w:val="333333"/>
          <w:sz w:val="19"/>
        </w:rPr>
        <w:t>5(x + 9/10)² + 6y² = 361/20,</w:t>
      </w:r>
    </w:p>
    <w:p>
      <w:pPr>
        <w:spacing w:before="0" w:after="80" w:line="300" w:lineRule="auto"/>
        <w:jc w:val="left"/>
      </w:pPr>
      <w:r>
        <w:rPr>
          <w:rFonts w:ascii="Times New Roman" w:hAnsi="Times New Roman" w:eastAsia="宋体"/>
          <w:b w:val="0"/>
          <w:i w:val="0"/>
          <w:color w:val="333333"/>
          <w:sz w:val="19"/>
        </w:rPr>
        <w:t>so a² = 361/100 (along x) and b² = 361/120. Then e² = 1 - b²/a² = 1 - 100/120 = 1/6, so e = √(1/6).</w:t>
      </w:r>
    </w:p>
    <w:p>
      <w:pPr>
        <w:spacing w:before="0" w:after="80" w:line="300" w:lineRule="auto"/>
        <w:jc w:val="left"/>
      </w:pPr>
      <w:r>
        <w:rPr>
          <w:rFonts w:ascii="Times New Roman" w:hAnsi="Times New Roman" w:eastAsia="宋体"/>
          <w:b w:val="0"/>
          <w:i w:val="0"/>
          <w:color w:val="333333"/>
          <w:sz w:val="19"/>
        </w:rPr>
        <w:t>With m = 1 and n = 6, we get m + n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设三个根为 r₁,r₂,r₃。由七次单位根可得 r₁+r₂+r₃=-1/2。把这三个角都加倍只是把它们的余弦值重新排列，所以 Σ rᵢ²=3/2+1/2Σ rᵢ=5/4。于是 r₁r₂+r₁r₃+r₂r₃ 等于 1/2((Σ rᵢ)²-Σ rᵢ²)=-1/2。</w:t>
      </w:r>
    </w:p>
    <w:p>
      <w:pPr>
        <w:spacing w:before="0" w:after="80" w:line="300" w:lineRule="auto"/>
        <w:jc w:val="left"/>
      </w:pPr>
      <w:r>
        <w:rPr>
          <w:rFonts w:ascii="Times New Roman" w:hAnsi="Times New Roman" w:eastAsia="宋体"/>
          <w:b w:val="0"/>
          <w:i w:val="0"/>
          <w:sz w:val="21"/>
        </w:rPr>
        <w:t>由积化和差公式得 4r₁r₂r₃=1+r₁+r₂+r₃=1/2，所以 r₁r₂r₃=1/8。因此它们的首一多项式为</w:t>
      </w:r>
    </w:p>
    <w:p>
      <w:pPr>
        <w:spacing w:before="0" w:after="80" w:line="300" w:lineRule="auto"/>
        <w:jc w:val="left"/>
      </w:pPr>
      <w:r>
        <w:rPr>
          <w:rFonts w:ascii="Times New Roman" w:hAnsi="Times New Roman" w:eastAsia="宋体"/>
          <w:b w:val="0"/>
          <w:i w:val="0"/>
          <w:sz w:val="21"/>
        </w:rPr>
        <w:t>x³ + 1/2 x² - 1/2 x - 1/8 = 0。</w:t>
      </w:r>
    </w:p>
    <w:p>
      <w:pPr>
        <w:spacing w:before="0" w:after="80" w:line="300" w:lineRule="auto"/>
        <w:jc w:val="left"/>
      </w:pPr>
      <w:r>
        <w:rPr>
          <w:rFonts w:ascii="Times New Roman" w:hAnsi="Times New Roman" w:eastAsia="宋体"/>
          <w:b w:val="0"/>
          <w:i w:val="0"/>
          <w:sz w:val="21"/>
        </w:rPr>
        <w:t>对比系数得 a = 1/2，b = -1/2，c = -1/8。因此 abc = 1/2·(-1/2)·(-1/8) = 1/32。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three roots be r₁,r₂,r₃. The seventh roots of unity give r₁+r₂+r₃=-1/2. Doubling the three angles merely permutes their cosines, so Σ rᵢ²=3/2+1/2Σ rᵢ=5/4. Hence r₁r₂+r₁r₃+r₂r₃ equals 1/2((Σ rᵢ)²-Σ rᵢ²)=-1/2.</w:t>
      </w:r>
    </w:p>
    <w:p>
      <w:pPr>
        <w:spacing w:before="0" w:after="80" w:line="300" w:lineRule="auto"/>
        <w:jc w:val="left"/>
      </w:pPr>
      <w:r>
        <w:rPr>
          <w:rFonts w:ascii="Times New Roman" w:hAnsi="Times New Roman" w:eastAsia="宋体"/>
          <w:b w:val="0"/>
          <w:i w:val="0"/>
          <w:color w:val="333333"/>
          <w:sz w:val="19"/>
        </w:rPr>
        <w:t>The product-to-sum identity gives 4r₁r₂r₃=1+r₁+r₂+r₃=1/2, so r₁r₂r₃=1/8. Therefore their monic polynomial is</w:t>
      </w:r>
    </w:p>
    <w:p>
      <w:pPr>
        <w:spacing w:before="0" w:after="80" w:line="300" w:lineRule="auto"/>
        <w:jc w:val="left"/>
      </w:pPr>
      <w:r>
        <w:rPr>
          <w:rFonts w:ascii="Times New Roman" w:hAnsi="Times New Roman" w:eastAsia="宋体"/>
          <w:b w:val="0"/>
          <w:i w:val="0"/>
          <w:color w:val="333333"/>
          <w:sz w:val="19"/>
        </w:rPr>
        <w:t>x³ + 1/2 x² - 1/2 x - 1/8 = 0.</w:t>
      </w:r>
    </w:p>
    <w:p>
      <w:pPr>
        <w:spacing w:before="0" w:after="80" w:line="300" w:lineRule="auto"/>
        <w:jc w:val="left"/>
      </w:pPr>
      <w:r>
        <w:rPr>
          <w:rFonts w:ascii="Times New Roman" w:hAnsi="Times New Roman" w:eastAsia="宋体"/>
          <w:b w:val="0"/>
          <w:i w:val="0"/>
          <w:color w:val="333333"/>
          <w:sz w:val="19"/>
        </w:rPr>
        <w:t>Matching coefficients, a = 1/2, b = -1/2, c = -1/8. Therefore abc = 1/2·(-1/2)·(-1/8) = 1/32.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将方格分为中心格 C、边中格 E 和角格（吸收状态）。从 C 出发，每一步都会到达一个 E 格。从一个 E 格出发，四个相邻格中有两个是角格，一个是中心格，一个是另一个 E 格，所以 P(角格) = 1/2、P(中心格) = 1/4、P(E) = 1/4。</w:t>
      </w:r>
    </w:p>
    <w:p>
      <w:pPr>
        <w:spacing w:before="0" w:after="80" w:line="300" w:lineRule="auto"/>
        <w:jc w:val="left"/>
      </w:pPr>
      <w:r>
        <w:rPr>
          <w:rFonts w:ascii="Times New Roman" w:hAnsi="Times New Roman" w:eastAsia="宋体"/>
          <w:b w:val="0"/>
          <w:i w:val="0"/>
          <w:sz w:val="21"/>
        </w:rPr>
        <w:t>设 aₙ 为从边格出发、在 n 步内到达角格的概率，且 cₙ 为从中心出发的概率（第一步必到边格）。于是 a₀=c₀=0，并且 cₙ=aₙ₋₁。计算得 aₙ=1/2+1/4cₙ₋₁+1/4aₙ₋₁，且 a₁=1/2，a₂=1/2+1/4·1/2=5/8，</w:t>
      </w:r>
    </w:p>
    <w:p>
      <w:pPr>
        <w:spacing w:before="0" w:after="80" w:line="300" w:lineRule="auto"/>
        <w:jc w:val="left"/>
      </w:pPr>
      <w:r>
        <w:rPr>
          <w:rFonts w:ascii="Times New Roman" w:hAnsi="Times New Roman" w:eastAsia="宋体"/>
          <w:b w:val="0"/>
          <w:i w:val="0"/>
          <w:sz w:val="21"/>
        </w:rPr>
        <w:t>a₃ = 1/2 + 1/4·1/2 + 1/4·5/8 = 25/32。</w:t>
      </w:r>
    </w:p>
    <w:p>
      <w:pPr>
        <w:spacing w:before="0" w:after="80" w:line="300" w:lineRule="auto"/>
        <w:jc w:val="left"/>
      </w:pPr>
      <w:r>
        <w:rPr>
          <w:rFonts w:ascii="Times New Roman" w:hAnsi="Times New Roman" w:eastAsia="宋体"/>
          <w:b w:val="0"/>
          <w:i w:val="0"/>
          <w:sz w:val="21"/>
        </w:rPr>
        <w:t>从中心开始且有四步可用时，概率等于 a₃ = 25/32（第一步到达边格，剩下三步）。</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Classify squares as center C, edge-middle E, or corner (absorbing). From C, every hop lands on an E square. From an E square, two of the four neighbors are corners, one is the center, and one is another E square, so P(corner) = 1/2, P(center) = 1/4, P(E) = 1/4.</w:t>
      </w:r>
    </w:p>
    <w:p>
      <w:pPr>
        <w:spacing w:before="0" w:after="80" w:line="300" w:lineRule="auto"/>
        <w:jc w:val="left"/>
      </w:pPr>
      <w:r>
        <w:rPr>
          <w:rFonts w:ascii="Times New Roman" w:hAnsi="Times New Roman" w:eastAsia="宋体"/>
          <w:b w:val="0"/>
          <w:i w:val="0"/>
          <w:color w:val="333333"/>
          <w:sz w:val="19"/>
        </w:rPr>
        <w:t>Let aₙ be the probability of reaching a corner within n hops starting from an edge square, and let cₙ be the corresponding probability from the center. Set a₀=c₀=0. Then cₙ=aₙ₋₁ and aₙ=1/2+1/4cₙ₋₁+1/4aₙ₋₁. Thus a₁=1/2, a₂=1/2+1/4·1/2=5/8, and</w:t>
      </w:r>
    </w:p>
    <w:p>
      <w:pPr>
        <w:spacing w:before="0" w:after="80" w:line="300" w:lineRule="auto"/>
        <w:jc w:val="left"/>
      </w:pPr>
      <w:r>
        <w:rPr>
          <w:rFonts w:ascii="Times New Roman" w:hAnsi="Times New Roman" w:eastAsia="宋体"/>
          <w:b w:val="0"/>
          <w:i w:val="0"/>
          <w:color w:val="333333"/>
          <w:sz w:val="19"/>
        </w:rPr>
        <w:t>a₃ = 1/2 + 1/4·1/2 + 1/4·5/8 = 25/32.</w:t>
      </w:r>
    </w:p>
    <w:p>
      <w:pPr>
        <w:spacing w:before="0" w:after="80" w:line="300" w:lineRule="auto"/>
        <w:jc w:val="left"/>
      </w:pPr>
      <w:r>
        <w:rPr>
          <w:rFonts w:ascii="Times New Roman" w:hAnsi="Times New Roman" w:eastAsia="宋体"/>
          <w:b w:val="0"/>
          <w:i w:val="0"/>
          <w:color w:val="333333"/>
          <w:sz w:val="19"/>
        </w:rPr>
        <w:t>Starting from the center with four hops available, the probability equals a₃ = 25/32 (the first hop reaches an edge, leaving three hops).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在圆 Omega 中，弦 QR 所对的圆周角 ∠ QPR = 60°，所以 QR = 2rsin 60°，于是 3√(3) = r√(3)，得 r = 3。</w:t>
      </w:r>
    </w:p>
    <w:p>
      <w:pPr>
        <w:spacing w:before="0" w:after="80" w:line="300" w:lineRule="auto"/>
        <w:jc w:val="left"/>
      </w:pPr>
      <w:r>
        <w:rPr>
          <w:rFonts w:ascii="Times New Roman" w:hAnsi="Times New Roman" w:eastAsia="宋体"/>
          <w:b w:val="0"/>
          <w:i w:val="0"/>
          <w:sz w:val="21"/>
        </w:rPr>
        <w:t>设 A = (-7, 0)、B = (7, 0)，且 Gamma: x² + y² = 49（上半圆）。因为 Omega 在 P = (p, 0) 处与 AB 相切，其圆心为 (p, 3)。两个圆方程相减得到直线 QR，而圆心 (p,3) 到 QR 的距离必须等于 rcos 60° = 3/2。这给出 (p² - 31)² = 9p² + 81，所以 p² = 16（根 p² = 55 会使 P 在 AB 外）。</w:t>
      </w:r>
    </w:p>
    <w:p>
      <w:pPr>
        <w:spacing w:before="0" w:after="80" w:line="300" w:lineRule="auto"/>
        <w:jc w:val="left"/>
      </w:pPr>
      <w:r>
        <w:rPr>
          <w:rFonts w:ascii="Times New Roman" w:hAnsi="Times New Roman" w:eastAsia="宋体"/>
          <w:b w:val="0"/>
          <w:i w:val="0"/>
          <w:sz w:val="21"/>
        </w:rPr>
        <w:t>当 p² = 16 时，点 P 到直线 QR 的距离是 (49 - p²)/(√(4p² + 36)) = 33/10。因此</w:t>
      </w:r>
    </w:p>
    <w:p>
      <w:pPr>
        <w:spacing w:before="0" w:after="80" w:line="300" w:lineRule="auto"/>
        <w:jc w:val="left"/>
      </w:pPr>
      <w:r>
        <w:rPr>
          <w:rFonts w:ascii="Times New Roman" w:hAnsi="Times New Roman" w:eastAsia="宋体"/>
          <w:b w:val="0"/>
          <w:i w:val="0"/>
          <w:sz w:val="21"/>
        </w:rPr>
        <w:t>[△ PQR] = 1/2· QR· d</w:t>
      </w:r>
    </w:p>
    <w:p>
      <w:pPr>
        <w:spacing w:before="0" w:after="80" w:line="300" w:lineRule="auto"/>
        <w:jc w:val="left"/>
      </w:pPr>
      <w:r>
        <w:rPr>
          <w:rFonts w:ascii="Times New Roman" w:hAnsi="Times New Roman" w:eastAsia="宋体"/>
          <w:b w:val="0"/>
          <w:i w:val="0"/>
          <w:sz w:val="21"/>
        </w:rPr>
        <w:t>= 1/2· 3√(3)·33/10</w:t>
      </w:r>
    </w:p>
    <w:p>
      <w:pPr>
        <w:spacing w:before="0" w:after="80" w:line="300" w:lineRule="auto"/>
        <w:jc w:val="left"/>
      </w:pPr>
      <w:r>
        <w:rPr>
          <w:rFonts w:ascii="Times New Roman" w:hAnsi="Times New Roman" w:eastAsia="宋体"/>
          <w:b w:val="0"/>
          <w:i w:val="0"/>
          <w:sz w:val="21"/>
        </w:rPr>
        <w:t>= (99√(3))/20。</w:t>
      </w:r>
    </w:p>
    <w:p>
      <w:pPr>
        <w:spacing w:before="0" w:after="80" w:line="300" w:lineRule="auto"/>
        <w:jc w:val="left"/>
      </w:pPr>
      <w:r>
        <w:rPr>
          <w:rFonts w:ascii="Times New Roman" w:hAnsi="Times New Roman" w:eastAsia="宋体"/>
          <w:b w:val="0"/>
          <w:i w:val="0"/>
          <w:sz w:val="21"/>
        </w:rPr>
        <w:t>所以 a = 99、b = 3、c = 20，且 a + b + c = 122。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circle Omega, the chord QR subtends the inscribed angle ∠ QPR = 60°, so QR = 2rsin 60°, giving 3√(3) = r√(3), hence r = 3.</w:t>
      </w:r>
    </w:p>
    <w:p>
      <w:pPr>
        <w:spacing w:before="0" w:after="80" w:line="300" w:lineRule="auto"/>
        <w:jc w:val="left"/>
      </w:pPr>
      <w:r>
        <w:rPr>
          <w:rFonts w:ascii="Times New Roman" w:hAnsi="Times New Roman" w:eastAsia="宋体"/>
          <w:b w:val="0"/>
          <w:i w:val="0"/>
          <w:color w:val="333333"/>
          <w:sz w:val="19"/>
        </w:rPr>
        <w:t>Place A = (-7, 0), B = (7, 0), with Gamma: x² + y² = 49 (upper half). Since Omega is tangent to AB at P = (p, 0), its center is (p, 3). Subtracting the two circle equations gives the line QR, and the distance from the center (p,3) to QR must equal rcos 60° = 3/2. This yields (p² - 31)² = 9p² + 81, so p² = 16 (the root p² = 55 places P outside AB).</w:t>
      </w:r>
    </w:p>
    <w:p>
      <w:pPr>
        <w:spacing w:before="0" w:after="80" w:line="300" w:lineRule="auto"/>
        <w:jc w:val="left"/>
      </w:pPr>
      <w:r>
        <w:rPr>
          <w:rFonts w:ascii="Times New Roman" w:hAnsi="Times New Roman" w:eastAsia="宋体"/>
          <w:b w:val="0"/>
          <w:i w:val="0"/>
          <w:color w:val="333333"/>
          <w:sz w:val="19"/>
        </w:rPr>
        <w:t>With p² = 16, the distance from P to line QR is (49 - p²)/(√(4p² + 36)) = 33/10. Thus</w:t>
      </w:r>
    </w:p>
    <w:p>
      <w:pPr>
        <w:spacing w:before="0" w:after="80" w:line="300" w:lineRule="auto"/>
        <w:jc w:val="left"/>
      </w:pPr>
      <w:r>
        <w:rPr>
          <w:rFonts w:ascii="Times New Roman" w:hAnsi="Times New Roman" w:eastAsia="宋体"/>
          <w:b w:val="0"/>
          <w:i w:val="0"/>
          <w:color w:val="333333"/>
          <w:sz w:val="19"/>
        </w:rPr>
        <w:t>[△ PQR] = 1/2· QR· d</w:t>
      </w:r>
    </w:p>
    <w:p>
      <w:pPr>
        <w:spacing w:before="0" w:after="80" w:line="300" w:lineRule="auto"/>
        <w:jc w:val="left"/>
      </w:pPr>
      <w:r>
        <w:rPr>
          <w:rFonts w:ascii="Times New Roman" w:hAnsi="Times New Roman" w:eastAsia="宋体"/>
          <w:b w:val="0"/>
          <w:i w:val="0"/>
          <w:color w:val="333333"/>
          <w:sz w:val="19"/>
        </w:rPr>
        <w:t>= 1/2· 3√(3)·33/10</w:t>
      </w:r>
    </w:p>
    <w:p>
      <w:pPr>
        <w:spacing w:before="0" w:after="80" w:line="300" w:lineRule="auto"/>
        <w:jc w:val="left"/>
      </w:pPr>
      <w:r>
        <w:rPr>
          <w:rFonts w:ascii="Times New Roman" w:hAnsi="Times New Roman" w:eastAsia="宋体"/>
          <w:b w:val="0"/>
          <w:i w:val="0"/>
          <w:color w:val="333333"/>
          <w:sz w:val="19"/>
        </w:rPr>
        <w:t>= (99√(3))/20.</w:t>
      </w:r>
    </w:p>
    <w:p>
      <w:pPr>
        <w:spacing w:before="0" w:after="80" w:line="300" w:lineRule="auto"/>
        <w:jc w:val="left"/>
      </w:pPr>
      <w:r>
        <w:rPr>
          <w:rFonts w:ascii="Times New Roman" w:hAnsi="Times New Roman" w:eastAsia="宋体"/>
          <w:b w:val="0"/>
          <w:i w:val="0"/>
          <w:color w:val="333333"/>
          <w:sz w:val="19"/>
        </w:rPr>
        <w:t>So a = 99, b = 3, c = 20, and a + b + c = 122.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因为 f(n) = (d(n))/(n^(1/3)) 是乘法函数，它的值可按质数幂分解为各个 pᵉ | n 所对应的项 (e + 1)/(p^(e/3)) 的乘积。我们分别最大化每一项。</w:t>
      </w:r>
    </w:p>
    <w:p>
      <w:pPr>
        <w:spacing w:before="0" w:after="80" w:line="300" w:lineRule="auto"/>
        <w:jc w:val="left"/>
      </w:pPr>
      <w:r>
        <w:rPr>
          <w:rFonts w:ascii="Times New Roman" w:hAnsi="Times New Roman" w:eastAsia="宋体"/>
          <w:b w:val="0"/>
          <w:i w:val="0"/>
          <w:sz w:val="21"/>
        </w:rPr>
        <w:t>设 gₚ(e)=e+1/(p^(e/3))，则 (gₚ(e+1))/(gₚ(e))=e+2/e+1p^(-1/3)。这个比值随 e 递减，所以只要看它第一次小于 1 的位置，就能确定唯一的最大值。由此得到：对 p=2 取 e=3；对 p=3 取 e=2；对 p=5,7 取 e=1；而对每个质数 p≥11 取 e=0。</w:t>
      </w:r>
    </w:p>
    <w:p>
      <w:pPr>
        <w:spacing w:before="0" w:after="80" w:line="300" w:lineRule="auto"/>
        <w:jc w:val="left"/>
      </w:pPr>
      <w:r>
        <w:rPr>
          <w:rFonts w:ascii="Times New Roman" w:hAnsi="Times New Roman" w:eastAsia="宋体"/>
          <w:b w:val="0"/>
          <w:i w:val="0"/>
          <w:sz w:val="21"/>
        </w:rPr>
        <w:t>因此 N = 2³· 3²· 5· 7 = 2520，其数字和为 2 + 5 + 2 + 0 = 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f(n) = (d(n))/(n^(1/3)) is multiplicative, its value factors over prime powers as a product of terms (e + 1)/(p^(e/3)) for each prime power pᵉ | n. We maximize each term separately.</w:t>
      </w:r>
    </w:p>
    <w:p>
      <w:pPr>
        <w:spacing w:before="0" w:after="80" w:line="300" w:lineRule="auto"/>
        <w:jc w:val="left"/>
      </w:pPr>
      <w:r>
        <w:rPr>
          <w:rFonts w:ascii="Times New Roman" w:hAnsi="Times New Roman" w:eastAsia="宋体"/>
          <w:b w:val="0"/>
          <w:i w:val="0"/>
          <w:color w:val="333333"/>
          <w:sz w:val="19"/>
        </w:rPr>
        <w:t>If gₚ(e)=e+1/(p^(e/3)), then (gₚ(e+1))/(gₚ(e))=e+2/e+1p^(-1/3). This ratio decreases with e, so checking where it first falls below 1 finds the unique maximum. It gives e=3 for p=2, e=2 for p=3, e=1 for p=5,7, and e=0 for every prime p≥11.</w:t>
      </w:r>
    </w:p>
    <w:p>
      <w:pPr>
        <w:spacing w:before="0" w:after="80" w:line="300" w:lineRule="auto"/>
        <w:jc w:val="left"/>
      </w:pPr>
      <w:r>
        <w:rPr>
          <w:rFonts w:ascii="Times New Roman" w:hAnsi="Times New Roman" w:eastAsia="宋体"/>
          <w:b w:val="0"/>
          <w:i w:val="0"/>
          <w:color w:val="333333"/>
          <w:sz w:val="19"/>
        </w:rPr>
        <w:t>Hence N = 2³· 3²· 5· 7 = 2520, whose digit sum is 2 + 5 + 2 + 0 =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