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2020B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下列表达式的最简值是多少？</w:t>
      </w:r>
    </w:p>
    <w:p>
      <w:pPr>
        <w:spacing w:before="0" w:after="80" w:line="300" w:lineRule="auto"/>
        <w:jc w:val="left"/>
      </w:pPr>
      <w:r>
        <w:rPr>
          <w:rFonts w:ascii="Times New Roman" w:hAnsi="Times New Roman" w:eastAsia="宋体"/>
          <w:b w:val="0"/>
          <w:i w:val="0"/>
          <w:sz w:val="21"/>
        </w:rPr>
        <w:t>√(1) + √(1+3) + √(1+3+5)</w:t>
      </w:r>
    </w:p>
    <w:p>
      <w:pPr>
        <w:spacing w:before="0" w:after="80" w:line="300" w:lineRule="auto"/>
        <w:jc w:val="left"/>
      </w:pPr>
      <w:r>
        <w:rPr>
          <w:rFonts w:ascii="Times New Roman" w:hAnsi="Times New Roman" w:eastAsia="宋体"/>
          <w:b w:val="0"/>
          <w:i w:val="0"/>
          <w:sz w:val="21"/>
        </w:rPr>
        <w:t>+ √(1+3+5+7)</w:t>
      </w:r>
    </w:p>
    <w:p>
      <w:pPr>
        <w:spacing w:before="0" w:after="120" w:line="300" w:lineRule="auto"/>
      </w:pPr>
      <w:r>
        <w:rPr>
          <w:rFonts w:ascii="Times New Roman" w:hAnsi="Times New Roman" w:eastAsia="宋体"/>
          <w:b w:val="0"/>
          <w:i w:val="0"/>
          <w:sz w:val="21"/>
        </w:rPr>
        <w:t>（A）5　　（B）4 + √(7) + √(10)　　（C）10　　（D）15　　（E）4 + 3√(3) + 2√(5) + √(7)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in simplest form of the following expression?</w:t>
      </w:r>
    </w:p>
    <w:p>
      <w:pPr>
        <w:spacing w:before="0" w:after="80" w:line="300" w:lineRule="auto"/>
        <w:jc w:val="left"/>
      </w:pPr>
      <w:r>
        <w:rPr>
          <w:rFonts w:ascii="Times New Roman" w:hAnsi="Times New Roman" w:eastAsia="宋体"/>
          <w:b w:val="0"/>
          <w:i w:val="0"/>
          <w:color w:val="333333"/>
          <w:sz w:val="19"/>
        </w:rPr>
        <w:t>√(1) + √(1+3) + √(1+3+5)</w:t>
      </w:r>
    </w:p>
    <w:p>
      <w:pPr>
        <w:spacing w:before="0" w:after="80" w:line="300" w:lineRule="auto"/>
        <w:jc w:val="left"/>
      </w:pPr>
      <w:r>
        <w:rPr>
          <w:rFonts w:ascii="Times New Roman" w:hAnsi="Times New Roman" w:eastAsia="宋体"/>
          <w:b w:val="0"/>
          <w:i w:val="0"/>
          <w:color w:val="333333"/>
          <w:sz w:val="19"/>
        </w:rPr>
        <w:t>+ √(1+3+5+7)</w:t>
      </w:r>
    </w:p>
    <w:p>
      <w:pPr>
        <w:spacing w:before="0" w:after="160" w:line="300" w:lineRule="auto"/>
      </w:pPr>
      <w:r>
        <w:rPr>
          <w:rFonts w:ascii="Times New Roman" w:hAnsi="Times New Roman" w:eastAsia="宋体"/>
          <w:b w:val="0"/>
          <w:i w:val="0"/>
          <w:color w:val="333333"/>
          <w:sz w:val="19"/>
        </w:rPr>
        <w:t>(A) 5　　(B) 4 + √(7) + √(10)　　(C) 10　　(D) 15　　(E) 4 + 3√(3) + 2√(5) + √(7)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(100² - 7²)/(70² - 11²) · ((70 - 11)(70 + 11))/((100 - 7)(100 + 7))</w:t>
      </w:r>
    </w:p>
    <w:p>
      <w:pPr>
        <w:spacing w:before="0" w:after="120" w:line="300" w:lineRule="auto"/>
      </w:pPr>
      <w:r>
        <w:rPr>
          <w:rFonts w:ascii="Times New Roman" w:hAnsi="Times New Roman" w:eastAsia="宋体"/>
          <w:b w:val="0"/>
          <w:i w:val="0"/>
          <w:sz w:val="21"/>
        </w:rPr>
        <w:t>（A）1　　（B）9951/9950　　（C）4780/4779　　（D）108/107　　（E）81/80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(100² - 7²)/(70² - 11²) · ((70 - 11)(70 + 11))/((100 - 7)(100 + 7))</w:t>
      </w:r>
    </w:p>
    <w:p>
      <w:pPr>
        <w:spacing w:before="0" w:after="160" w:line="300" w:lineRule="auto"/>
      </w:pPr>
      <w:r>
        <w:rPr>
          <w:rFonts w:ascii="Times New Roman" w:hAnsi="Times New Roman" w:eastAsia="宋体"/>
          <w:b w:val="0"/>
          <w:i w:val="0"/>
          <w:color w:val="333333"/>
          <w:sz w:val="19"/>
        </w:rPr>
        <w:t>(A) 1　　(B) 9951/9950　　(C) 4780/4779　　(D) 108/107　　(E) 81/80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w 与 x 的比为 4: 3，y 与 z 的比为 3: 2，且 z 与 x 的比为 1: 6。w 与 y 的比是多少？</w:t>
      </w:r>
    </w:p>
    <w:p>
      <w:pPr>
        <w:spacing w:before="0" w:after="120" w:line="300" w:lineRule="auto"/>
      </w:pPr>
      <w:r>
        <w:rPr>
          <w:rFonts w:ascii="Times New Roman" w:hAnsi="Times New Roman" w:eastAsia="宋体"/>
          <w:b w:val="0"/>
          <w:i w:val="0"/>
          <w:sz w:val="21"/>
        </w:rPr>
        <w:t>（A）4: 3　　（B）3: 2　　（C）8: 3　　（D）4: 1　　（E）16: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w to x is 4: 3, the ratio of y to z is 3: 2, and the ratio of z to x is 1: 6. What is the ratio of w to y?</w:t>
      </w:r>
    </w:p>
    <w:p>
      <w:pPr>
        <w:spacing w:before="0" w:after="160" w:line="300" w:lineRule="auto"/>
      </w:pPr>
      <w:r>
        <w:rPr>
          <w:rFonts w:ascii="Times New Roman" w:hAnsi="Times New Roman" w:eastAsia="宋体"/>
          <w:b w:val="0"/>
          <w:i w:val="0"/>
          <w:color w:val="333333"/>
          <w:sz w:val="19"/>
        </w:rPr>
        <w:t>(A) 4: 3　　(B) 3: 2　　(C) 8: 3　　(D) 4: 1　　(E) 16: 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一个直角三角形的两个锐角分别是 a° 和 b°，其中 a &gt; b，且 a 和 b 都是质数。b 的最小可能值是多少？</w:t>
      </w:r>
    </w:p>
    <w:p>
      <w:pPr>
        <w:spacing w:before="0" w:after="120" w:line="300" w:lineRule="auto"/>
      </w:pPr>
      <w:r>
        <w:rPr>
          <w:rFonts w:ascii="Times New Roman" w:hAnsi="Times New Roman" w:eastAsia="宋体"/>
          <w:b w:val="0"/>
          <w:i w:val="0"/>
          <w:sz w:val="21"/>
        </w:rPr>
        <w:t>（A）2　　（B）3　　（C）5　　（D）7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acute angles of a right triangle are a° and b°, where a &gt; b and both a and b are prime numbers. What is the least possible value of b?</w:t>
      </w:r>
    </w:p>
    <w:p>
      <w:pPr>
        <w:spacing w:before="0" w:after="160" w:line="300" w:lineRule="auto"/>
      </w:pPr>
      <w:r>
        <w:rPr>
          <w:rFonts w:ascii="Times New Roman" w:hAnsi="Times New Roman" w:eastAsia="宋体"/>
          <w:b w:val="0"/>
          <w:i w:val="0"/>
          <w:color w:val="333333"/>
          <w:sz w:val="19"/>
        </w:rPr>
        <w:t>(A) 2　　(B) 3　　(C) 5　　(D) 7　　(E) 11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 队和 B 队在一个篮球联赛中比赛，每场比赛必有一队胜、一队负。A 队赢了自己所有比赛的 2/3，B 队赢了自己所有比赛的 5/8。此外，B 队比 A 队多赢 7 场，也多输 7 场。A 队一共打了多少场比赛？</w:t>
      </w:r>
    </w:p>
    <w:p>
      <w:pPr>
        <w:spacing w:before="0" w:after="120" w:line="300" w:lineRule="auto"/>
      </w:pPr>
      <w:r>
        <w:rPr>
          <w:rFonts w:ascii="Times New Roman" w:hAnsi="Times New Roman" w:eastAsia="宋体"/>
          <w:b w:val="0"/>
          <w:i w:val="0"/>
          <w:sz w:val="21"/>
        </w:rPr>
        <w:t>（A）21　　（B）27　　（C）42　　（D）48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Teams A and B are playing in a basketball league where each game results in a win for one team and a loss for the other team. Team A has won 2/3 of its games and team B has won 5/8 of its games. Also, team B has won 7 more games and lost 7 more games than team A. How many games has team A played?</w:t>
      </w:r>
    </w:p>
    <w:p>
      <w:pPr>
        <w:spacing w:before="0" w:after="160" w:line="300" w:lineRule="auto"/>
      </w:pPr>
      <w:r>
        <w:rPr>
          <w:rFonts w:ascii="Times New Roman" w:hAnsi="Times New Roman" w:eastAsia="宋体"/>
          <w:b w:val="0"/>
          <w:i w:val="0"/>
          <w:color w:val="333333"/>
          <w:sz w:val="19"/>
        </w:rPr>
        <w:t>(A) 21　　(B) 27　　(C) 42　　(D) 48　　(E) 63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对所有整数 n ≥ 9，</w:t>
      </w:r>
    </w:p>
    <w:p>
      <w:pPr>
        <w:spacing w:before="0" w:after="80" w:line="300" w:lineRule="auto"/>
        <w:jc w:val="left"/>
      </w:pPr>
      <w:r>
        <w:rPr>
          <w:rFonts w:ascii="Times New Roman" w:hAnsi="Times New Roman" w:eastAsia="宋体"/>
          <w:b w:val="0"/>
          <w:i w:val="0"/>
          <w:sz w:val="21"/>
        </w:rPr>
        <w:t>((n + 2)! - (n + 1)!)/(n!)</w:t>
      </w:r>
    </w:p>
    <w:p>
      <w:pPr>
        <w:spacing w:before="0" w:after="80" w:line="300" w:lineRule="auto"/>
        <w:jc w:val="left"/>
      </w:pPr>
      <w:r>
        <w:rPr>
          <w:rFonts w:ascii="Times New Roman" w:hAnsi="Times New Roman" w:eastAsia="宋体"/>
          <w:b w:val="0"/>
          <w:i w:val="0"/>
          <w:sz w:val="21"/>
        </w:rPr>
        <w:t>的值总是下列哪一种？</w:t>
      </w:r>
    </w:p>
    <w:p>
      <w:pPr>
        <w:spacing w:before="0" w:after="120" w:line="300" w:lineRule="auto"/>
      </w:pPr>
      <w:r>
        <w:rPr>
          <w:rFonts w:ascii="Times New Roman" w:hAnsi="Times New Roman" w:eastAsia="宋体"/>
          <w:b w:val="0"/>
          <w:i w:val="0"/>
          <w:sz w:val="21"/>
        </w:rPr>
        <w:t>（A）4 的倍数　　（B）10 的倍数　　（C）质数　　（D）完全平方数　　（E）完全立方数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integers n ≥ 9, the value of</w:t>
      </w:r>
    </w:p>
    <w:p>
      <w:pPr>
        <w:spacing w:before="0" w:after="80" w:line="300" w:lineRule="auto"/>
        <w:jc w:val="left"/>
      </w:pPr>
      <w:r>
        <w:rPr>
          <w:rFonts w:ascii="Times New Roman" w:hAnsi="Times New Roman" w:eastAsia="宋体"/>
          <w:b w:val="0"/>
          <w:i w:val="0"/>
          <w:color w:val="333333"/>
          <w:sz w:val="19"/>
        </w:rPr>
        <w:t>((n + 2)! - (n + 1)!)/(n!)</w:t>
      </w:r>
    </w:p>
    <w:p>
      <w:pPr>
        <w:spacing w:before="0" w:after="80" w:line="300" w:lineRule="auto"/>
        <w:jc w:val="left"/>
      </w:pPr>
      <w:r>
        <w:rPr>
          <w:rFonts w:ascii="Times New Roman" w:hAnsi="Times New Roman" w:eastAsia="宋体"/>
          <w:b w:val="0"/>
          <w:i w:val="0"/>
          <w:color w:val="333333"/>
          <w:sz w:val="19"/>
        </w:rPr>
        <w:t>is always which of the following?</w:t>
      </w:r>
    </w:p>
    <w:p>
      <w:pPr>
        <w:spacing w:before="0" w:after="160" w:line="300" w:lineRule="auto"/>
      </w:pPr>
      <w:r>
        <w:rPr>
          <w:rFonts w:ascii="Times New Roman" w:hAnsi="Times New Roman" w:eastAsia="宋体"/>
          <w:b w:val="0"/>
          <w:i w:val="0"/>
          <w:color w:val="333333"/>
          <w:sz w:val="19"/>
        </w:rPr>
        <w:t>(A) a multiple of 4　　(B) a multiple of 10　　(C) a prime number　　(D) a perfect square　　(E) a perfect cube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xy-坐标平面中两条既不水平也不竖直的直线相交，形成一个 45° 角。其中一条直线的斜率等于另一条直线斜率的 6 倍。这两条直线斜率乘积的最大可能值是多少？</w:t>
      </w:r>
    </w:p>
    <w:p>
      <w:pPr>
        <w:spacing w:before="0" w:after="120" w:line="300" w:lineRule="auto"/>
      </w:pPr>
      <w:r>
        <w:rPr>
          <w:rFonts w:ascii="Times New Roman" w:hAnsi="Times New Roman" w:eastAsia="宋体"/>
          <w:b w:val="0"/>
          <w:i w:val="0"/>
          <w:sz w:val="21"/>
        </w:rPr>
        <w:t>（A）1/6　　（B）2/3　　（C）3/2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nonhorizontal, non-vertical lines in the xy-coordinate plane intersect to form a 45° angle. One line has slope equal to 6 times the slope of the other line. What is the greatest possible value of the product of the slopes of the two lines?</w:t>
      </w:r>
    </w:p>
    <w:p>
      <w:pPr>
        <w:spacing w:before="0" w:after="160" w:line="300" w:lineRule="auto"/>
      </w:pPr>
      <w:r>
        <w:rPr>
          <w:rFonts w:ascii="Times New Roman" w:hAnsi="Times New Roman" w:eastAsia="宋体"/>
          <w:b w:val="0"/>
          <w:i w:val="0"/>
          <w:color w:val="333333"/>
          <w:sz w:val="19"/>
        </w:rPr>
        <w:t>(A) 1/6　　(B) 2/3　　(C) 3/2　　(D) 3　　(E) 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有多少个整数有序对 (x, y) 满足方程</w:t>
      </w:r>
    </w:p>
    <w:p>
      <w:pPr>
        <w:spacing w:before="0" w:after="80" w:line="300" w:lineRule="auto"/>
        <w:jc w:val="left"/>
      </w:pPr>
      <w:r>
        <w:rPr>
          <w:rFonts w:ascii="Times New Roman" w:hAnsi="Times New Roman" w:eastAsia="宋体"/>
          <w:b w:val="0"/>
          <w:i w:val="0"/>
          <w:sz w:val="21"/>
        </w:rPr>
        <w:t>x²⁰²⁰ + y² = 2y？</w:t>
      </w:r>
    </w:p>
    <w:p>
      <w:pPr>
        <w:spacing w:before="0" w:after="120" w:line="300" w:lineRule="auto"/>
      </w:pPr>
      <w:r>
        <w:rPr>
          <w:rFonts w:ascii="Times New Roman" w:hAnsi="Times New Roman" w:eastAsia="宋体"/>
          <w:b w:val="0"/>
          <w:i w:val="0"/>
          <w:sz w:val="21"/>
        </w:rPr>
        <w:t>（A）1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integers (x, y) satisfy the equation</w:t>
      </w:r>
    </w:p>
    <w:p>
      <w:pPr>
        <w:spacing w:before="0" w:after="80" w:line="300" w:lineRule="auto"/>
        <w:jc w:val="left"/>
      </w:pPr>
      <w:r>
        <w:rPr>
          <w:rFonts w:ascii="Times New Roman" w:hAnsi="Times New Roman" w:eastAsia="宋体"/>
          <w:b w:val="0"/>
          <w:i w:val="0"/>
          <w:color w:val="333333"/>
          <w:sz w:val="19"/>
        </w:rPr>
        <w:t>x²⁰²⁰ + y² = 2y?</w:t>
      </w:r>
    </w:p>
    <w:p>
      <w:pPr>
        <w:spacing w:before="0" w:after="160" w:line="300" w:lineRule="auto"/>
      </w:pPr>
      <w:r>
        <w:rPr>
          <w:rFonts w:ascii="Times New Roman" w:hAnsi="Times New Roman" w:eastAsia="宋体"/>
          <w:b w:val="0"/>
          <w:i w:val="0"/>
          <w:color w:val="333333"/>
          <w:sz w:val="19"/>
        </w:rPr>
        <w:t>(A) 1　　(B) 2　　(C) 3　　(D) 4　　(E) infinitely many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一个半径为 4 英寸的圆的四分之三扇形及其内部，可以沿图中所示的两条半径粘合卷成一个直圆锥的侧面。这个圆锥的体积是多少立方英寸？</w:t>
      </w:r>
    </w:p>
    <w:p>
      <w:pPr>
        <w:spacing w:before="80" w:after="80"/>
        <w:jc w:val="center"/>
      </w:pPr>
      <w:r>
        <w:drawing>
          <wp:inline xmlns:a="http://schemas.openxmlformats.org/drawingml/2006/main" xmlns:pic="http://schemas.openxmlformats.org/drawingml/2006/picture">
            <wp:extent cx="2028699" cy="2028700"/>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028699" cy="2028700"/>
                    </a:xfrm>
                    <a:prstGeom prst="rect"/>
                  </pic:spPr>
                </pic:pic>
              </a:graphicData>
            </a:graphic>
          </wp:inline>
        </w:drawing>
      </w:r>
    </w:p>
    <w:p>
      <w:pPr>
        <w:spacing w:before="0" w:after="120" w:line="300" w:lineRule="auto"/>
      </w:pPr>
      <w:r>
        <w:rPr>
          <w:rFonts w:ascii="Times New Roman" w:hAnsi="Times New Roman" w:eastAsia="宋体"/>
          <w:b w:val="0"/>
          <w:i w:val="0"/>
          <w:sz w:val="21"/>
        </w:rPr>
        <w:t>（A）3π √(5)　　（B）4π √(3)　　（C）3π √(7)　　（D）6π √(3)　　（E）6π √(7)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three-quarter sector of a circle of radius 4 inches together with its interior can be rolled up to form the lateral surface of a right circular cone by taping together along the two radii shown. What is the volume of the cone in cubic inches?</w:t>
      </w:r>
    </w:p>
    <w:p>
      <w:pPr>
        <w:spacing w:before="80" w:after="80"/>
        <w:jc w:val="center"/>
      </w:pPr>
      <w:r>
        <w:drawing>
          <wp:inline xmlns:a="http://schemas.openxmlformats.org/drawingml/2006/main" xmlns:pic="http://schemas.openxmlformats.org/drawingml/2006/picture">
            <wp:extent cx="2028699" cy="2028700"/>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028699" cy="2028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3π √(5)　　(B) 4π √(3)　　(C) 3π √(7)　　(D) 6π √(3)　　(E) 6π √(7)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在单位正方形 ABCD 中，内切圆 ω 与 CD 相交于 M，AM 与 ω 还相交于不同于 M 的点 P。AP 等于多少？</w:t>
      </w:r>
    </w:p>
    <w:p>
      <w:pPr>
        <w:spacing w:before="0" w:after="120" w:line="300" w:lineRule="auto"/>
      </w:pPr>
      <w:r>
        <w:rPr>
          <w:rFonts w:ascii="Times New Roman" w:hAnsi="Times New Roman" w:eastAsia="宋体"/>
          <w:b w:val="0"/>
          <w:i w:val="0"/>
          <w:sz w:val="21"/>
        </w:rPr>
        <w:t>（A）(√(5))/12　　（B）(√(5))/10　　（C）(√(5))/9　　（D）(√(5))/8　　（E）(2√(5))/15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unit square ABCD, the inscribed circle ω intersects CD at M, and AM intersects ω at a point P different from M. What is AP?</w:t>
      </w:r>
    </w:p>
    <w:p>
      <w:pPr>
        <w:spacing w:before="0" w:after="160" w:line="300" w:lineRule="auto"/>
      </w:pPr>
      <w:r>
        <w:rPr>
          <w:rFonts w:ascii="Times New Roman" w:hAnsi="Times New Roman" w:eastAsia="宋体"/>
          <w:b w:val="0"/>
          <w:i w:val="0"/>
          <w:color w:val="333333"/>
          <w:sz w:val="19"/>
        </w:rPr>
        <w:t>(A) (√(5))/12　　(B) (√(5))/10　　(C) (√(5))/9　　(D) (√(5))/8　　(E) (2√(5))/15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如下图，六个半圆位于边长为 2 的正六边形内部，且这些半圆的直径分别与六边形的各边重合。阴影区域在六边形内部、但在所有半圆外部。阴影区域的面积是多少？</w:t>
      </w:r>
    </w:p>
    <w:p>
      <w:pPr>
        <w:spacing w:before="80" w:after="80"/>
        <w:jc w:val="center"/>
      </w:pPr>
      <w:r>
        <w:drawing>
          <wp:inline xmlns:a="http://schemas.openxmlformats.org/drawingml/2006/main" xmlns:pic="http://schemas.openxmlformats.org/drawingml/2006/picture">
            <wp:extent cx="2316795" cy="2008188"/>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316795" cy="2008188"/>
                    </a:xfrm>
                    <a:prstGeom prst="rect"/>
                  </pic:spPr>
                </pic:pic>
              </a:graphicData>
            </a:graphic>
          </wp:inline>
        </w:drawing>
      </w:r>
    </w:p>
    <w:p>
      <w:pPr>
        <w:spacing w:before="0" w:after="120" w:line="300" w:lineRule="auto"/>
      </w:pPr>
      <w:r>
        <w:rPr>
          <w:rFonts w:ascii="Times New Roman" w:hAnsi="Times New Roman" w:eastAsia="宋体"/>
          <w:b w:val="0"/>
          <w:i w:val="0"/>
          <w:sz w:val="21"/>
        </w:rPr>
        <w:t>（A）6√(3) - 3π　　（B）(9√(3))/2 - 2π　　（C）(3√(3))/2 - π/3　　（D）3√(3) - π　　（E）(9√(3))/2 -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below, six semicircles lie in the interior of a regular hexagon with side length 2 so that the diameters of the semicircles coincide with the sides of the hexagon. What is the area of the shaded region—inside the hexagon but outside all of the semicircles?</w:t>
      </w:r>
    </w:p>
    <w:p>
      <w:pPr>
        <w:spacing w:before="80" w:after="80"/>
        <w:jc w:val="center"/>
      </w:pPr>
      <w:r>
        <w:drawing>
          <wp:inline xmlns:a="http://schemas.openxmlformats.org/drawingml/2006/main" xmlns:pic="http://schemas.openxmlformats.org/drawingml/2006/picture">
            <wp:extent cx="2316795" cy="2008188"/>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316795" cy="20081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6√(3) - 3π　　(B) (9√(3))/2 - 2π　　(C) (3√(3))/2 - π/3　　(D) 3√(3) - π　　(E) (9√(3))/2 - π</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AB 是半径为 5√(2) 的圆的一条直径。CD 是圆中的一条弦，与 AB 相交于点 E，且满足 BE = 2√(5)、∠ AEC = 45°。求 CE² + DE²。</w:t>
      </w:r>
    </w:p>
    <w:p>
      <w:pPr>
        <w:spacing w:before="0" w:after="120" w:line="300" w:lineRule="auto"/>
      </w:pPr>
      <w:r>
        <w:rPr>
          <w:rFonts w:ascii="Times New Roman" w:hAnsi="Times New Roman" w:eastAsia="宋体"/>
          <w:b w:val="0"/>
          <w:i w:val="0"/>
          <w:sz w:val="21"/>
        </w:rPr>
        <w:t>（A）96　　（B）98　　（C）44√(5)　　（D）70√(2)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 be a diameter in a circle of radius 5√(2). Let CD be a chord in the circle that intersects AB at a point E such that BE = 2√(5) and ∠ AEC = 45°. What is CE² + DE²?</w:t>
      </w:r>
    </w:p>
    <w:p>
      <w:pPr>
        <w:spacing w:before="0" w:after="160" w:line="300" w:lineRule="auto"/>
      </w:pPr>
      <w:r>
        <w:rPr>
          <w:rFonts w:ascii="Times New Roman" w:hAnsi="Times New Roman" w:eastAsia="宋体"/>
          <w:b w:val="0"/>
          <w:i w:val="0"/>
          <w:color w:val="333333"/>
          <w:sz w:val="19"/>
        </w:rPr>
        <w:t>(A) 96　　(B) 98　　(C) 44√(5)　　(D) 70√(2)　　(E) 100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下列哪一个等于表达式 √(log₂ 6 + log₃ 6)？</w:t>
      </w:r>
    </w:p>
    <w:p>
      <w:pPr>
        <w:spacing w:before="0" w:after="120" w:line="300" w:lineRule="auto"/>
      </w:pPr>
      <w:r>
        <w:rPr>
          <w:rFonts w:ascii="Times New Roman" w:hAnsi="Times New Roman" w:eastAsia="宋体"/>
          <w:b w:val="0"/>
          <w:i w:val="0"/>
          <w:sz w:val="21"/>
        </w:rPr>
        <w:t>（A）1　　（B）√(log₅ 6)　　（C）2　　（D）√(log₂ 3) + √(log₃ 2)　　（E）√(log₂ 6) + √(log₃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value of √(log₂ 6 + log₃ 6)?</w:t>
      </w:r>
    </w:p>
    <w:p>
      <w:pPr>
        <w:spacing w:before="0" w:after="160" w:line="300" w:lineRule="auto"/>
      </w:pPr>
      <w:r>
        <w:rPr>
          <w:rFonts w:ascii="Times New Roman" w:hAnsi="Times New Roman" w:eastAsia="宋体"/>
          <w:b w:val="0"/>
          <w:i w:val="0"/>
          <w:color w:val="333333"/>
          <w:sz w:val="19"/>
        </w:rPr>
        <w:t>(A) 1　　(B) √(log₅ 6)　　(C) 2　　(D) √(log₂ 3) + √(log₃ 2)　　(E) √(log₂ 6) + √(log₃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Bela 和 Jenn 在实数轴闭区间 [0, n] 上玩如下游戏，其中 n 是大于 4 的固定整数。两人轮流行动，Bela 先手。Bela 第一次可以在区间 [0, n] 中任选一个实数。此后，轮到的玩家必须选择一个与此前任一玩家选过的所有数都相距大于一的实数。无法选择者失败。在最优策略下，谁会获胜？</w:t>
      </w:r>
    </w:p>
    <w:p>
      <w:pPr>
        <w:spacing w:before="0" w:after="120" w:line="300" w:lineRule="auto"/>
      </w:pPr>
      <w:r>
        <w:rPr>
          <w:rFonts w:ascii="Times New Roman" w:hAnsi="Times New Roman" w:eastAsia="宋体"/>
          <w:b w:val="0"/>
          <w:i w:val="0"/>
          <w:sz w:val="21"/>
        </w:rPr>
        <w:t>（A）Bela 总会获胜。　　（B）Jenn 总会获胜。　　（C）Bela 获胜当且仅当 n 为奇数。　　（D）Jenn 获胜当且仅当 n 为奇数。　　（E）Jenn 获胜当且仅当 n &gt; 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Bela and Jenn play the following game on the closed interval [0, n] of the real number line, where n is a fixed integer greater than 4. They take turns playing, with Bela going first. At his first turn, Bela chooses any real number in the interval [0, n]. Thereafter, the player whose turn it is chooses a real number that is more than one unit away from all numbers previously chosen by either player. A player unable to choose such a number loses. Using optimal strategy, which player will win the game?</w:t>
      </w:r>
    </w:p>
    <w:p>
      <w:pPr>
        <w:spacing w:before="0" w:after="160" w:line="300" w:lineRule="auto"/>
      </w:pPr>
      <w:r>
        <w:rPr>
          <w:rFonts w:ascii="Times New Roman" w:hAnsi="Times New Roman" w:eastAsia="宋体"/>
          <w:b w:val="0"/>
          <w:i w:val="0"/>
          <w:color w:val="333333"/>
          <w:sz w:val="19"/>
        </w:rPr>
        <w:t>(A) Bela will always win.　　(B) Jenn will always win.　　(C) Bela will win if and only if n is odd.　　(D) Jenn will win if and only if n is odd.　　(E) Jenn will win if and only if n &gt;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10 个人等间隔地站成一圈。每个人恰好认识其他 9 个人中的 3 个：站在其两侧的 2 个人，以及正对面的人。将这 10 个人分成 5 对，且每对的两人互相认识，一共有多少种分法？</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 people standing equally spaced around a circle. Each person knows exactly 3 of the other 9 people: the 2 people standing next to her or him, as well as the person directly across the circle. How many ways are there for the 10 people to split up into 5 pairs so that the members of each pair know each other?</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一个罐子中有一个红球和一个蓝球，旁边有一盒额外的红球和蓝球。George 重复如下操作四次：从罐子中随机取出一个球，然后从盒中取一个相同颜色的球，把这两个同色球都放回罐子。四次操作后，罐子中有六个球。罐子中红球和蓝球各有三个的概率是多少？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urn contains one red ball and one blue ball. A box of extra red and blue balls lies nearby. George performs the following operation four times: he draws a ball from the urn at random and then takes a ball of the same color from the box and returns those two matching balls to the urn. After the four iterations the urn contains six balls. What is the probability that the urn contains three balls of each color?</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有多少个形如 x⁵ + ax⁴ + bx³ + cx² + dx + 2020 的多项式，其中 a，b，c 和 d 都是实数，满足如下性质：只要 r 是一个根，那么 (-1 + i√(3))/2· r 也是一个根？（注：i = √(-1)。）</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polynomials of the form x⁵ + ax⁴ + bx³ + cx² + dx + 2020, where a, b, c, and d are real numbers, have the property that whenever r is a root, so is (-1 + i√(3))/2· r? (Note that i = √(-1).)</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在正方形 ABCD 中，点 E 和 H 分别在 AB 和 DA 上，且 AE = AH。点 F 和 G 分别在 BC 和 CD 上，点 I 和 J 在 EH 上，并满足 FI ⊥ EH、GJ ⊥ EH。见下图。三角形 AEH、四边形 BFIE、四边形 DHJG 和五边形 FCGJI 的面积都为 1。求 FI²。</w:t>
      </w:r>
    </w:p>
    <w:p>
      <w:pPr>
        <w:spacing w:before="80" w:after="80"/>
        <w:jc w:val="center"/>
      </w:pPr>
      <w:r>
        <w:drawing>
          <wp:inline xmlns:a="http://schemas.openxmlformats.org/drawingml/2006/main" xmlns:pic="http://schemas.openxmlformats.org/drawingml/2006/picture">
            <wp:extent cx="1971504" cy="1927213"/>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971504" cy="1927213"/>
                    </a:xfrm>
                    <a:prstGeom prst="rect"/>
                  </pic:spPr>
                </pic:pic>
              </a:graphicData>
            </a:graphic>
          </wp:inline>
        </w:drawing>
      </w:r>
    </w:p>
    <w:p>
      <w:pPr>
        <w:spacing w:before="0" w:after="120" w:line="300" w:lineRule="auto"/>
      </w:pPr>
      <w:r>
        <w:rPr>
          <w:rFonts w:ascii="Times New Roman" w:hAnsi="Times New Roman" w:eastAsia="宋体"/>
          <w:b w:val="0"/>
          <w:i w:val="0"/>
          <w:sz w:val="21"/>
        </w:rPr>
        <w:t>（A）7/3　　（B）8 - 4√(2)　　（C）1 + √(2)　　（D）7/4 √(2)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square ABCD, points E and H lie on AB and DA, respectively, so that AE = AH. Points F and G lie on BC and CD, respectively, and points I and J lie on EH so that FI ⊥ EH and GJ ⊥ EH. See the figure below. Triangle AEH, quadrilateral BFIE, quadrilateral DHJG, and pentagon FCGJI each has area 1. What is FI²?</w:t>
      </w:r>
    </w:p>
    <w:p>
      <w:pPr>
        <w:spacing w:before="80" w:after="80"/>
        <w:jc w:val="center"/>
      </w:pPr>
      <w:r>
        <w:drawing>
          <wp:inline xmlns:a="http://schemas.openxmlformats.org/drawingml/2006/main" xmlns:pic="http://schemas.openxmlformats.org/drawingml/2006/picture">
            <wp:extent cx="1971504" cy="1927213"/>
            <wp:docPr id="6" name="Picture 6"/>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971504" cy="19272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7/3　　(B) 8 - 4√(2)　　(C) 1 + √(2)　　(D) 7/4 √(2)　　(E) 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坐标平面中的正方形 ABCD 的顶点为 A(1, 1)、B(-1, 1)、C(-1, -1) 和 D(1, -1)。考虑以下四个变换：</w:t>
      </w:r>
    </w:p>
    <w:p>
      <w:pPr>
        <w:spacing w:before="0" w:after="80" w:line="300" w:lineRule="auto"/>
        <w:jc w:val="left"/>
      </w:pPr>
      <w:r>
        <w:rPr>
          <w:rFonts w:ascii="Times New Roman" w:hAnsi="Times New Roman" w:eastAsia="宋体"/>
          <w:b w:val="0"/>
          <w:i w:val="0"/>
          <w:sz w:val="21"/>
        </w:rPr>
        <w:t>L，绕原点逆时针旋转 90°；</w:t>
      </w:r>
    </w:p>
    <w:p>
      <w:pPr>
        <w:spacing w:before="0" w:after="80" w:line="300" w:lineRule="auto"/>
        <w:jc w:val="left"/>
      </w:pPr>
      <w:r>
        <w:rPr>
          <w:rFonts w:ascii="Times New Roman" w:hAnsi="Times New Roman" w:eastAsia="宋体"/>
          <w:b w:val="0"/>
          <w:i w:val="0"/>
          <w:sz w:val="21"/>
        </w:rPr>
        <w:t>R，绕原点顺时针旋转 90°；</w:t>
      </w:r>
    </w:p>
    <w:p>
      <w:pPr>
        <w:spacing w:before="0" w:after="80" w:line="300" w:lineRule="auto"/>
        <w:jc w:val="left"/>
      </w:pPr>
      <w:r>
        <w:rPr>
          <w:rFonts w:ascii="Times New Roman" w:hAnsi="Times New Roman" w:eastAsia="宋体"/>
          <w:b w:val="0"/>
          <w:i w:val="0"/>
          <w:sz w:val="21"/>
        </w:rPr>
        <w:t>H，关于 x-轴反射；</w:t>
      </w:r>
    </w:p>
    <w:p>
      <w:pPr>
        <w:spacing w:before="0" w:after="80" w:line="300" w:lineRule="auto"/>
        <w:jc w:val="left"/>
      </w:pPr>
      <w:r>
        <w:rPr>
          <w:rFonts w:ascii="Times New Roman" w:hAnsi="Times New Roman" w:eastAsia="宋体"/>
          <w:b w:val="0"/>
          <w:i w:val="0"/>
          <w:sz w:val="21"/>
        </w:rPr>
        <w:t>V，关于 y-轴反射。</w:t>
      </w:r>
    </w:p>
    <w:p>
      <w:pPr>
        <w:spacing w:before="0" w:after="80" w:line="300" w:lineRule="auto"/>
        <w:jc w:val="left"/>
      </w:pPr>
      <w:r>
        <w:rPr>
          <w:rFonts w:ascii="Times New Roman" w:hAnsi="Times New Roman" w:eastAsia="宋体"/>
          <w:b w:val="0"/>
          <w:i w:val="0"/>
          <w:sz w:val="21"/>
        </w:rPr>
        <w:t>每个变换都会把正方形映到自身，但标记顶点的位置会改变。例如，先做 R 再做 V，会把顶点 A 从 (1, 1) 送到 (-1, -1)，并把顶点 B 从 (-1, 1) 送回原位。从 {L, R, H, V} 中选出长度为 20 的变换序列，有多少个会把所有标记顶点都送回原位？（例如，R，R，V，H 是一个长度为 4 的有效序列。）</w:t>
      </w:r>
    </w:p>
    <w:p>
      <w:pPr>
        <w:spacing w:before="0" w:after="120" w:line="300" w:lineRule="auto"/>
      </w:pPr>
      <w:r>
        <w:rPr>
          <w:rFonts w:ascii="Times New Roman" w:hAnsi="Times New Roman" w:eastAsia="宋体"/>
          <w:b w:val="0"/>
          <w:i w:val="0"/>
          <w:sz w:val="21"/>
        </w:rPr>
        <w:t>（A）2³⁷　　（B）3 · 2³⁶　　（C）2³⁸　　（D）3 · 2³⁷　　（E）2³⁹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in the coordinate plane has vertices at the points A(1, 1), B(-1, 1), C(-1, -1), and D(1, -1). Consider the following four transformations:</w:t>
      </w:r>
    </w:p>
    <w:p>
      <w:pPr>
        <w:spacing w:before="0" w:after="80" w:line="300" w:lineRule="auto"/>
        <w:jc w:val="left"/>
      </w:pPr>
      <w:r>
        <w:rPr>
          <w:rFonts w:ascii="Times New Roman" w:hAnsi="Times New Roman" w:eastAsia="宋体"/>
          <w:b w:val="0"/>
          <w:i w:val="0"/>
          <w:color w:val="333333"/>
          <w:sz w:val="19"/>
        </w:rPr>
        <w:t>L, a rotation of 90° counterclockwise around the origin;</w:t>
      </w:r>
    </w:p>
    <w:p>
      <w:pPr>
        <w:spacing w:before="0" w:after="80" w:line="300" w:lineRule="auto"/>
        <w:jc w:val="left"/>
      </w:pPr>
      <w:r>
        <w:rPr>
          <w:rFonts w:ascii="Times New Roman" w:hAnsi="Times New Roman" w:eastAsia="宋体"/>
          <w:b w:val="0"/>
          <w:i w:val="0"/>
          <w:color w:val="333333"/>
          <w:sz w:val="19"/>
        </w:rPr>
        <w:t>R, a rotation of 90° clockwise around the origin;</w:t>
      </w:r>
    </w:p>
    <w:p>
      <w:pPr>
        <w:spacing w:before="0" w:after="80" w:line="300" w:lineRule="auto"/>
        <w:jc w:val="left"/>
      </w:pPr>
      <w:r>
        <w:rPr>
          <w:rFonts w:ascii="Times New Roman" w:hAnsi="Times New Roman" w:eastAsia="宋体"/>
          <w:b w:val="0"/>
          <w:i w:val="0"/>
          <w:color w:val="333333"/>
          <w:sz w:val="19"/>
        </w:rPr>
        <w:t>H, a reflection across the x-axis; and</w:t>
      </w:r>
    </w:p>
    <w:p>
      <w:pPr>
        <w:spacing w:before="0" w:after="80" w:line="300" w:lineRule="auto"/>
        <w:jc w:val="left"/>
      </w:pPr>
      <w:r>
        <w:rPr>
          <w:rFonts w:ascii="Times New Roman" w:hAnsi="Times New Roman" w:eastAsia="宋体"/>
          <w:b w:val="0"/>
          <w:i w:val="0"/>
          <w:color w:val="333333"/>
          <w:sz w:val="19"/>
        </w:rPr>
        <w:t>V, a reflection across the y-axis.</w:t>
      </w:r>
    </w:p>
    <w:p>
      <w:pPr>
        <w:spacing w:before="0" w:after="80" w:line="300" w:lineRule="auto"/>
        <w:jc w:val="left"/>
      </w:pPr>
      <w:r>
        <w:rPr>
          <w:rFonts w:ascii="Times New Roman" w:hAnsi="Times New Roman" w:eastAsia="宋体"/>
          <w:b w:val="0"/>
          <w:i w:val="0"/>
          <w:color w:val="333333"/>
          <w:sz w:val="19"/>
        </w:rPr>
        <w:t>Each of these transformations maps the square onto itself, but the positions of the labeled vertices will change. For example, applying R and then V would send the vertex A at (1, 1) to (-1, -1) and would send the vertex B at (-1, 1) to itself. How many sequences of 20 transformations chosen from {L, R, H, V} will send all of the labeled vertices back to their original positions? (For example, R, R, V, H is one sequence of 4 transformations that will send the vertices back to their original positions.)</w:t>
      </w:r>
    </w:p>
    <w:p>
      <w:pPr>
        <w:spacing w:before="0" w:after="160" w:line="300" w:lineRule="auto"/>
      </w:pPr>
      <w:r>
        <w:rPr>
          <w:rFonts w:ascii="Times New Roman" w:hAnsi="Times New Roman" w:eastAsia="宋体"/>
          <w:b w:val="0"/>
          <w:i w:val="0"/>
          <w:color w:val="333333"/>
          <w:sz w:val="19"/>
        </w:rPr>
        <w:t>(A) 2³⁷　　(B) 3 · 2³⁶　　(C) 2³⁸　　(D) 3 · 2³⁷　　(E) 2³⁹</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两个大小相同但彼此不同的立方体要被涂色，每个面的颜色独立随机选择为黑色或白色。涂色后，这两个立方体可以通过旋转变得外观相同的概率是多少？</w:t>
      </w:r>
    </w:p>
    <w:p>
      <w:pPr>
        <w:spacing w:before="0" w:after="120" w:line="300" w:lineRule="auto"/>
      </w:pPr>
      <w:r>
        <w:rPr>
          <w:rFonts w:ascii="Times New Roman" w:hAnsi="Times New Roman" w:eastAsia="宋体"/>
          <w:b w:val="0"/>
          <w:i w:val="0"/>
          <w:sz w:val="21"/>
        </w:rPr>
        <w:t>（A）9/64　　（B）289/2048　　（C）73/512　　（D）147/1024　　（E）589/4096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cubes of the same size are to be painted, with the color of each face being chosen independently and at random to be either black or white. What is the probability that after they are painted, the cubes can be rotated to be identical in appearance?</w:t>
      </w:r>
    </w:p>
    <w:p>
      <w:pPr>
        <w:spacing w:before="0" w:after="160" w:line="300" w:lineRule="auto"/>
      </w:pPr>
      <w:r>
        <w:rPr>
          <w:rFonts w:ascii="Times New Roman" w:hAnsi="Times New Roman" w:eastAsia="宋体"/>
          <w:b w:val="0"/>
          <w:i w:val="0"/>
          <w:color w:val="333333"/>
          <w:sz w:val="19"/>
        </w:rPr>
        <w:t>(A) 9/64　　(B) 289/2048　　(C) 73/512　　(D) 147/1024　　(E) 589/4096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有多少个正整数 n 满足</w:t>
      </w:r>
    </w:p>
    <w:p>
      <w:pPr>
        <w:spacing w:before="0" w:after="80" w:line="300" w:lineRule="auto"/>
        <w:jc w:val="left"/>
      </w:pPr>
      <w:r>
        <w:rPr>
          <w:rFonts w:ascii="Times New Roman" w:hAnsi="Times New Roman" w:eastAsia="宋体"/>
          <w:b w:val="0"/>
          <w:i w:val="0"/>
          <w:sz w:val="21"/>
        </w:rPr>
        <w:t>(n + 1000)/70 = ⌊ √(n) ⌋？</w:t>
      </w:r>
    </w:p>
    <w:p>
      <w:pPr>
        <w:spacing w:before="0" w:after="80" w:line="300" w:lineRule="auto"/>
        <w:jc w:val="left"/>
      </w:pPr>
      <w:r>
        <w:rPr>
          <w:rFonts w:ascii="Times New Roman" w:hAnsi="Times New Roman" w:eastAsia="宋体"/>
          <w:b w:val="0"/>
          <w:i w:val="0"/>
          <w:sz w:val="21"/>
        </w:rPr>
        <w:t>（⌊ x ⌋ 表示不超过 x 的最大整数。）</w:t>
      </w:r>
    </w:p>
    <w:p>
      <w:pPr>
        <w:spacing w:before="0" w:after="120" w:line="300" w:lineRule="auto"/>
      </w:pPr>
      <w:r>
        <w:rPr>
          <w:rFonts w:ascii="Times New Roman" w:hAnsi="Times New Roman" w:eastAsia="宋体"/>
          <w:b w:val="0"/>
          <w:i w:val="0"/>
          <w:sz w:val="21"/>
        </w:rPr>
        <w:t>（A）2　　（B）4　　（C）6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 satisfy</w:t>
      </w:r>
    </w:p>
    <w:p>
      <w:pPr>
        <w:spacing w:before="0" w:after="80" w:line="300" w:lineRule="auto"/>
        <w:jc w:val="left"/>
      </w:pPr>
      <w:r>
        <w:rPr>
          <w:rFonts w:ascii="Times New Roman" w:hAnsi="Times New Roman" w:eastAsia="宋体"/>
          <w:b w:val="0"/>
          <w:i w:val="0"/>
          <w:color w:val="333333"/>
          <w:sz w:val="19"/>
        </w:rPr>
        <w:t>(n + 1000)/70 = ⌊ √(n) ⌋?</w:t>
      </w:r>
    </w:p>
    <w:p>
      <w:pPr>
        <w:spacing w:before="0" w:after="80" w:line="300" w:lineRule="auto"/>
        <w:jc w:val="left"/>
      </w:pPr>
      <w:r>
        <w:rPr>
          <w:rFonts w:ascii="Times New Roman" w:hAnsi="Times New Roman" w:eastAsia="宋体"/>
          <w:b w:val="0"/>
          <w:i w:val="0"/>
          <w:color w:val="333333"/>
          <w:sz w:val="19"/>
        </w:rPr>
        <w:t>(Recall that ⌊ x ⌋ is the greatest integer not exceeding x.)</w:t>
      </w:r>
    </w:p>
    <w:p>
      <w:pPr>
        <w:spacing w:before="0" w:after="160" w:line="300" w:lineRule="auto"/>
      </w:pPr>
      <w:r>
        <w:rPr>
          <w:rFonts w:ascii="Times New Roman" w:hAnsi="Times New Roman" w:eastAsia="宋体"/>
          <w:b w:val="0"/>
          <w:i w:val="0"/>
          <w:color w:val="333333"/>
          <w:sz w:val="19"/>
        </w:rPr>
        <w:t>(A) 2　　(B) 4　　(C) 6　　(D) 30　　(E) 32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下列表达式的最大值是多少？</w:t>
      </w:r>
    </w:p>
    <w:p>
      <w:pPr>
        <w:spacing w:before="0" w:after="80" w:line="300" w:lineRule="auto"/>
        <w:jc w:val="left"/>
      </w:pPr>
      <w:r>
        <w:rPr>
          <w:rFonts w:ascii="Times New Roman" w:hAnsi="Times New Roman" w:eastAsia="宋体"/>
          <w:b w:val="0"/>
          <w:i w:val="0"/>
          <w:sz w:val="21"/>
        </w:rPr>
        <w:t>((2ᵗ - 3t) t)/4ᵗ</w:t>
      </w:r>
    </w:p>
    <w:p>
      <w:pPr>
        <w:spacing w:before="0" w:after="80" w:line="300" w:lineRule="auto"/>
        <w:jc w:val="left"/>
      </w:pPr>
      <w:r>
        <w:rPr>
          <w:rFonts w:ascii="Times New Roman" w:hAnsi="Times New Roman" w:eastAsia="宋体"/>
          <w:b w:val="0"/>
          <w:i w:val="0"/>
          <w:sz w:val="21"/>
        </w:rPr>
        <w:t>其中 t 取遍所有实数。</w:t>
      </w:r>
    </w:p>
    <w:p>
      <w:pPr>
        <w:spacing w:before="0" w:after="120" w:line="300" w:lineRule="auto"/>
      </w:pPr>
      <w:r>
        <w:rPr>
          <w:rFonts w:ascii="Times New Roman" w:hAnsi="Times New Roman" w:eastAsia="宋体"/>
          <w:b w:val="0"/>
          <w:i w:val="0"/>
          <w:sz w:val="21"/>
        </w:rPr>
        <w:t>（A）1/16　　（B）1/15　　（C）1/12　　（D）1/10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maximum value of</w:t>
      </w:r>
    </w:p>
    <w:p>
      <w:pPr>
        <w:spacing w:before="0" w:after="80" w:line="300" w:lineRule="auto"/>
        <w:jc w:val="left"/>
      </w:pPr>
      <w:r>
        <w:rPr>
          <w:rFonts w:ascii="Times New Roman" w:hAnsi="Times New Roman" w:eastAsia="宋体"/>
          <w:b w:val="0"/>
          <w:i w:val="0"/>
          <w:color w:val="333333"/>
          <w:sz w:val="19"/>
        </w:rPr>
        <w:t>((2ᵗ - 3t) t)/4ᵗ</w:t>
      </w:r>
    </w:p>
    <w:p>
      <w:pPr>
        <w:spacing w:before="0" w:after="80" w:line="300" w:lineRule="auto"/>
        <w:jc w:val="left"/>
      </w:pPr>
      <w:r>
        <w:rPr>
          <w:rFonts w:ascii="Times New Roman" w:hAnsi="Times New Roman" w:eastAsia="宋体"/>
          <w:b w:val="0"/>
          <w:i w:val="0"/>
          <w:color w:val="333333"/>
          <w:sz w:val="19"/>
        </w:rPr>
        <w:t>for real values of t?</w:t>
      </w:r>
    </w:p>
    <w:p>
      <w:pPr>
        <w:spacing w:before="0" w:after="160" w:line="300" w:lineRule="auto"/>
      </w:pPr>
      <w:r>
        <w:rPr>
          <w:rFonts w:ascii="Times New Roman" w:hAnsi="Times New Roman" w:eastAsia="宋体"/>
          <w:b w:val="0"/>
          <w:i w:val="0"/>
          <w:color w:val="333333"/>
          <w:sz w:val="19"/>
        </w:rPr>
        <w:t>(A) 1/16　　(B) 1/15　　(C) 1/12　　(D) 1/10　　(E) 1/9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有多少个整数 n ≥ 2 具有如下性质：只要复数 z₁、z₂、…、zₙ 满足</w:t>
      </w:r>
    </w:p>
    <w:p>
      <w:pPr>
        <w:spacing w:before="0" w:after="80" w:line="300" w:lineRule="auto"/>
        <w:jc w:val="left"/>
      </w:pPr>
      <w:r>
        <w:rPr>
          <w:rFonts w:ascii="Times New Roman" w:hAnsi="Times New Roman" w:eastAsia="宋体"/>
          <w:b w:val="0"/>
          <w:i w:val="0"/>
          <w:sz w:val="21"/>
        </w:rPr>
        <w:t>|z₁| = |z₂| = ⋯ = |zₙ| = 1</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z₁ + z₂ + ⋯ + zₙ = 0，</w:t>
      </w:r>
    </w:p>
    <w:p>
      <w:pPr>
        <w:spacing w:before="0" w:after="80" w:line="300" w:lineRule="auto"/>
        <w:jc w:val="left"/>
      </w:pPr>
      <w:r>
        <w:rPr>
          <w:rFonts w:ascii="Times New Roman" w:hAnsi="Times New Roman" w:eastAsia="宋体"/>
          <w:b w:val="0"/>
          <w:i w:val="0"/>
          <w:sz w:val="21"/>
        </w:rPr>
        <w:t>那么 z₁、z₂、…、zₙ 在复平面的单位圆上等间隔分布？</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n ≥ 2 are there such that whenever z₁, z₂, …, zₙ are complex numbers such that</w:t>
      </w:r>
    </w:p>
    <w:p>
      <w:pPr>
        <w:spacing w:before="0" w:after="80" w:line="300" w:lineRule="auto"/>
        <w:jc w:val="left"/>
      </w:pPr>
      <w:r>
        <w:rPr>
          <w:rFonts w:ascii="Times New Roman" w:hAnsi="Times New Roman" w:eastAsia="宋体"/>
          <w:b w:val="0"/>
          <w:i w:val="0"/>
          <w:color w:val="333333"/>
          <w:sz w:val="19"/>
        </w:rPr>
        <w:t>|z₁| = |z₂| = ⋯ = |zₙ| = 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z₁ + z₂ + ⋯ + zₙ = 0,</w:t>
      </w:r>
    </w:p>
    <w:p>
      <w:pPr>
        <w:spacing w:before="0" w:after="80" w:line="300" w:lineRule="auto"/>
        <w:jc w:val="left"/>
      </w:pPr>
      <w:r>
        <w:rPr>
          <w:rFonts w:ascii="Times New Roman" w:hAnsi="Times New Roman" w:eastAsia="宋体"/>
          <w:b w:val="0"/>
          <w:i w:val="0"/>
          <w:color w:val="333333"/>
          <w:sz w:val="19"/>
        </w:rPr>
        <w:t>then the numbers z₁, z₂, …, zₙ are equally spaced on the unit circle in the complex plane?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D(n) 表示将正整数 n 写成乘积</w:t>
      </w:r>
    </w:p>
    <w:p>
      <w:pPr>
        <w:spacing w:before="0" w:after="80" w:line="300" w:lineRule="auto"/>
        <w:jc w:val="left"/>
      </w:pPr>
      <w:r>
        <w:rPr>
          <w:rFonts w:ascii="Times New Roman" w:hAnsi="Times New Roman" w:eastAsia="宋体"/>
          <w:b w:val="0"/>
          <w:i w:val="0"/>
          <w:sz w:val="21"/>
        </w:rPr>
        <w:t>n = f₁ · f₂ ⋯ fₖ</w:t>
      </w:r>
    </w:p>
    <w:p>
      <w:pPr>
        <w:spacing w:before="0" w:after="80" w:line="300" w:lineRule="auto"/>
        <w:jc w:val="left"/>
      </w:pPr>
      <w:r>
        <w:rPr>
          <w:rFonts w:ascii="Times New Roman" w:hAnsi="Times New Roman" w:eastAsia="宋体"/>
          <w:b w:val="0"/>
          <w:i w:val="0"/>
          <w:sz w:val="21"/>
        </w:rPr>
        <w:t>的方法数，其中 k ≥ 1，每个 fᵢ 都是严格大于 1 的整数，并且因子的排列顺序有区别 （也就是说，两个只在因子顺序上不同的表示也算作不同的方法）。例如，数 6 可以写成 6、 2 · 3 和 3 · 2，所以 D(6) = 3。求 D(96)。</w:t>
      </w:r>
    </w:p>
    <w:p>
      <w:pPr>
        <w:spacing w:before="0" w:after="120" w:line="300" w:lineRule="auto"/>
      </w:pPr>
      <w:r>
        <w:rPr>
          <w:rFonts w:ascii="Times New Roman" w:hAnsi="Times New Roman" w:eastAsia="宋体"/>
          <w:b w:val="0"/>
          <w:i w:val="0"/>
          <w:sz w:val="21"/>
        </w:rPr>
        <w:t>（A）112　　（B）128　　（C）144　　（D）172　　（E）184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D(n) denote the number of ways of writing the positive integer n as a product</w:t>
      </w:r>
    </w:p>
    <w:p>
      <w:pPr>
        <w:spacing w:before="0" w:after="80" w:line="300" w:lineRule="auto"/>
        <w:jc w:val="left"/>
      </w:pPr>
      <w:r>
        <w:rPr>
          <w:rFonts w:ascii="Times New Roman" w:hAnsi="Times New Roman" w:eastAsia="宋体"/>
          <w:b w:val="0"/>
          <w:i w:val="0"/>
          <w:color w:val="333333"/>
          <w:sz w:val="19"/>
        </w:rPr>
        <w:t>n = f₁ · f₂ ⋯ fₖ,</w:t>
      </w:r>
    </w:p>
    <w:p>
      <w:pPr>
        <w:spacing w:before="0" w:after="80" w:line="300" w:lineRule="auto"/>
        <w:jc w:val="left"/>
      </w:pPr>
      <w:r>
        <w:rPr>
          <w:rFonts w:ascii="Times New Roman" w:hAnsi="Times New Roman" w:eastAsia="宋体"/>
          <w:b w:val="0"/>
          <w:i w:val="0"/>
          <w:color w:val="333333"/>
          <w:sz w:val="19"/>
        </w:rPr>
        <w:t>where k ≥ 1, the fᵢ are integers strictly greater than 1, and the order in which the factors are listed matters (that is, two representations that differ only in the order of the factors are counted as distinct). For example, the number 6 can be written as 6, 2 · 3, and 3 · 2, so D(6) = 3. What is D(96)?</w:t>
      </w:r>
    </w:p>
    <w:p>
      <w:pPr>
        <w:spacing w:before="0" w:after="160" w:line="300" w:lineRule="auto"/>
      </w:pPr>
      <w:r>
        <w:rPr>
          <w:rFonts w:ascii="Times New Roman" w:hAnsi="Times New Roman" w:eastAsia="宋体"/>
          <w:b w:val="0"/>
          <w:i w:val="0"/>
          <w:color w:val="333333"/>
          <w:sz w:val="19"/>
        </w:rPr>
        <w:t>(A) 112　　(B) 128　　(C) 144　　(D) 172　　(E) 184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对每个满足 0 ≤ a ≤ 1 的实数 a，从区间 [0, a] 和 [0, 1] 中分别独立随机选择 x 和 y。令 P(a) 为下列不等式成立的概率：</w:t>
      </w:r>
    </w:p>
    <w:p>
      <w:pPr>
        <w:spacing w:before="0" w:after="80" w:line="300" w:lineRule="auto"/>
        <w:jc w:val="left"/>
      </w:pPr>
      <w:r>
        <w:rPr>
          <w:rFonts w:ascii="Times New Roman" w:hAnsi="Times New Roman" w:eastAsia="宋体"/>
          <w:b w:val="0"/>
          <w:i w:val="0"/>
          <w:sz w:val="21"/>
        </w:rPr>
        <w:t>sin²(π x) + sin²(π y) &gt; 1。</w:t>
      </w:r>
    </w:p>
    <w:p>
      <w:pPr>
        <w:spacing w:before="0" w:after="80" w:line="300" w:lineRule="auto"/>
        <w:jc w:val="left"/>
      </w:pPr>
      <w:r>
        <w:rPr>
          <w:rFonts w:ascii="Times New Roman" w:hAnsi="Times New Roman" w:eastAsia="宋体"/>
          <w:b w:val="0"/>
          <w:i w:val="0"/>
          <w:sz w:val="21"/>
        </w:rPr>
        <w:t>P(a) 的最大值是多少？</w:t>
      </w:r>
    </w:p>
    <w:p>
      <w:pPr>
        <w:spacing w:before="0" w:after="120" w:line="300" w:lineRule="auto"/>
      </w:pPr>
      <w:r>
        <w:rPr>
          <w:rFonts w:ascii="Times New Roman" w:hAnsi="Times New Roman" w:eastAsia="宋体"/>
          <w:b w:val="0"/>
          <w:i w:val="0"/>
          <w:sz w:val="21"/>
        </w:rPr>
        <w:t>（A）7/12　　（B）2 - √(2)　　（C）(1 + √(2))/4　　（D）(√(5) - 1)/2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real number a with 0 ≤ a ≤ 1, let numbers x and y be chosen independently at random from the intervals [0, a] and [0, 1], respectively, and let P(a) be the probability that</w:t>
      </w:r>
    </w:p>
    <w:p>
      <w:pPr>
        <w:spacing w:before="0" w:after="80" w:line="300" w:lineRule="auto"/>
        <w:jc w:val="left"/>
      </w:pPr>
      <w:r>
        <w:rPr>
          <w:rFonts w:ascii="Times New Roman" w:hAnsi="Times New Roman" w:eastAsia="宋体"/>
          <w:b w:val="0"/>
          <w:i w:val="0"/>
          <w:color w:val="333333"/>
          <w:sz w:val="19"/>
        </w:rPr>
        <w:t>sin²(π x) + sin²(π y) &gt; 1.</w:t>
      </w:r>
    </w:p>
    <w:p>
      <w:pPr>
        <w:spacing w:before="0" w:after="80" w:line="300" w:lineRule="auto"/>
        <w:jc w:val="left"/>
      </w:pPr>
      <w:r>
        <w:rPr>
          <w:rFonts w:ascii="Times New Roman" w:hAnsi="Times New Roman" w:eastAsia="宋体"/>
          <w:b w:val="0"/>
          <w:i w:val="0"/>
          <w:color w:val="333333"/>
          <w:sz w:val="19"/>
        </w:rPr>
        <w:t>What is the maximum value of P(a)?</w:t>
      </w:r>
    </w:p>
    <w:p>
      <w:pPr>
        <w:spacing w:before="0" w:after="160" w:line="300" w:lineRule="auto"/>
      </w:pPr>
      <w:r>
        <w:rPr>
          <w:rFonts w:ascii="Times New Roman" w:hAnsi="Times New Roman" w:eastAsia="宋体"/>
          <w:b w:val="0"/>
          <w:i w:val="0"/>
          <w:color w:val="333333"/>
          <w:sz w:val="19"/>
        </w:rPr>
        <w:t>(A) 7/12　　(B) 2 - √(2)　　(C) (1 + √(2))/4　　(D) (√(5) - 1)/2　　(E) 5/8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E　D　C　D　C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E　D　A　C　B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C　C　B　A　B</w:t>
      </w:r>
    </w:p>
    <w:p>
      <w:pPr>
        <w:spacing w:before="0" w:after="200" w:line="300" w:lineRule="auto"/>
      </w:pPr>
      <w:r>
        <w:rPr>
          <w:rFonts w:ascii="Times New Roman" w:hAnsi="Times New Roman" w:eastAsia="宋体"/>
          <w:b w:val="0"/>
          <w:i w:val="0"/>
          <w:color w:val="666666"/>
          <w:sz w:val="18"/>
        </w:rPr>
        <w:t>答案串：CAEDCDCDCBDEDACBCBCDCCBAB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前 k 个正奇数的和等于 k²，所以每个根号内都是完全平方数：</w:t>
      </w:r>
    </w:p>
    <w:p>
      <w:pPr>
        <w:spacing w:before="0" w:after="80" w:line="300" w:lineRule="auto"/>
        <w:jc w:val="left"/>
      </w:pPr>
      <w:r>
        <w:rPr>
          <w:rFonts w:ascii="Times New Roman" w:hAnsi="Times New Roman" w:eastAsia="宋体"/>
          <w:b w:val="0"/>
          <w:i w:val="0"/>
          <w:sz w:val="21"/>
        </w:rPr>
        <w:t>√(1) + √(4) + √(9) + √(16)</w:t>
      </w:r>
    </w:p>
    <w:p>
      <w:pPr>
        <w:spacing w:before="0" w:after="80" w:line="300" w:lineRule="auto"/>
        <w:jc w:val="left"/>
      </w:pPr>
      <w:r>
        <w:rPr>
          <w:rFonts w:ascii="Times New Roman" w:hAnsi="Times New Roman" w:eastAsia="宋体"/>
          <w:b w:val="0"/>
          <w:i w:val="0"/>
          <w:sz w:val="21"/>
        </w:rPr>
        <w:t>= 1 + 2 + 3 + 4 = 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k odd numbers equals k², so each radicand is a perfect square:</w:t>
      </w:r>
    </w:p>
    <w:p>
      <w:pPr>
        <w:spacing w:before="0" w:after="80" w:line="300" w:lineRule="auto"/>
        <w:jc w:val="left"/>
      </w:pPr>
      <w:r>
        <w:rPr>
          <w:rFonts w:ascii="Times New Roman" w:hAnsi="Times New Roman" w:eastAsia="宋体"/>
          <w:b w:val="0"/>
          <w:i w:val="0"/>
          <w:color w:val="333333"/>
          <w:sz w:val="19"/>
        </w:rPr>
        <w:t>√(1) + √(4) + √(9) + √(16)</w:t>
      </w:r>
    </w:p>
    <w:p>
      <w:pPr>
        <w:spacing w:before="0" w:after="80" w:line="300" w:lineRule="auto"/>
        <w:jc w:val="left"/>
      </w:pPr>
      <w:r>
        <w:rPr>
          <w:rFonts w:ascii="Times New Roman" w:hAnsi="Times New Roman" w:eastAsia="宋体"/>
          <w:b w:val="0"/>
          <w:i w:val="0"/>
          <w:color w:val="333333"/>
          <w:sz w:val="19"/>
        </w:rPr>
        <w:t>= 1 + 2 + 3 + 4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由平方差公式，100² - 7² = (100 - 7)(100 + 7)，且 70² - 11² = (70 - 11)(70 + 11)。原式变为</w:t>
      </w:r>
    </w:p>
    <w:p>
      <w:pPr>
        <w:spacing w:before="0" w:after="80" w:line="300" w:lineRule="auto"/>
        <w:jc w:val="left"/>
      </w:pPr>
      <w:r>
        <w:rPr>
          <w:rFonts w:ascii="Times New Roman" w:hAnsi="Times New Roman" w:eastAsia="宋体"/>
          <w:b w:val="0"/>
          <w:i w:val="0"/>
          <w:sz w:val="21"/>
        </w:rPr>
        <w:t>((100 - 7)(100 + 7))/((70 - 11)(70 + 11))</w:t>
      </w:r>
    </w:p>
    <w:p>
      <w:pPr>
        <w:spacing w:before="0" w:after="80" w:line="300" w:lineRule="auto"/>
        <w:jc w:val="left"/>
      </w:pPr>
      <w:r>
        <w:rPr>
          <w:rFonts w:ascii="Times New Roman" w:hAnsi="Times New Roman" w:eastAsia="宋体"/>
          <w:b w:val="0"/>
          <w:i w:val="0"/>
          <w:sz w:val="21"/>
        </w:rPr>
        <w:t>· ((70 - 11)(70 + 11))/((100 - 7)(100 + 7))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difference of squares, 100² - 7² = (100 - 7)(100 + 7) and 70² - 11² = (70 - 11)(70 + 11). The expression becomes</w:t>
      </w:r>
    </w:p>
    <w:p>
      <w:pPr>
        <w:spacing w:before="0" w:after="80" w:line="300" w:lineRule="auto"/>
        <w:jc w:val="left"/>
      </w:pPr>
      <w:r>
        <w:rPr>
          <w:rFonts w:ascii="Times New Roman" w:hAnsi="Times New Roman" w:eastAsia="宋体"/>
          <w:b w:val="0"/>
          <w:i w:val="0"/>
          <w:color w:val="333333"/>
          <w:sz w:val="19"/>
        </w:rPr>
        <w:t>((100 - 7)(100 + 7))/((70 - 11)(70 + 11))</w:t>
      </w:r>
    </w:p>
    <w:p>
      <w:pPr>
        <w:spacing w:before="0" w:after="80" w:line="300" w:lineRule="auto"/>
        <w:jc w:val="left"/>
      </w:pPr>
      <w:r>
        <w:rPr>
          <w:rFonts w:ascii="Times New Roman" w:hAnsi="Times New Roman" w:eastAsia="宋体"/>
          <w:b w:val="0"/>
          <w:i w:val="0"/>
          <w:color w:val="333333"/>
          <w:sz w:val="19"/>
        </w:rPr>
        <w:t>· ((70 - 11)(70 + 11))/((100 - 7)(100 + 7))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令 x = 6。由 z: x = 1: 6，得 z = 1；由 w: x = 4: 3，得 w = 4/3 · 6 = 8；由 y: z = 3: 2，得 y = 3/2 · 1 = 3/2。</w:t>
      </w:r>
    </w:p>
    <w:p>
      <w:pPr>
        <w:spacing w:before="0" w:after="80" w:line="300" w:lineRule="auto"/>
        <w:jc w:val="left"/>
      </w:pPr>
      <w:r>
        <w:rPr>
          <w:rFonts w:ascii="Times New Roman" w:hAnsi="Times New Roman" w:eastAsia="宋体"/>
          <w:b w:val="0"/>
          <w:i w:val="0"/>
          <w:sz w:val="21"/>
        </w:rPr>
        <w:t>因此 w: y = 8: 3/2 = 16: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6. From z: x = 1: 6, we get z = 1. From w: x = 4: 3, we get w = 4/3 · 6 = 8. From y: z = 3: 2, we get y = 3/2 · 1 = 3/2.</w:t>
      </w:r>
    </w:p>
    <w:p>
      <w:pPr>
        <w:spacing w:before="0" w:after="80" w:line="300" w:lineRule="auto"/>
        <w:jc w:val="left"/>
      </w:pPr>
      <w:r>
        <w:rPr>
          <w:rFonts w:ascii="Times New Roman" w:hAnsi="Times New Roman" w:eastAsia="宋体"/>
          <w:b w:val="0"/>
          <w:i w:val="0"/>
          <w:color w:val="333333"/>
          <w:sz w:val="19"/>
        </w:rPr>
        <w:t>Therefore w: y = 8: 3/2 = 16: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直角三角形的两个锐角互余，所以 a + b = 90。要使 b 尽可能小，可依次检查较小的质数，并要求 90 - b 也是质数。</w:t>
      </w:r>
    </w:p>
    <w:p>
      <w:pPr>
        <w:spacing w:before="0" w:after="80" w:line="300" w:lineRule="auto"/>
        <w:jc w:val="left"/>
      </w:pPr>
      <w:r>
        <w:rPr>
          <w:rFonts w:ascii="Times New Roman" w:hAnsi="Times New Roman" w:eastAsia="宋体"/>
          <w:b w:val="0"/>
          <w:i w:val="0"/>
          <w:sz w:val="21"/>
        </w:rPr>
        <w:t>当 b = 2, 3, 5 时，90 - b = 88, 87, 85 都不是质数。当 b = 7 时，90 - 7 = 83 是质数。因此最小可能值是 b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angles are complementary, a + b = 90. To minimize b, try small primes and require 90 - b to be prime as well.</w:t>
      </w:r>
    </w:p>
    <w:p>
      <w:pPr>
        <w:spacing w:before="0" w:after="80" w:line="300" w:lineRule="auto"/>
        <w:jc w:val="left"/>
      </w:pPr>
      <w:r>
        <w:rPr>
          <w:rFonts w:ascii="Times New Roman" w:hAnsi="Times New Roman" w:eastAsia="宋体"/>
          <w:b w:val="0"/>
          <w:i w:val="0"/>
          <w:color w:val="333333"/>
          <w:sz w:val="19"/>
        </w:rPr>
        <w:t>For b = 2, 3, 5, the value 90 - b = 88, 87, 85 is not prime. For b = 7, we get 90 - 7 = 83, which is prime. So the least possible value is b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设 A 队打了 a 场，B 队打了 b 场。A 队的胜场数和负场数分别为 2/3 a 和 1/3 a，B 队的胜场数和负场数分别为 5/8 b 和 3/8 b。题意给出</w:t>
      </w:r>
    </w:p>
    <w:p>
      <w:pPr>
        <w:spacing w:before="0" w:after="80" w:line="300" w:lineRule="auto"/>
        <w:jc w:val="left"/>
      </w:pPr>
      <w:r>
        <w:rPr>
          <w:rFonts w:ascii="Times New Roman" w:hAnsi="Times New Roman" w:eastAsia="宋体"/>
          <w:b w:val="0"/>
          <w:i w:val="0"/>
          <w:sz w:val="21"/>
        </w:rPr>
        <w:t>5/8 b = 2/3 a + 7</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3/8 b = 1/3 a + 7。</w:t>
      </w:r>
    </w:p>
    <w:p>
      <w:pPr>
        <w:spacing w:before="0" w:after="80" w:line="300" w:lineRule="auto"/>
        <w:jc w:val="left"/>
      </w:pPr>
      <w:r>
        <w:rPr>
          <w:rFonts w:ascii="Times New Roman" w:hAnsi="Times New Roman" w:eastAsia="宋体"/>
          <w:b w:val="0"/>
          <w:i w:val="0"/>
          <w:sz w:val="21"/>
        </w:rPr>
        <w:t>两式相减得 1/4 b = 1/3 a，所以 b = 4/3 a。代回负场方程，得 3/8 · 4/3 a = 1/3 a + 7，即 1/2 a = 1/3 a + 7。因此 1/6 a = 7，所以 a = 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number of games team A played and b the number team B played. Team A wins 2/3 a and loses 1/3 a; team B wins 5/8 b and loses 3/8 b. The conditions give</w:t>
      </w:r>
    </w:p>
    <w:p>
      <w:pPr>
        <w:spacing w:before="0" w:after="80" w:line="300" w:lineRule="auto"/>
        <w:jc w:val="left"/>
      </w:pPr>
      <w:r>
        <w:rPr>
          <w:rFonts w:ascii="Times New Roman" w:hAnsi="Times New Roman" w:eastAsia="宋体"/>
          <w:b w:val="0"/>
          <w:i w:val="0"/>
          <w:color w:val="333333"/>
          <w:sz w:val="19"/>
        </w:rPr>
        <w:t>5/8 b = 2/3 a + 7</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3/8 b = 1/3 a + 7.</w:t>
      </w:r>
    </w:p>
    <w:p>
      <w:pPr>
        <w:spacing w:before="0" w:after="80" w:line="300" w:lineRule="auto"/>
        <w:jc w:val="left"/>
      </w:pPr>
      <w:r>
        <w:rPr>
          <w:rFonts w:ascii="Times New Roman" w:hAnsi="Times New Roman" w:eastAsia="宋体"/>
          <w:b w:val="0"/>
          <w:i w:val="0"/>
          <w:color w:val="333333"/>
          <w:sz w:val="19"/>
        </w:rPr>
        <w:t>Subtracting the equations gives 1/4 b = 1/3 a, so b = 4/3 a. Substituting into the loss equation: 3/8 · 4/3 a = 1/3 a + 7, i.e. 1/2 a = 1/3 a + 7, so 1/6 a = 7 and a = 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从分子中提出 (n + 1)!：</w:t>
      </w:r>
    </w:p>
    <w:p>
      <w:pPr>
        <w:spacing w:before="0" w:after="80" w:line="300" w:lineRule="auto"/>
        <w:jc w:val="left"/>
      </w:pPr>
      <w:r>
        <w:rPr>
          <w:rFonts w:ascii="Times New Roman" w:hAnsi="Times New Roman" w:eastAsia="宋体"/>
          <w:b w:val="0"/>
          <w:i w:val="0"/>
          <w:sz w:val="21"/>
        </w:rPr>
        <w:t>(n + 2)! - (n + 1)!</w:t>
      </w:r>
    </w:p>
    <w:p>
      <w:pPr>
        <w:spacing w:before="0" w:after="80" w:line="300" w:lineRule="auto"/>
        <w:jc w:val="left"/>
      </w:pPr>
      <w:r>
        <w:rPr>
          <w:rFonts w:ascii="Times New Roman" w:hAnsi="Times New Roman" w:eastAsia="宋体"/>
          <w:b w:val="0"/>
          <w:i w:val="0"/>
          <w:sz w:val="21"/>
        </w:rPr>
        <w:t>= (n + 1)! [(n + 2) - 1]</w:t>
      </w:r>
    </w:p>
    <w:p>
      <w:pPr>
        <w:spacing w:before="0" w:after="80" w:line="300" w:lineRule="auto"/>
        <w:jc w:val="left"/>
      </w:pPr>
      <w:r>
        <w:rPr>
          <w:rFonts w:ascii="Times New Roman" w:hAnsi="Times New Roman" w:eastAsia="宋体"/>
          <w:b w:val="0"/>
          <w:i w:val="0"/>
          <w:sz w:val="21"/>
        </w:rPr>
        <w:t>= (n + 1)! (n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除以 n! 后得 ((n + 1)! (n + 1))/(n!) = (n + 1)(n + 1) = (n + 1)²，它总是完全平方数。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(n + 1)! from the numerator:</w:t>
      </w:r>
    </w:p>
    <w:p>
      <w:pPr>
        <w:spacing w:before="0" w:after="80" w:line="300" w:lineRule="auto"/>
        <w:jc w:val="left"/>
      </w:pPr>
      <w:r>
        <w:rPr>
          <w:rFonts w:ascii="Times New Roman" w:hAnsi="Times New Roman" w:eastAsia="宋体"/>
          <w:b w:val="0"/>
          <w:i w:val="0"/>
          <w:color w:val="333333"/>
          <w:sz w:val="19"/>
        </w:rPr>
        <w:t>(n + 2)! - (n + 1)!</w:t>
      </w:r>
    </w:p>
    <w:p>
      <w:pPr>
        <w:spacing w:before="0" w:after="80" w:line="300" w:lineRule="auto"/>
        <w:jc w:val="left"/>
      </w:pPr>
      <w:r>
        <w:rPr>
          <w:rFonts w:ascii="Times New Roman" w:hAnsi="Times New Roman" w:eastAsia="宋体"/>
          <w:b w:val="0"/>
          <w:i w:val="0"/>
          <w:color w:val="333333"/>
          <w:sz w:val="19"/>
        </w:rPr>
        <w:t>= (n + 1)! [(n + 2) - 1]</w:t>
      </w:r>
    </w:p>
    <w:p>
      <w:pPr>
        <w:spacing w:before="0" w:after="80" w:line="300" w:lineRule="auto"/>
        <w:jc w:val="left"/>
      </w:pPr>
      <w:r>
        <w:rPr>
          <w:rFonts w:ascii="Times New Roman" w:hAnsi="Times New Roman" w:eastAsia="宋体"/>
          <w:b w:val="0"/>
          <w:i w:val="0"/>
          <w:color w:val="333333"/>
          <w:sz w:val="19"/>
        </w:rPr>
        <w:t>= (n + 1)! (n + 1).</w:t>
      </w:r>
    </w:p>
    <w:p>
      <w:pPr>
        <w:spacing w:before="0" w:after="80" w:line="300" w:lineRule="auto"/>
        <w:jc w:val="left"/>
      </w:pPr>
      <w:r>
        <w:rPr>
          <w:rFonts w:ascii="Times New Roman" w:hAnsi="Times New Roman" w:eastAsia="宋体"/>
          <w:b w:val="0"/>
          <w:i w:val="0"/>
          <w:color w:val="333333"/>
          <w:sz w:val="19"/>
        </w:rPr>
        <w:t>Dividing by n! leaves ((n + 1)! (n + 1))/(n!) = (n + 1)(n + 1) = (n + 1)², which is always a perfect square.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设两条直线的斜率为 m 和 6m。它们的夹角满足</w:t>
      </w:r>
    </w:p>
    <w:p>
      <w:pPr>
        <w:spacing w:before="0" w:after="80" w:line="300" w:lineRule="auto"/>
        <w:jc w:val="left"/>
      </w:pPr>
      <w:r>
        <w:rPr>
          <w:rFonts w:ascii="Times New Roman" w:hAnsi="Times New Roman" w:eastAsia="宋体"/>
          <w:b w:val="0"/>
          <w:i w:val="0"/>
          <w:sz w:val="21"/>
        </w:rPr>
        <w:t>|(6m - m)/(1 + 6m²)| = tan 45° = 1，</w:t>
      </w:r>
    </w:p>
    <w:p>
      <w:pPr>
        <w:spacing w:before="0" w:after="80" w:line="300" w:lineRule="auto"/>
        <w:jc w:val="left"/>
      </w:pPr>
      <w:r>
        <w:rPr>
          <w:rFonts w:ascii="Times New Roman" w:hAnsi="Times New Roman" w:eastAsia="宋体"/>
          <w:b w:val="0"/>
          <w:i w:val="0"/>
          <w:sz w:val="21"/>
        </w:rPr>
        <w:t>所以 5m = ±(1 + 6m²)，从而 6m² - 5m + 1 = 0 或 6m² + 5m + 1 = 0。</w:t>
      </w:r>
    </w:p>
    <w:p>
      <w:pPr>
        <w:spacing w:before="0" w:after="80" w:line="300" w:lineRule="auto"/>
        <w:jc w:val="left"/>
      </w:pPr>
      <w:r>
        <w:rPr>
          <w:rFonts w:ascii="Times New Roman" w:hAnsi="Times New Roman" w:eastAsia="宋体"/>
          <w:b w:val="0"/>
          <w:i w:val="0"/>
          <w:sz w:val="21"/>
        </w:rPr>
        <w:t>第一个方程给出 m = 1/2 或 m = 1/3，第二个方程给出它们的相反数。斜率乘积为 6m²，并在 m = 1/2 时达到最大值 6 · 1/4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slopes be m and 6m. The angle between the lines satisfies</w:t>
      </w:r>
    </w:p>
    <w:p>
      <w:pPr>
        <w:spacing w:before="0" w:after="80" w:line="300" w:lineRule="auto"/>
        <w:jc w:val="left"/>
      </w:pPr>
      <w:r>
        <w:rPr>
          <w:rFonts w:ascii="Times New Roman" w:hAnsi="Times New Roman" w:eastAsia="宋体"/>
          <w:b w:val="0"/>
          <w:i w:val="0"/>
          <w:color w:val="333333"/>
          <w:sz w:val="19"/>
        </w:rPr>
        <w:t>|(6m - m)/(1 + 6m²)| = tan 45° = 1,</w:t>
      </w:r>
    </w:p>
    <w:p>
      <w:pPr>
        <w:spacing w:before="0" w:after="80" w:line="300" w:lineRule="auto"/>
        <w:jc w:val="left"/>
      </w:pPr>
      <w:r>
        <w:rPr>
          <w:rFonts w:ascii="Times New Roman" w:hAnsi="Times New Roman" w:eastAsia="宋体"/>
          <w:b w:val="0"/>
          <w:i w:val="0"/>
          <w:color w:val="333333"/>
          <w:sz w:val="19"/>
        </w:rPr>
        <w:t>so 5m = ±(1 + 6m²), giving 6m² - 5m + 1 = 0 or 6m² + 5m + 1 = 0.</w:t>
      </w:r>
    </w:p>
    <w:p>
      <w:pPr>
        <w:spacing w:before="0" w:after="80" w:line="300" w:lineRule="auto"/>
        <w:jc w:val="left"/>
      </w:pPr>
      <w:r>
        <w:rPr>
          <w:rFonts w:ascii="Times New Roman" w:hAnsi="Times New Roman" w:eastAsia="宋体"/>
          <w:b w:val="0"/>
          <w:i w:val="0"/>
          <w:color w:val="333333"/>
          <w:sz w:val="19"/>
        </w:rPr>
        <w:t>The first yields m = 1/2 or m = 1/3; the second yields the negatives of these. The product of the slopes is 6m², which is largest when m = 1/2, giving 6 · 1/4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配方得 x²⁰²⁰ + (y - 1)² = 1。两项都非负，所以 x²⁰²⁰ ≤ 1，从而 x ∈ {-1, 0, 1}。</w:t>
      </w:r>
    </w:p>
    <w:p>
      <w:pPr>
        <w:spacing w:before="0" w:after="80" w:line="300" w:lineRule="auto"/>
        <w:jc w:val="left"/>
      </w:pPr>
      <w:r>
        <w:rPr>
          <w:rFonts w:ascii="Times New Roman" w:hAnsi="Times New Roman" w:eastAsia="宋体"/>
          <w:b w:val="0"/>
          <w:i w:val="0"/>
          <w:sz w:val="21"/>
        </w:rPr>
        <w:t>若 x = 0，则 (y - 1)² = 1，所以 y = 0 或 y = 2。若 x = ± 1，则 x²⁰²⁰ = 1，从而 (y - 1)² = 0，故 y = 1。所有解为 (0, 0), (0, 2), (1, 1) 和 (-1, 1)，一共四个。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 x²⁰²⁰ + (y - 1)² = 1. Both terms are nonnegative, so x²⁰²⁰ ≤ 1, forcing x ∈ {-1, 0, 1}.</w:t>
      </w:r>
    </w:p>
    <w:p>
      <w:pPr>
        <w:spacing w:before="0" w:after="80" w:line="300" w:lineRule="auto"/>
        <w:jc w:val="left"/>
      </w:pPr>
      <w:r>
        <w:rPr>
          <w:rFonts w:ascii="Times New Roman" w:hAnsi="Times New Roman" w:eastAsia="宋体"/>
          <w:b w:val="0"/>
          <w:i w:val="0"/>
          <w:color w:val="333333"/>
          <w:sz w:val="19"/>
        </w:rPr>
        <w:t>If x = 0, then (y - 1)² = 1, giving y = 0 or y = 2. If x = ± 1, then x²⁰²⁰ = 1, so (y - 1)² = 0 and y = 1. The solutions are (0, 0), (0, 2), (1, 1), and (-1, 1) — four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扇形弧长为 3/4 · 2π · 4 = 6π，它等于底面周长。因此 2π r = 6π，所以 r = 3。</w:t>
      </w:r>
    </w:p>
    <w:p>
      <w:pPr>
        <w:spacing w:before="0" w:after="80" w:line="300" w:lineRule="auto"/>
        <w:jc w:val="left"/>
      </w:pPr>
      <w:r>
        <w:rPr>
          <w:rFonts w:ascii="Times New Roman" w:hAnsi="Times New Roman" w:eastAsia="宋体"/>
          <w:b w:val="0"/>
          <w:i w:val="0"/>
          <w:sz w:val="21"/>
        </w:rPr>
        <w:t>母线长是 4，因此由勾股定理可得高为 h = √(4² - 3²) = √(7)。圆锥体积为</w:t>
      </w:r>
    </w:p>
    <w:p>
      <w:pPr>
        <w:spacing w:before="0" w:after="80" w:line="300" w:lineRule="auto"/>
        <w:jc w:val="left"/>
      </w:pPr>
      <w:r>
        <w:rPr>
          <w:rFonts w:ascii="Times New Roman" w:hAnsi="Times New Roman" w:eastAsia="宋体"/>
          <w:b w:val="0"/>
          <w:i w:val="0"/>
          <w:sz w:val="21"/>
        </w:rPr>
        <w:t>1/3 π r² h = 1/3 π · 9 · √(7) = 3π√(7)。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sector’s arc length is 3/4 · 2π · 4 = 6π, which becomes the base circumference: 2π r = 6π, so r = 3.</w:t>
      </w:r>
    </w:p>
    <w:p>
      <w:pPr>
        <w:spacing w:before="0" w:after="80" w:line="300" w:lineRule="auto"/>
        <w:jc w:val="left"/>
      </w:pPr>
      <w:r>
        <w:rPr>
          <w:rFonts w:ascii="Times New Roman" w:hAnsi="Times New Roman" w:eastAsia="宋体"/>
          <w:b w:val="0"/>
          <w:i w:val="0"/>
          <w:color w:val="333333"/>
          <w:sz w:val="19"/>
        </w:rPr>
        <w:t>The slant height is the sector radius 4, so the height is h = √(4² - 3²) = √(7). The volume is</w:t>
      </w:r>
    </w:p>
    <w:p>
      <w:pPr>
        <w:spacing w:before="0" w:after="80" w:line="300" w:lineRule="auto"/>
        <w:jc w:val="left"/>
      </w:pPr>
      <w:r>
        <w:rPr>
          <w:rFonts w:ascii="Times New Roman" w:hAnsi="Times New Roman" w:eastAsia="宋体"/>
          <w:b w:val="0"/>
          <w:i w:val="0"/>
          <w:color w:val="333333"/>
          <w:sz w:val="19"/>
        </w:rPr>
        <w:t>1/3 π r² h = 1/3 π · 9 · √(7) = 3π√(7).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令 A = (0, 0)、B = (1, 0)、C = (1, 1)、D = (0, 1)。内切圆圆心为 (1/2, 1/2)，半径为 1/2，并在 M = (1/2, 1) 处与 CD 相切。</w:t>
      </w:r>
    </w:p>
    <w:p>
      <w:pPr>
        <w:spacing w:before="0" w:after="80" w:line="300" w:lineRule="auto"/>
        <w:jc w:val="left"/>
      </w:pPr>
      <w:r>
        <w:rPr>
          <w:rFonts w:ascii="Times New Roman" w:hAnsi="Times New Roman" w:eastAsia="宋体"/>
          <w:b w:val="0"/>
          <w:i w:val="0"/>
          <w:sz w:val="21"/>
        </w:rPr>
        <w:t>直线 AM 为 y = 2x。代入 (x - 1/2)² + (y - 1/2)² = 1/4，得到 20x² - 12x + 1 = 0，其根为 x = 1/2（点 M）和 x = 1/10（点 P）。</w:t>
      </w:r>
    </w:p>
    <w:p>
      <w:pPr>
        <w:spacing w:before="0" w:after="80" w:line="300" w:lineRule="auto"/>
        <w:jc w:val="left"/>
      </w:pPr>
      <w:r>
        <w:rPr>
          <w:rFonts w:ascii="Times New Roman" w:hAnsi="Times New Roman" w:eastAsia="宋体"/>
          <w:b w:val="0"/>
          <w:i w:val="0"/>
          <w:sz w:val="21"/>
        </w:rPr>
        <w:t>因此 P = (1/10, 1/5)，且 AP = √((1/10)² + (1/5)²) = (√(5))/10。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(0, 0), B = (1, 0), C = (1, 1), D = (0, 1). The inscribed circle has center (1/2, 1/2) and radius 1/2, touching CD at M = (1/2, 1).</w:t>
      </w:r>
    </w:p>
    <w:p>
      <w:pPr>
        <w:spacing w:before="0" w:after="80" w:line="300" w:lineRule="auto"/>
        <w:jc w:val="left"/>
      </w:pPr>
      <w:r>
        <w:rPr>
          <w:rFonts w:ascii="Times New Roman" w:hAnsi="Times New Roman" w:eastAsia="宋体"/>
          <w:b w:val="0"/>
          <w:i w:val="0"/>
          <w:color w:val="333333"/>
          <w:sz w:val="19"/>
        </w:rPr>
        <w:t>Line AM is y = 2x. Substituting into (x - 1/2)² + (y - 1/2)² = 1/4 gives 20x² - 12x + 1 = 0, with roots x = 1/2 (point M) and x = 1/10 (point P).</w:t>
      </w:r>
    </w:p>
    <w:p>
      <w:pPr>
        <w:spacing w:before="0" w:after="80" w:line="300" w:lineRule="auto"/>
        <w:jc w:val="left"/>
      </w:pPr>
      <w:r>
        <w:rPr>
          <w:rFonts w:ascii="Times New Roman" w:hAnsi="Times New Roman" w:eastAsia="宋体"/>
          <w:b w:val="0"/>
          <w:i w:val="0"/>
          <w:color w:val="333333"/>
          <w:sz w:val="19"/>
        </w:rPr>
        <w:t>So P = (1/10, 1/5) and AP = √((1/10)² + (1/5)²) = (√(5))/10.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六边形的面积为 (3√(3))/2· 2² = 6√(3)。每个半圆的半径为 1，面积为 π/2，所以六个半圆的面积之和为 3π。</w:t>
      </w:r>
    </w:p>
    <w:p>
      <w:pPr>
        <w:spacing w:before="0" w:after="80" w:line="300" w:lineRule="auto"/>
        <w:jc w:val="left"/>
      </w:pPr>
      <w:r>
        <w:rPr>
          <w:rFonts w:ascii="Times New Roman" w:hAnsi="Times New Roman" w:eastAsia="宋体"/>
          <w:b w:val="0"/>
          <w:i w:val="0"/>
          <w:sz w:val="21"/>
        </w:rPr>
        <w:t>相邻半圆的圆心距离为 √(3)，因此每对相邻半圆的重叠透镜形面积为 2cos⁻¹((√(3))/2) - (√(3))/2 = π/3 - (√(3))/2。</w:t>
      </w:r>
    </w:p>
    <w:p>
      <w:pPr>
        <w:spacing w:before="0" w:after="80" w:line="300" w:lineRule="auto"/>
        <w:jc w:val="left"/>
      </w:pPr>
      <w:r>
        <w:rPr>
          <w:rFonts w:ascii="Times New Roman" w:hAnsi="Times New Roman" w:eastAsia="宋体"/>
          <w:b w:val="0"/>
          <w:i w:val="0"/>
          <w:sz w:val="21"/>
        </w:rPr>
        <w:t>共有六个这样的透镜形，所以六个半圆的并集面积为</w:t>
      </w:r>
    </w:p>
    <w:p>
      <w:pPr>
        <w:spacing w:before="0" w:after="80" w:line="300" w:lineRule="auto"/>
        <w:jc w:val="left"/>
      </w:pPr>
      <w:r>
        <w:rPr>
          <w:rFonts w:ascii="Times New Roman" w:hAnsi="Times New Roman" w:eastAsia="宋体"/>
          <w:b w:val="0"/>
          <w:i w:val="0"/>
          <w:sz w:val="21"/>
        </w:rPr>
        <w:t>3π - 6(π/3 - (√(3))/2) = π + 3√(3)。</w:t>
      </w:r>
    </w:p>
    <w:p>
      <w:pPr>
        <w:spacing w:before="0" w:after="80" w:line="300" w:lineRule="auto"/>
        <w:jc w:val="left"/>
      </w:pPr>
      <w:r>
        <w:rPr>
          <w:rFonts w:ascii="Times New Roman" w:hAnsi="Times New Roman" w:eastAsia="宋体"/>
          <w:b w:val="0"/>
          <w:i w:val="0"/>
          <w:sz w:val="21"/>
        </w:rPr>
        <w:t>从六边形面积中减去它，得到阴影面积 6√(3) - (π + 3√(3)) = 3√(3) -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hexagon has area (3√(3))/2· 2² = 6√(3). Each semicircle has radius 1 and area π/2, totaling 3π.</w:t>
      </w:r>
    </w:p>
    <w:p>
      <w:pPr>
        <w:spacing w:before="0" w:after="80" w:line="300" w:lineRule="auto"/>
        <w:jc w:val="left"/>
      </w:pPr>
      <w:r>
        <w:rPr>
          <w:rFonts w:ascii="Times New Roman" w:hAnsi="Times New Roman" w:eastAsia="宋体"/>
          <w:b w:val="0"/>
          <w:i w:val="0"/>
          <w:color w:val="333333"/>
          <w:sz w:val="19"/>
        </w:rPr>
        <w:t>Adjacent semicircle centers (side midpoints) are a distance √(3) apart, so each adjacent pair overlaps in a lens of area 2cos⁻¹((√(3))/2) - (√(3))/2 = π/3 - (√(3))/2. There are six such lenses.</w:t>
      </w:r>
    </w:p>
    <w:p>
      <w:pPr>
        <w:spacing w:before="0" w:after="80" w:line="300" w:lineRule="auto"/>
        <w:jc w:val="left"/>
      </w:pPr>
      <w:r>
        <w:rPr>
          <w:rFonts w:ascii="Times New Roman" w:hAnsi="Times New Roman" w:eastAsia="宋体"/>
          <w:b w:val="0"/>
          <w:i w:val="0"/>
          <w:color w:val="333333"/>
          <w:sz w:val="19"/>
        </w:rPr>
        <w:t>The union of the semicircles is</w:t>
      </w:r>
    </w:p>
    <w:p>
      <w:pPr>
        <w:spacing w:before="0" w:after="80" w:line="300" w:lineRule="auto"/>
        <w:jc w:val="left"/>
      </w:pPr>
      <w:r>
        <w:rPr>
          <w:rFonts w:ascii="Times New Roman" w:hAnsi="Times New Roman" w:eastAsia="宋体"/>
          <w:b w:val="0"/>
          <w:i w:val="0"/>
          <w:color w:val="333333"/>
          <w:sz w:val="19"/>
        </w:rPr>
        <w:t>3π - 6(π/3 - (√(3))/2) = π + 3√(3).</w:t>
      </w:r>
    </w:p>
    <w:p>
      <w:pPr>
        <w:spacing w:before="0" w:after="80" w:line="300" w:lineRule="auto"/>
        <w:jc w:val="left"/>
      </w:pPr>
      <w:r>
        <w:rPr>
          <w:rFonts w:ascii="Times New Roman" w:hAnsi="Times New Roman" w:eastAsia="宋体"/>
          <w:b w:val="0"/>
          <w:i w:val="0"/>
          <w:color w:val="333333"/>
          <w:sz w:val="19"/>
        </w:rPr>
        <w:t>Subtracting from the hexagon gives the shaded area 6√(3) - (π + 3√(3)) = 3√(3) - 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将圆心置于原点，AB 放在 x-轴上；半径为 R = 5√(2)，所以 R² = 50。于是 E = (x_(E), 0)，其中 x_(E) = R - 2√(5)，但它的具体值不需要算出。</w:t>
      </w:r>
    </w:p>
    <w:p>
      <w:pPr>
        <w:spacing w:before="0" w:after="80" w:line="300" w:lineRule="auto"/>
        <w:jc w:val="left"/>
      </w:pPr>
      <w:r>
        <w:rPr>
          <w:rFonts w:ascii="Times New Roman" w:hAnsi="Times New Roman" w:eastAsia="宋体"/>
          <w:b w:val="0"/>
          <w:i w:val="0"/>
          <w:sz w:val="21"/>
        </w:rPr>
        <w:t>把弦参数化为 E + t(1/(√(2)), 1/(√(2)))。代入圆方程 x² + y² = 50 得到 t² + √(2) x_(E) t + (x_(E)² - 50) = 0，其根 t₁, t₂ 是到 C 和 D 的有向距离。</w:t>
      </w:r>
    </w:p>
    <w:p>
      <w:pPr>
        <w:spacing w:before="0" w:after="80" w:line="300" w:lineRule="auto"/>
        <w:jc w:val="left"/>
      </w:pPr>
      <w:r>
        <w:rPr>
          <w:rFonts w:ascii="Times New Roman" w:hAnsi="Times New Roman" w:eastAsia="宋体"/>
          <w:b w:val="0"/>
          <w:i w:val="0"/>
          <w:sz w:val="21"/>
        </w:rPr>
        <w:t>由韦达定理，t₁ + t₂ = -√(2) x_(E)，且 t₁ t₂ = x_(E)² - 50，所以</w:t>
      </w:r>
    </w:p>
    <w:p>
      <w:pPr>
        <w:spacing w:before="0" w:after="80" w:line="300" w:lineRule="auto"/>
        <w:jc w:val="left"/>
      </w:pPr>
      <w:r>
        <w:rPr>
          <w:rFonts w:ascii="Times New Roman" w:hAnsi="Times New Roman" w:eastAsia="宋体"/>
          <w:b w:val="0"/>
          <w:i w:val="0"/>
          <w:sz w:val="21"/>
        </w:rPr>
        <w:t>CE² + DE² = t₁² + t₂²</w:t>
      </w:r>
    </w:p>
    <w:p>
      <w:pPr>
        <w:spacing w:before="0" w:after="80" w:line="300" w:lineRule="auto"/>
        <w:jc w:val="left"/>
      </w:pPr>
      <w:r>
        <w:rPr>
          <w:rFonts w:ascii="Times New Roman" w:hAnsi="Times New Roman" w:eastAsia="宋体"/>
          <w:b w:val="0"/>
          <w:i w:val="0"/>
          <w:sz w:val="21"/>
        </w:rPr>
        <w:t>= (t₁ + t₂)² - 2t₁ t₂</w:t>
      </w:r>
    </w:p>
    <w:p>
      <w:pPr>
        <w:spacing w:before="0" w:after="80" w:line="300" w:lineRule="auto"/>
        <w:jc w:val="left"/>
      </w:pPr>
      <w:r>
        <w:rPr>
          <w:rFonts w:ascii="Times New Roman" w:hAnsi="Times New Roman" w:eastAsia="宋体"/>
          <w:b w:val="0"/>
          <w:i w:val="0"/>
          <w:sz w:val="21"/>
        </w:rPr>
        <w:t>= 2x_(E)² - 2(x_(E)² - 50)</w:t>
      </w:r>
    </w:p>
    <w:p>
      <w:pPr>
        <w:spacing w:before="0" w:after="80" w:line="300" w:lineRule="auto"/>
        <w:jc w:val="left"/>
      </w:pPr>
      <w:r>
        <w:rPr>
          <w:rFonts w:ascii="Times New Roman" w:hAnsi="Times New Roman" w:eastAsia="宋体"/>
          <w:b w:val="0"/>
          <w:i w:val="0"/>
          <w:sz w:val="21"/>
        </w:rPr>
        <w:t>= 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center at the origin with AB on the x-axis; the radius is R = 5√(2), so R² = 50. Then E = (x_(E), 0) with x_(E) = R - 2√(5) (its exact value is not needed).</w:t>
      </w:r>
    </w:p>
    <w:p>
      <w:pPr>
        <w:spacing w:before="0" w:after="80" w:line="300" w:lineRule="auto"/>
        <w:jc w:val="left"/>
      </w:pPr>
      <w:r>
        <w:rPr>
          <w:rFonts w:ascii="Times New Roman" w:hAnsi="Times New Roman" w:eastAsia="宋体"/>
          <w:b w:val="0"/>
          <w:i w:val="0"/>
          <w:color w:val="333333"/>
          <w:sz w:val="19"/>
        </w:rPr>
        <w:t>Parametrize the chord as E + t(1/(√(2)), 1/(√(2))). Substituting into x² + y² = 50 gives t² + √(2) x_(E) t + (x_(E)² - 50) = 0, whose roots are the signed distances t₁, t₂ to C and D.</w:t>
      </w:r>
    </w:p>
    <w:p>
      <w:pPr>
        <w:spacing w:before="0" w:after="80" w:line="300" w:lineRule="auto"/>
        <w:jc w:val="left"/>
      </w:pPr>
      <w:r>
        <w:rPr>
          <w:rFonts w:ascii="Times New Roman" w:hAnsi="Times New Roman" w:eastAsia="宋体"/>
          <w:b w:val="0"/>
          <w:i w:val="0"/>
          <w:color w:val="333333"/>
          <w:sz w:val="19"/>
        </w:rPr>
        <w:t>By Vieta, t₁ + t₂ = -√(2) x_(E) and t₁ t₂ = x_(E)² - 50, so</w:t>
      </w:r>
    </w:p>
    <w:p>
      <w:pPr>
        <w:spacing w:before="0" w:after="80" w:line="300" w:lineRule="auto"/>
        <w:jc w:val="left"/>
      </w:pPr>
      <w:r>
        <w:rPr>
          <w:rFonts w:ascii="Times New Roman" w:hAnsi="Times New Roman" w:eastAsia="宋体"/>
          <w:b w:val="0"/>
          <w:i w:val="0"/>
          <w:color w:val="333333"/>
          <w:sz w:val="19"/>
        </w:rPr>
        <w:t>CE² + DE² = t₁² + t₂²</w:t>
      </w:r>
    </w:p>
    <w:p>
      <w:pPr>
        <w:spacing w:before="0" w:after="80" w:line="300" w:lineRule="auto"/>
        <w:jc w:val="left"/>
      </w:pPr>
      <w:r>
        <w:rPr>
          <w:rFonts w:ascii="Times New Roman" w:hAnsi="Times New Roman" w:eastAsia="宋体"/>
          <w:b w:val="0"/>
          <w:i w:val="0"/>
          <w:color w:val="333333"/>
          <w:sz w:val="19"/>
        </w:rPr>
        <w:t>= (t₁ + t₂)² - 2t₁ t₂</w:t>
      </w:r>
    </w:p>
    <w:p>
      <w:pPr>
        <w:spacing w:before="0" w:after="80" w:line="300" w:lineRule="auto"/>
        <w:jc w:val="left"/>
      </w:pPr>
      <w:r>
        <w:rPr>
          <w:rFonts w:ascii="Times New Roman" w:hAnsi="Times New Roman" w:eastAsia="宋体"/>
          <w:b w:val="0"/>
          <w:i w:val="0"/>
          <w:color w:val="333333"/>
          <w:sz w:val="19"/>
        </w:rPr>
        <w:t>= 2x_(E)² - 2(x_(E)² - 50)</w:t>
      </w:r>
    </w:p>
    <w:p>
      <w:pPr>
        <w:spacing w:before="0" w:after="80" w:line="300" w:lineRule="auto"/>
        <w:jc w:val="left"/>
      </w:pPr>
      <w:r>
        <w:rPr>
          <w:rFonts w:ascii="Times New Roman" w:hAnsi="Times New Roman" w:eastAsia="宋体"/>
          <w:b w:val="0"/>
          <w:i w:val="0"/>
          <w:color w:val="333333"/>
          <w:sz w:val="19"/>
        </w:rPr>
        <w:t>=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令 a = log₂ 3，则 log₃ 2 = 1/a。于是</w:t>
      </w:r>
    </w:p>
    <w:p>
      <w:pPr>
        <w:spacing w:before="0" w:after="80" w:line="300" w:lineRule="auto"/>
        <w:jc w:val="left"/>
      </w:pPr>
      <w:r>
        <w:rPr>
          <w:rFonts w:ascii="Times New Roman" w:hAnsi="Times New Roman" w:eastAsia="宋体"/>
          <w:b w:val="0"/>
          <w:i w:val="0"/>
          <w:sz w:val="21"/>
        </w:rPr>
        <w:t>log₂ 6 + log₃ 6</w:t>
      </w:r>
    </w:p>
    <w:p>
      <w:pPr>
        <w:spacing w:before="0" w:after="80" w:line="300" w:lineRule="auto"/>
        <w:jc w:val="left"/>
      </w:pPr>
      <w:r>
        <w:rPr>
          <w:rFonts w:ascii="Times New Roman" w:hAnsi="Times New Roman" w:eastAsia="宋体"/>
          <w:b w:val="0"/>
          <w:i w:val="0"/>
          <w:sz w:val="21"/>
        </w:rPr>
        <w:t>= (1 + log₂ 3)</w:t>
      </w:r>
    </w:p>
    <w:p>
      <w:pPr>
        <w:spacing w:before="0" w:after="80" w:line="300" w:lineRule="auto"/>
        <w:jc w:val="left"/>
      </w:pPr>
      <w:r>
        <w:rPr>
          <w:rFonts w:ascii="Times New Roman" w:hAnsi="Times New Roman" w:eastAsia="宋体"/>
          <w:b w:val="0"/>
          <w:i w:val="0"/>
          <w:sz w:val="21"/>
        </w:rPr>
        <w:t>+ (1 + log₃ 2)</w:t>
      </w:r>
    </w:p>
    <w:p>
      <w:pPr>
        <w:spacing w:before="0" w:after="80" w:line="300" w:lineRule="auto"/>
        <w:jc w:val="left"/>
      </w:pPr>
      <w:r>
        <w:rPr>
          <w:rFonts w:ascii="Times New Roman" w:hAnsi="Times New Roman" w:eastAsia="宋体"/>
          <w:b w:val="0"/>
          <w:i w:val="0"/>
          <w:sz w:val="21"/>
        </w:rPr>
        <w:t>= 2 + a + 1/a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另一方面，(√(log₂ 3) + √(log₃ 2))² = a + 1/a + 2√(a · 1/a) = a + 1/a + 2，与上式相等。</w:t>
      </w:r>
    </w:p>
    <w:p>
      <w:pPr>
        <w:spacing w:before="0" w:after="80" w:line="300" w:lineRule="auto"/>
        <w:jc w:val="left"/>
      </w:pPr>
      <w:r>
        <w:rPr>
          <w:rFonts w:ascii="Times New Roman" w:hAnsi="Times New Roman" w:eastAsia="宋体"/>
          <w:b w:val="0"/>
          <w:i w:val="0"/>
          <w:sz w:val="21"/>
        </w:rPr>
        <w:t>两边取平方根，得 √(log₂ 6 + log₃ 6) = √(log₂ 3) + √(log₃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log₂ 3, so log₃ 2 = 1/a. Then</w:t>
      </w:r>
    </w:p>
    <w:p>
      <w:pPr>
        <w:spacing w:before="0" w:after="80" w:line="300" w:lineRule="auto"/>
        <w:jc w:val="left"/>
      </w:pPr>
      <w:r>
        <w:rPr>
          <w:rFonts w:ascii="Times New Roman" w:hAnsi="Times New Roman" w:eastAsia="宋体"/>
          <w:b w:val="0"/>
          <w:i w:val="0"/>
          <w:color w:val="333333"/>
          <w:sz w:val="19"/>
        </w:rPr>
        <w:t>log₂ 6 + log₃ 6</w:t>
      </w:r>
    </w:p>
    <w:p>
      <w:pPr>
        <w:spacing w:before="0" w:after="80" w:line="300" w:lineRule="auto"/>
        <w:jc w:val="left"/>
      </w:pPr>
      <w:r>
        <w:rPr>
          <w:rFonts w:ascii="Times New Roman" w:hAnsi="Times New Roman" w:eastAsia="宋体"/>
          <w:b w:val="0"/>
          <w:i w:val="0"/>
          <w:color w:val="333333"/>
          <w:sz w:val="19"/>
        </w:rPr>
        <w:t>= (1 + log₂ 3)</w:t>
      </w:r>
    </w:p>
    <w:p>
      <w:pPr>
        <w:spacing w:before="0" w:after="80" w:line="300" w:lineRule="auto"/>
        <w:jc w:val="left"/>
      </w:pPr>
      <w:r>
        <w:rPr>
          <w:rFonts w:ascii="Times New Roman" w:hAnsi="Times New Roman" w:eastAsia="宋体"/>
          <w:b w:val="0"/>
          <w:i w:val="0"/>
          <w:color w:val="333333"/>
          <w:sz w:val="19"/>
        </w:rPr>
        <w:t>+ (1 + log₃ 2)</w:t>
      </w:r>
    </w:p>
    <w:p>
      <w:pPr>
        <w:spacing w:before="0" w:after="80" w:line="300" w:lineRule="auto"/>
        <w:jc w:val="left"/>
      </w:pPr>
      <w:r>
        <w:rPr>
          <w:rFonts w:ascii="Times New Roman" w:hAnsi="Times New Roman" w:eastAsia="宋体"/>
          <w:b w:val="0"/>
          <w:i w:val="0"/>
          <w:color w:val="333333"/>
          <w:sz w:val="19"/>
        </w:rPr>
        <w:t>= 2 + a + 1/a.</w:t>
      </w:r>
    </w:p>
    <w:p>
      <w:pPr>
        <w:spacing w:before="0" w:after="80" w:line="300" w:lineRule="auto"/>
        <w:jc w:val="left"/>
      </w:pPr>
      <w:r>
        <w:rPr>
          <w:rFonts w:ascii="Times New Roman" w:hAnsi="Times New Roman" w:eastAsia="宋体"/>
          <w:b w:val="0"/>
          <w:i w:val="0"/>
          <w:color w:val="333333"/>
          <w:sz w:val="19"/>
        </w:rPr>
        <w:t>Meanwhile (√(log₂ 3) + √(log₃ 2))² = a + 1/a + 2√(a · 1/a) = a + 1/a + 2, which equals the expression above.</w:t>
      </w:r>
    </w:p>
    <w:p>
      <w:pPr>
        <w:spacing w:before="0" w:after="80" w:line="300" w:lineRule="auto"/>
        <w:jc w:val="left"/>
      </w:pPr>
      <w:r>
        <w:rPr>
          <w:rFonts w:ascii="Times New Roman" w:hAnsi="Times New Roman" w:eastAsia="宋体"/>
          <w:b w:val="0"/>
          <w:i w:val="0"/>
          <w:color w:val="333333"/>
          <w:sz w:val="19"/>
        </w:rPr>
        <w:t>Taking square roots, √(log₂ 6 + log₃ 6) = √(log₂ 3) + √(log₃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Bela 第一步选择区间中点 n/2。这样，局面关于区间中心对称。</w:t>
      </w:r>
    </w:p>
    <w:p>
      <w:pPr>
        <w:spacing w:before="0" w:after="80" w:line="300" w:lineRule="auto"/>
        <w:jc w:val="left"/>
      </w:pPr>
      <w:r>
        <w:rPr>
          <w:rFonts w:ascii="Times New Roman" w:hAnsi="Times New Roman" w:eastAsia="宋体"/>
          <w:b w:val="0"/>
          <w:i w:val="0"/>
          <w:sz w:val="21"/>
        </w:rPr>
        <w:t>此后，每当 Jenn 选择一个数 x，Bela 就选择它关于中点的镜像 n - x。因为 Bela 已经选了 n/2，Jenn 的合法选择必满足 |x-n/2|&gt;1。因此 |x-(n-x)|=2|x-n/2|&gt;2，所以 Bela 的回应与 Jenn 刚选的点相距足够远。 由对称性，它与先前的每个点也相距足够远。因此，只要 Jenn 有合法行动，Bela 就一定也有合法行动， 所以 Jenn 会先无路可走。Bela 总会获胜。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Bela first plays the midpoint n/2. This choice makes the configuration symmetric about the center of the interval.</w:t>
      </w:r>
    </w:p>
    <w:p>
      <w:pPr>
        <w:spacing w:before="0" w:after="80" w:line="300" w:lineRule="auto"/>
        <w:jc w:val="left"/>
      </w:pPr>
      <w:r>
        <w:rPr>
          <w:rFonts w:ascii="Times New Roman" w:hAnsi="Times New Roman" w:eastAsia="宋体"/>
          <w:b w:val="0"/>
          <w:i w:val="0"/>
          <w:color w:val="333333"/>
          <w:sz w:val="19"/>
        </w:rPr>
        <w:t>Thereafter, whenever Jenn picks a number x, Bela responds with its mirror image n - x. Since Bela has already chosen n/2, Jenn’s legal move satisfies |x-n/2|&gt;1. Therefore |x-(n-x)|=2|x-n/2|&gt;2, so Bela’s response is far enough from Jenn’s new point. Symmetry shows that it is also far enough from every earlier point. Thus Bela always has a move whenever Jenn does, so Jenn is the first to be stuck. Bela always wins.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将人编号为 0 到 9。允许的配对是相邻边 (i, i + 1) 或直径边 (i, i + 5)。我们按使用的直径边数量分类计算完美匹配。</w:t>
      </w:r>
    </w:p>
    <w:p>
      <w:pPr>
        <w:spacing w:before="0" w:after="80" w:line="300" w:lineRule="auto"/>
        <w:jc w:val="left"/>
      </w:pPr>
      <w:r>
        <w:rPr>
          <w:rFonts w:ascii="Times New Roman" w:hAnsi="Times New Roman" w:eastAsia="宋体"/>
          <w:b w:val="0"/>
          <w:i w:val="0"/>
          <w:sz w:val="21"/>
        </w:rPr>
        <w:t>不使用直径边时，相邻的人可以按两种交错方式配对，共有 2 种。恰用一条直径边时，选择这条直径有 5 种，其余的人随后被唯一配对，因此共有 5 种。使用全部五条直径边时有 1 种。</w:t>
      </w:r>
    </w:p>
    <w:p>
      <w:pPr>
        <w:spacing w:before="0" w:after="80" w:line="300" w:lineRule="auto"/>
        <w:jc w:val="left"/>
      </w:pPr>
      <w:r>
        <w:rPr>
          <w:rFonts w:ascii="Times New Roman" w:hAnsi="Times New Roman" w:eastAsia="宋体"/>
          <w:b w:val="0"/>
          <w:i w:val="0"/>
          <w:sz w:val="21"/>
        </w:rPr>
        <w:t>只要使用了直径边，沿圆周考察被迫出现的相邻配对，就可看出直径边数必须是奇数。恰用三条直径边时，余下四人必须组成两对彼此对置的相邻配对；其中一对的位置唯一确定整个匹配，所以有 5 种。综上，总数为 2+5+5+1=13。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people 0 through 9. Allowed pairings use neighbor edges (i, i + 1) or diameter edges (i, i + 5). Count perfect matchings by the number of diameter edges used.</w:t>
      </w:r>
    </w:p>
    <w:p>
      <w:pPr>
        <w:spacing w:before="0" w:after="80" w:line="300" w:lineRule="auto"/>
        <w:jc w:val="left"/>
      </w:pPr>
      <w:r>
        <w:rPr>
          <w:rFonts w:ascii="Times New Roman" w:hAnsi="Times New Roman" w:eastAsia="宋体"/>
          <w:b w:val="0"/>
          <w:i w:val="0"/>
          <w:color w:val="333333"/>
          <w:sz w:val="19"/>
        </w:rPr>
        <w:t>Using no diameters, the ten people split into adjacent pairs in 2 ways (all “even” edges or all “odd” edges). Using exactly one diameter, choose it in 5 ways; the remaining two arcs of four people each pair up uniquely, giving 5. Using all five diameters gives 1 matching.</w:t>
      </w:r>
    </w:p>
    <w:p>
      <w:pPr>
        <w:spacing w:before="0" w:after="80" w:line="300" w:lineRule="auto"/>
        <w:jc w:val="left"/>
      </w:pPr>
      <w:r>
        <w:rPr>
          <w:rFonts w:ascii="Times New Roman" w:hAnsi="Times New Roman" w:eastAsia="宋体"/>
          <w:b w:val="0"/>
          <w:i w:val="0"/>
          <w:color w:val="333333"/>
          <w:sz w:val="19"/>
        </w:rPr>
        <w:t>If at least one diameter is used, following the forced adjacent pairings around the circle shows that the number of diameters must be odd. With exactly three diameters, the four remaining people must be two opposite adjacent pairs. The position of one such opposite pair determines the matching, giving 5 possibilities. Hence the total is 2+5+5+1=13.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要最后两种颜色各有三个，四次新增的球中必须恰有两个红球。当罐中有 k 个球，其中有 c 个某色球时，下一次抽到该色的概率为 c/k。</w:t>
      </w:r>
    </w:p>
    <w:p>
      <w:pPr>
        <w:spacing w:before="0" w:after="80" w:line="300" w:lineRule="auto"/>
        <w:jc w:val="left"/>
      </w:pPr>
      <w:r>
        <w:rPr>
          <w:rFonts w:ascii="Times New Roman" w:hAnsi="Times New Roman" w:eastAsia="宋体"/>
          <w:b w:val="0"/>
          <w:i w:val="0"/>
          <w:sz w:val="21"/>
        </w:rPr>
        <w:t>每个恰含两次红球和两次蓝球的指定序列，其概率都为 (1· 2· 1· 2)/(2· 3· 4· 5)。这样的序列有 C(4, 2) = 6 个，所以总概率为 (6· 4)/120 = 1/5。（等价地，四次后红球数在 {1, 2, 3, 4, 5} 中均匀分布；其中目标值为 3，概率也为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end with three of each color, exactly two of the four added balls must be red. Consider any sequence of draws. When the urn holds k balls, drawing a particular color with count c has probability c/k.</w:t>
      </w:r>
    </w:p>
    <w:p>
      <w:pPr>
        <w:spacing w:before="0" w:after="80" w:line="300" w:lineRule="auto"/>
        <w:jc w:val="left"/>
      </w:pPr>
      <w:r>
        <w:rPr>
          <w:rFonts w:ascii="Times New Roman" w:hAnsi="Times New Roman" w:eastAsia="宋体"/>
          <w:b w:val="0"/>
          <w:i w:val="0"/>
          <w:color w:val="333333"/>
          <w:sz w:val="19"/>
        </w:rPr>
        <w:t>Any ordering with two red and two blue additions gives the same product (1· 2· 1· 2)/(2· 3· 4· 5), and there are C(4, 2) = 6 such orderings, for probability (6· 4)/120 = 1/5. (Equivalently, the number of red balls after four steps is uniform on {1, 2, 3, 4, 5}, so 3 red occurs with probability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设 ω = (-1 + i√(3))/2，它是本原三次单位根。由于 0 不是根，不同根的集合在乘以 ω 后保持不变，所以根按 {r, ω r, ω² r} 这样的三元组出现。五个根无法填满两个三元组，因此只有一个三元组，其重数 m₁, m₂, m₃ ≥ 1 之和为 5。</w:t>
      </w:r>
    </w:p>
    <w:p>
      <w:pPr>
        <w:spacing w:before="0" w:after="80" w:line="300" w:lineRule="auto"/>
        <w:jc w:val="left"/>
      </w:pPr>
      <w:r>
        <w:rPr>
          <w:rFonts w:ascii="Times New Roman" w:hAnsi="Times New Roman" w:eastAsia="宋体"/>
          <w:b w:val="0"/>
          <w:i w:val="0"/>
          <w:sz w:val="21"/>
        </w:rPr>
        <w:t>实系数要求根的多重集在共轭下不变。这只可能发生在三元组的辐角关于实轴对称时，即 {0°, 120°, 240°} 或 {60°, 180°, 300°}。</w:t>
      </w:r>
    </w:p>
    <w:p>
      <w:pPr>
        <w:spacing w:before="0" w:after="80" w:line="300" w:lineRule="auto"/>
        <w:jc w:val="left"/>
      </w:pPr>
      <w:r>
        <w:rPr>
          <w:rFonts w:ascii="Times New Roman" w:hAnsi="Times New Roman" w:eastAsia="宋体"/>
          <w:b w:val="0"/>
          <w:i w:val="0"/>
          <w:sz w:val="21"/>
        </w:rPr>
        <w:t>全部根的乘积必须为 -2020。第一种构型中的实根为正，会导致乘积为正，不可能。第二种构型中的实根为负，乘积为 -ρ⁵；取 ρ⁵ = 2020 即可。共轭对称的重数方案为 (1, 3, 1) 和 (2, 1, 2)，因此有 2 个多项式。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ω = (-1 + i√(3))/2 is a primitive cube root of unity. Since 0 is not a root, the set of distinct roots is closed under multiplication by ω, so it consists of triples {r, ω r, ω² r} equally spaced in argument. Five roots cannot fill two such triples, so there is exactly one triple, with multiplicities m₁, m₂, m₃ ≥ 1 summing to 5.</w:t>
      </w:r>
    </w:p>
    <w:p>
      <w:pPr>
        <w:spacing w:before="0" w:after="80" w:line="300" w:lineRule="auto"/>
        <w:jc w:val="left"/>
      </w:pPr>
      <w:r>
        <w:rPr>
          <w:rFonts w:ascii="Times New Roman" w:hAnsi="Times New Roman" w:eastAsia="宋体"/>
          <w:b w:val="0"/>
          <w:i w:val="0"/>
          <w:color w:val="333333"/>
          <w:sz w:val="19"/>
        </w:rPr>
        <w:t>Real coefficients require the root multiset to be closed under conjugation. This is possible only when the triple’s arguments are symmetric about the real axis, which happens for the two configurations {0°, 120°, 240°} and {60°, 180°, 300°}.</w:t>
      </w:r>
    </w:p>
    <w:p>
      <w:pPr>
        <w:spacing w:before="0" w:after="80" w:line="300" w:lineRule="auto"/>
        <w:jc w:val="left"/>
      </w:pPr>
      <w:r>
        <w:rPr>
          <w:rFonts w:ascii="Times New Roman" w:hAnsi="Times New Roman" w:eastAsia="宋体"/>
          <w:b w:val="0"/>
          <w:i w:val="0"/>
          <w:color w:val="333333"/>
          <w:sz w:val="19"/>
        </w:rPr>
        <w:t>The product of the roots must equal -2020. In the first configuration the real root is positive, forcing a positive product, which is impossible. In the second, the real root is negative and the product is -ρ⁵; setting ρ⁵ = 2020 works, and the two conjugate-symmetric multiplicity patterns (1, 3, 1) and (2, 1, 2) each give a valid polynomial. Hence there are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四个区域总面积为 4，所以正方形边长为 2。取 A = (0, 0)、B = (2, 0)、C = (2, 2)、D = (0, 2)。由于 △ AEH 是面积为 1 的等腰直角三角形，所以 AE = AH = √(2)，从而 E = (√(2), 0)，H = (0, √(2))。直线 EH 的方程为 x + y = √(2)。</w:t>
      </w:r>
    </w:p>
    <w:p>
      <w:pPr>
        <w:spacing w:before="0" w:after="80" w:line="300" w:lineRule="auto"/>
        <w:jc w:val="left"/>
      </w:pPr>
      <w:r>
        <w:rPr>
          <w:rFonts w:ascii="Times New Roman" w:hAnsi="Times New Roman" w:eastAsia="宋体"/>
          <w:b w:val="0"/>
          <w:i w:val="0"/>
          <w:sz w:val="21"/>
        </w:rPr>
        <w:t>设 F = (2, t)。它到直线 EH 的垂直距离为 FI = (2 + t - √(2))/(√(2))。令 s=FI/(√(2))=(2+t-√(2))/2，则垂足为 I=(2-s,t-s)。对 B=(2,0)、F、I、E=(√(2),0) 使用鞋带公式，得到 [BFIE]=s²-(3-2√(2))。由于该面积为 1，所以 s²=4-2√(2)。</w:t>
      </w:r>
    </w:p>
    <w:p>
      <w:pPr>
        <w:spacing w:before="0" w:after="80" w:line="300" w:lineRule="auto"/>
        <w:jc w:val="left"/>
      </w:pPr>
      <w:r>
        <w:rPr>
          <w:rFonts w:ascii="Times New Roman" w:hAnsi="Times New Roman" w:eastAsia="宋体"/>
          <w:b w:val="0"/>
          <w:i w:val="0"/>
          <w:sz w:val="21"/>
        </w:rPr>
        <w:t>因此 FI² = 2s² = 8 - 4√(2)。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regions have total area 4, so the square has side 2. Put A = (0, 0), B = (2, 0), C = (2, 2), D = (0, 2). Since △ AEH is an isosceles right triangle with area 1, we get AE = AH = √(2), so E = (√(2), 0) and H = (0, √(2)). Line EH is x + y = √(2).</w:t>
      </w:r>
    </w:p>
    <w:p>
      <w:pPr>
        <w:spacing w:before="0" w:after="80" w:line="300" w:lineRule="auto"/>
        <w:jc w:val="left"/>
      </w:pPr>
      <w:r>
        <w:rPr>
          <w:rFonts w:ascii="Times New Roman" w:hAnsi="Times New Roman" w:eastAsia="宋体"/>
          <w:b w:val="0"/>
          <w:i w:val="0"/>
          <w:color w:val="333333"/>
          <w:sz w:val="19"/>
        </w:rPr>
        <w:t>Let F = (2, t). Its perpendicular distance to line EH is FI = (2 + t - √(2))/(√(2)). Write s=FI/(√(2))=(2+t-√(2))/2, so the foot of the perpendicular is I=(2-s,t-s). The shoelace formula on B=(2,0), F, I, and E=(√(2),0) gives [BFIE]=s²-(3-2√(2)). Since this area is 1, we get s²=4-2√(2).</w:t>
      </w:r>
    </w:p>
    <w:p>
      <w:pPr>
        <w:spacing w:before="0" w:after="80" w:line="300" w:lineRule="auto"/>
        <w:jc w:val="left"/>
      </w:pPr>
      <w:r>
        <w:rPr>
          <w:rFonts w:ascii="Times New Roman" w:hAnsi="Times New Roman" w:eastAsia="宋体"/>
          <w:b w:val="0"/>
          <w:i w:val="0"/>
          <w:color w:val="333333"/>
          <w:sz w:val="19"/>
        </w:rPr>
        <w:t>Then FI² = 2s² = 8 - 4√(2).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将顶点依次标为 0,1,2,3。每个允许的变换都形如 jmapsto ε j+δpmod 4，其中 ε∈{1,-1} 且 δ∈{1,-1}。这四种选择恰好给出两个四分之一周旋转和题中所述的两个反射。</w:t>
      </w:r>
    </w:p>
    <w:p>
      <w:pPr>
        <w:spacing w:before="0" w:after="80" w:line="300" w:lineRule="auto"/>
        <w:jc w:val="left"/>
      </w:pPr>
      <w:r>
        <w:rPr>
          <w:rFonts w:ascii="Times New Roman" w:hAnsi="Times New Roman" w:eastAsia="宋体"/>
          <w:b w:val="0"/>
          <w:i w:val="0"/>
          <w:sz w:val="21"/>
        </w:rPr>
        <w:t>在复合时，δ 的奇偶性在每一步都会改变。因此，19 个允许变换的复合仍有奇数的 δ，所以它仍是四个允许变换之一。它的逆变换也被允许。因此，前 19 步的每个序列都恰有一种最后一步的选择，共得到 4¹⁹=2³⁸ 个成功序列。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vertices 0,1,2,3 cyclically. Each allowed transformation has the form jmapsto ε j+δpmod 4, where ε∈{1,-1} and δ∈{1,-1}. These four choices give exactly the two quarter-turns and the two stated reflections.</w:t>
      </w:r>
    </w:p>
    <w:p>
      <w:pPr>
        <w:spacing w:before="0" w:after="80" w:line="300" w:lineRule="auto"/>
        <w:jc w:val="left"/>
      </w:pPr>
      <w:r>
        <w:rPr>
          <w:rFonts w:ascii="Times New Roman" w:hAnsi="Times New Roman" w:eastAsia="宋体"/>
          <w:b w:val="0"/>
          <w:i w:val="0"/>
          <w:color w:val="333333"/>
          <w:sz w:val="19"/>
        </w:rPr>
        <w:t>Under composition, the parity of δ changes at every move. Thus a composition of 19 allowed transformations again has odd δ, and so is one of the four allowed transformations. Its inverse is also allowed. Consequently every sequence of the first 19 moves has exactly one choice for the final move, giving 4¹⁹=2³⁸ successful sequences.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固定第一个立方体后，与它旋转后相同的第二个立方体数等于其旋转轨道的大小。因此所求概率为 1/64²Σ_(O) |O|²。</w:t>
      </w:r>
    </w:p>
    <w:p>
      <w:pPr>
        <w:spacing w:before="0" w:after="80" w:line="300" w:lineRule="auto"/>
        <w:jc w:val="left"/>
      </w:pPr>
      <w:r>
        <w:rPr>
          <w:rFonts w:ascii="Times New Roman" w:hAnsi="Times New Roman" w:eastAsia="宋体"/>
          <w:b w:val="0"/>
          <w:i w:val="0"/>
          <w:sz w:val="21"/>
        </w:rPr>
        <w:t>按黑色面数量分类：0 或 6 个黑面时 → 1；1 或 5 个黑面时 → 6；2 或 4 个黑面时，对面情形 → 3，相邻情形为 12；3 个黑面时，共顶点情形 → 8，环带情形为 12。于是</w:t>
      </w:r>
    </w:p>
    <w:p>
      <w:pPr>
        <w:spacing w:before="0" w:after="80" w:line="300" w:lineRule="auto"/>
        <w:jc w:val="left"/>
      </w:pPr>
      <w:r>
        <w:rPr>
          <w:rFonts w:ascii="Times New Roman" w:hAnsi="Times New Roman" w:eastAsia="宋体"/>
          <w:b w:val="0"/>
          <w:i w:val="0"/>
          <w:sz w:val="21"/>
        </w:rPr>
        <w:t>Σ_(O) |O|²</w:t>
      </w:r>
    </w:p>
    <w:p>
      <w:pPr>
        <w:spacing w:before="0" w:after="80" w:line="300" w:lineRule="auto"/>
        <w:jc w:val="left"/>
      </w:pPr>
      <w:r>
        <w:rPr>
          <w:rFonts w:ascii="Times New Roman" w:hAnsi="Times New Roman" w:eastAsia="宋体"/>
          <w:b w:val="0"/>
          <w:i w:val="0"/>
          <w:sz w:val="21"/>
        </w:rPr>
        <w:t>= 1 + 36 + (9 + 144)</w:t>
      </w:r>
    </w:p>
    <w:p>
      <w:pPr>
        <w:spacing w:before="0" w:after="80" w:line="300" w:lineRule="auto"/>
        <w:jc w:val="left"/>
      </w:pPr>
      <w:r>
        <w:rPr>
          <w:rFonts w:ascii="Times New Roman" w:hAnsi="Times New Roman" w:eastAsia="宋体"/>
          <w:b w:val="0"/>
          <w:i w:val="0"/>
          <w:sz w:val="21"/>
        </w:rPr>
        <w:t>+ (64 + 144) + (9 + 144)</w:t>
      </w:r>
    </w:p>
    <w:p>
      <w:pPr>
        <w:spacing w:before="0" w:after="80" w:line="300" w:lineRule="auto"/>
        <w:jc w:val="left"/>
      </w:pPr>
      <w:r>
        <w:rPr>
          <w:rFonts w:ascii="Times New Roman" w:hAnsi="Times New Roman" w:eastAsia="宋体"/>
          <w:b w:val="0"/>
          <w:i w:val="0"/>
          <w:sz w:val="21"/>
        </w:rPr>
        <w:t>+ 36 + 1 = 588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因此概率为 588/4096 = 147/1024。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first cube, the number of second cubes matching it (up to rotation) equals the size of its rotation orbit. So the desired probability is 1/64²Σ_(O) |O|².</w:t>
      </w:r>
    </w:p>
    <w:p>
      <w:pPr>
        <w:spacing w:before="0" w:after="80" w:line="300" w:lineRule="auto"/>
        <w:jc w:val="left"/>
      </w:pPr>
      <w:r>
        <w:rPr>
          <w:rFonts w:ascii="Times New Roman" w:hAnsi="Times New Roman" w:eastAsia="宋体"/>
          <w:b w:val="0"/>
          <w:i w:val="0"/>
          <w:color w:val="333333"/>
          <w:sz w:val="19"/>
        </w:rPr>
        <w:t>Grouping by black-face count, the orbit sizes are: 0 or 6 black → 1; 1 or 5 black → 6; 2 or 4 black → 3 (opposite) and 12 (adjacent); 3 black → 8 (corner) and 12 (band). Then</w:t>
      </w:r>
    </w:p>
    <w:p>
      <w:pPr>
        <w:spacing w:before="0" w:after="80" w:line="300" w:lineRule="auto"/>
        <w:jc w:val="left"/>
      </w:pPr>
      <w:r>
        <w:rPr>
          <w:rFonts w:ascii="Times New Roman" w:hAnsi="Times New Roman" w:eastAsia="宋体"/>
          <w:b w:val="0"/>
          <w:i w:val="0"/>
          <w:color w:val="333333"/>
          <w:sz w:val="19"/>
        </w:rPr>
        <w:t>Σ_(O) |O|²</w:t>
      </w:r>
    </w:p>
    <w:p>
      <w:pPr>
        <w:spacing w:before="0" w:after="80" w:line="300" w:lineRule="auto"/>
        <w:jc w:val="left"/>
      </w:pPr>
      <w:r>
        <w:rPr>
          <w:rFonts w:ascii="Times New Roman" w:hAnsi="Times New Roman" w:eastAsia="宋体"/>
          <w:b w:val="0"/>
          <w:i w:val="0"/>
          <w:color w:val="333333"/>
          <w:sz w:val="19"/>
        </w:rPr>
        <w:t>= 1 + 36 + (9 + 144)</w:t>
      </w:r>
    </w:p>
    <w:p>
      <w:pPr>
        <w:spacing w:before="0" w:after="80" w:line="300" w:lineRule="auto"/>
        <w:jc w:val="left"/>
      </w:pPr>
      <w:r>
        <w:rPr>
          <w:rFonts w:ascii="Times New Roman" w:hAnsi="Times New Roman" w:eastAsia="宋体"/>
          <w:b w:val="0"/>
          <w:i w:val="0"/>
          <w:color w:val="333333"/>
          <w:sz w:val="19"/>
        </w:rPr>
        <w:t>+ (64 + 144) + (9 + 144)</w:t>
      </w:r>
    </w:p>
    <w:p>
      <w:pPr>
        <w:spacing w:before="0" w:after="80" w:line="300" w:lineRule="auto"/>
        <w:jc w:val="left"/>
      </w:pPr>
      <w:r>
        <w:rPr>
          <w:rFonts w:ascii="Times New Roman" w:hAnsi="Times New Roman" w:eastAsia="宋体"/>
          <w:b w:val="0"/>
          <w:i w:val="0"/>
          <w:color w:val="333333"/>
          <w:sz w:val="19"/>
        </w:rPr>
        <w:t>+ 36 + 1 = 588.</w:t>
      </w:r>
    </w:p>
    <w:p>
      <w:pPr>
        <w:spacing w:before="0" w:after="80" w:line="300" w:lineRule="auto"/>
        <w:jc w:val="left"/>
      </w:pPr>
      <w:r>
        <w:rPr>
          <w:rFonts w:ascii="Times New Roman" w:hAnsi="Times New Roman" w:eastAsia="宋体"/>
          <w:b w:val="0"/>
          <w:i w:val="0"/>
          <w:color w:val="333333"/>
          <w:sz w:val="19"/>
        </w:rPr>
        <w:t>The probability is 588/4096 = 147/1024.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右边是整数，令 k = ⌊ √(n) ⌋。则 n = 70k - 1000，而 k = ⌊ √(n) ⌋ 要求 k² ≤ n &lt; (k + 1)²。</w:t>
      </w:r>
    </w:p>
    <w:p>
      <w:pPr>
        <w:spacing w:before="0" w:after="80" w:line="300" w:lineRule="auto"/>
        <w:jc w:val="left"/>
      </w:pPr>
      <w:r>
        <w:rPr>
          <w:rFonts w:ascii="Times New Roman" w:hAnsi="Times New Roman" w:eastAsia="宋体"/>
          <w:b w:val="0"/>
          <w:i w:val="0"/>
          <w:sz w:val="21"/>
        </w:rPr>
        <w:t>下界 k² ≤ 70k - 1000 给出 k² - 70k + 1000 ≤ 0，即 20 ≤ k ≤ 50。上界 70k - 1000 &lt; (k + 1)² 给出 k² - 68k + 1001 &gt; 0，即 k ≤ 21 或 k ≥ 47。</w:t>
      </w:r>
    </w:p>
    <w:p>
      <w:pPr>
        <w:spacing w:before="0" w:after="80" w:line="300" w:lineRule="auto"/>
        <w:jc w:val="left"/>
      </w:pPr>
      <w:r>
        <w:rPr>
          <w:rFonts w:ascii="Times New Roman" w:hAnsi="Times New Roman" w:eastAsia="宋体"/>
          <w:b w:val="0"/>
          <w:i w:val="0"/>
          <w:sz w:val="21"/>
        </w:rPr>
        <w:t>取交集得 k ∈ {20, 21, 47, 48, 49, 50}，因此有 6 个 n 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right side is an integer, so let k = ⌊ √(n) ⌋. Then n = 70k - 1000, and k = ⌊ √(n) ⌋ requires k² ≤ n &lt; (k + 1)².</w:t>
      </w:r>
    </w:p>
    <w:p>
      <w:pPr>
        <w:spacing w:before="0" w:after="80" w:line="300" w:lineRule="auto"/>
        <w:jc w:val="left"/>
      </w:pPr>
      <w:r>
        <w:rPr>
          <w:rFonts w:ascii="Times New Roman" w:hAnsi="Times New Roman" w:eastAsia="宋体"/>
          <w:b w:val="0"/>
          <w:i w:val="0"/>
          <w:color w:val="333333"/>
          <w:sz w:val="19"/>
        </w:rPr>
        <w:t>The lower bound k² ≤ 70k - 1000 gives k² - 70k + 1000 ≤ 0, i.e. 20 ≤ k ≤ 50. The upper bound 70k - 1000 &lt; (k + 1)² gives k² - 68k + 1001 &gt; 0, i.e. k ≤ 21 or k ≥ 47.</w:t>
      </w:r>
    </w:p>
    <w:p>
      <w:pPr>
        <w:spacing w:before="0" w:after="80" w:line="300" w:lineRule="auto"/>
        <w:jc w:val="left"/>
      </w:pPr>
      <w:r>
        <w:rPr>
          <w:rFonts w:ascii="Times New Roman" w:hAnsi="Times New Roman" w:eastAsia="宋体"/>
          <w:b w:val="0"/>
          <w:i w:val="0"/>
          <w:color w:val="333333"/>
          <w:sz w:val="19"/>
        </w:rPr>
        <w:t>Intersecting, k ∈ {20, 21, 47, 48, 49, 50}, giving 6 values of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拆开分式：((2ᵗ - 3t)t)/4ᵗ = t/2ᵗ - 3t²/4ᵗ。令 u = t/2ᵗ，则 t²/4ᵗ = u²，原式变为 u - 3u²。</w:t>
      </w:r>
    </w:p>
    <w:p>
      <w:pPr>
        <w:spacing w:before="0" w:after="80" w:line="300" w:lineRule="auto"/>
        <w:jc w:val="left"/>
      </w:pPr>
      <w:r>
        <w:rPr>
          <w:rFonts w:ascii="Times New Roman" w:hAnsi="Times New Roman" w:eastAsia="宋体"/>
          <w:b w:val="0"/>
          <w:i w:val="0"/>
          <w:sz w:val="21"/>
        </w:rPr>
        <w:t>这个抛物线在 u = 1/6 时取得最大值 1/6 - 3·1/36 = 1/12。由于 u = t/2ᵗ 连续且能取到 1/6，该最大值确实可以达到。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the fraction: ((2ᵗ - 3t)t)/4ᵗ = t/2ᵗ - 3t²/4ᵗ. Let u = t/2ᵗ, so t²/4ᵗ = u² and the expression is u - 3u².</w:t>
      </w:r>
    </w:p>
    <w:p>
      <w:pPr>
        <w:spacing w:before="0" w:after="80" w:line="300" w:lineRule="auto"/>
        <w:jc w:val="left"/>
      </w:pPr>
      <w:r>
        <w:rPr>
          <w:rFonts w:ascii="Times New Roman" w:hAnsi="Times New Roman" w:eastAsia="宋体"/>
          <w:b w:val="0"/>
          <w:i w:val="0"/>
          <w:color w:val="333333"/>
          <w:sz w:val="19"/>
        </w:rPr>
        <w:t>This parabola has maximum at u = 1/6, with value 1/6 - 3·1/36 = 1/12. Since u = t/2ᵗ is continuous and attains the value 1/6, the maximum is achieved.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当 n = 2 时，z₁ + z₂ = 0 强制 z₂ = -z₁，所以两点等间隔分布。当 n = 3 时，三个和为零的单位向量必须构成等边三角形，所以也等间隔分布。</w:t>
      </w:r>
    </w:p>
    <w:p>
      <w:pPr>
        <w:spacing w:before="0" w:after="80" w:line="300" w:lineRule="auto"/>
        <w:jc w:val="left"/>
      </w:pPr>
      <w:r>
        <w:rPr>
          <w:rFonts w:ascii="Times New Roman" w:hAnsi="Times New Roman" w:eastAsia="宋体"/>
          <w:b w:val="0"/>
          <w:i w:val="0"/>
          <w:sz w:val="21"/>
        </w:rPr>
        <w:t>对每个偶数 n≥4，取 n/2 对处于一般位置、且不构成正 n 边形的对径点。对每个奇数 n≥5，取一个等边三角形的三个顶点，再加上 n-3/2 对处于一般位置的对径点。每种构造的各数之和都是 0，但它们并不等间隔分布。</w:t>
      </w:r>
    </w:p>
    <w:p>
      <w:pPr>
        <w:spacing w:before="0" w:after="80" w:line="300" w:lineRule="auto"/>
        <w:jc w:val="left"/>
      </w:pPr>
      <w:r>
        <w:rPr>
          <w:rFonts w:ascii="Times New Roman" w:hAnsi="Times New Roman" w:eastAsia="宋体"/>
          <w:b w:val="0"/>
          <w:i w:val="0"/>
          <w:sz w:val="21"/>
        </w:rPr>
        <w:t>因此只有 n = 2 和 n = 3 满足条件，共 2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 2, z₁ + z₂ = 0 forces z₂ = -z₁, which is equally spaced. For n = 3, three unit vectors summing to zero must form an equilateral triangle, so they are equally spaced.</w:t>
      </w:r>
    </w:p>
    <w:p>
      <w:pPr>
        <w:spacing w:before="0" w:after="80" w:line="300" w:lineRule="auto"/>
        <w:jc w:val="left"/>
      </w:pPr>
      <w:r>
        <w:rPr>
          <w:rFonts w:ascii="Times New Roman" w:hAnsi="Times New Roman" w:eastAsia="宋体"/>
          <w:b w:val="0"/>
          <w:i w:val="0"/>
          <w:color w:val="333333"/>
          <w:sz w:val="19"/>
        </w:rPr>
        <w:t>For every even n≥4, choose n/2 antipodal pairs at generic angles that do not form a regular n-gon. For every odd n≥5, choose the vertices of an equilateral triangle together with n-3/2 generic antipodal pairs. Each construction has sum 0 but is not equally spaced.</w:t>
      </w:r>
    </w:p>
    <w:p>
      <w:pPr>
        <w:spacing w:before="0" w:after="80" w:line="300" w:lineRule="auto"/>
        <w:jc w:val="left"/>
      </w:pPr>
      <w:r>
        <w:rPr>
          <w:rFonts w:ascii="Times New Roman" w:hAnsi="Times New Roman" w:eastAsia="宋体"/>
          <w:b w:val="0"/>
          <w:i w:val="0"/>
          <w:color w:val="333333"/>
          <w:sz w:val="19"/>
        </w:rPr>
        <w:t>Hence only n = 2 and n = 3 work, giving 2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第一个因子 f₁ 可以是任意因子 d &gt; 1，之后剩余部分是 n/d 的有序分解。因此 D(n) = Σ_(d | n, d &gt; 1) D(n/d)，并设 D(1) = 1。</w:t>
      </w:r>
    </w:p>
    <w:p>
      <w:pPr>
        <w:spacing w:before="0" w:after="80" w:line="300" w:lineRule="auto"/>
        <w:jc w:val="left"/>
      </w:pPr>
      <w:r>
        <w:rPr>
          <w:rFonts w:ascii="Times New Roman" w:hAnsi="Times New Roman" w:eastAsia="宋体"/>
          <w:b w:val="0"/>
          <w:i w:val="0"/>
          <w:sz w:val="21"/>
        </w:rPr>
        <w:t>在 96 = 2⁵· 3 的因子上逐步计算：D(2) = D(3) = 1，D(4) = 2，D(6) = 3，D(8) = 4，D(12) = 8，D(16) = 8，D(24) = 20，D(32) = 16，D(48) = 48。</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D(96) = D(48) + D(32)</w:t>
      </w:r>
    </w:p>
    <w:p>
      <w:pPr>
        <w:spacing w:before="0" w:after="80" w:line="300" w:lineRule="auto"/>
        <w:jc w:val="left"/>
      </w:pPr>
      <w:r>
        <w:rPr>
          <w:rFonts w:ascii="Times New Roman" w:hAnsi="Times New Roman" w:eastAsia="宋体"/>
          <w:b w:val="0"/>
          <w:i w:val="0"/>
          <w:sz w:val="21"/>
        </w:rPr>
        <w:t>+ D(24) + D(16) + D(12)</w:t>
      </w:r>
    </w:p>
    <w:p>
      <w:pPr>
        <w:spacing w:before="0" w:after="80" w:line="300" w:lineRule="auto"/>
        <w:jc w:val="left"/>
      </w:pPr>
      <w:r>
        <w:rPr>
          <w:rFonts w:ascii="Times New Roman" w:hAnsi="Times New Roman" w:eastAsia="宋体"/>
          <w:b w:val="0"/>
          <w:i w:val="0"/>
          <w:sz w:val="21"/>
        </w:rPr>
        <w:t>+ D(8) + D(6) + D(4)</w:t>
      </w:r>
    </w:p>
    <w:p>
      <w:pPr>
        <w:spacing w:before="0" w:after="80" w:line="300" w:lineRule="auto"/>
        <w:jc w:val="left"/>
      </w:pPr>
      <w:r>
        <w:rPr>
          <w:rFonts w:ascii="Times New Roman" w:hAnsi="Times New Roman" w:eastAsia="宋体"/>
          <w:b w:val="0"/>
          <w:i w:val="0"/>
          <w:sz w:val="21"/>
        </w:rPr>
        <w:t>+ D(3) + D(2) + D(1)</w:t>
      </w:r>
    </w:p>
    <w:p>
      <w:pPr>
        <w:spacing w:before="0" w:after="80" w:line="300" w:lineRule="auto"/>
        <w:jc w:val="left"/>
      </w:pPr>
      <w:r>
        <w:rPr>
          <w:rFonts w:ascii="Times New Roman" w:hAnsi="Times New Roman" w:eastAsia="宋体"/>
          <w:b w:val="0"/>
          <w:i w:val="0"/>
          <w:sz w:val="21"/>
        </w:rPr>
        <w:t>= 48 + 16 + 20 + 8</w:t>
      </w:r>
    </w:p>
    <w:p>
      <w:pPr>
        <w:spacing w:before="0" w:after="80" w:line="300" w:lineRule="auto"/>
        <w:jc w:val="left"/>
      </w:pPr>
      <w:r>
        <w:rPr>
          <w:rFonts w:ascii="Times New Roman" w:hAnsi="Times New Roman" w:eastAsia="宋体"/>
          <w:b w:val="0"/>
          <w:i w:val="0"/>
          <w:sz w:val="21"/>
        </w:rPr>
        <w:t>+ 8 + 4 + 3 + 2</w:t>
      </w:r>
    </w:p>
    <w:p>
      <w:pPr>
        <w:spacing w:before="0" w:after="80" w:line="300" w:lineRule="auto"/>
        <w:jc w:val="left"/>
      </w:pPr>
      <w:r>
        <w:rPr>
          <w:rFonts w:ascii="Times New Roman" w:hAnsi="Times New Roman" w:eastAsia="宋体"/>
          <w:b w:val="0"/>
          <w:i w:val="0"/>
          <w:sz w:val="21"/>
        </w:rPr>
        <w:t>+ 1 + 1 + 1 = 112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factor f₁ can be any divisor d &gt; 1, after which the rest is an ordered factorization of n/d. So D(n) = Σ_(d | n, d &gt; 1) D(n/d), with D(1) = 1.</w:t>
      </w:r>
    </w:p>
    <w:p>
      <w:pPr>
        <w:spacing w:before="0" w:after="80" w:line="300" w:lineRule="auto"/>
        <w:jc w:val="left"/>
      </w:pPr>
      <w:r>
        <w:rPr>
          <w:rFonts w:ascii="Times New Roman" w:hAnsi="Times New Roman" w:eastAsia="宋体"/>
          <w:b w:val="0"/>
          <w:i w:val="0"/>
          <w:color w:val="333333"/>
          <w:sz w:val="19"/>
        </w:rPr>
        <w:t>Computing over the divisors of 96 = 2⁵· 3: D(2) = D(3) = 1, D(4) = 2, D(6) = 3, D(8) = 4, D(12) = 8, D(16) = 8, D(24) = 20, D(32) = 16, D(48) = 48.</w:t>
      </w:r>
    </w:p>
    <w:p>
      <w:pPr>
        <w:spacing w:before="0" w:after="80" w:line="300" w:lineRule="auto"/>
        <w:jc w:val="left"/>
      </w:pPr>
      <w:r>
        <w:rPr>
          <w:rFonts w:ascii="Times New Roman" w:hAnsi="Times New Roman" w:eastAsia="宋体"/>
          <w:b w:val="0"/>
          <w:i w:val="0"/>
          <w:color w:val="333333"/>
          <w:sz w:val="19"/>
        </w:rPr>
        <w:t>Finally</w:t>
      </w:r>
    </w:p>
    <w:p>
      <w:pPr>
        <w:spacing w:before="0" w:after="80" w:line="300" w:lineRule="auto"/>
        <w:jc w:val="left"/>
      </w:pPr>
      <w:r>
        <w:rPr>
          <w:rFonts w:ascii="Times New Roman" w:hAnsi="Times New Roman" w:eastAsia="宋体"/>
          <w:b w:val="0"/>
          <w:i w:val="0"/>
          <w:color w:val="333333"/>
          <w:sz w:val="19"/>
        </w:rPr>
        <w:t>D(96) = D(48) + D(32)</w:t>
      </w:r>
    </w:p>
    <w:p>
      <w:pPr>
        <w:spacing w:before="0" w:after="80" w:line="300" w:lineRule="auto"/>
        <w:jc w:val="left"/>
      </w:pPr>
      <w:r>
        <w:rPr>
          <w:rFonts w:ascii="Times New Roman" w:hAnsi="Times New Roman" w:eastAsia="宋体"/>
          <w:b w:val="0"/>
          <w:i w:val="0"/>
          <w:color w:val="333333"/>
          <w:sz w:val="19"/>
        </w:rPr>
        <w:t>+ D(24) + D(16) + D(12)</w:t>
      </w:r>
    </w:p>
    <w:p>
      <w:pPr>
        <w:spacing w:before="0" w:after="80" w:line="300" w:lineRule="auto"/>
        <w:jc w:val="left"/>
      </w:pPr>
      <w:r>
        <w:rPr>
          <w:rFonts w:ascii="Times New Roman" w:hAnsi="Times New Roman" w:eastAsia="宋体"/>
          <w:b w:val="0"/>
          <w:i w:val="0"/>
          <w:color w:val="333333"/>
          <w:sz w:val="19"/>
        </w:rPr>
        <w:t>+ D(8) + D(6) + D(4)</w:t>
      </w:r>
    </w:p>
    <w:p>
      <w:pPr>
        <w:spacing w:before="0" w:after="80" w:line="300" w:lineRule="auto"/>
        <w:jc w:val="left"/>
      </w:pPr>
      <w:r>
        <w:rPr>
          <w:rFonts w:ascii="Times New Roman" w:hAnsi="Times New Roman" w:eastAsia="宋体"/>
          <w:b w:val="0"/>
          <w:i w:val="0"/>
          <w:color w:val="333333"/>
          <w:sz w:val="19"/>
        </w:rPr>
        <w:t>+ D(3) + D(2) + D(1)</w:t>
      </w:r>
    </w:p>
    <w:p>
      <w:pPr>
        <w:spacing w:before="0" w:after="80" w:line="300" w:lineRule="auto"/>
        <w:jc w:val="left"/>
      </w:pPr>
      <w:r>
        <w:rPr>
          <w:rFonts w:ascii="Times New Roman" w:hAnsi="Times New Roman" w:eastAsia="宋体"/>
          <w:b w:val="0"/>
          <w:i w:val="0"/>
          <w:color w:val="333333"/>
          <w:sz w:val="19"/>
        </w:rPr>
        <w:t>= 48 + 16 + 20 + 8</w:t>
      </w:r>
    </w:p>
    <w:p>
      <w:pPr>
        <w:spacing w:before="0" w:after="80" w:line="300" w:lineRule="auto"/>
        <w:jc w:val="left"/>
      </w:pPr>
      <w:r>
        <w:rPr>
          <w:rFonts w:ascii="Times New Roman" w:hAnsi="Times New Roman" w:eastAsia="宋体"/>
          <w:b w:val="0"/>
          <w:i w:val="0"/>
          <w:color w:val="333333"/>
          <w:sz w:val="19"/>
        </w:rPr>
        <w:t>+ 8 + 4 + 3 + 2</w:t>
      </w:r>
    </w:p>
    <w:p>
      <w:pPr>
        <w:spacing w:before="0" w:after="80" w:line="300" w:lineRule="auto"/>
        <w:jc w:val="left"/>
      </w:pPr>
      <w:r>
        <w:rPr>
          <w:rFonts w:ascii="Times New Roman" w:hAnsi="Times New Roman" w:eastAsia="宋体"/>
          <w:b w:val="0"/>
          <w:i w:val="0"/>
          <w:color w:val="333333"/>
          <w:sz w:val="19"/>
        </w:rPr>
        <w:t>+ 1 + 1 + 1 =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由 sin²(π y) = 1 - cos²(π y)，条件等价于 |sin π x| &gt; |cos π y|。固定 x，当 y ∈ [0, 1] 时，所求概率在 0 ≤ x ≤ 1/2 时为 g(x) = 2x，在 1/2 ≤ x ≤ 1 时为 g(x) = 2 - 2x。</w:t>
      </w:r>
    </w:p>
    <w:p>
      <w:pPr>
        <w:spacing w:before="0" w:after="80" w:line="300" w:lineRule="auto"/>
        <w:jc w:val="left"/>
      </w:pPr>
      <w:r>
        <w:rPr>
          <w:rFonts w:ascii="Times New Roman" w:hAnsi="Times New Roman" w:eastAsia="宋体"/>
          <w:b w:val="0"/>
          <w:i w:val="0"/>
          <w:sz w:val="21"/>
        </w:rPr>
        <w:t>因此 P(a) = 1/a ∫₀ᵃ g(x) dx。当 a ≤ 1/2 时，P(a) = a，并递增到 1/2。当 a ≥ 1/2 时，</w:t>
      </w:r>
    </w:p>
    <w:p>
      <w:pPr>
        <w:spacing w:before="0" w:after="80" w:line="300" w:lineRule="auto"/>
        <w:jc w:val="left"/>
      </w:pPr>
      <w:r>
        <w:rPr>
          <w:rFonts w:ascii="Times New Roman" w:hAnsi="Times New Roman" w:eastAsia="宋体"/>
          <w:b w:val="0"/>
          <w:i w:val="0"/>
          <w:sz w:val="21"/>
        </w:rPr>
        <w:t>P(a) = (2a - a² - 1/2)/a</w:t>
      </w:r>
    </w:p>
    <w:p>
      <w:pPr>
        <w:spacing w:before="0" w:after="80" w:line="300" w:lineRule="auto"/>
        <w:jc w:val="left"/>
      </w:pPr>
      <w:r>
        <w:rPr>
          <w:rFonts w:ascii="Times New Roman" w:hAnsi="Times New Roman" w:eastAsia="宋体"/>
          <w:b w:val="0"/>
          <w:i w:val="0"/>
          <w:sz w:val="21"/>
        </w:rPr>
        <w:t>= 2 - a - 1/2a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将导数令为零得 2a² = 1，所以 a = 1/(√(2))，且 P(1/(√(2))) = 2 -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sin²(π y) = 1 - cos²(π y), the condition is |sin π x| &gt; |cos π y|. For fixed x, the probability over y ∈ [0, 1] is g(x) = 2x for 0 ≤ x ≤ 1/2 and g(x) = 2 - 2x for 1/2 ≤ x ≤ 1.</w:t>
      </w:r>
    </w:p>
    <w:p>
      <w:pPr>
        <w:spacing w:before="0" w:after="80" w:line="300" w:lineRule="auto"/>
        <w:jc w:val="left"/>
      </w:pPr>
      <w:r>
        <w:rPr>
          <w:rFonts w:ascii="Times New Roman" w:hAnsi="Times New Roman" w:eastAsia="宋体"/>
          <w:b w:val="0"/>
          <w:i w:val="0"/>
          <w:color w:val="333333"/>
          <w:sz w:val="19"/>
        </w:rPr>
        <w:t>Then P(a) = 1/a ∫₀ᵃ g(x) dx. For a ≤ 1/2, P(a) = a, increasing to 1/2. For a ≥ 1/2,</w:t>
      </w:r>
    </w:p>
    <w:p>
      <w:pPr>
        <w:spacing w:before="0" w:after="80" w:line="300" w:lineRule="auto"/>
        <w:jc w:val="left"/>
      </w:pPr>
      <w:r>
        <w:rPr>
          <w:rFonts w:ascii="Times New Roman" w:hAnsi="Times New Roman" w:eastAsia="宋体"/>
          <w:b w:val="0"/>
          <w:i w:val="0"/>
          <w:color w:val="333333"/>
          <w:sz w:val="19"/>
        </w:rPr>
        <w:t>P(a) = (2a - a² - 1/2)/a</w:t>
      </w:r>
    </w:p>
    <w:p>
      <w:pPr>
        <w:spacing w:before="0" w:after="80" w:line="300" w:lineRule="auto"/>
        <w:jc w:val="left"/>
      </w:pPr>
      <w:r>
        <w:rPr>
          <w:rFonts w:ascii="Times New Roman" w:hAnsi="Times New Roman" w:eastAsia="宋体"/>
          <w:b w:val="0"/>
          <w:i w:val="0"/>
          <w:color w:val="333333"/>
          <w:sz w:val="19"/>
        </w:rPr>
        <w:t>= 2 - a - 1/2a.</w:t>
      </w:r>
    </w:p>
    <w:p>
      <w:pPr>
        <w:spacing w:before="0" w:after="80" w:line="300" w:lineRule="auto"/>
        <w:jc w:val="left"/>
      </w:pPr>
      <w:r>
        <w:rPr>
          <w:rFonts w:ascii="Times New Roman" w:hAnsi="Times New Roman" w:eastAsia="宋体"/>
          <w:b w:val="0"/>
          <w:i w:val="0"/>
          <w:color w:val="333333"/>
          <w:sz w:val="19"/>
        </w:rPr>
        <w:t>Setting the derivative to zero gives 2a² = 1, so a = 1/(√(2)), and P(1/(√(2))) = 2 -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