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2020A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Carlos 拿走了一个完整馅饼的 70%。Maria 拿走了剩余部分的三分之一。整个馅饼还剩下多少？</w:t>
      </w:r>
    </w:p>
    <w:p>
      <w:pPr>
        <w:spacing w:before="0" w:after="120" w:line="300" w:lineRule="auto"/>
      </w:pPr>
      <w:r>
        <w:rPr>
          <w:rFonts w:ascii="Times New Roman" w:hAnsi="Times New Roman" w:eastAsia="宋体"/>
          <w:b w:val="0"/>
          <w:i w:val="0"/>
          <w:sz w:val="21"/>
        </w:rPr>
        <w:t>（A）10%　　（B）15%　　（C）20%　　（D）30%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Carlos took 70% of a whole pie. Maria took one third of the remainder. What portion of the whole pie was left?</w:t>
      </w:r>
    </w:p>
    <w:p>
      <w:pPr>
        <w:spacing w:before="0" w:after="160" w:line="300" w:lineRule="auto"/>
      </w:pPr>
      <w:r>
        <w:rPr>
          <w:rFonts w:ascii="Times New Roman" w:hAnsi="Times New Roman" w:eastAsia="宋体"/>
          <w:b w:val="0"/>
          <w:i w:val="0"/>
          <w:color w:val="333333"/>
          <w:sz w:val="19"/>
        </w:rPr>
        <w:t>(A) 10%　　(B) 15%　　(C) 20%　　(D) 30%　　(E) 35%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缩写 AMC 显示在下面的矩形网格中，网格线间距为 1 个单位。组成缩写 AMC 的所有线段长度之和是多少个单位？</w:t>
      </w:r>
    </w:p>
    <w:p>
      <w:pPr>
        <w:spacing w:before="80" w:after="80"/>
        <w:jc w:val="center"/>
      </w:pPr>
      <w:r>
        <w:drawing>
          <wp:inline xmlns:a="http://schemas.openxmlformats.org/drawingml/2006/main" xmlns:pic="http://schemas.openxmlformats.org/drawingml/2006/picture">
            <wp:extent cx="1174232" cy="308798"/>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174232" cy="308798"/>
                    </a:xfrm>
                    <a:prstGeom prst="rect"/>
                  </pic:spPr>
                </pic:pic>
              </a:graphicData>
            </a:graphic>
          </wp:inline>
        </w:drawing>
      </w:r>
    </w:p>
    <w:p>
      <w:pPr>
        <w:spacing w:before="0" w:after="120" w:line="300" w:lineRule="auto"/>
      </w:pPr>
      <w:r>
        <w:rPr>
          <w:rFonts w:ascii="Times New Roman" w:hAnsi="Times New Roman" w:eastAsia="宋体"/>
          <w:b w:val="0"/>
          <w:i w:val="0"/>
          <w:sz w:val="21"/>
        </w:rPr>
        <w:t>（A）17　　（B）15 + 2√(2)　　（C）13 + 4√(2)　　（D）11 + 6√(2)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acronym AMC is shown in the rectangular grid below with grid lines spaced 1 unit apart. In units, what is the sum of the lengths of the line segments that form the acronym AMC?</w:t>
      </w:r>
    </w:p>
    <w:p>
      <w:pPr>
        <w:spacing w:before="80" w:after="80"/>
        <w:jc w:val="center"/>
      </w:pPr>
      <w:r>
        <w:drawing>
          <wp:inline xmlns:a="http://schemas.openxmlformats.org/drawingml/2006/main" xmlns:pic="http://schemas.openxmlformats.org/drawingml/2006/picture">
            <wp:extent cx="1174232" cy="308798"/>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174232" cy="30879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17　　(B) 15 + 2√(2)　　(C) 13 + 4√(2)　　(D) 11 + 6√(2)　　(E) 21</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一名司机以每小时 60 英里的速度行驶 2 小时，在此期间她的汽车每加仑汽油可行驶 30 英里。她每英里获得 $0.50 报酬，唯一开销是每加仑 $2.00 的汽油。扣除这项开销后，她每小时的净报酬是多少美元？</w:t>
      </w:r>
    </w:p>
    <w:p>
      <w:pPr>
        <w:spacing w:before="0" w:after="120" w:line="300" w:lineRule="auto"/>
      </w:pPr>
      <w:r>
        <w:rPr>
          <w:rFonts w:ascii="Times New Roman" w:hAnsi="Times New Roman" w:eastAsia="宋体"/>
          <w:b w:val="0"/>
          <w:i w:val="0"/>
          <w:sz w:val="21"/>
        </w:rPr>
        <w:t>（A）20　　（B）22　　（C）24　　（D）25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driver travels for 2 hours at 60 miles per hour, during which her car gets 30 miles per gallon of gasoline. She is paid $0.50 per mile, and her only expense is gasoline at $2.00 per gallon. What is her net rate of pay, in dollars per hour, after this expense?</w:t>
      </w:r>
    </w:p>
    <w:p>
      <w:pPr>
        <w:spacing w:before="0" w:after="160" w:line="300" w:lineRule="auto"/>
      </w:pPr>
      <w:r>
        <w:rPr>
          <w:rFonts w:ascii="Times New Roman" w:hAnsi="Times New Roman" w:eastAsia="宋体"/>
          <w:b w:val="0"/>
          <w:i w:val="0"/>
          <w:color w:val="333333"/>
          <w:sz w:val="19"/>
        </w:rPr>
        <w:t>(A) 20　　(B) 22　　(C) 24　　(D) 25　　(E) 26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有多少个 4 位正整数，也就是从 1000 到 9999（含端点）的整数，只含偶数数字且能被 5 整除？</w:t>
      </w:r>
    </w:p>
    <w:p>
      <w:pPr>
        <w:spacing w:before="0" w:after="120" w:line="300" w:lineRule="auto"/>
      </w:pPr>
      <w:r>
        <w:rPr>
          <w:rFonts w:ascii="Times New Roman" w:hAnsi="Times New Roman" w:eastAsia="宋体"/>
          <w:b w:val="0"/>
          <w:i w:val="0"/>
          <w:sz w:val="21"/>
        </w:rPr>
        <w:t>（A）80　　（B）100　　（C）125　　（D）200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4-digit positive integers (that is, integers between 1000 and 9999, inclusive) having only even digits are divisible by 5?</w:t>
      </w:r>
    </w:p>
    <w:p>
      <w:pPr>
        <w:spacing w:before="0" w:after="160" w:line="300" w:lineRule="auto"/>
      </w:pPr>
      <w:r>
        <w:rPr>
          <w:rFonts w:ascii="Times New Roman" w:hAnsi="Times New Roman" w:eastAsia="宋体"/>
          <w:b w:val="0"/>
          <w:i w:val="0"/>
          <w:color w:val="333333"/>
          <w:sz w:val="19"/>
        </w:rPr>
        <w:t>(A) 80　　(B) 100　　(C) 125　　(D) 200　　(E) 500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从 -10 到 14（含端点）的 25 个整数可以排列成一个 5 乘 5 的方阵，使得每一行的和、每一列的和以及两条主对角线上的数之和都相同。这个共同的和是多少？</w:t>
      </w:r>
    </w:p>
    <w:p>
      <w:pPr>
        <w:spacing w:before="0" w:after="120" w:line="300" w:lineRule="auto"/>
      </w:pPr>
      <w:r>
        <w:rPr>
          <w:rFonts w:ascii="Times New Roman" w:hAnsi="Times New Roman" w:eastAsia="宋体"/>
          <w:b w:val="0"/>
          <w:i w:val="0"/>
          <w:sz w:val="21"/>
        </w:rPr>
        <w:t>（A）2　　（B）5　　（C）10　　（D）25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25 integers from -10 to 14, inclusive, can be arranged to form a 5-by-5 square in which the sum of the numbers in each row, the sum of the numbers in each column, and the sum of the numbers along each of the main diagonals are all the same. What is the value of this common sum?</w:t>
      </w:r>
    </w:p>
    <w:p>
      <w:pPr>
        <w:spacing w:before="0" w:after="160" w:line="300" w:lineRule="auto"/>
      </w:pPr>
      <w:r>
        <w:rPr>
          <w:rFonts w:ascii="Times New Roman" w:hAnsi="Times New Roman" w:eastAsia="宋体"/>
          <w:b w:val="0"/>
          <w:i w:val="0"/>
          <w:color w:val="333333"/>
          <w:sz w:val="19"/>
        </w:rPr>
        <w:t>(A) 2　　(B) 5　　(C) 10　　(D) 25　　(E) 50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在下图所示的平面图形中，有 3 个单位正方形已被涂色。至少还需要涂色多少个额外的单位正方形，才能使所得图形有两条对称轴？</w:t>
      </w:r>
    </w:p>
    <w:p>
      <w:pPr>
        <w:spacing w:before="80" w:after="80"/>
        <w:jc w:val="center"/>
      </w:pPr>
      <w:r>
        <w:drawing>
          <wp:inline xmlns:a="http://schemas.openxmlformats.org/drawingml/2006/main" xmlns:pic="http://schemas.openxmlformats.org/drawingml/2006/picture">
            <wp:extent cx="999599" cy="802219"/>
            <wp:docPr id="3" name="Picture 3"/>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999599" cy="802219"/>
                    </a:xfrm>
                    <a:prstGeom prst="rect"/>
                  </pic:spPr>
                </pic:pic>
              </a:graphicData>
            </a:graphic>
          </wp:inline>
        </w:drawing>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plane figure shown below, 3 of the unit squares have been shaded. What is the least number of additional unit squares that must be shaded so that the resulting figure has two lines of symmetry?</w:t>
      </w:r>
    </w:p>
    <w:p>
      <w:pPr>
        <w:spacing w:before="80" w:after="80"/>
        <w:jc w:val="center"/>
      </w:pPr>
      <w:r>
        <w:drawing>
          <wp:inline xmlns:a="http://schemas.openxmlformats.org/drawingml/2006/main" xmlns:pic="http://schemas.openxmlformats.org/drawingml/2006/picture">
            <wp:extent cx="999599" cy="802219"/>
            <wp:docPr id="4" name="Picture 4"/>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999599" cy="8022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七个体积分别为 1、8、27、64、125、216 和 343 立方单位的立方体竖直堆叠成一座塔，其中立方体的体积从下到上递减。除了最底下的立方体外，每个立方体的底面都完全落在它下方立方体的顶面上。这座塔的总表面积（包括底面）是多少平方单位？</w:t>
      </w:r>
    </w:p>
    <w:p>
      <w:pPr>
        <w:spacing w:before="0" w:after="120" w:line="300" w:lineRule="auto"/>
      </w:pPr>
      <w:r>
        <w:rPr>
          <w:rFonts w:ascii="Times New Roman" w:hAnsi="Times New Roman" w:eastAsia="宋体"/>
          <w:b w:val="0"/>
          <w:i w:val="0"/>
          <w:sz w:val="21"/>
        </w:rPr>
        <w:t>（A）644　　（B）658　　（C）664　　（D）720　　（E）749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Seven cubes, whose volumes are 1, 8, 27, 64, 125, 216, and 343 cubic units, are stacked vertically to form a tower in which the volumes of the cubes decrease from bottom to top. Except for the bottom cube, the bottom face of each cube lies completely on top of the cube below it. What is the total surface area of the tower (including the bottom) in square units?</w:t>
      </w:r>
    </w:p>
    <w:p>
      <w:pPr>
        <w:spacing w:before="0" w:after="160" w:line="300" w:lineRule="auto"/>
      </w:pPr>
      <w:r>
        <w:rPr>
          <w:rFonts w:ascii="Times New Roman" w:hAnsi="Times New Roman" w:eastAsia="宋体"/>
          <w:b w:val="0"/>
          <w:i w:val="0"/>
          <w:color w:val="333333"/>
          <w:sz w:val="19"/>
        </w:rPr>
        <w:t>(A) 644　　(B) 658　　(C) 664　　(D) 720　　(E) 749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下列 4040 个数的中位数是多少？</w:t>
      </w:r>
    </w:p>
    <w:p>
      <w:pPr>
        <w:spacing w:before="0" w:after="80" w:line="300" w:lineRule="auto"/>
        <w:jc w:val="left"/>
      </w:pPr>
      <w:r>
        <w:rPr>
          <w:rFonts w:ascii="Times New Roman" w:hAnsi="Times New Roman" w:eastAsia="宋体"/>
          <w:b w:val="0"/>
          <w:i w:val="0"/>
          <w:sz w:val="21"/>
        </w:rPr>
        <w:t>1，2，3，…，2020，1²，2²，3²，…，2020²。</w:t>
      </w:r>
    </w:p>
    <w:p>
      <w:pPr>
        <w:spacing w:before="0" w:after="120" w:line="300" w:lineRule="auto"/>
      </w:pPr>
      <w:r>
        <w:rPr>
          <w:rFonts w:ascii="Times New Roman" w:hAnsi="Times New Roman" w:eastAsia="宋体"/>
          <w:b w:val="0"/>
          <w:i w:val="0"/>
          <w:sz w:val="21"/>
        </w:rPr>
        <w:t>（A）1974.5　　（B）1975.5　　（C）1976.5　　（D）1977.5　　（E）1978.5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median of the following list of 4040 numbers?</w:t>
      </w:r>
    </w:p>
    <w:p>
      <w:pPr>
        <w:spacing w:before="0" w:after="80" w:line="300" w:lineRule="auto"/>
        <w:jc w:val="left"/>
      </w:pPr>
      <w:r>
        <w:rPr>
          <w:rFonts w:ascii="Times New Roman" w:hAnsi="Times New Roman" w:eastAsia="宋体"/>
          <w:b w:val="0"/>
          <w:i w:val="0"/>
          <w:color w:val="333333"/>
          <w:sz w:val="19"/>
        </w:rPr>
        <w:t>1, 2, 3, …, 2020, 1², 2², 3², …, 2020²</w:t>
      </w:r>
    </w:p>
    <w:p>
      <w:pPr>
        <w:spacing w:before="0" w:after="160" w:line="300" w:lineRule="auto"/>
      </w:pPr>
      <w:r>
        <w:rPr>
          <w:rFonts w:ascii="Times New Roman" w:hAnsi="Times New Roman" w:eastAsia="宋体"/>
          <w:b w:val="0"/>
          <w:i w:val="0"/>
          <w:color w:val="333333"/>
          <w:sz w:val="19"/>
        </w:rPr>
        <w:t>(A) 1974.5　　(B) 1975.5　　(C) 1976.5　　(D) 1977.5　　(E) 1978.5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方程 tan(2x) = cos(x/2) 在区间 [0, 2π] 上有多少个解？</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solutions does the equation tan(2x) = cos(x/2) have on the interval [0, 2π]?</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存在唯一的正整数 n 满足</w:t>
      </w:r>
    </w:p>
    <w:p>
      <w:pPr>
        <w:spacing w:before="0" w:after="80" w:line="300" w:lineRule="auto"/>
        <w:jc w:val="left"/>
      </w:pPr>
      <w:r>
        <w:rPr>
          <w:rFonts w:ascii="Times New Roman" w:hAnsi="Times New Roman" w:eastAsia="宋体"/>
          <w:b w:val="0"/>
          <w:i w:val="0"/>
          <w:sz w:val="21"/>
        </w:rPr>
        <w:t>log₂(log₁₆ n) = log₄(log₄ n)。</w:t>
      </w:r>
    </w:p>
    <w:p>
      <w:pPr>
        <w:spacing w:before="0" w:after="80" w:line="300" w:lineRule="auto"/>
        <w:jc w:val="left"/>
      </w:pPr>
      <w:r>
        <w:rPr>
          <w:rFonts w:ascii="Times New Roman" w:hAnsi="Times New Roman" w:eastAsia="宋体"/>
          <w:b w:val="0"/>
          <w:i w:val="0"/>
          <w:sz w:val="21"/>
        </w:rPr>
        <w:t>n 的各位数字之和是多少？</w:t>
      </w:r>
    </w:p>
    <w:p>
      <w:pPr>
        <w:spacing w:before="0" w:after="120" w:line="300" w:lineRule="auto"/>
      </w:pPr>
      <w:r>
        <w:rPr>
          <w:rFonts w:ascii="Times New Roman" w:hAnsi="Times New Roman" w:eastAsia="宋体"/>
          <w:b w:val="0"/>
          <w:i w:val="0"/>
          <w:sz w:val="21"/>
        </w:rPr>
        <w:t>（A）4　　（B）7　　（C）8　　（D）11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a unique positive integer n such that</w:t>
      </w:r>
    </w:p>
    <w:p>
      <w:pPr>
        <w:spacing w:before="0" w:after="80" w:line="300" w:lineRule="auto"/>
        <w:jc w:val="left"/>
      </w:pPr>
      <w:r>
        <w:rPr>
          <w:rFonts w:ascii="Times New Roman" w:hAnsi="Times New Roman" w:eastAsia="宋体"/>
          <w:b w:val="0"/>
          <w:i w:val="0"/>
          <w:color w:val="333333"/>
          <w:sz w:val="19"/>
        </w:rPr>
        <w:t>log₂(log₁₆ n) = log₄(log₄ n).</w:t>
      </w:r>
    </w:p>
    <w:p>
      <w:pPr>
        <w:spacing w:before="0" w:after="80" w:line="300" w:lineRule="auto"/>
        <w:jc w:val="left"/>
      </w:pPr>
      <w:r>
        <w:rPr>
          <w:rFonts w:ascii="Times New Roman" w:hAnsi="Times New Roman" w:eastAsia="宋体"/>
          <w:b w:val="0"/>
          <w:i w:val="0"/>
          <w:color w:val="333333"/>
          <w:sz w:val="19"/>
        </w:rPr>
        <w:t>What is the sum of the digits of n?</w:t>
      </w:r>
    </w:p>
    <w:p>
      <w:pPr>
        <w:spacing w:before="0" w:after="160" w:line="300" w:lineRule="auto"/>
      </w:pPr>
      <w:r>
        <w:rPr>
          <w:rFonts w:ascii="Times New Roman" w:hAnsi="Times New Roman" w:eastAsia="宋体"/>
          <w:b w:val="0"/>
          <w:i w:val="0"/>
          <w:color w:val="333333"/>
          <w:sz w:val="19"/>
        </w:rPr>
        <w:t>(A) 4　　(B) 7　　(C) 8　　(D) 11　　(E) 13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一只青蛙坐在点 (1, 2) 处，开始一系列跳跃。每次跳跃都平行于一条坐标轴，长度为 1，且每次跳跃的方向（上、下、右、左）都独立随机选择。当青蛙到达顶点为 (0, 0)、(0, 4)、(4, 4) 和 (4, 0) 的正方形的一条边时，跳跃序列结束。跳跃序列在该正方形的竖直边上结束的概率是多少？</w:t>
      </w:r>
    </w:p>
    <w:p>
      <w:pPr>
        <w:spacing w:before="0" w:after="120" w:line="300" w:lineRule="auto"/>
      </w:pPr>
      <w:r>
        <w:rPr>
          <w:rFonts w:ascii="Times New Roman" w:hAnsi="Times New Roman" w:eastAsia="宋体"/>
          <w:b w:val="0"/>
          <w:i w:val="0"/>
          <w:sz w:val="21"/>
        </w:rPr>
        <w:t>（A）1/2　　（B）5/8　　（C）2/3　　（D）3/4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frog sitting at the point (1, 2) begins a sequence of jumps, where each jump is parallel to one of the coordinate axes and has length 1, and the direction of each jump (up, down, right, or left) is chosen independently at random. The sequence ends when the frog reaches a side of the square with vertices (0, 0), (0, 4), (4, 4), and (4, 0). What is the probability that the sequence of jumps ends on a vertical side of the square?</w:t>
      </w:r>
    </w:p>
    <w:p>
      <w:pPr>
        <w:spacing w:before="0" w:after="160" w:line="300" w:lineRule="auto"/>
      </w:pPr>
      <w:r>
        <w:rPr>
          <w:rFonts w:ascii="Times New Roman" w:hAnsi="Times New Roman" w:eastAsia="宋体"/>
          <w:b w:val="0"/>
          <w:i w:val="0"/>
          <w:color w:val="333333"/>
          <w:sz w:val="19"/>
        </w:rPr>
        <w:t>(A) 1/2　　(B) 5/8　　(C) 2/3　　(D) 3/4　　(E) 7/8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坐标平面中的直线 ell 方程为 3x - 5y + 40 = 0。将这条直线绕点 (20, 20) 逆时针旋转 45°，得到直线 k。直线 k 的 x 轴截距的 x 坐标是多少？</w:t>
      </w:r>
    </w:p>
    <w:p>
      <w:pPr>
        <w:spacing w:before="0" w:after="120" w:line="300" w:lineRule="auto"/>
      </w:pPr>
      <w:r>
        <w:rPr>
          <w:rFonts w:ascii="Times New Roman" w:hAnsi="Times New Roman" w:eastAsia="宋体"/>
          <w:b w:val="0"/>
          <w:i w:val="0"/>
          <w:sz w:val="21"/>
        </w:rPr>
        <w:t>（A）10　　（B）15　　（C）20　　（D）25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ell in the coordinate plane has the equation 3x - 5y + 40 = 0. This line is rotated 45° counterclockwise about the point (20, 20) to obtain line k. What is the x-coordinate of the x-intercept of line k?</w:t>
      </w:r>
    </w:p>
    <w:p>
      <w:pPr>
        <w:spacing w:before="0" w:after="160" w:line="300" w:lineRule="auto"/>
      </w:pPr>
      <w:r>
        <w:rPr>
          <w:rFonts w:ascii="Times New Roman" w:hAnsi="Times New Roman" w:eastAsia="宋体"/>
          <w:b w:val="0"/>
          <w:i w:val="0"/>
          <w:color w:val="333333"/>
          <w:sz w:val="19"/>
        </w:rPr>
        <w:t>(A) 10　　(B) 15　　(C) 20　　(D) 25　　(E) 30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存在都大于 1 的整数 a、b 和 c，使得对所有 N &gt; 1 都有</w:t>
      </w:r>
    </w:p>
    <w:p>
      <w:pPr>
        <w:spacing w:before="0" w:after="80" w:line="300" w:lineRule="auto"/>
        <w:jc w:val="left"/>
      </w:pPr>
      <w:r>
        <w:rPr>
          <w:rFonts w:ascii="Times New Roman" w:hAnsi="Times New Roman" w:eastAsia="宋体"/>
          <w:b w:val="0"/>
          <w:i w:val="0"/>
          <w:sz w:val="21"/>
        </w:rPr>
        <w:t>ᵃ√(N ᵇ√(N ᶜ√(N))) = ³⁶√(N²⁵)。</w:t>
      </w:r>
    </w:p>
    <w:p>
      <w:pPr>
        <w:spacing w:before="0" w:after="80" w:line="300" w:lineRule="auto"/>
        <w:jc w:val="left"/>
      </w:pPr>
      <w:r>
        <w:rPr>
          <w:rFonts w:ascii="Times New Roman" w:hAnsi="Times New Roman" w:eastAsia="宋体"/>
          <w:b w:val="0"/>
          <w:i w:val="0"/>
          <w:sz w:val="21"/>
        </w:rPr>
        <w:t>b 是多少？</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integers a, b, and c, each greater than 1, such that</w:t>
      </w:r>
    </w:p>
    <w:p>
      <w:pPr>
        <w:spacing w:before="0" w:after="80" w:line="300" w:lineRule="auto"/>
        <w:jc w:val="left"/>
      </w:pPr>
      <w:r>
        <w:rPr>
          <w:rFonts w:ascii="Times New Roman" w:hAnsi="Times New Roman" w:eastAsia="宋体"/>
          <w:b w:val="0"/>
          <w:i w:val="0"/>
          <w:color w:val="333333"/>
          <w:sz w:val="19"/>
        </w:rPr>
        <w:t>ᵃ√(N ᵇ√(N ᶜ√(N))) = ³⁶√(N²⁵)</w:t>
      </w:r>
    </w:p>
    <w:p>
      <w:pPr>
        <w:spacing w:before="0" w:after="80" w:line="300" w:lineRule="auto"/>
        <w:jc w:val="left"/>
      </w:pPr>
      <w:r>
        <w:rPr>
          <w:rFonts w:ascii="Times New Roman" w:hAnsi="Times New Roman" w:eastAsia="宋体"/>
          <w:b w:val="0"/>
          <w:i w:val="0"/>
          <w:color w:val="333333"/>
          <w:sz w:val="19"/>
        </w:rPr>
        <w:t>for all N &gt; 1. What is b?</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正八边形 ABCDEFGH 的面积为 n。设四边形 ACEG 的面积为 m。m/n 是多少？</w:t>
      </w:r>
    </w:p>
    <w:p>
      <w:pPr>
        <w:spacing w:before="0" w:after="120" w:line="300" w:lineRule="auto"/>
      </w:pPr>
      <w:r>
        <w:rPr>
          <w:rFonts w:ascii="Times New Roman" w:hAnsi="Times New Roman" w:eastAsia="宋体"/>
          <w:b w:val="0"/>
          <w:i w:val="0"/>
          <w:sz w:val="21"/>
        </w:rPr>
        <w:t>（A）(√(2))/4　　（B）(√(2))/2　　（C）3/4　　（D）(3√(2))/5　　（E）(2√(2))/3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Regular octagon ABCDEFGH has area n. Let m be the area of quadrilateral ACEG. What is m/n?</w:t>
      </w:r>
    </w:p>
    <w:p>
      <w:pPr>
        <w:spacing w:before="0" w:after="160" w:line="300" w:lineRule="auto"/>
      </w:pPr>
      <w:r>
        <w:rPr>
          <w:rFonts w:ascii="Times New Roman" w:hAnsi="Times New Roman" w:eastAsia="宋体"/>
          <w:b w:val="0"/>
          <w:i w:val="0"/>
          <w:color w:val="333333"/>
          <w:sz w:val="19"/>
        </w:rPr>
        <w:t>(A) (√(2))/4　　(B) (√(2))/2　　(C) 3/4　　(D) (3√(2))/5　　(E) (2√(2))/3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在复平面中，设 A 为方程 z³ - 8 = 0 的解集，设 B 为方程 z³ - 8z² - 8z + 64 = 0 的解集。A 中一点与 B 中一点之间的最大距离是多少？</w:t>
      </w:r>
    </w:p>
    <w:p>
      <w:pPr>
        <w:spacing w:before="0" w:after="120" w:line="300" w:lineRule="auto"/>
      </w:pPr>
      <w:r>
        <w:rPr>
          <w:rFonts w:ascii="Times New Roman" w:hAnsi="Times New Roman" w:eastAsia="宋体"/>
          <w:b w:val="0"/>
          <w:i w:val="0"/>
          <w:sz w:val="21"/>
        </w:rPr>
        <w:t>（A）2√(3)　　（B）6　　（C）9　　（D）2√(21)　　（E）9 +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complex plane, let A be the set of solutions to z³ - 8 = 0 and let B be the set of solutions to z³ - 8z² - 8z + 64 = 0. What is the greatest distance between a point of A and a point of B?</w:t>
      </w:r>
    </w:p>
    <w:p>
      <w:pPr>
        <w:spacing w:before="0" w:after="160" w:line="300" w:lineRule="auto"/>
      </w:pPr>
      <w:r>
        <w:rPr>
          <w:rFonts w:ascii="Times New Roman" w:hAnsi="Times New Roman" w:eastAsia="宋体"/>
          <w:b w:val="0"/>
          <w:i w:val="0"/>
          <w:color w:val="333333"/>
          <w:sz w:val="19"/>
        </w:rPr>
        <w:t>(A) 2√(3)　　(B) 6　　(C) 9　　(D) 2√(21)　　(E) 9 + √(3)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在坐标平面中，从顶点为 (0, 0)、(2020, 0)、(2020, 2020) 和 (0, 2020) 的正方形内随机选取一点。该点在某个格点的 d 个单位以内的概率为 1/2。（若点 (x, y) 的 x 和 y 都是整数，则称它为格点。）d 四舍五入到十分位是多少？</w:t>
      </w:r>
    </w:p>
    <w:p>
      <w:pPr>
        <w:spacing w:before="0" w:after="120" w:line="300" w:lineRule="auto"/>
      </w:pPr>
      <w:r>
        <w:rPr>
          <w:rFonts w:ascii="Times New Roman" w:hAnsi="Times New Roman" w:eastAsia="宋体"/>
          <w:b w:val="0"/>
          <w:i w:val="0"/>
          <w:sz w:val="21"/>
        </w:rPr>
        <w:t>（A）0.3　　（B）0.4　　（C）0.5　　（D）0.6　　（E）0.7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is chosen at random within the square in the coordinate plane whose vertices are (0, 0), (2020, 0), (2020, 2020), and (0, 2020). The probability that the point is within d units of a lattice point is 1/2. (A point (x, y) is a lattice point if x and y are both integers.) What is d to the nearest tenth?</w:t>
      </w:r>
    </w:p>
    <w:p>
      <w:pPr>
        <w:spacing w:before="0" w:after="160" w:line="300" w:lineRule="auto"/>
      </w:pPr>
      <w:r>
        <w:rPr>
          <w:rFonts w:ascii="Times New Roman" w:hAnsi="Times New Roman" w:eastAsia="宋体"/>
          <w:b w:val="0"/>
          <w:i w:val="0"/>
          <w:color w:val="333333"/>
          <w:sz w:val="19"/>
        </w:rPr>
        <w:t>(A) 0.3　　(B) 0.4　　(C) 0.5　　(D) 0.6　　(E) 0.7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一个四边形的顶点都在 y = ln x 的图像上，且这些顶点的 x 坐标是连续的正整数。该四边形的面积为 ln91/90。最左边顶点的 x 坐标是多少？</w:t>
      </w:r>
    </w:p>
    <w:p>
      <w:pPr>
        <w:spacing w:before="0" w:after="120" w:line="300" w:lineRule="auto"/>
      </w:pPr>
      <w:r>
        <w:rPr>
          <w:rFonts w:ascii="Times New Roman" w:hAnsi="Times New Roman" w:eastAsia="宋体"/>
          <w:b w:val="0"/>
          <w:i w:val="0"/>
          <w:sz w:val="21"/>
        </w:rPr>
        <w:t>（A）6　　（B）7　　（C）10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vertices of a quadrilateral lie on the graph of y = ln x, and the x-coordinates of these vertices are consecutive positive integers. The area of the quadrilateral is ln91/90. What is the x-coordinate of the leftmost vertex?</w:t>
      </w:r>
    </w:p>
    <w:p>
      <w:pPr>
        <w:spacing w:before="0" w:after="160" w:line="300" w:lineRule="auto"/>
      </w:pPr>
      <w:r>
        <w:rPr>
          <w:rFonts w:ascii="Times New Roman" w:hAnsi="Times New Roman" w:eastAsia="宋体"/>
          <w:b w:val="0"/>
          <w:i w:val="0"/>
          <w:color w:val="333333"/>
          <w:sz w:val="19"/>
        </w:rPr>
        <w:t>(A) 6　　(B) 7　　(C) 10　　(D) 12　　(E) 13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四边形 ABCD 满足 ∠ ABC = ∠ ACD = 90°，AC = 20，且 CD = 30。对角线 AC 与 BD 交于点 E，且 AE = 5。四边形 ABCD 的面积是多少？</w:t>
      </w:r>
    </w:p>
    <w:p>
      <w:pPr>
        <w:spacing w:before="0" w:after="120" w:line="300" w:lineRule="auto"/>
      </w:pPr>
      <w:r>
        <w:rPr>
          <w:rFonts w:ascii="Times New Roman" w:hAnsi="Times New Roman" w:eastAsia="宋体"/>
          <w:b w:val="0"/>
          <w:i w:val="0"/>
          <w:sz w:val="21"/>
        </w:rPr>
        <w:t>（A）330　　（B）340　　（C）350　　（D）360　　（E）370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satisfies ∠ ABC = ∠ ACD = 90°, AC = 20, and CD = 30. Diagonals AC and BD intersect at point E, and AE = 5. What is the area of quadrilateral ABCD?</w:t>
      </w:r>
    </w:p>
    <w:p>
      <w:pPr>
        <w:spacing w:before="0" w:after="160" w:line="300" w:lineRule="auto"/>
      </w:pPr>
      <w:r>
        <w:rPr>
          <w:rFonts w:ascii="Times New Roman" w:hAnsi="Times New Roman" w:eastAsia="宋体"/>
          <w:b w:val="0"/>
          <w:i w:val="0"/>
          <w:color w:val="333333"/>
          <w:sz w:val="19"/>
        </w:rPr>
        <w:t>(A) 330　　(B) 340　　(C) 350　　(D) 360　　(E) 370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存在唯一的严格递增非负整数序列 a₁ &lt; a₂ &lt; ⋯ &lt; aₖ，使得</w:t>
      </w:r>
    </w:p>
    <w:p>
      <w:pPr>
        <w:spacing w:before="0" w:after="80" w:line="300" w:lineRule="auto"/>
        <w:jc w:val="left"/>
      </w:pPr>
      <w:r>
        <w:rPr>
          <w:rFonts w:ascii="Times New Roman" w:hAnsi="Times New Roman" w:eastAsia="宋体"/>
          <w:b w:val="0"/>
          <w:i w:val="0"/>
          <w:sz w:val="21"/>
        </w:rPr>
        <w:t>(2²⁸⁹ + 1)/(2¹⁷ + 1) = 2^(a₁) + 2^(a₂) + ⋯ + 2^(aₖ)。</w:t>
      </w:r>
    </w:p>
    <w:p>
      <w:pPr>
        <w:spacing w:before="0" w:after="80" w:line="300" w:lineRule="auto"/>
        <w:jc w:val="left"/>
      </w:pPr>
      <w:r>
        <w:rPr>
          <w:rFonts w:ascii="Times New Roman" w:hAnsi="Times New Roman" w:eastAsia="宋体"/>
          <w:b w:val="0"/>
          <w:i w:val="0"/>
          <w:sz w:val="21"/>
        </w:rPr>
        <w:t>k 是多少？</w:t>
      </w:r>
    </w:p>
    <w:p>
      <w:pPr>
        <w:spacing w:before="0" w:after="120" w:line="300" w:lineRule="auto"/>
      </w:pPr>
      <w:r>
        <w:rPr>
          <w:rFonts w:ascii="Times New Roman" w:hAnsi="Times New Roman" w:eastAsia="宋体"/>
          <w:b w:val="0"/>
          <w:i w:val="0"/>
          <w:sz w:val="21"/>
        </w:rPr>
        <w:t>（A）117　　（B）136　　（C）137　　（D）273　　（E）306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exists a unique strictly increasing sequence of nonnegative integers a₁ &lt; a₂ &lt; ⋯ &lt; aₖ such that</w:t>
      </w:r>
    </w:p>
    <w:p>
      <w:pPr>
        <w:spacing w:before="0" w:after="80" w:line="300" w:lineRule="auto"/>
        <w:jc w:val="left"/>
      </w:pPr>
      <w:r>
        <w:rPr>
          <w:rFonts w:ascii="Times New Roman" w:hAnsi="Times New Roman" w:eastAsia="宋体"/>
          <w:b w:val="0"/>
          <w:i w:val="0"/>
          <w:color w:val="333333"/>
          <w:sz w:val="19"/>
        </w:rPr>
        <w:t>(2²⁸⁹ + 1)/(2¹⁷ + 1) = 2^(a₁) + 2^(a₂) + ⋯ + 2^(aₖ).</w:t>
      </w:r>
    </w:p>
    <w:p>
      <w:pPr>
        <w:spacing w:before="0" w:after="80" w:line="300" w:lineRule="auto"/>
        <w:jc w:val="left"/>
      </w:pPr>
      <w:r>
        <w:rPr>
          <w:rFonts w:ascii="Times New Roman" w:hAnsi="Times New Roman" w:eastAsia="宋体"/>
          <w:b w:val="0"/>
          <w:i w:val="0"/>
          <w:color w:val="333333"/>
          <w:sz w:val="19"/>
        </w:rPr>
        <w:t>What is k?</w:t>
      </w:r>
    </w:p>
    <w:p>
      <w:pPr>
        <w:spacing w:before="0" w:after="160" w:line="300" w:lineRule="auto"/>
      </w:pPr>
      <w:r>
        <w:rPr>
          <w:rFonts w:ascii="Times New Roman" w:hAnsi="Times New Roman" w:eastAsia="宋体"/>
          <w:b w:val="0"/>
          <w:i w:val="0"/>
          <w:color w:val="333333"/>
          <w:sz w:val="19"/>
        </w:rPr>
        <w:t>(A) 117　　(B) 136　　(C) 137　　(D) 273　　(E) 306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T 是坐标平面中顶点为 (0, 0)、(4, 0) 和 (0, 3) 的三角形。考虑平面上的以下五个等距变换（刚性变换）：绕原点逆时针旋转 90°、180° 和 270°，关于 x 轴反射，以及关于 y 轴反射。在这五种变换中任选三个组成的 125 个序列（不要求互不相同）中，有多少个会把 T 送回原来的位置？（例如，先旋转 180°，再关于 x 轴反射，再关于 y 轴反射，会把 T 送回原来的位置；但先旋转 90°，再关于 x 轴反射，再次关于 x 轴反射，则不会把 T 送回原来的位置。）</w:t>
      </w:r>
    </w:p>
    <w:p>
      <w:pPr>
        <w:spacing w:before="0" w:after="120" w:line="300" w:lineRule="auto"/>
      </w:pPr>
      <w:r>
        <w:rPr>
          <w:rFonts w:ascii="Times New Roman" w:hAnsi="Times New Roman" w:eastAsia="宋体"/>
          <w:b w:val="0"/>
          <w:i w:val="0"/>
          <w:sz w:val="21"/>
        </w:rPr>
        <w:t>（A）12　　（B）15　　（C）17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triangle in the coordinate plane with vertices (0, 0), (4, 0), and (0, 3). Consider the following five isometries (rigid transformations) of the plane: rotations of 90°, 180°, and 270° counterclockwise around the origin, reflection across the x-axis, and reflection across the y-axis. How many of the 125 sequences of three of these transformations (not necessarily distinct) will return T to its original position? (For example, a 180° rotation, followed by a reflection across the x-axis, followed by a reflection across the y-axis will return T to its original position, but a 90° rotation, followed by a reflection across the x-axis, followed by another reflection across the x-axis will not return T to its original position.)</w:t>
      </w:r>
    </w:p>
    <w:p>
      <w:pPr>
        <w:spacing w:before="0" w:after="160" w:line="300" w:lineRule="auto"/>
      </w:pPr>
      <w:r>
        <w:rPr>
          <w:rFonts w:ascii="Times New Roman" w:hAnsi="Times New Roman" w:eastAsia="宋体"/>
          <w:b w:val="0"/>
          <w:i w:val="0"/>
          <w:color w:val="333333"/>
          <w:sz w:val="19"/>
        </w:rPr>
        <w:t>(A) 12　　(B) 15　　(C) 17　　(D) 20　　(E) 25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有多少个正整数 n 满足：n 是 5 的倍数，并且 5! 与 n 的最小公倍数等于 10! 与 n 的最大公因数的 5 倍？</w:t>
      </w:r>
    </w:p>
    <w:p>
      <w:pPr>
        <w:spacing w:before="0" w:after="120" w:line="300" w:lineRule="auto"/>
      </w:pPr>
      <w:r>
        <w:rPr>
          <w:rFonts w:ascii="Times New Roman" w:hAnsi="Times New Roman" w:eastAsia="宋体"/>
          <w:b w:val="0"/>
          <w:i w:val="0"/>
          <w:sz w:val="21"/>
        </w:rPr>
        <w:t>（A）12　　（B）24　　（C）36　　（D）48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n are there such that n is a multiple of 5, and the least common multiple of 5! and n equals 5 times the greatest common divisor of 10! and n?</w:t>
      </w:r>
    </w:p>
    <w:p>
      <w:pPr>
        <w:spacing w:before="0" w:after="160" w:line="300" w:lineRule="auto"/>
      </w:pPr>
      <w:r>
        <w:rPr>
          <w:rFonts w:ascii="Times New Roman" w:hAnsi="Times New Roman" w:eastAsia="宋体"/>
          <w:b w:val="0"/>
          <w:i w:val="0"/>
          <w:color w:val="333333"/>
          <w:sz w:val="19"/>
        </w:rPr>
        <w:t>(A) 12　　(B) 24　　(C) 36　　(D) 48　　(E) 72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(aₙ) 和 (bₙ) 为实数序列，使得对所有整数 n ≥ 0 都有</w:t>
      </w:r>
    </w:p>
    <w:p>
      <w:pPr>
        <w:spacing w:before="0" w:after="80" w:line="300" w:lineRule="auto"/>
        <w:jc w:val="left"/>
      </w:pPr>
      <w:r>
        <w:rPr>
          <w:rFonts w:ascii="Times New Roman" w:hAnsi="Times New Roman" w:eastAsia="宋体"/>
          <w:b w:val="0"/>
          <w:i w:val="0"/>
          <w:sz w:val="21"/>
        </w:rPr>
        <w:t>(2 + i)ⁿ = aₙ + bₙ i，</w:t>
      </w:r>
    </w:p>
    <w:p>
      <w:pPr>
        <w:spacing w:before="0" w:after="80" w:line="300" w:lineRule="auto"/>
        <w:jc w:val="left"/>
      </w:pPr>
      <w:r>
        <w:rPr>
          <w:rFonts w:ascii="Times New Roman" w:hAnsi="Times New Roman" w:eastAsia="宋体"/>
          <w:b w:val="0"/>
          <w:i w:val="0"/>
          <w:sz w:val="21"/>
        </w:rPr>
        <w:t>其中 i = √(-1)。求</w:t>
      </w:r>
    </w:p>
    <w:p>
      <w:pPr>
        <w:spacing w:before="0" w:after="80" w:line="300" w:lineRule="auto"/>
        <w:jc w:val="left"/>
      </w:pPr>
      <w:r>
        <w:rPr>
          <w:rFonts w:ascii="Times New Roman" w:hAnsi="Times New Roman" w:eastAsia="宋体"/>
          <w:b w:val="0"/>
          <w:i w:val="0"/>
          <w:sz w:val="21"/>
        </w:rPr>
        <w:t>Σₙ₌₀^(∞) (aₙ bₙ)/7ⁿ？</w:t>
      </w:r>
    </w:p>
    <w:p>
      <w:pPr>
        <w:spacing w:before="0" w:after="120" w:line="300" w:lineRule="auto"/>
      </w:pPr>
      <w:r>
        <w:rPr>
          <w:rFonts w:ascii="Times New Roman" w:hAnsi="Times New Roman" w:eastAsia="宋体"/>
          <w:b w:val="0"/>
          <w:i w:val="0"/>
          <w:sz w:val="21"/>
        </w:rPr>
        <w:t>（A）3/8　　（B）7/16　　（C）1/2　　（D）9/16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(aₙ) and (bₙ) be the sequences of real numbers such that</w:t>
      </w:r>
    </w:p>
    <w:p>
      <w:pPr>
        <w:spacing w:before="0" w:after="80" w:line="300" w:lineRule="auto"/>
        <w:jc w:val="left"/>
      </w:pPr>
      <w:r>
        <w:rPr>
          <w:rFonts w:ascii="Times New Roman" w:hAnsi="Times New Roman" w:eastAsia="宋体"/>
          <w:b w:val="0"/>
          <w:i w:val="0"/>
          <w:color w:val="333333"/>
          <w:sz w:val="19"/>
        </w:rPr>
        <w:t>(2 + i)ⁿ = aₙ + bₙ i</w:t>
      </w:r>
    </w:p>
    <w:p>
      <w:pPr>
        <w:spacing w:before="0" w:after="80" w:line="300" w:lineRule="auto"/>
        <w:jc w:val="left"/>
      </w:pPr>
      <w:r>
        <w:rPr>
          <w:rFonts w:ascii="Times New Roman" w:hAnsi="Times New Roman" w:eastAsia="宋体"/>
          <w:b w:val="0"/>
          <w:i w:val="0"/>
          <w:color w:val="333333"/>
          <w:sz w:val="19"/>
        </w:rPr>
        <w:t>for all integers n ≥ 0, where i = √(-1). What is</w:t>
      </w:r>
    </w:p>
    <w:p>
      <w:pPr>
        <w:spacing w:before="0" w:after="80" w:line="300" w:lineRule="auto"/>
        <w:jc w:val="left"/>
      </w:pPr>
      <w:r>
        <w:rPr>
          <w:rFonts w:ascii="Times New Roman" w:hAnsi="Times New Roman" w:eastAsia="宋体"/>
          <w:b w:val="0"/>
          <w:i w:val="0"/>
          <w:color w:val="333333"/>
          <w:sz w:val="19"/>
        </w:rPr>
        <w:t>Σₙ₌₀^(∞) (aₙ bₙ)/7ⁿ?</w:t>
      </w:r>
    </w:p>
    <w:p>
      <w:pPr>
        <w:spacing w:before="0" w:after="160" w:line="300" w:lineRule="auto"/>
      </w:pPr>
      <w:r>
        <w:rPr>
          <w:rFonts w:ascii="Times New Roman" w:hAnsi="Times New Roman" w:eastAsia="宋体"/>
          <w:b w:val="0"/>
          <w:i w:val="0"/>
          <w:color w:val="333333"/>
          <w:sz w:val="19"/>
        </w:rPr>
        <w:t>(A) 3/8　　(B) 7/16　　(C) 1/2　　(D) 9/16　　(E) 4/7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Jason 掷三枚公平的标准六面骰。然后他查看掷出的点数，并选择一个骰子子集（可以为空，也可以是全部三枚）重新掷。重新掷后，当且仅当三枚骰子朝上点数之和恰好为 7 时，他获胜。Jason 总是采取最优策略来最大化获胜概率。他选择恰好重新掷两枚骰子的概率是多少？</w:t>
      </w:r>
    </w:p>
    <w:p>
      <w:pPr>
        <w:spacing w:before="0" w:after="120" w:line="300" w:lineRule="auto"/>
      </w:pPr>
      <w:r>
        <w:rPr>
          <w:rFonts w:ascii="Times New Roman" w:hAnsi="Times New Roman" w:eastAsia="宋体"/>
          <w:b w:val="0"/>
          <w:i w:val="0"/>
          <w:sz w:val="21"/>
        </w:rPr>
        <w:t>（A）7/36　　（B）5/24　　（C）2/9　　（D）17/72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Jason rolls three fair standard six-sided dice. Then he looks at the rolls and chooses a subset of the dice (possibly empty, possibly all three dice) to reroll. After rerolling, he wins if and only if the sum of the numbers face up on the three dice is exactly 7. Jason always plays to optimize his chances of winning. What is the probability that he chooses to reroll exactly two of the dice?</w:t>
      </w:r>
    </w:p>
    <w:p>
      <w:pPr>
        <w:spacing w:before="0" w:after="160" w:line="300" w:lineRule="auto"/>
      </w:pPr>
      <w:r>
        <w:rPr>
          <w:rFonts w:ascii="Times New Roman" w:hAnsi="Times New Roman" w:eastAsia="宋体"/>
          <w:b w:val="0"/>
          <w:i w:val="0"/>
          <w:color w:val="333333"/>
          <w:sz w:val="19"/>
        </w:rPr>
        <w:t>(A) 7/36　　(B) 5/24　　(C) 2/9　　(D) 17/72　　(E) 1/4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假设 △ ABC 是边长为 s 的等边三角形，并且具有如下性质：三角形内部存在唯一一点 P，使得 AP = 1，BP = √(3)，且 CP = 2。s 是多少？</w:t>
      </w:r>
    </w:p>
    <w:p>
      <w:pPr>
        <w:spacing w:before="0" w:after="120" w:line="300" w:lineRule="auto"/>
      </w:pPr>
      <w:r>
        <w:rPr>
          <w:rFonts w:ascii="Times New Roman" w:hAnsi="Times New Roman" w:eastAsia="宋体"/>
          <w:b w:val="0"/>
          <w:i w:val="0"/>
          <w:sz w:val="21"/>
        </w:rPr>
        <w:t>（A）1 + √(2)　　（B）√(7)　　（C）8/3　　（D）√(5 + √(5))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 ABC is an equilateral triangle of side length s, with the property that there is a unique point P inside the triangle such that AP = 1, BP = √(3), and CP = 2. What is s?</w:t>
      </w:r>
    </w:p>
    <w:p>
      <w:pPr>
        <w:spacing w:before="0" w:after="160" w:line="300" w:lineRule="auto"/>
      </w:pPr>
      <w:r>
        <w:rPr>
          <w:rFonts w:ascii="Times New Roman" w:hAnsi="Times New Roman" w:eastAsia="宋体"/>
          <w:b w:val="0"/>
          <w:i w:val="0"/>
          <w:color w:val="333333"/>
          <w:sz w:val="19"/>
        </w:rPr>
        <w:t>(A) 1 + √(2)　　(B) √(7)　　(C) 8/3　　(D) √(5 + √(5))　　(E) 2√(2)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数 a = p/q，其中 p 和 q 是互质的正整数，具有如下性质：所有满足</w:t>
      </w:r>
    </w:p>
    <w:p>
      <w:pPr>
        <w:spacing w:before="0" w:after="80" w:line="300" w:lineRule="auto"/>
        <w:jc w:val="left"/>
      </w:pPr>
      <w:r>
        <w:rPr>
          <w:rFonts w:ascii="Times New Roman" w:hAnsi="Times New Roman" w:eastAsia="宋体"/>
          <w:b w:val="0"/>
          <w:i w:val="0"/>
          <w:sz w:val="21"/>
        </w:rPr>
        <w:t>⌊ x ⌋ · {x} = a · x²</w:t>
      </w:r>
    </w:p>
    <w:p>
      <w:pPr>
        <w:spacing w:before="0" w:after="80" w:line="300" w:lineRule="auto"/>
        <w:jc w:val="left"/>
      </w:pPr>
      <w:r>
        <w:rPr>
          <w:rFonts w:ascii="Times New Roman" w:hAnsi="Times New Roman" w:eastAsia="宋体"/>
          <w:b w:val="0"/>
          <w:i w:val="0"/>
          <w:sz w:val="21"/>
        </w:rPr>
        <w:t>的实数 x 的和为 420，其中 ⌊ x ⌋ 表示不超过 x 的最大整数，{x} = x - ⌊ x ⌋ 表示 x 的小数部分。p + q 是多少？</w:t>
      </w:r>
    </w:p>
    <w:p>
      <w:pPr>
        <w:spacing w:before="0" w:after="120" w:line="300" w:lineRule="auto"/>
      </w:pPr>
      <w:r>
        <w:rPr>
          <w:rFonts w:ascii="Times New Roman" w:hAnsi="Times New Roman" w:eastAsia="宋体"/>
          <w:b w:val="0"/>
          <w:i w:val="0"/>
          <w:sz w:val="21"/>
        </w:rPr>
        <w:t>（A）245　　（B）593　　（C）929　　（D）1331　　（E）1332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a = p/q, where p and q are relatively prime positive integers, has the property that the sum of all real numbers x satisfying</w:t>
      </w:r>
    </w:p>
    <w:p>
      <w:pPr>
        <w:spacing w:before="0" w:after="80" w:line="300" w:lineRule="auto"/>
        <w:jc w:val="left"/>
      </w:pPr>
      <w:r>
        <w:rPr>
          <w:rFonts w:ascii="Times New Roman" w:hAnsi="Times New Roman" w:eastAsia="宋体"/>
          <w:b w:val="0"/>
          <w:i w:val="0"/>
          <w:color w:val="333333"/>
          <w:sz w:val="19"/>
        </w:rPr>
        <w:t>⌊ x ⌋ · {x} = a · x²</w:t>
      </w:r>
    </w:p>
    <w:p>
      <w:pPr>
        <w:spacing w:before="0" w:after="80" w:line="300" w:lineRule="auto"/>
        <w:jc w:val="left"/>
      </w:pPr>
      <w:r>
        <w:rPr>
          <w:rFonts w:ascii="Times New Roman" w:hAnsi="Times New Roman" w:eastAsia="宋体"/>
          <w:b w:val="0"/>
          <w:i w:val="0"/>
          <w:color w:val="333333"/>
          <w:sz w:val="19"/>
        </w:rPr>
        <w:t>is 420, where ⌊ x ⌋ denotes the greatest integer less than or equal to x and {x} = x - ⌊ x ⌋ denotes the fractional part of x. What is p + q?</w:t>
      </w:r>
    </w:p>
    <w:p>
      <w:pPr>
        <w:spacing w:before="0" w:after="160" w:line="300" w:lineRule="auto"/>
      </w:pPr>
      <w:r>
        <w:rPr>
          <w:rFonts w:ascii="Times New Roman" w:hAnsi="Times New Roman" w:eastAsia="宋体"/>
          <w:b w:val="0"/>
          <w:i w:val="0"/>
          <w:color w:val="333333"/>
          <w:sz w:val="19"/>
        </w:rPr>
        <w:t>(A) 245　　(B) 593　　(C) 929　　(D) 1331　　(E) 1332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C　E　B　C　D　B　C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B　B　B　B　D　B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D　B　A　B　C</w:t>
      </w:r>
    </w:p>
    <w:p>
      <w:pPr>
        <w:spacing w:before="0" w:after="200" w:line="300" w:lineRule="auto"/>
      </w:pPr>
      <w:r>
        <w:rPr>
          <w:rFonts w:ascii="Times New Roman" w:hAnsi="Times New Roman" w:eastAsia="宋体"/>
          <w:b w:val="0"/>
          <w:i w:val="0"/>
          <w:color w:val="666666"/>
          <w:sz w:val="18"/>
        </w:rPr>
        <w:t>答案串：CCEBCDBCEEBBBBDBDDCADBABC</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Carlos 拿走 70% 后，剩余部分为 30%。</w:t>
      </w:r>
    </w:p>
    <w:p>
      <w:pPr>
        <w:spacing w:before="0" w:after="80" w:line="300" w:lineRule="auto"/>
        <w:jc w:val="left"/>
      </w:pPr>
      <w:r>
        <w:rPr>
          <w:rFonts w:ascii="Times New Roman" w:hAnsi="Times New Roman" w:eastAsia="宋体"/>
          <w:b w:val="0"/>
          <w:i w:val="0"/>
          <w:sz w:val="21"/>
        </w:rPr>
        <w:t>Maria 拿走其中三分之一，即 1/3 · 30% = 10%，所以还剩 30% - 10% = 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Carlos takes 70%, the remaining portion is 30%.</w:t>
      </w:r>
    </w:p>
    <w:p>
      <w:pPr>
        <w:spacing w:before="0" w:after="80" w:line="300" w:lineRule="auto"/>
        <w:jc w:val="left"/>
      </w:pPr>
      <w:r>
        <w:rPr>
          <w:rFonts w:ascii="Times New Roman" w:hAnsi="Times New Roman" w:eastAsia="宋体"/>
          <w:b w:val="0"/>
          <w:i w:val="0"/>
          <w:color w:val="333333"/>
          <w:sz w:val="19"/>
        </w:rPr>
        <w:t>Maria takes one third of this, namely 1/3 · 30% = 10%, leaving 30% - 10% = 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把每个字母拆成线段。字母 A 包含一条长为 2√(2) 的斜线、一条长为 2 的竖线，以及一条长为 1 的横线。</w:t>
      </w:r>
    </w:p>
    <w:p>
      <w:pPr>
        <w:spacing w:before="0" w:after="80" w:line="300" w:lineRule="auto"/>
        <w:jc w:val="left"/>
      </w:pPr>
      <w:r>
        <w:rPr>
          <w:rFonts w:ascii="Times New Roman" w:hAnsi="Times New Roman" w:eastAsia="宋体"/>
          <w:b w:val="0"/>
          <w:i w:val="0"/>
          <w:sz w:val="21"/>
        </w:rPr>
        <w:t>字母 M 有两条长为 2 的竖线和两条各长 √(2) 的斜线。字母 C 由三条长为 2 的边组成。</w:t>
      </w:r>
    </w:p>
    <w:p>
      <w:pPr>
        <w:spacing w:before="0" w:after="80" w:line="300" w:lineRule="auto"/>
        <w:jc w:val="left"/>
      </w:pPr>
      <w:r>
        <w:rPr>
          <w:rFonts w:ascii="Times New Roman" w:hAnsi="Times New Roman" w:eastAsia="宋体"/>
          <w:b w:val="0"/>
          <w:i w:val="0"/>
          <w:sz w:val="21"/>
        </w:rPr>
        <w:t>直线段的总长为 2 + 1 + 2 + 2 + 2 + 2 + 2 = 13，斜线段的总长为 2√(2) + √(2) + √(2) = 4√(2)。</w:t>
      </w:r>
    </w:p>
    <w:p>
      <w:pPr>
        <w:spacing w:before="0" w:after="80" w:line="300" w:lineRule="auto"/>
        <w:jc w:val="left"/>
      </w:pPr>
      <w:r>
        <w:rPr>
          <w:rFonts w:ascii="Times New Roman" w:hAnsi="Times New Roman" w:eastAsia="宋体"/>
          <w:b w:val="0"/>
          <w:i w:val="0"/>
          <w:sz w:val="21"/>
        </w:rPr>
        <w:t>总和为 13 + 4√(2)。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Split each letter into its segments. The A is a diagonal of length 2√(2), a vertical of length 2, and a crossbar of length 1.</w:t>
      </w:r>
    </w:p>
    <w:p>
      <w:pPr>
        <w:spacing w:before="0" w:after="80" w:line="300" w:lineRule="auto"/>
        <w:jc w:val="left"/>
      </w:pPr>
      <w:r>
        <w:rPr>
          <w:rFonts w:ascii="Times New Roman" w:hAnsi="Times New Roman" w:eastAsia="宋体"/>
          <w:b w:val="0"/>
          <w:i w:val="0"/>
          <w:color w:val="333333"/>
          <w:sz w:val="19"/>
        </w:rPr>
        <w:t>The M has two verticals of length 2 and two diagonals of length √(2) each. The C is three sides of length 2.</w:t>
      </w:r>
    </w:p>
    <w:p>
      <w:pPr>
        <w:spacing w:before="0" w:after="80" w:line="300" w:lineRule="auto"/>
        <w:jc w:val="left"/>
      </w:pPr>
      <w:r>
        <w:rPr>
          <w:rFonts w:ascii="Times New Roman" w:hAnsi="Times New Roman" w:eastAsia="宋体"/>
          <w:b w:val="0"/>
          <w:i w:val="0"/>
          <w:color w:val="333333"/>
          <w:sz w:val="19"/>
        </w:rPr>
        <w:t>The straight pieces total 2 + 1 + 2 + 2 + 2 + 2 + 2 = 13, and the diagonal pieces total 2√(2) + √(2) + √(2) = 4√(2).</w:t>
      </w:r>
    </w:p>
    <w:p>
      <w:pPr>
        <w:spacing w:before="0" w:after="80" w:line="300" w:lineRule="auto"/>
        <w:jc w:val="left"/>
      </w:pPr>
      <w:r>
        <w:rPr>
          <w:rFonts w:ascii="Times New Roman" w:hAnsi="Times New Roman" w:eastAsia="宋体"/>
          <w:b w:val="0"/>
          <w:i w:val="0"/>
          <w:color w:val="333333"/>
          <w:sz w:val="19"/>
        </w:rPr>
        <w:t>The sum is 13 + 4√(2).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2 小时内她行驶 120 英里，收入为 120 · $0.50 = $60。</w:t>
      </w:r>
    </w:p>
    <w:p>
      <w:pPr>
        <w:spacing w:before="0" w:after="80" w:line="300" w:lineRule="auto"/>
        <w:jc w:val="left"/>
      </w:pPr>
      <w:r>
        <w:rPr>
          <w:rFonts w:ascii="Times New Roman" w:hAnsi="Times New Roman" w:eastAsia="宋体"/>
          <w:b w:val="0"/>
          <w:i w:val="0"/>
          <w:sz w:val="21"/>
        </w:rPr>
        <w:t>她用掉 120 ÷ 30 = 4 加仑汽油，花费 4 · $2.00 = $8。</w:t>
      </w:r>
    </w:p>
    <w:p>
      <w:pPr>
        <w:spacing w:before="0" w:after="80" w:line="300" w:lineRule="auto"/>
        <w:jc w:val="left"/>
      </w:pPr>
      <w:r>
        <w:rPr>
          <w:rFonts w:ascii="Times New Roman" w:hAnsi="Times New Roman" w:eastAsia="宋体"/>
          <w:b w:val="0"/>
          <w:i w:val="0"/>
          <w:sz w:val="21"/>
        </w:rPr>
        <w:t>净收入为 $60 - $8 = $52，因此每小时为 $52 ÷ 2 = $26。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2 hours she drives 120 miles, earning 120 · $0.50 = $60.</w:t>
      </w:r>
    </w:p>
    <w:p>
      <w:pPr>
        <w:spacing w:before="0" w:after="80" w:line="300" w:lineRule="auto"/>
        <w:jc w:val="left"/>
      </w:pPr>
      <w:r>
        <w:rPr>
          <w:rFonts w:ascii="Times New Roman" w:hAnsi="Times New Roman" w:eastAsia="宋体"/>
          <w:b w:val="0"/>
          <w:i w:val="0"/>
          <w:color w:val="333333"/>
          <w:sz w:val="19"/>
        </w:rPr>
        <w:t>She uses 120 ÷ 30 = 4 gallons, costing 4 · $2.00 = $8.</w:t>
      </w:r>
    </w:p>
    <w:p>
      <w:pPr>
        <w:spacing w:before="0" w:after="80" w:line="300" w:lineRule="auto"/>
        <w:jc w:val="left"/>
      </w:pPr>
      <w:r>
        <w:rPr>
          <w:rFonts w:ascii="Times New Roman" w:hAnsi="Times New Roman" w:eastAsia="宋体"/>
          <w:b w:val="0"/>
          <w:i w:val="0"/>
          <w:color w:val="333333"/>
          <w:sz w:val="19"/>
        </w:rPr>
        <w:t>Her net earnings are $60 - $8 = $52, so her rate is $52 ÷ 2 = $26 per hour.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要能被 5 整除，末位必须是 0 或 5，又因为所有数字都要是偶数，所以末位只能是 0。</w:t>
      </w:r>
    </w:p>
    <w:p>
      <w:pPr>
        <w:spacing w:before="0" w:after="80" w:line="300" w:lineRule="auto"/>
        <w:jc w:val="left"/>
      </w:pPr>
      <w:r>
        <w:rPr>
          <w:rFonts w:ascii="Times New Roman" w:hAnsi="Times New Roman" w:eastAsia="宋体"/>
          <w:b w:val="0"/>
          <w:i w:val="0"/>
          <w:sz w:val="21"/>
        </w:rPr>
        <w:t>首位是非零偶数：2, 4, 6, 8，共有 4 种选择。中间两位各可以是任意偶数 0, 2, 4, 6, 8，各有 5 种选择。</w:t>
      </w:r>
    </w:p>
    <w:p>
      <w:pPr>
        <w:spacing w:before="0" w:after="80" w:line="300" w:lineRule="auto"/>
        <w:jc w:val="left"/>
      </w:pPr>
      <w:r>
        <w:rPr>
          <w:rFonts w:ascii="Times New Roman" w:hAnsi="Times New Roman" w:eastAsia="宋体"/>
          <w:b w:val="0"/>
          <w:i w:val="0"/>
          <w:sz w:val="21"/>
        </w:rPr>
        <w:t>总数为 4 · 5 · 5 · 1 = 100。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be divisible by 5 the last digit is 0 or 5, and to be even it must be 0. So the units digit is fixed.</w:t>
      </w:r>
    </w:p>
    <w:p>
      <w:pPr>
        <w:spacing w:before="0" w:after="80" w:line="300" w:lineRule="auto"/>
        <w:jc w:val="left"/>
      </w:pPr>
      <w:r>
        <w:rPr>
          <w:rFonts w:ascii="Times New Roman" w:hAnsi="Times New Roman" w:eastAsia="宋体"/>
          <w:b w:val="0"/>
          <w:i w:val="0"/>
          <w:color w:val="333333"/>
          <w:sz w:val="19"/>
        </w:rPr>
        <w:t>The leading digit is a nonzero even digit: 2, 4, 6, 8 give 4 choices. Each of the two middle digits is any even digit 0, 2, 4, 6, 8, giving 5 choices each.</w:t>
      </w:r>
    </w:p>
    <w:p>
      <w:pPr>
        <w:spacing w:before="0" w:after="80" w:line="300" w:lineRule="auto"/>
        <w:jc w:val="left"/>
      </w:pPr>
      <w:r>
        <w:rPr>
          <w:rFonts w:ascii="Times New Roman" w:hAnsi="Times New Roman" w:eastAsia="宋体"/>
          <w:b w:val="0"/>
          <w:i w:val="0"/>
          <w:color w:val="333333"/>
          <w:sz w:val="19"/>
        </w:rPr>
        <w:t>The total is 4 · 5 · 5 · 1 = 100.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这 25 个整数的和为 ((-10 + 14) · 25)/2 = 50。</w:t>
      </w:r>
    </w:p>
    <w:p>
      <w:pPr>
        <w:spacing w:before="0" w:after="80" w:line="300" w:lineRule="auto"/>
        <w:jc w:val="left"/>
      </w:pPr>
      <w:r>
        <w:rPr>
          <w:rFonts w:ascii="Times New Roman" w:hAnsi="Times New Roman" w:eastAsia="宋体"/>
          <w:b w:val="0"/>
          <w:i w:val="0"/>
          <w:sz w:val="21"/>
        </w:rPr>
        <w:t>五行的和都相同，并且合起来就是总和，所以每行的和为 50 ÷ 5 =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25 integers is ((-10 + 14) · 25)/2 = 50.</w:t>
      </w:r>
    </w:p>
    <w:p>
      <w:pPr>
        <w:spacing w:before="0" w:after="80" w:line="300" w:lineRule="auto"/>
        <w:jc w:val="left"/>
      </w:pPr>
      <w:r>
        <w:rPr>
          <w:rFonts w:ascii="Times New Roman" w:hAnsi="Times New Roman" w:eastAsia="宋体"/>
          <w:b w:val="0"/>
          <w:i w:val="0"/>
          <w:color w:val="333333"/>
          <w:sz w:val="19"/>
        </w:rPr>
        <w:t>The five rows each have the same sum and together account for the total, so each row sums to 50 ÷ 5 = 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要同时具有这两种对称性，对称轴必须是 5 乘 4 网格的竖直和水平中心线。每个已涂色正方形都会迫使它关于每条轴反射得到的正方形也被涂色。</w:t>
      </w:r>
    </w:p>
    <w:p>
      <w:pPr>
        <w:spacing w:before="0" w:after="80" w:line="300" w:lineRule="auto"/>
        <w:jc w:val="left"/>
      </w:pPr>
      <w:r>
        <w:rPr>
          <w:rFonts w:ascii="Times New Roman" w:hAnsi="Times New Roman" w:eastAsia="宋体"/>
          <w:b w:val="0"/>
          <w:i w:val="0"/>
          <w:sz w:val="21"/>
        </w:rPr>
        <w:t>顶部的正方形不在中心线上，所以它的反射组共有 4 个正方形，需要再涂 3 个。中间的正方形在中央列上，所以它的反射组共有 2 个正方形，需要再涂 1 个。右下的正方形同样有一个大小为 4 的反射组，需要再涂 3 个。</w:t>
      </w:r>
    </w:p>
    <w:p>
      <w:pPr>
        <w:spacing w:before="0" w:after="80" w:line="300" w:lineRule="auto"/>
        <w:jc w:val="left"/>
      </w:pPr>
      <w:r>
        <w:rPr>
          <w:rFonts w:ascii="Times New Roman" w:hAnsi="Times New Roman" w:eastAsia="宋体"/>
          <w:b w:val="0"/>
          <w:i w:val="0"/>
          <w:sz w:val="21"/>
        </w:rPr>
        <w:t>至少还需涂色的正方形数为 3 + 1 + 3 = 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both symmetries, the lines must be the vertical and horizontal center lines of the 5-by-4 grid. Every shaded square then forces the squares obtained by reflecting it across each line.</w:t>
      </w:r>
    </w:p>
    <w:p>
      <w:pPr>
        <w:spacing w:before="0" w:after="80" w:line="300" w:lineRule="auto"/>
        <w:jc w:val="left"/>
      </w:pPr>
      <w:r>
        <w:rPr>
          <w:rFonts w:ascii="Times New Roman" w:hAnsi="Times New Roman" w:eastAsia="宋体"/>
          <w:b w:val="0"/>
          <w:i w:val="0"/>
          <w:color w:val="333333"/>
          <w:sz w:val="19"/>
        </w:rPr>
        <w:t>The top square lies off-center, so its reflection group has 4 squares, requiring 3 more. The middle square sits on the central column, so its group has 2 squares, requiring 1 more. The bottom-right square again has a group of 4, requiring 3 more.</w:t>
      </w:r>
    </w:p>
    <w:p>
      <w:pPr>
        <w:spacing w:before="0" w:after="80" w:line="300" w:lineRule="auto"/>
        <w:jc w:val="left"/>
      </w:pPr>
      <w:r>
        <w:rPr>
          <w:rFonts w:ascii="Times New Roman" w:hAnsi="Times New Roman" w:eastAsia="宋体"/>
          <w:b w:val="0"/>
          <w:i w:val="0"/>
          <w:color w:val="333333"/>
          <w:sz w:val="19"/>
        </w:rPr>
        <w:t>The least number of additional squares is 3 + 1 + 3 =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这些立方体的边长为 1, 2, …, 7。边长为 k 的立方体的四个侧面贡献 4k²，所以竖直侧面的总面积为 4(1² + 2² + ⋯ + 7²) = 4 · 140 = 560。</w:t>
      </w:r>
    </w:p>
    <w:p>
      <w:pPr>
        <w:spacing w:before="0" w:after="80" w:line="300" w:lineRule="auto"/>
        <w:jc w:val="left"/>
      </w:pPr>
      <w:r>
        <w:rPr>
          <w:rFonts w:ascii="Times New Roman" w:hAnsi="Times New Roman" w:eastAsia="宋体"/>
          <w:b w:val="0"/>
          <w:i w:val="0"/>
          <w:sz w:val="21"/>
        </w:rPr>
        <w:t>从正上方看，每一块朝上的水平面都无重叠地投影到底部的 7 × 7 正方形上，面积为 49。从下方看同理，再得到 49。</w:t>
      </w:r>
    </w:p>
    <w:p>
      <w:pPr>
        <w:spacing w:before="0" w:after="80" w:line="300" w:lineRule="auto"/>
        <w:jc w:val="left"/>
      </w:pPr>
      <w:r>
        <w:rPr>
          <w:rFonts w:ascii="Times New Roman" w:hAnsi="Times New Roman" w:eastAsia="宋体"/>
          <w:b w:val="0"/>
          <w:i w:val="0"/>
          <w:sz w:val="21"/>
        </w:rPr>
        <w:t>总表面积为 560 + 49 + 49 = 658。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 lengths are 1, 2, …, 7. The four side faces of cube k contribute 4k², so the vertical faces total 4(1² + 2² + ⋯ + 7²) = 4 · 140 = 560.</w:t>
      </w:r>
    </w:p>
    <w:p>
      <w:pPr>
        <w:spacing w:before="0" w:after="80" w:line="300" w:lineRule="auto"/>
        <w:jc w:val="left"/>
      </w:pPr>
      <w:r>
        <w:rPr>
          <w:rFonts w:ascii="Times New Roman" w:hAnsi="Times New Roman" w:eastAsia="宋体"/>
          <w:b w:val="0"/>
          <w:i w:val="0"/>
          <w:color w:val="333333"/>
          <w:sz w:val="19"/>
        </w:rPr>
        <w:t>Viewed from directly above, every upward-facing horizontal patch projects onto the 7 × 7 base without overlap, giving 49. Viewed from below, the same is true, giving another 49.</w:t>
      </w:r>
    </w:p>
    <w:p>
      <w:pPr>
        <w:spacing w:before="0" w:after="80" w:line="300" w:lineRule="auto"/>
        <w:jc w:val="left"/>
      </w:pPr>
      <w:r>
        <w:rPr>
          <w:rFonts w:ascii="Times New Roman" w:hAnsi="Times New Roman" w:eastAsia="宋体"/>
          <w:b w:val="0"/>
          <w:i w:val="0"/>
          <w:color w:val="333333"/>
          <w:sz w:val="19"/>
        </w:rPr>
        <w:t>The total surface area is 560 + 49 + 49 = 658.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中位数是第 2020 小和第 2021 小的值的平均。</w:t>
      </w:r>
    </w:p>
    <w:p>
      <w:pPr>
        <w:spacing w:before="0" w:after="80" w:line="300" w:lineRule="auto"/>
        <w:jc w:val="left"/>
      </w:pPr>
      <w:r>
        <w:rPr>
          <w:rFonts w:ascii="Times New Roman" w:hAnsi="Times New Roman" w:eastAsia="宋体"/>
          <w:b w:val="0"/>
          <w:i w:val="0"/>
          <w:sz w:val="21"/>
        </w:rPr>
        <w:t>不超过 2020 的完全平方数为 1², …, 44²（因为 44² = 1936 且 45² = 2025），所以共有 44 个。</w:t>
      </w:r>
    </w:p>
    <w:p>
      <w:pPr>
        <w:spacing w:before="0" w:after="80" w:line="300" w:lineRule="auto"/>
        <w:jc w:val="left"/>
      </w:pPr>
      <w:r>
        <w:rPr>
          <w:rFonts w:ascii="Times New Roman" w:hAnsi="Times New Roman" w:eastAsia="宋体"/>
          <w:b w:val="0"/>
          <w:i w:val="0"/>
          <w:sz w:val="21"/>
        </w:rPr>
        <w:t>在这个列表中，数值 ≤ 1976 的项包括 1976 个整数 1, …, 1976 以及这 44 个平方数，总数为 1976 + 44 = 2020。</w:t>
      </w:r>
    </w:p>
    <w:p>
      <w:pPr>
        <w:spacing w:before="0" w:after="80" w:line="300" w:lineRule="auto"/>
        <w:jc w:val="left"/>
      </w:pPr>
      <w:r>
        <w:rPr>
          <w:rFonts w:ascii="Times New Roman" w:hAnsi="Times New Roman" w:eastAsia="宋体"/>
          <w:b w:val="0"/>
          <w:i w:val="0"/>
          <w:sz w:val="21"/>
        </w:rPr>
        <w:t>因此第 2020 个值是 1976，第 2021 个值是 1977，中位数为 (1976 + 1977)/2 = 1976.5。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median is the average of the 2020th and 2021st smallest values.</w:t>
      </w:r>
    </w:p>
    <w:p>
      <w:pPr>
        <w:spacing w:before="0" w:after="80" w:line="300" w:lineRule="auto"/>
        <w:jc w:val="left"/>
      </w:pPr>
      <w:r>
        <w:rPr>
          <w:rFonts w:ascii="Times New Roman" w:hAnsi="Times New Roman" w:eastAsia="宋体"/>
          <w:b w:val="0"/>
          <w:i w:val="0"/>
          <w:color w:val="333333"/>
          <w:sz w:val="19"/>
        </w:rPr>
        <w:t>The perfect squares that are at most 2020 are 1², …, 44² (since 44² = 1936 and 45² = 2025), so there are 44 of them.</w:t>
      </w:r>
    </w:p>
    <w:p>
      <w:pPr>
        <w:spacing w:before="0" w:after="80" w:line="300" w:lineRule="auto"/>
        <w:jc w:val="left"/>
      </w:pPr>
      <w:r>
        <w:rPr>
          <w:rFonts w:ascii="Times New Roman" w:hAnsi="Times New Roman" w:eastAsia="宋体"/>
          <w:b w:val="0"/>
          <w:i w:val="0"/>
          <w:color w:val="333333"/>
          <w:sz w:val="19"/>
        </w:rPr>
        <w:t>Among the list, the numbers ≤ 1976 are the 1976 integers 1, …, 1976 together with those 44 squares, totaling 1976 + 44 = 2020.</w:t>
      </w:r>
    </w:p>
    <w:p>
      <w:pPr>
        <w:spacing w:before="0" w:after="80" w:line="300" w:lineRule="auto"/>
        <w:jc w:val="left"/>
      </w:pPr>
      <w:r>
        <w:rPr>
          <w:rFonts w:ascii="Times New Roman" w:hAnsi="Times New Roman" w:eastAsia="宋体"/>
          <w:b w:val="0"/>
          <w:i w:val="0"/>
          <w:color w:val="333333"/>
          <w:sz w:val="19"/>
        </w:rPr>
        <w:t>Thus the 2020th value is 1976 and the 2021st value is 1977, making the median (1976 + 1977)/2 = 1976.5.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在 [0, 2π] 上，cos(x/2) 的图像是一条从 1 单调下降到 -1 的弧。</w:t>
      </w:r>
    </w:p>
    <w:p>
      <w:pPr>
        <w:spacing w:before="0" w:after="80" w:line="300" w:lineRule="auto"/>
        <w:jc w:val="left"/>
      </w:pPr>
      <w:r>
        <w:rPr>
          <w:rFonts w:ascii="Times New Roman" w:hAnsi="Times New Roman" w:eastAsia="宋体"/>
          <w:b w:val="0"/>
          <w:i w:val="0"/>
          <w:sz w:val="21"/>
        </w:rPr>
        <w:t>函数 tan(2x) 的周期为 π/2，竖直渐近线位于 x = π/4, 3π/4, 5π/4, 7π/4。它们将区间分成五个分支。在每个分支上，tan(2x) 严格递增，而 cos(x/2) 递减，所以每个分支至多有一个交点。</w:t>
      </w:r>
    </w:p>
    <w:p>
      <w:pPr>
        <w:spacing w:before="0" w:after="80" w:line="300" w:lineRule="auto"/>
        <w:jc w:val="left"/>
      </w:pPr>
      <w:r>
        <w:rPr>
          <w:rFonts w:ascii="Times New Roman" w:hAnsi="Times New Roman" w:eastAsia="宋体"/>
          <w:b w:val="0"/>
          <w:i w:val="0"/>
          <w:sz w:val="21"/>
        </w:rPr>
        <w:t>中间三个分支都从 -∞ 变化到 +∞，所以各有一个交点。在第一个分支上，tan(0)=0&lt;1=cos(0)，而正切趋于 +∞。在最后一个分支上，正切从 -∞ 开始，在终点为 0&gt;-1=cosπ。因此两个外侧分支也各有一个交点，总计 5 个。</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E</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[0, 2π], the graph of cos(x/2) is a single arc decreasing from 1 down to -1.</w:t>
      </w:r>
    </w:p>
    <w:p>
      <w:pPr>
        <w:spacing w:before="0" w:after="80" w:line="300" w:lineRule="auto"/>
        <w:jc w:val="left"/>
      </w:pPr>
      <w:r>
        <w:rPr>
          <w:rFonts w:ascii="Times New Roman" w:hAnsi="Times New Roman" w:eastAsia="宋体"/>
          <w:b w:val="0"/>
          <w:i w:val="0"/>
          <w:color w:val="333333"/>
          <w:sz w:val="19"/>
        </w:rPr>
        <w:t>The function tan(2x) has period π/2 with vertical asymptotes at x = π/4, 3π/4, 5π/4, 7π/4. These split the interval into five branches. On every branch tan(2x) is strictly increasing, while cos(x/2) is decreasing, so there is at most one intersection per branch.</w:t>
      </w:r>
    </w:p>
    <w:p>
      <w:pPr>
        <w:spacing w:before="0" w:after="80" w:line="300" w:lineRule="auto"/>
        <w:jc w:val="left"/>
      </w:pPr>
      <w:r>
        <w:rPr>
          <w:rFonts w:ascii="Times New Roman" w:hAnsi="Times New Roman" w:eastAsia="宋体"/>
          <w:b w:val="0"/>
          <w:i w:val="0"/>
          <w:color w:val="333333"/>
          <w:sz w:val="19"/>
        </w:rPr>
        <w:t>Each of the three interior branches runs from -∞ to +∞, so each has one intersection. On the first branch, tan(0)=0&lt;1=cos(0) and the tangent tends to +∞. On the last, the tangent starts at -∞ and ends at 0&gt;-1=cosπ. Thus the two outer branches also have one intersection each, for 5 total.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因为 log₁₆ n = 1/2 log₄ n，令 y = log₄ n。方程变为 log₂(y/2) = log₄ y = 1/2 log₂ y。</w:t>
      </w:r>
    </w:p>
    <w:p>
      <w:pPr>
        <w:spacing w:before="0" w:after="80" w:line="300" w:lineRule="auto"/>
        <w:jc w:val="left"/>
      </w:pPr>
      <w:r>
        <w:rPr>
          <w:rFonts w:ascii="Times New Roman" w:hAnsi="Times New Roman" w:eastAsia="宋体"/>
          <w:b w:val="0"/>
          <w:i w:val="0"/>
          <w:sz w:val="21"/>
        </w:rPr>
        <w:t>两边乘以 2 得到 log₂(y/2)² = log₂ y，所以 (y/2)² = y，从而 y = 4。</w:t>
      </w:r>
    </w:p>
    <w:p>
      <w:pPr>
        <w:spacing w:before="0" w:after="80" w:line="300" w:lineRule="auto"/>
        <w:jc w:val="left"/>
      </w:pPr>
      <w:r>
        <w:rPr>
          <w:rFonts w:ascii="Times New Roman" w:hAnsi="Times New Roman" w:eastAsia="宋体"/>
          <w:b w:val="0"/>
          <w:i w:val="0"/>
          <w:sz w:val="21"/>
        </w:rPr>
        <w:t>因此 log₄ n = 4，所以 n = 4⁴ = 256，各位数字之和为 2 + 5 + 6 =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log₁₆ n = 1/2 log₄ n, set y = log₄ n. The equation becomes log₂(y/2) = log₄ y = 1/2 log₂ y.</w:t>
      </w:r>
    </w:p>
    <w:p>
      <w:pPr>
        <w:spacing w:before="0" w:after="80" w:line="300" w:lineRule="auto"/>
        <w:jc w:val="left"/>
      </w:pPr>
      <w:r>
        <w:rPr>
          <w:rFonts w:ascii="Times New Roman" w:hAnsi="Times New Roman" w:eastAsia="宋体"/>
          <w:b w:val="0"/>
          <w:i w:val="0"/>
          <w:color w:val="333333"/>
          <w:sz w:val="19"/>
        </w:rPr>
        <w:t>Multiplying by 2 gives log₂(y/2)² = log₂ y, so (y/2)² = y, which yields y = 4.</w:t>
      </w:r>
    </w:p>
    <w:p>
      <w:pPr>
        <w:spacing w:before="0" w:after="80" w:line="300" w:lineRule="auto"/>
        <w:jc w:val="left"/>
      </w:pPr>
      <w:r>
        <w:rPr>
          <w:rFonts w:ascii="Times New Roman" w:hAnsi="Times New Roman" w:eastAsia="宋体"/>
          <w:b w:val="0"/>
          <w:i w:val="0"/>
          <w:color w:val="333333"/>
          <w:sz w:val="19"/>
        </w:rPr>
        <w:t>Then log₄ n = 4, so n = 4⁴ = 256, and the digit sum is 2 + 5 + 6 =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令 P(x, y) 为在竖直边上结束的概率。在竖直边上 P = 1，在水平边上 P = 0，在内部点处 P 是四个相邻点概率的平均。</w:t>
      </w:r>
    </w:p>
    <w:p>
      <w:pPr>
        <w:spacing w:before="0" w:after="80" w:line="300" w:lineRule="auto"/>
        <w:jc w:val="left"/>
      </w:pPr>
      <w:r>
        <w:rPr>
          <w:rFonts w:ascii="Times New Roman" w:hAnsi="Times New Roman" w:eastAsia="宋体"/>
          <w:b w:val="0"/>
          <w:i w:val="0"/>
          <w:sz w:val="21"/>
        </w:rPr>
        <w:t>由左右对称性，P(2, 2) = 1/2。令 a = P(1, 2)，b = P(1, 1) = P(1, 3)，且 c = P(2, 1) = P(2, 3)。则</w:t>
      </w:r>
    </w:p>
    <w:p>
      <w:pPr>
        <w:spacing w:before="0" w:after="80" w:line="300" w:lineRule="auto"/>
        <w:jc w:val="left"/>
      </w:pPr>
      <w:r>
        <w:rPr>
          <w:rFonts w:ascii="Times New Roman" w:hAnsi="Times New Roman" w:eastAsia="宋体"/>
          <w:b w:val="0"/>
          <w:i w:val="0"/>
          <w:sz w:val="21"/>
        </w:rPr>
        <w:t>a = 1/4(1 + 1/2 + 2b)， b = 1/4(1 + c + a)，且 c = 1/4(2b + 1/2)。</w:t>
      </w:r>
    </w:p>
    <w:p>
      <w:pPr>
        <w:spacing w:before="0" w:after="80" w:line="300" w:lineRule="auto"/>
        <w:jc w:val="left"/>
      </w:pPr>
      <w:r>
        <w:rPr>
          <w:rFonts w:ascii="Times New Roman" w:hAnsi="Times New Roman" w:eastAsia="宋体"/>
          <w:b w:val="0"/>
          <w:i w:val="0"/>
          <w:sz w:val="21"/>
        </w:rPr>
        <w:t>代入可得 b = 1/2，因此 a = 3/8 + 1/2 b = 5/8。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 y) be the probability of ending on a vertical side. On a vertical side P = 1, on a horizontal side P = 0, and at an interior point P is the average of its four neighbors.</w:t>
      </w:r>
    </w:p>
    <w:p>
      <w:pPr>
        <w:spacing w:before="0" w:after="80" w:line="300" w:lineRule="auto"/>
        <w:jc w:val="left"/>
      </w:pPr>
      <w:r>
        <w:rPr>
          <w:rFonts w:ascii="Times New Roman" w:hAnsi="Times New Roman" w:eastAsia="宋体"/>
          <w:b w:val="0"/>
          <w:i w:val="0"/>
          <w:color w:val="333333"/>
          <w:sz w:val="19"/>
        </w:rPr>
        <w:t>By left-right symmetry P(2, 2) = 1/2. Let a = P(1, 2), b = P(1, 1) = P(1, 3), and c = P(2, 1) = P(2, 3). Then</w:t>
      </w:r>
    </w:p>
    <w:p>
      <w:pPr>
        <w:spacing w:before="0" w:after="80" w:line="300" w:lineRule="auto"/>
        <w:jc w:val="left"/>
      </w:pPr>
      <w:r>
        <w:rPr>
          <w:rFonts w:ascii="Times New Roman" w:hAnsi="Times New Roman" w:eastAsia="宋体"/>
          <w:b w:val="0"/>
          <w:i w:val="0"/>
          <w:color w:val="333333"/>
          <w:sz w:val="19"/>
        </w:rPr>
        <w:t>a = 1/4(1 + 1/2 + 2b), b = 1/4(1 + c + a), and c = 1/4(2b + 1/2).</w:t>
      </w:r>
    </w:p>
    <w:p>
      <w:pPr>
        <w:spacing w:before="0" w:after="80" w:line="300" w:lineRule="auto"/>
        <w:jc w:val="left"/>
      </w:pPr>
      <w:r>
        <w:rPr>
          <w:rFonts w:ascii="Times New Roman" w:hAnsi="Times New Roman" w:eastAsia="宋体"/>
          <w:b w:val="0"/>
          <w:i w:val="0"/>
          <w:color w:val="333333"/>
          <w:sz w:val="19"/>
        </w:rPr>
        <w:t>Substituting gives b = 1/2, hence a = 3/8 + 1/2 b = 5/8.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注意 (20, 20) 满足 3x - 5y + 40 = 0，所以它在 ell 上，旋转后仍在 k 上。ell 的斜率为 3/5。</w:t>
      </w:r>
    </w:p>
    <w:p>
      <w:pPr>
        <w:spacing w:before="0" w:after="80" w:line="300" w:lineRule="auto"/>
        <w:jc w:val="left"/>
      </w:pPr>
      <w:r>
        <w:rPr>
          <w:rFonts w:ascii="Times New Roman" w:hAnsi="Times New Roman" w:eastAsia="宋体"/>
          <w:b w:val="0"/>
          <w:i w:val="0"/>
          <w:sz w:val="21"/>
        </w:rPr>
        <w:t>旋转 45° 后的斜率为 (3/5 + 1)/(1 - 3/5) = (8/5)/(2/5) = 4。</w:t>
      </w:r>
    </w:p>
    <w:p>
      <w:pPr>
        <w:spacing w:before="0" w:after="80" w:line="300" w:lineRule="auto"/>
        <w:jc w:val="left"/>
      </w:pPr>
      <w:r>
        <w:rPr>
          <w:rFonts w:ascii="Times New Roman" w:hAnsi="Times New Roman" w:eastAsia="宋体"/>
          <w:b w:val="0"/>
          <w:i w:val="0"/>
          <w:sz w:val="21"/>
        </w:rPr>
        <w:t>直线 k 为 y - 20 = 4(x - 20)。令 y = 0 得到 -20 = 4(x - 20)，所以 x - 20 = -5，即 x =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(20, 20) satisfies 3x - 5y + 40 = 0, so it is on ell and remains on k. The slope of ell is 3/5.</w:t>
      </w:r>
    </w:p>
    <w:p>
      <w:pPr>
        <w:spacing w:before="0" w:after="80" w:line="300" w:lineRule="auto"/>
        <w:jc w:val="left"/>
      </w:pPr>
      <w:r>
        <w:rPr>
          <w:rFonts w:ascii="Times New Roman" w:hAnsi="Times New Roman" w:eastAsia="宋体"/>
          <w:b w:val="0"/>
          <w:i w:val="0"/>
          <w:color w:val="333333"/>
          <w:sz w:val="19"/>
        </w:rPr>
        <w:t>Rotating by 45° gives slope (3/5 + 1)/(1 - 3/5) = (8/5)/(2/5) = 4.</w:t>
      </w:r>
    </w:p>
    <w:p>
      <w:pPr>
        <w:spacing w:before="0" w:after="80" w:line="300" w:lineRule="auto"/>
        <w:jc w:val="left"/>
      </w:pPr>
      <w:r>
        <w:rPr>
          <w:rFonts w:ascii="Times New Roman" w:hAnsi="Times New Roman" w:eastAsia="宋体"/>
          <w:b w:val="0"/>
          <w:i w:val="0"/>
          <w:color w:val="333333"/>
          <w:sz w:val="19"/>
        </w:rPr>
        <w:t>Line k is y - 20 = 4(x - 20). Setting y = 0 gives -20 = 4(x - 20), so x - 20 = -5 and x = 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左边等于 N 的 1/a + 1/ab + 1/abc 次幂，而这个指数必须等于 25/36。</w:t>
      </w:r>
    </w:p>
    <w:p>
      <w:pPr>
        <w:spacing w:before="0" w:after="80" w:line="300" w:lineRule="auto"/>
        <w:jc w:val="left"/>
      </w:pPr>
      <w:r>
        <w:rPr>
          <w:rFonts w:ascii="Times New Roman" w:hAnsi="Times New Roman" w:eastAsia="宋体"/>
          <w:b w:val="0"/>
          <w:i w:val="0"/>
          <w:sz w:val="21"/>
        </w:rPr>
        <w:t>因为 b,c≥2，这个指数至多为 7/4a。如果 a≥3，它至多为 7/12&lt;25/36，所以 a=2。方程变为 1/2b+1/2bc=7/36。</w:t>
      </w:r>
    </w:p>
    <w:p>
      <w:pPr>
        <w:spacing w:before="0" w:after="80" w:line="300" w:lineRule="auto"/>
        <w:jc w:val="left"/>
      </w:pPr>
      <w:r>
        <w:rPr>
          <w:rFonts w:ascii="Times New Roman" w:hAnsi="Times New Roman" w:eastAsia="宋体"/>
          <w:b w:val="0"/>
          <w:i w:val="0"/>
          <w:sz w:val="21"/>
        </w:rPr>
        <w:t>清除分母得到 c(7b-18)=18。令 d=7b-18，则 d 是 18 的正因数。在 1,2,3,6,9,18 中，只有 d=3 能使 b=d+18/7 为整数。因此 b=3 且 c=6。</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B</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left side equals N raised to the exponent 1/a + 1/ab + 1/abc, which must equal 25/36.</w:t>
      </w:r>
    </w:p>
    <w:p>
      <w:pPr>
        <w:spacing w:before="0" w:after="80" w:line="300" w:lineRule="auto"/>
        <w:jc w:val="left"/>
      </w:pPr>
      <w:r>
        <w:rPr>
          <w:rFonts w:ascii="Times New Roman" w:hAnsi="Times New Roman" w:eastAsia="宋体"/>
          <w:b w:val="0"/>
          <w:i w:val="0"/>
          <w:color w:val="333333"/>
          <w:sz w:val="19"/>
        </w:rPr>
        <w:t>Because b,c≥2, this exponent is at most 7/4a. If a≥3, it is at most 7/12&lt;25/36, so a=2. The equation becomes 1/2b+1/2bc=7/36.</w:t>
      </w:r>
    </w:p>
    <w:p>
      <w:pPr>
        <w:spacing w:before="0" w:after="80" w:line="300" w:lineRule="auto"/>
        <w:jc w:val="left"/>
      </w:pPr>
      <w:r>
        <w:rPr>
          <w:rFonts w:ascii="Times New Roman" w:hAnsi="Times New Roman" w:eastAsia="宋体"/>
          <w:b w:val="0"/>
          <w:i w:val="0"/>
          <w:color w:val="333333"/>
          <w:sz w:val="19"/>
        </w:rPr>
        <w:t>Clearing denominators gives c(7b-18)=18. Set d=7b-18, so d is a positive divisor of 18. Among 1,2,3,6,9,18, only d=3 makes b=d+18/7 an integer. Hence b=3 and c=6.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四个顶点 A, C, E, G 构成一个正方形，因为它们是正八边形中每隔一个顶点取出的点。</w:t>
      </w:r>
    </w:p>
    <w:p>
      <w:pPr>
        <w:spacing w:before="0" w:after="80" w:line="300" w:lineRule="auto"/>
        <w:jc w:val="left"/>
      </w:pPr>
      <w:r>
        <w:rPr>
          <w:rFonts w:ascii="Times New Roman" w:hAnsi="Times New Roman" w:eastAsia="宋体"/>
          <w:b w:val="0"/>
          <w:i w:val="0"/>
          <w:sz w:val="21"/>
        </w:rPr>
        <w:t>取外接圆半径为一，八边形面积为 2√(2)，而正方形 ACEG 的对角线等于该圆的直径，因此面积为 2。</w:t>
      </w:r>
    </w:p>
    <w:p>
      <w:pPr>
        <w:spacing w:before="0" w:after="80" w:line="300" w:lineRule="auto"/>
        <w:jc w:val="left"/>
      </w:pPr>
      <w:r>
        <w:rPr>
          <w:rFonts w:ascii="Times New Roman" w:hAnsi="Times New Roman" w:eastAsia="宋体"/>
          <w:b w:val="0"/>
          <w:i w:val="0"/>
          <w:sz w:val="21"/>
        </w:rPr>
        <w:t>比值为 2/(2√(2)) = 1/(√(2)) = (√(2))/2。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vertices A, C, E, G form a square, since they are every other vertex of the regular octagon.</w:t>
      </w:r>
    </w:p>
    <w:p>
      <w:pPr>
        <w:spacing w:before="0" w:after="80" w:line="300" w:lineRule="auto"/>
        <w:jc w:val="left"/>
      </w:pPr>
      <w:r>
        <w:rPr>
          <w:rFonts w:ascii="Times New Roman" w:hAnsi="Times New Roman" w:eastAsia="宋体"/>
          <w:b w:val="0"/>
          <w:i w:val="0"/>
          <w:color w:val="333333"/>
          <w:sz w:val="19"/>
        </w:rPr>
        <w:t>Taking a unit circumradius, the octagon’s area is 2√(2) and the square ACEG has diagonal equal to the circle’s diameter, giving area 2.</w:t>
      </w:r>
    </w:p>
    <w:p>
      <w:pPr>
        <w:spacing w:before="0" w:after="80" w:line="300" w:lineRule="auto"/>
        <w:jc w:val="left"/>
      </w:pPr>
      <w:r>
        <w:rPr>
          <w:rFonts w:ascii="Times New Roman" w:hAnsi="Times New Roman" w:eastAsia="宋体"/>
          <w:b w:val="0"/>
          <w:i w:val="0"/>
          <w:color w:val="333333"/>
          <w:sz w:val="19"/>
        </w:rPr>
        <w:t>The ratio is 2/(2√(2)) = 1/(√(2)) = (√(2))/2.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集合 A 由 8 的三个立方根组成：2、-1 + i√(3) 和 -1 - i√(3)。</w:t>
      </w:r>
    </w:p>
    <w:p>
      <w:pPr>
        <w:spacing w:before="0" w:after="80" w:line="300" w:lineRule="auto"/>
        <w:jc w:val="left"/>
      </w:pPr>
      <w:r>
        <w:rPr>
          <w:rFonts w:ascii="Times New Roman" w:hAnsi="Times New Roman" w:eastAsia="宋体"/>
          <w:b w:val="0"/>
          <w:i w:val="0"/>
          <w:sz w:val="21"/>
        </w:rPr>
        <w:t>分组因式分解，z³ - 8z² - 8z + 64 = z²(z - 8) - 8(z - 8) = (z - 8)(z² - 8)，所以 B = {8, 2√(2), -2√(2)}，全都是实数。</w:t>
      </w:r>
    </w:p>
    <w:p>
      <w:pPr>
        <w:spacing w:before="0" w:after="80" w:line="300" w:lineRule="auto"/>
        <w:jc w:val="left"/>
      </w:pPr>
      <w:r>
        <w:rPr>
          <w:rFonts w:ascii="Times New Roman" w:hAnsi="Times New Roman" w:eastAsia="宋体"/>
          <w:b w:val="0"/>
          <w:i w:val="0"/>
          <w:sz w:val="21"/>
        </w:rPr>
        <w:t>最大距离是从 -1 ± i√(3) 到 8 的距离：√((8 - (-1))² + (√(3))²) = √(81 + 3) = √(84) = 2√(21)。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A consists of the cube roots of 8: 2, -1 + i√(3), and -1 - i√(3).</w:t>
      </w:r>
    </w:p>
    <w:p>
      <w:pPr>
        <w:spacing w:before="0" w:after="80" w:line="300" w:lineRule="auto"/>
        <w:jc w:val="left"/>
      </w:pPr>
      <w:r>
        <w:rPr>
          <w:rFonts w:ascii="Times New Roman" w:hAnsi="Times New Roman" w:eastAsia="宋体"/>
          <w:b w:val="0"/>
          <w:i w:val="0"/>
          <w:color w:val="333333"/>
          <w:sz w:val="19"/>
        </w:rPr>
        <w:t>Factoring by grouping, z³ - 8z² - 8z + 64 = z²(z - 8) - 8(z - 8) = (z - 8)(z² - 8), so B = {8, 2√(2), -2√(2)}, all real.</w:t>
      </w:r>
    </w:p>
    <w:p>
      <w:pPr>
        <w:spacing w:before="0" w:after="80" w:line="300" w:lineRule="auto"/>
        <w:jc w:val="left"/>
      </w:pPr>
      <w:r>
        <w:rPr>
          <w:rFonts w:ascii="Times New Roman" w:hAnsi="Times New Roman" w:eastAsia="宋体"/>
          <w:b w:val="0"/>
          <w:i w:val="0"/>
          <w:color w:val="333333"/>
          <w:sz w:val="19"/>
        </w:rPr>
        <w:t>The greatest distance is from -1 ± i√(3) to 8: √((8 - (-1))² + (√(3))²) = √(81 + 3) = √(84) = 2√(21).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由周期性，只需考虑一个四个角都是格点的单位格子。距离某个角不超过 d 的区域由四个半径为 d 的四分之一圆盘组成，合成一个面积为 π d² 的完整圆盘。所得的值将小于 1/2，所以这些四分之一圆盘互不重叠。</w:t>
      </w:r>
    </w:p>
    <w:p>
      <w:pPr>
        <w:spacing w:before="0" w:after="80" w:line="300" w:lineRule="auto"/>
        <w:jc w:val="left"/>
      </w:pPr>
      <w:r>
        <w:rPr>
          <w:rFonts w:ascii="Times New Roman" w:hAnsi="Times New Roman" w:eastAsia="宋体"/>
          <w:b w:val="0"/>
          <w:i w:val="0"/>
          <w:sz w:val="21"/>
        </w:rPr>
        <w:t>令 π d² = 1/2 得到 d = √(1/2π) ≈ 0.399。</w:t>
      </w:r>
    </w:p>
    <w:p>
      <w:pPr>
        <w:spacing w:before="0" w:after="80" w:line="300" w:lineRule="auto"/>
        <w:jc w:val="left"/>
      </w:pPr>
      <w:r>
        <w:rPr>
          <w:rFonts w:ascii="Times New Roman" w:hAnsi="Times New Roman" w:eastAsia="宋体"/>
          <w:b w:val="0"/>
          <w:i w:val="0"/>
          <w:sz w:val="21"/>
        </w:rPr>
        <w:t>四舍五入到十分位，d = 0.4。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periodicity it suffices to consider one unit cell with a lattice point at each corner. The region within d of a corner consists of four quarter-disks of radius d, forming one full disk of area π d². The resulting value will be less than 1/2, so these quarter-disks do not overlap.</w:t>
      </w:r>
    </w:p>
    <w:p>
      <w:pPr>
        <w:spacing w:before="0" w:after="80" w:line="300" w:lineRule="auto"/>
        <w:jc w:val="left"/>
      </w:pPr>
      <w:r>
        <w:rPr>
          <w:rFonts w:ascii="Times New Roman" w:hAnsi="Times New Roman" w:eastAsia="宋体"/>
          <w:b w:val="0"/>
          <w:i w:val="0"/>
          <w:color w:val="333333"/>
          <w:sz w:val="19"/>
        </w:rPr>
        <w:t>Setting π d² = 1/2 gives d = √(1/2π) ≈ 0.399.</w:t>
      </w:r>
    </w:p>
    <w:p>
      <w:pPr>
        <w:spacing w:before="0" w:after="80" w:line="300" w:lineRule="auto"/>
        <w:jc w:val="left"/>
      </w:pPr>
      <w:r>
        <w:rPr>
          <w:rFonts w:ascii="Times New Roman" w:hAnsi="Times New Roman" w:eastAsia="宋体"/>
          <w:b w:val="0"/>
          <w:i w:val="0"/>
          <w:color w:val="333333"/>
          <w:sz w:val="19"/>
        </w:rPr>
        <w:t>To the nearest tenth, d = 0.4.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设四个顶点的 x 坐标为 n, n+1, n+2, n+3，对应的 y 坐标为对这些数取 ln 所得的值。用鞋带公式并化简，面积为 ln((n+1)(n+2))/(n(n+3))。</w:t>
      </w:r>
    </w:p>
    <w:p>
      <w:pPr>
        <w:spacing w:before="0" w:after="80" w:line="300" w:lineRule="auto"/>
        <w:jc w:val="left"/>
      </w:pPr>
      <w:r>
        <w:rPr>
          <w:rFonts w:ascii="Times New Roman" w:hAnsi="Times New Roman" w:eastAsia="宋体"/>
          <w:b w:val="0"/>
          <w:i w:val="0"/>
          <w:sz w:val="21"/>
        </w:rPr>
        <w:t>令 ((n+1)(n+2))/(n(n+3)) = 91/90，得到 1 + 2/(n² + 3n) = 91/90，所以 n² + 3n = 180。</w:t>
      </w:r>
    </w:p>
    <w:p>
      <w:pPr>
        <w:spacing w:before="0" w:after="80" w:line="300" w:lineRule="auto"/>
        <w:jc w:val="left"/>
      </w:pPr>
      <w:r>
        <w:rPr>
          <w:rFonts w:ascii="Times New Roman" w:hAnsi="Times New Roman" w:eastAsia="宋体"/>
          <w:b w:val="0"/>
          <w:i w:val="0"/>
          <w:sz w:val="21"/>
        </w:rPr>
        <w:t>因此 (n - 12)(n + 15) = 0，所以 n = 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vertices have x-coordinates n, n+1, n+2, n+3 with y-coordinates ln of those values. Applying the shoelace formula and simplifying, the area is ln((n+1)(n+2))/(n(n+3)).</w:t>
      </w:r>
    </w:p>
    <w:p>
      <w:pPr>
        <w:spacing w:before="0" w:after="80" w:line="300" w:lineRule="auto"/>
        <w:jc w:val="left"/>
      </w:pPr>
      <w:r>
        <w:rPr>
          <w:rFonts w:ascii="Times New Roman" w:hAnsi="Times New Roman" w:eastAsia="宋体"/>
          <w:b w:val="0"/>
          <w:i w:val="0"/>
          <w:color w:val="333333"/>
          <w:sz w:val="19"/>
        </w:rPr>
        <w:t>Setting ((n+1)(n+2))/(n(n+3)) = 91/90 gives 1 + 2/(n² + 3n) = 91/90, so n² + 3n = 180.</w:t>
      </w:r>
    </w:p>
    <w:p>
      <w:pPr>
        <w:spacing w:before="0" w:after="80" w:line="300" w:lineRule="auto"/>
        <w:jc w:val="left"/>
      </w:pPr>
      <w:r>
        <w:rPr>
          <w:rFonts w:ascii="Times New Roman" w:hAnsi="Times New Roman" w:eastAsia="宋体"/>
          <w:b w:val="0"/>
          <w:i w:val="0"/>
          <w:color w:val="333333"/>
          <w:sz w:val="19"/>
        </w:rPr>
        <w:t>Then (n - 12)(n + 15) = 0, so n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设 A = (0,0)，C = (20, 0)。因为 ∠ ACD = 90°，所以 D = (20, 30)；又因 AE = 5，所以 E = (5, 0)。</w:t>
      </w:r>
    </w:p>
    <w:p>
      <w:pPr>
        <w:spacing w:before="0" w:after="80" w:line="300" w:lineRule="auto"/>
        <w:jc w:val="left"/>
      </w:pPr>
      <w:r>
        <w:rPr>
          <w:rFonts w:ascii="Times New Roman" w:hAnsi="Times New Roman" w:eastAsia="宋体"/>
          <w:b w:val="0"/>
          <w:i w:val="0"/>
          <w:sz w:val="21"/>
        </w:rPr>
        <w:t>因为 ∠ ABC = 90°，点 B 在以 (10, 0) 为圆心、半径为 10 的圆上。直线 DE 上的点可写为 (5 + t, 2t)；代入圆方程得到 t² - 2t - 15 = 0，所以 t = 5 或 t = -3。</w:t>
      </w:r>
    </w:p>
    <w:p>
      <w:pPr>
        <w:spacing w:before="0" w:after="80" w:line="300" w:lineRule="auto"/>
        <w:jc w:val="left"/>
      </w:pPr>
      <w:r>
        <w:rPr>
          <w:rFonts w:ascii="Times New Roman" w:hAnsi="Times New Roman" w:eastAsia="宋体"/>
          <w:b w:val="0"/>
          <w:i w:val="0"/>
          <w:sz w:val="21"/>
        </w:rPr>
        <w:t>为使 E 位于 B 与 D 之间，取 t = -3，得到 B = (2, -6)，它到直线 AC 的距离为 6。</w:t>
      </w:r>
    </w:p>
    <w:p>
      <w:pPr>
        <w:spacing w:before="0" w:after="80" w:line="300" w:lineRule="auto"/>
        <w:jc w:val="left"/>
      </w:pPr>
      <w:r>
        <w:rPr>
          <w:rFonts w:ascii="Times New Roman" w:hAnsi="Times New Roman" w:eastAsia="宋体"/>
          <w:b w:val="0"/>
          <w:i w:val="0"/>
          <w:sz w:val="21"/>
        </w:rPr>
        <w:t>于是 [ACD] = 1/2 · 20 · 30 = 300，且 [ABC] = 1/2 · 20 · 6 = 60，总面积为 360。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 = (0,0) and C = (20, 0). Since ∠ ACD = 90°, D = (20, 30), and E = (5, 0) because AE = 5.</w:t>
      </w:r>
    </w:p>
    <w:p>
      <w:pPr>
        <w:spacing w:before="0" w:after="80" w:line="300" w:lineRule="auto"/>
        <w:jc w:val="left"/>
      </w:pPr>
      <w:r>
        <w:rPr>
          <w:rFonts w:ascii="Times New Roman" w:hAnsi="Times New Roman" w:eastAsia="宋体"/>
          <w:b w:val="0"/>
          <w:i w:val="0"/>
          <w:color w:val="333333"/>
          <w:sz w:val="19"/>
        </w:rPr>
        <w:t>Since ∠ ABC = 90°, B lies on the circle of radius 10 centered at (10, 0). Line DE is (5 + t, 2t); substituting gives t² - 2t - 15 = 0, so t = 5 or t = -3.</w:t>
      </w:r>
    </w:p>
    <w:p>
      <w:pPr>
        <w:spacing w:before="0" w:after="80" w:line="300" w:lineRule="auto"/>
        <w:jc w:val="left"/>
      </w:pPr>
      <w:r>
        <w:rPr>
          <w:rFonts w:ascii="Times New Roman" w:hAnsi="Times New Roman" w:eastAsia="宋体"/>
          <w:b w:val="0"/>
          <w:i w:val="0"/>
          <w:color w:val="333333"/>
          <w:sz w:val="19"/>
        </w:rPr>
        <w:t>For E to lie between B and D, take t = -3, giving B = (2, -6), a distance 6 below line AC.</w:t>
      </w:r>
    </w:p>
    <w:p>
      <w:pPr>
        <w:spacing w:before="0" w:after="80" w:line="300" w:lineRule="auto"/>
        <w:jc w:val="left"/>
      </w:pPr>
      <w:r>
        <w:rPr>
          <w:rFonts w:ascii="Times New Roman" w:hAnsi="Times New Roman" w:eastAsia="宋体"/>
          <w:b w:val="0"/>
          <w:i w:val="0"/>
          <w:color w:val="333333"/>
          <w:sz w:val="19"/>
        </w:rPr>
        <w:t>Then [ACD] = 1/2 · 20 · 30 = 300 and [ABC] = 1/2 · 20 · 6 = 60, so the total area is 360.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令 x = 2¹⁷，则 (2²⁸⁹ + 1)/(2¹⁷ + 1) = (x¹⁷ + 1)/(x + 1) = x¹⁶ - x¹⁵ + ⋯ - x + 1 是 17 个幂 x⁰, x¹, …, x¹⁶ 的交替和。</w:t>
      </w:r>
    </w:p>
    <w:p>
      <w:pPr>
        <w:spacing w:before="0" w:after="80" w:line="300" w:lineRule="auto"/>
        <w:jc w:val="left"/>
      </w:pPr>
      <w:r>
        <w:rPr>
          <w:rFonts w:ascii="Times New Roman" w:hAnsi="Times New Roman" w:eastAsia="宋体"/>
          <w:b w:val="0"/>
          <w:i w:val="0"/>
          <w:sz w:val="21"/>
        </w:rPr>
        <w:t>把每个被减去的幂与它上方刚好被加上的幂配对：xᵐ⁺¹ - xᵐ = 2¹⁷ᵐ(2¹⁷ - 1) = 2¹⁷ᵐ + 2¹⁷ᵐ⁺¹ + ⋯ + 2¹⁷ᵐ⁺¹⁶，这是一段 17 个连续的 2 的幂。</w:t>
      </w:r>
    </w:p>
    <w:p>
      <w:pPr>
        <w:spacing w:before="0" w:after="80" w:line="300" w:lineRule="auto"/>
        <w:jc w:val="left"/>
      </w:pPr>
      <w:r>
        <w:rPr>
          <w:rFonts w:ascii="Times New Roman" w:hAnsi="Times New Roman" w:eastAsia="宋体"/>
          <w:b w:val="0"/>
          <w:i w:val="0"/>
          <w:sz w:val="21"/>
        </w:rPr>
        <w:t>这样的配对有 8 组，另有剩下的 +2⁰。这些块占据的指数范围互不重叠，所以幂的总数为 8 · 17 + 1 = 137。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2¹⁷. Then (2²⁸⁹ + 1)/(2¹⁷ + 1) = (x¹⁷ + 1)/(x + 1) = x¹⁶ - x¹⁵ + ⋯ - x + 1, an alternating sum of the 17 powers x⁰, x¹, …, x¹⁶.</w:t>
      </w:r>
    </w:p>
    <w:p>
      <w:pPr>
        <w:spacing w:before="0" w:after="80" w:line="300" w:lineRule="auto"/>
        <w:jc w:val="left"/>
      </w:pPr>
      <w:r>
        <w:rPr>
          <w:rFonts w:ascii="Times New Roman" w:hAnsi="Times New Roman" w:eastAsia="宋体"/>
          <w:b w:val="0"/>
          <w:i w:val="0"/>
          <w:color w:val="333333"/>
          <w:sz w:val="19"/>
        </w:rPr>
        <w:t>Pair each subtracted power with the added power just above it: xᵐ⁺¹ - xᵐ = 2¹⁷ᵐ(2¹⁷ - 1) = 2¹⁷ᵐ + 2¹⁷ᵐ⁺¹ + ⋯ + 2¹⁷ᵐ⁺¹⁶, a block of 17 consecutive powers of 2.</w:t>
      </w:r>
    </w:p>
    <w:p>
      <w:pPr>
        <w:spacing w:before="0" w:after="80" w:line="300" w:lineRule="auto"/>
        <w:jc w:val="left"/>
      </w:pPr>
      <w:r>
        <w:rPr>
          <w:rFonts w:ascii="Times New Roman" w:hAnsi="Times New Roman" w:eastAsia="宋体"/>
          <w:b w:val="0"/>
          <w:i w:val="0"/>
          <w:color w:val="333333"/>
          <w:sz w:val="19"/>
        </w:rPr>
        <w:t>There are 8 such pairs, together with the leftover +2⁰. The blocks occupy disjoint ranges, so the total number of powers is 8 · 17 + 1 = 137.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因为 T 是不等边直角三角形，唯一将 T 映到自身的等距变换是恒等变换，所以一个序列可行，当且仅当三个变换的复合是恒等变换。</w:t>
      </w:r>
    </w:p>
    <w:p>
      <w:pPr>
        <w:spacing w:before="0" w:after="80" w:line="300" w:lineRule="auto"/>
        <w:jc w:val="left"/>
      </w:pPr>
      <w:r>
        <w:rPr>
          <w:rFonts w:ascii="Times New Roman" w:hAnsi="Times New Roman" w:eastAsia="宋体"/>
          <w:b w:val="0"/>
          <w:i w:val="0"/>
          <w:sz w:val="21"/>
        </w:rPr>
        <w:t>令 r 表示旋转 90°，令 s 表示关于 x 轴的反射。五个允许的映射是 r,r²,r³,s,r²s；缺少的非恒等映射是两个对角线反射 rs,r³s。在有序三元组中，第三个映射由前两个唯一决定；它被允许，当且仅当前两个的乘积是这五个映射之一。</w:t>
      </w:r>
    </w:p>
    <w:p>
      <w:pPr>
        <w:spacing w:before="0" w:after="80" w:line="300" w:lineRule="auto"/>
        <w:jc w:val="left"/>
      </w:pPr>
      <w:r>
        <w:rPr>
          <w:rFonts w:ascii="Times New Roman" w:hAnsi="Times New Roman" w:eastAsia="宋体"/>
          <w:b w:val="0"/>
          <w:i w:val="0"/>
          <w:sz w:val="21"/>
        </w:rPr>
        <w:t>恰有 5 个有序对的乘积是恒等变换：每个第一个映射都与它的逆映射配对。得到对角线反射需要一个旋转和一个轴反射；r 或 r³ 可以在左侧或右侧与 s 或 r²s 配对，共有 2·2·2=8 对。剩余 25-5-8=12 个有序对给出有效序列。</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A</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 is a scalene right triangle, the only isometry carrying T to itself is the identity, so a sequence works exactly when the three transformations compose to the identity.</w:t>
      </w:r>
    </w:p>
    <w:p>
      <w:pPr>
        <w:spacing w:before="0" w:after="80" w:line="300" w:lineRule="auto"/>
        <w:jc w:val="left"/>
      </w:pPr>
      <w:r>
        <w:rPr>
          <w:rFonts w:ascii="Times New Roman" w:hAnsi="Times New Roman" w:eastAsia="宋体"/>
          <w:b w:val="0"/>
          <w:i w:val="0"/>
          <w:color w:val="333333"/>
          <w:sz w:val="19"/>
        </w:rPr>
        <w:t>Let r be the 90° rotation and s reflection across the x-axis. The five allowed maps are r,r²,r³,s,r²s; the missing nonidentity maps are the diagonal reflections rs,r³s. In an ordered triple, the third map is forced by the first two and is allowed precisely when their product is one of the five.</w:t>
      </w:r>
    </w:p>
    <w:p>
      <w:pPr>
        <w:spacing w:before="0" w:after="80" w:line="300" w:lineRule="auto"/>
        <w:jc w:val="left"/>
      </w:pPr>
      <w:r>
        <w:rPr>
          <w:rFonts w:ascii="Times New Roman" w:hAnsi="Times New Roman" w:eastAsia="宋体"/>
          <w:b w:val="0"/>
          <w:i w:val="0"/>
          <w:color w:val="333333"/>
          <w:sz w:val="19"/>
        </w:rPr>
        <w:t>Exactly 5 ordered pairs have product identity: each first map is paired with its inverse. A diagonal reflection requires one rotation and one axis reflection; r or r³ may be paired on either side with s or r²s, giving 2·2·2=8 pairs. The remaining 25-5-8=12 ordered pairs give valid sequences.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写 n = 2ᵃ 3ᵇ 5ᶜ 7ᵈ ⋯。由于 5! = 2³ · 3 · 5 不含其他质数，n 只能含有 2, 3, 5, 7。在等式 lcm(5!, n) = 5 · gcd(10!, n) 中逐个匹配质因数的指数。</w:t>
      </w:r>
    </w:p>
    <w:p>
      <w:pPr>
        <w:spacing w:before="0" w:after="80" w:line="300" w:lineRule="auto"/>
        <w:jc w:val="left"/>
      </w:pPr>
      <w:r>
        <w:rPr>
          <w:rFonts w:ascii="Times New Roman" w:hAnsi="Times New Roman" w:eastAsia="宋体"/>
          <w:b w:val="0"/>
          <w:i w:val="0"/>
          <w:sz w:val="21"/>
        </w:rPr>
        <w:t>对于 2：max(3, a) = min(8, a)，所以 3 ≤ a ≤ 8 有 6 个值。对于 3：max(1, b) = min(4, b)，所以 1 ≤ b ≤ 4 有 4 个值。</w:t>
      </w:r>
    </w:p>
    <w:p>
      <w:pPr>
        <w:spacing w:before="0" w:after="80" w:line="300" w:lineRule="auto"/>
        <w:jc w:val="left"/>
      </w:pPr>
      <w:r>
        <w:rPr>
          <w:rFonts w:ascii="Times New Roman" w:hAnsi="Times New Roman" w:eastAsia="宋体"/>
          <w:b w:val="0"/>
          <w:i w:val="0"/>
          <w:sz w:val="21"/>
        </w:rPr>
        <w:t>对于 5：max(1, c) = 1 + min(2, c)，且 c ≥ 1，这迫使 c = 3 有 1 个值。对于 7：max(0, d) = min(1, d)，所以 d = 0 或 1 有 2 个值。</w:t>
      </w:r>
    </w:p>
    <w:p>
      <w:pPr>
        <w:spacing w:before="0" w:after="80" w:line="300" w:lineRule="auto"/>
        <w:jc w:val="left"/>
      </w:pPr>
      <w:r>
        <w:rPr>
          <w:rFonts w:ascii="Times New Roman" w:hAnsi="Times New Roman" w:eastAsia="宋体"/>
          <w:b w:val="0"/>
          <w:i w:val="0"/>
          <w:sz w:val="21"/>
        </w:rPr>
        <w:t>总数为 6 · 4 · 1 · 2 = 48。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 = 2ᵃ 3ᵇ 5ᶜ 7ᵈ ⋯. Since 5! = 2³ · 3 · 5 has no other primes, n can only involve 2, 3, 5, 7. Matching exponents in lcm(5!, n) = 5 · gcd(10!, n):</w:t>
      </w:r>
    </w:p>
    <w:p>
      <w:pPr>
        <w:spacing w:before="0" w:after="80" w:line="300" w:lineRule="auto"/>
        <w:jc w:val="left"/>
      </w:pPr>
      <w:r>
        <w:rPr>
          <w:rFonts w:ascii="Times New Roman" w:hAnsi="Times New Roman" w:eastAsia="宋体"/>
          <w:b w:val="0"/>
          <w:i w:val="0"/>
          <w:color w:val="333333"/>
          <w:sz w:val="19"/>
        </w:rPr>
        <w:t>For 2: max(3, a) = min(8, a), so 3 ≤ a ≤ 8 gives 6 values. For 3: max(1, b) = min(4, b), so 1 ≤ b ≤ 4 gives 4 values.</w:t>
      </w:r>
    </w:p>
    <w:p>
      <w:pPr>
        <w:spacing w:before="0" w:after="80" w:line="300" w:lineRule="auto"/>
        <w:jc w:val="left"/>
      </w:pPr>
      <w:r>
        <w:rPr>
          <w:rFonts w:ascii="Times New Roman" w:hAnsi="Times New Roman" w:eastAsia="宋体"/>
          <w:b w:val="0"/>
          <w:i w:val="0"/>
          <w:color w:val="333333"/>
          <w:sz w:val="19"/>
        </w:rPr>
        <w:t>For 5: max(1, c) = 1 + min(2, c) with c ≥ 1, which forces c = 3, giving 1 value. For 7: max(0, d) = min(1, d), so d = 0 or 1, giving 2 values.</w:t>
      </w:r>
    </w:p>
    <w:p>
      <w:pPr>
        <w:spacing w:before="0" w:after="80" w:line="300" w:lineRule="auto"/>
        <w:jc w:val="left"/>
      </w:pPr>
      <w:r>
        <w:rPr>
          <w:rFonts w:ascii="Times New Roman" w:hAnsi="Times New Roman" w:eastAsia="宋体"/>
          <w:b w:val="0"/>
          <w:i w:val="0"/>
          <w:color w:val="333333"/>
          <w:sz w:val="19"/>
        </w:rPr>
        <w:t>The total is 6 · 4 · 1 · 2 = 48.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因为 (aₙ + bₙ i)² = aₙ² - bₙ² + 2 aₙ bₙ i，所以 aₙ bₙ = 1/2 Im((2 + i)²ⁿ) = 1/2 Im((3 + 4i)ⁿ)。</w:t>
      </w:r>
    </w:p>
    <w:p>
      <w:pPr>
        <w:spacing w:before="0" w:after="80" w:line="300" w:lineRule="auto"/>
        <w:jc w:val="left"/>
      </w:pPr>
      <w:r>
        <w:rPr>
          <w:rFonts w:ascii="Times New Roman" w:hAnsi="Times New Roman" w:eastAsia="宋体"/>
          <w:b w:val="0"/>
          <w:i w:val="0"/>
          <w:sz w:val="21"/>
        </w:rPr>
        <w:t>因此所求和为 1/2 Im Σₙ₌₀^(∞) ((3 + 4i)/7)ⁿ = 1/2 Im(1/(1 - (3 + 4i)/7))。</w:t>
      </w:r>
    </w:p>
    <w:p>
      <w:pPr>
        <w:spacing w:before="0" w:after="80" w:line="300" w:lineRule="auto"/>
        <w:jc w:val="left"/>
      </w:pPr>
      <w:r>
        <w:rPr>
          <w:rFonts w:ascii="Times New Roman" w:hAnsi="Times New Roman" w:eastAsia="宋体"/>
          <w:b w:val="0"/>
          <w:i w:val="0"/>
          <w:sz w:val="21"/>
        </w:rPr>
        <w:t>它等于 1/2 Im(7/(4 - 4i)) = 1/2 Im((7(4 + 4i))/32) = 1/2 · 28/32 = 7/16。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(aₙ + bₙ i)² = aₙ² - bₙ² + 2 aₙ bₙ i, we have aₙ bₙ = 1/2 Im((2 + i)²ⁿ) = 1/2 Im((3 + 4i)ⁿ).</w:t>
      </w:r>
    </w:p>
    <w:p>
      <w:pPr>
        <w:spacing w:before="0" w:after="80" w:line="300" w:lineRule="auto"/>
        <w:jc w:val="left"/>
      </w:pPr>
      <w:r>
        <w:rPr>
          <w:rFonts w:ascii="Times New Roman" w:hAnsi="Times New Roman" w:eastAsia="宋体"/>
          <w:b w:val="0"/>
          <w:i w:val="0"/>
          <w:color w:val="333333"/>
          <w:sz w:val="19"/>
        </w:rPr>
        <w:t>Therefore the sum is 1/2 Im Σₙ₌₀^(∞) ((3 + 4i)/7)ⁿ = 1/2 Im(1/(1 - (3 + 4i)/7)).</w:t>
      </w:r>
    </w:p>
    <w:p>
      <w:pPr>
        <w:spacing w:before="0" w:after="80" w:line="300" w:lineRule="auto"/>
        <w:jc w:val="left"/>
      </w:pPr>
      <w:r>
        <w:rPr>
          <w:rFonts w:ascii="Times New Roman" w:hAnsi="Times New Roman" w:eastAsia="宋体"/>
          <w:b w:val="0"/>
          <w:i w:val="0"/>
          <w:color w:val="333333"/>
          <w:sz w:val="19"/>
        </w:rPr>
        <w:t>This equals 1/2 Im(7/(4 - 4i)) = 1/2 Im((7(4 + 4i))/32) = 1/2 · 28/32 = 7/16.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重掷一枚骰子、保留点数和为 s 的两枚骰子时，如果 s ≤ 6，获胜概率为 1/6，否则为 0。重掷两枚骰子、保留点数为 v 的一枚骰子时，获胜概率等于两枚骰子点数和为 7 - v 的方式数除以 36；当 v 最小时，这个概率最大。对 v=1,2,3，这些概率分别是 5/36,4/36,3/36，都大于重掷全部骰子的概率 15/216=5/72；对 v≥4，重掷全部骰子更好。</w:t>
      </w:r>
    </w:p>
    <w:p>
      <w:pPr>
        <w:spacing w:before="0" w:after="80" w:line="300" w:lineRule="auto"/>
        <w:jc w:val="left"/>
      </w:pPr>
      <w:r>
        <w:rPr>
          <w:rFonts w:ascii="Times New Roman" w:hAnsi="Times New Roman" w:eastAsia="宋体"/>
          <w:b w:val="0"/>
          <w:i w:val="0"/>
          <w:sz w:val="21"/>
        </w:rPr>
        <w:t>恰好重掷两枚骰子严格最优，当且仅当最小的两枚骰子点数和至少为 7（所以重掷一枚不能达到 7），同时最小骰子的点数是 1, 2，或 3（所以保留它优于重掷全部三枚）。</w:t>
      </w:r>
    </w:p>
    <w:p>
      <w:pPr>
        <w:spacing w:before="0" w:after="80" w:line="300" w:lineRule="auto"/>
        <w:jc w:val="left"/>
      </w:pPr>
      <w:r>
        <w:rPr>
          <w:rFonts w:ascii="Times New Roman" w:hAnsi="Times New Roman" w:eastAsia="宋体"/>
          <w:b w:val="0"/>
          <w:i w:val="0"/>
          <w:sz w:val="21"/>
        </w:rPr>
        <w:t>将结果排序为 u≤ v≤ w。当 u=1 时，只有 (1,6,6) 一种，排列数为 3。当 u=2 时，(2,5,5),(2,5,6),(2,6,6) 的排列数之和为 3+6+3=12。当 u=3 时，从 {4,5,6} 中可重复地选 v,w，六个三元组的排列数之和为 3+6+6+3+6+3=27。因此在 216 个有序结果中，有 3+12+27=42 个满足条件，概率为 42/216 = 7/36。</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A</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Rerolling one die, keeping two dice that sum to s, wins with probability 1/6 when s ≤ 6 and 0 otherwise. Rerolling two dice, keeping a die of value v, wins with probability equal to the number of ways two dice sum to 7 - v, over 36; this is largest when v is smallest. For v=1,2,3, these probabilities are 5/36,4/36,3/36, all greater than the reroll-all probability 15/216=5/72; for v≥4, rerolling all is better.</w:t>
      </w:r>
    </w:p>
    <w:p>
      <w:pPr>
        <w:spacing w:before="0" w:after="80" w:line="300" w:lineRule="auto"/>
        <w:jc w:val="left"/>
      </w:pPr>
      <w:r>
        <w:rPr>
          <w:rFonts w:ascii="Times New Roman" w:hAnsi="Times New Roman" w:eastAsia="宋体"/>
          <w:b w:val="0"/>
          <w:i w:val="0"/>
          <w:color w:val="333333"/>
          <w:sz w:val="19"/>
        </w:rPr>
        <w:t>Rerolling exactly two dice is strictly best precisely when the two smallest dice sum to at least 7 (so rerolling one cannot reach 7) while the smallest die is 1, 2, or 3 (so keeping it beats rerolling all three).</w:t>
      </w:r>
    </w:p>
    <w:p>
      <w:pPr>
        <w:spacing w:before="0" w:after="80" w:line="300" w:lineRule="auto"/>
        <w:jc w:val="left"/>
      </w:pPr>
      <w:r>
        <w:rPr>
          <w:rFonts w:ascii="Times New Roman" w:hAnsi="Times New Roman" w:eastAsia="宋体"/>
          <w:b w:val="0"/>
          <w:i w:val="0"/>
          <w:color w:val="333333"/>
          <w:sz w:val="19"/>
        </w:rPr>
        <w:t>Sort the roll as u≤ v≤ w. If u=1, the only possibility is (1,6,6), with 3 orderings. If u=2, the possibilities (2,5,5),(2,5,6),(2,6,6) have 3+6+3=12 orderings. If u=3, choose v,w with repetition from {4,5,6}; the six resulting triples have 3+6+6+3+6+3=27 orderings. Thus there are 3+12+27=42 qualifying ordered rolls out of 216, a probability of 42/216 = 7/36.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等边三角形内一点到三个顶点的距离为 p, q, r，边长为 s 时，满足 3(p⁴ + q⁴ + r⁴ + s⁴) = (p² + q² + r² + s²)²。</w:t>
      </w:r>
    </w:p>
    <w:p>
      <w:pPr>
        <w:spacing w:before="0" w:after="80" w:line="300" w:lineRule="auto"/>
        <w:jc w:val="left"/>
      </w:pPr>
      <w:r>
        <w:rPr>
          <w:rFonts w:ascii="Times New Roman" w:hAnsi="Times New Roman" w:eastAsia="宋体"/>
          <w:b w:val="0"/>
          <w:i w:val="0"/>
          <w:sz w:val="21"/>
        </w:rPr>
        <w:t>令 p² = 1，q² = 3，r² = 4，并设 S = s² 得到 3(26 + S²) = (8 + S)²，所以 S² - 8S + 7 = 0，从而 S = 1 或 S = 7。</w:t>
      </w:r>
    </w:p>
    <w:p>
      <w:pPr>
        <w:spacing w:before="0" w:after="80" w:line="300" w:lineRule="auto"/>
        <w:jc w:val="left"/>
      </w:pPr>
      <w:r>
        <w:rPr>
          <w:rFonts w:ascii="Times New Roman" w:hAnsi="Times New Roman" w:eastAsia="宋体"/>
          <w:b w:val="0"/>
          <w:i w:val="0"/>
          <w:sz w:val="21"/>
        </w:rPr>
        <w:t>边长为 1 的三角形不可能包含一个到某顶点距离为 2 的点，所以 S = 7，于是 s = √(7)。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at distances p, q, r from the vertices of an equilateral triangle of side s satisfies 3(p⁴ + q⁴ + r⁴ + s⁴) = (p² + q² + r² + s²)².</w:t>
      </w:r>
    </w:p>
    <w:p>
      <w:pPr>
        <w:spacing w:before="0" w:after="80" w:line="300" w:lineRule="auto"/>
        <w:jc w:val="left"/>
      </w:pPr>
      <w:r>
        <w:rPr>
          <w:rFonts w:ascii="Times New Roman" w:hAnsi="Times New Roman" w:eastAsia="宋体"/>
          <w:b w:val="0"/>
          <w:i w:val="0"/>
          <w:color w:val="333333"/>
          <w:sz w:val="19"/>
        </w:rPr>
        <w:t>With p² = 1, q² = 3, r² = 4, letting S = s² gives 3(26 + S²) = (8 + S)², so S² - 8S + 7 = 0 and S = 1 or S = 7.</w:t>
      </w:r>
    </w:p>
    <w:p>
      <w:pPr>
        <w:spacing w:before="0" w:after="80" w:line="300" w:lineRule="auto"/>
        <w:jc w:val="left"/>
      </w:pPr>
      <w:r>
        <w:rPr>
          <w:rFonts w:ascii="Times New Roman" w:hAnsi="Times New Roman" w:eastAsia="宋体"/>
          <w:b w:val="0"/>
          <w:i w:val="0"/>
          <w:color w:val="333333"/>
          <w:sz w:val="19"/>
        </w:rPr>
        <w:t>A triangle of side 1 cannot contain a point at distance 2 from a vertex, so S = 7 and s =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没有负数解，而 x=0 总是一个解。对 n≥1 且 x∈[n,n+1)，令 y=x/n。方程变为 ay²-y+1=0。它的根必须为实数，所以 0&lt; a≤1/4。</w:t>
      </w:r>
    </w:p>
    <w:p>
      <w:pPr>
        <w:spacing w:before="0" w:after="80" w:line="300" w:lineRule="auto"/>
        <w:jc w:val="left"/>
      </w:pPr>
      <w:r>
        <w:rPr>
          <w:rFonts w:ascii="Times New Roman" w:hAnsi="Times New Roman" w:eastAsia="宋体"/>
          <w:b w:val="0"/>
          <w:i w:val="0"/>
          <w:sz w:val="21"/>
        </w:rPr>
        <w:t>若两个根为 α≤β，它们的和与积都等于 1/a，所以 (α-1)(β-1)=1。写成</w:t>
      </w:r>
    </w:p>
    <w:p>
      <w:pPr>
        <w:spacing w:before="0" w:after="80" w:line="300" w:lineRule="auto"/>
        <w:jc w:val="left"/>
      </w:pPr>
      <w:r>
        <w:rPr>
          <w:rFonts w:ascii="Times New Roman" w:hAnsi="Times New Roman" w:eastAsia="宋体"/>
          <w:b w:val="0"/>
          <w:i w:val="0"/>
          <w:sz w:val="21"/>
        </w:rPr>
        <w:t>α=1+1/u, β=1+u</w:t>
      </w:r>
    </w:p>
    <w:p>
      <w:pPr>
        <w:spacing w:before="0" w:after="80" w:line="300" w:lineRule="auto"/>
        <w:jc w:val="left"/>
      </w:pPr>
      <w:r>
        <w:rPr>
          <w:rFonts w:ascii="Times New Roman" w:hAnsi="Times New Roman" w:eastAsia="宋体"/>
          <w:b w:val="0"/>
          <w:i w:val="0"/>
          <w:sz w:val="21"/>
        </w:rPr>
        <w:t>其中 u≥1。此时 a=u/((u+1)²)。根 x=nα 位于 [n,n+1) 中，当且仅当 n&lt; u，而对正整数 n，nβ 永远不在该区间中。</w:t>
      </w:r>
    </w:p>
    <w:p>
      <w:pPr>
        <w:spacing w:before="0" w:after="80" w:line="300" w:lineRule="auto"/>
        <w:jc w:val="left"/>
      </w:pPr>
      <w:r>
        <w:rPr>
          <w:rFonts w:ascii="Times New Roman" w:hAnsi="Times New Roman" w:eastAsia="宋体"/>
          <w:b w:val="0"/>
          <w:i w:val="0"/>
          <w:sz w:val="21"/>
        </w:rPr>
        <w:t>所要求的正总和保证 u&gt;1。令 N 为小于 u 的最大正整数，则 N&lt; u≤ N+1。所有解的和为</w:t>
      </w:r>
    </w:p>
    <w:p>
      <w:pPr>
        <w:spacing w:before="0" w:after="80" w:line="300" w:lineRule="auto"/>
        <w:jc w:val="left"/>
      </w:pPr>
      <w:r>
        <w:rPr>
          <w:rFonts w:ascii="Times New Roman" w:hAnsi="Times New Roman" w:eastAsia="宋体"/>
          <w:b w:val="0"/>
          <w:i w:val="0"/>
          <w:sz w:val="21"/>
        </w:rPr>
        <w:t>u+1/u·(N(N+1))/2=420。</w:t>
      </w:r>
    </w:p>
    <w:p>
      <w:pPr>
        <w:spacing w:before="0" w:after="80" w:line="300" w:lineRule="auto"/>
        <w:jc w:val="left"/>
      </w:pPr>
      <w:r>
        <w:rPr>
          <w:rFonts w:ascii="Times New Roman" w:hAnsi="Times New Roman" w:eastAsia="宋体"/>
          <w:b w:val="0"/>
          <w:i w:val="0"/>
          <w:sz w:val="21"/>
        </w:rPr>
        <w:t>因为 u+1/u 随 u 递减，上述不等式给出</w:t>
      </w:r>
    </w:p>
    <w:p>
      <w:pPr>
        <w:spacing w:before="0" w:after="80" w:line="300" w:lineRule="auto"/>
        <w:jc w:val="left"/>
      </w:pPr>
      <w:r>
        <w:rPr>
          <w:rFonts w:ascii="Times New Roman" w:hAnsi="Times New Roman" w:eastAsia="宋体"/>
          <w:b w:val="0"/>
          <w:i w:val="0"/>
          <w:sz w:val="21"/>
        </w:rPr>
        <w:t>(N(N+2))/2≤420&lt;((N+1)²)/2，</w:t>
      </w:r>
    </w:p>
    <w:p>
      <w:pPr>
        <w:spacing w:before="0" w:after="80" w:line="300" w:lineRule="auto"/>
        <w:jc w:val="left"/>
      </w:pPr>
      <w:r>
        <w:rPr>
          <w:rFonts w:ascii="Times New Roman" w:hAnsi="Times New Roman" w:eastAsia="宋体"/>
          <w:b w:val="0"/>
          <w:i w:val="0"/>
          <w:sz w:val="21"/>
        </w:rPr>
        <w:t>从而迫使 N=28。</w:t>
      </w:r>
    </w:p>
    <w:p>
      <w:pPr>
        <w:spacing w:before="0" w:after="80" w:line="300" w:lineRule="auto"/>
        <w:jc w:val="left"/>
      </w:pPr>
      <w:r>
        <w:rPr>
          <w:rFonts w:ascii="Times New Roman" w:hAnsi="Times New Roman" w:eastAsia="宋体"/>
          <w:b w:val="0"/>
          <w:i w:val="0"/>
          <w:sz w:val="21"/>
        </w:rPr>
        <w:t>代入得到 406·u+1/u=420，所以 u=29。因此 a=29/30²=29/900。确实，正数解是 x=30n/29，其中 1≤ n≤28，它们的和为 420。所以 p+q=29+900=929。</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C</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no negative solutions, while x=0 is always a solution. For n≥1 and x∈[n,n+1), put y=x/n. The equation becomes ay²-y+1=0. Its roots must be real, so 0&lt; a≤1/4.</w:t>
      </w:r>
    </w:p>
    <w:p>
      <w:pPr>
        <w:spacing w:before="0" w:after="80" w:line="300" w:lineRule="auto"/>
        <w:jc w:val="left"/>
      </w:pPr>
      <w:r>
        <w:rPr>
          <w:rFonts w:ascii="Times New Roman" w:hAnsi="Times New Roman" w:eastAsia="宋体"/>
          <w:b w:val="0"/>
          <w:i w:val="0"/>
          <w:color w:val="333333"/>
          <w:sz w:val="19"/>
        </w:rPr>
        <w:t>If the two roots are α≤β, their sum and product are both 1/a, so (α-1)(β-1)=1. Write</w:t>
      </w:r>
    </w:p>
    <w:p>
      <w:pPr>
        <w:spacing w:before="0" w:after="80" w:line="300" w:lineRule="auto"/>
        <w:jc w:val="left"/>
      </w:pPr>
      <w:r>
        <w:rPr>
          <w:rFonts w:ascii="Times New Roman" w:hAnsi="Times New Roman" w:eastAsia="宋体"/>
          <w:b w:val="0"/>
          <w:i w:val="0"/>
          <w:color w:val="333333"/>
          <w:sz w:val="19"/>
        </w:rPr>
        <w:t>α=1+1/u, β=1+u</w:t>
      </w:r>
    </w:p>
    <w:p>
      <w:pPr>
        <w:spacing w:before="0" w:after="80" w:line="300" w:lineRule="auto"/>
        <w:jc w:val="left"/>
      </w:pPr>
      <w:r>
        <w:rPr>
          <w:rFonts w:ascii="Times New Roman" w:hAnsi="Times New Roman" w:eastAsia="宋体"/>
          <w:b w:val="0"/>
          <w:i w:val="0"/>
          <w:color w:val="333333"/>
          <w:sz w:val="19"/>
        </w:rPr>
        <w:t>with u≥1. Then a=u/((u+1)²). The root x=nα lies in [n,n+1) exactly when n&lt; u, while nβ never lies there for a positive integer n.</w:t>
      </w:r>
    </w:p>
    <w:p>
      <w:pPr>
        <w:spacing w:before="0" w:after="80" w:line="300" w:lineRule="auto"/>
        <w:jc w:val="left"/>
      </w:pPr>
      <w:r>
        <w:rPr>
          <w:rFonts w:ascii="Times New Roman" w:hAnsi="Times New Roman" w:eastAsia="宋体"/>
          <w:b w:val="0"/>
          <w:i w:val="0"/>
          <w:color w:val="333333"/>
          <w:sz w:val="19"/>
        </w:rPr>
        <w:t>The required positive total ensures u&gt;1. Let N be the largest positive integer less than u, so N&lt; u≤ N+1. The sum of all solutions is therefore</w:t>
      </w:r>
    </w:p>
    <w:p>
      <w:pPr>
        <w:spacing w:before="0" w:after="80" w:line="300" w:lineRule="auto"/>
        <w:jc w:val="left"/>
      </w:pPr>
      <w:r>
        <w:rPr>
          <w:rFonts w:ascii="Times New Roman" w:hAnsi="Times New Roman" w:eastAsia="宋体"/>
          <w:b w:val="0"/>
          <w:i w:val="0"/>
          <w:color w:val="333333"/>
          <w:sz w:val="19"/>
        </w:rPr>
        <w:t>u+1/u·(N(N+1))/2=420.</w:t>
      </w:r>
    </w:p>
    <w:p>
      <w:pPr>
        <w:spacing w:before="0" w:after="80" w:line="300" w:lineRule="auto"/>
        <w:jc w:val="left"/>
      </w:pPr>
      <w:r>
        <w:rPr>
          <w:rFonts w:ascii="Times New Roman" w:hAnsi="Times New Roman" w:eastAsia="宋体"/>
          <w:b w:val="0"/>
          <w:i w:val="0"/>
          <w:color w:val="333333"/>
          <w:sz w:val="19"/>
        </w:rPr>
        <w:t>Because u+1/u decreases with u, these inequalities imply</w:t>
      </w:r>
    </w:p>
    <w:p>
      <w:pPr>
        <w:spacing w:before="0" w:after="80" w:line="300" w:lineRule="auto"/>
        <w:jc w:val="left"/>
      </w:pPr>
      <w:r>
        <w:rPr>
          <w:rFonts w:ascii="Times New Roman" w:hAnsi="Times New Roman" w:eastAsia="宋体"/>
          <w:b w:val="0"/>
          <w:i w:val="0"/>
          <w:color w:val="333333"/>
          <w:sz w:val="19"/>
        </w:rPr>
        <w:t>(N(N+2))/2≤420&lt;((N+1)²)/2,</w:t>
      </w:r>
    </w:p>
    <w:p>
      <w:pPr>
        <w:spacing w:before="0" w:after="80" w:line="300" w:lineRule="auto"/>
        <w:jc w:val="left"/>
      </w:pPr>
      <w:r>
        <w:rPr>
          <w:rFonts w:ascii="Times New Roman" w:hAnsi="Times New Roman" w:eastAsia="宋体"/>
          <w:b w:val="0"/>
          <w:i w:val="0"/>
          <w:color w:val="333333"/>
          <w:sz w:val="19"/>
        </w:rPr>
        <w:t>which forces N=28.</w:t>
      </w:r>
    </w:p>
    <w:p>
      <w:pPr>
        <w:spacing w:before="0" w:after="80" w:line="300" w:lineRule="auto"/>
        <w:jc w:val="left"/>
      </w:pPr>
      <w:r>
        <w:rPr>
          <w:rFonts w:ascii="Times New Roman" w:hAnsi="Times New Roman" w:eastAsia="宋体"/>
          <w:b w:val="0"/>
          <w:i w:val="0"/>
          <w:color w:val="333333"/>
          <w:sz w:val="19"/>
        </w:rPr>
        <w:t>Substitution gives 406·u+1/u=420, so u=29. Hence a=29/30²=29/900. Indeed the positive solutions are x=30n/29 for 1≤ n≤28, and their sum is 420. Therefore p+q=29+900=929.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