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2019B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Alicia 有两个容器。第一个装了 5/6 容积的水，第二个是空的。她把第一个容器中的水全部倒入第二个容器，此时第二个容器装了 3/4 容积的水。第一个容器的体积与第二个容器的体积之比是多少？</w:t>
      </w:r>
    </w:p>
    <w:p>
      <w:pPr>
        <w:spacing w:before="0" w:after="120" w:line="300" w:lineRule="auto"/>
      </w:pPr>
      <w:r>
        <w:rPr>
          <w:rFonts w:ascii="Times New Roman" w:hAnsi="Times New Roman" w:eastAsia="宋体"/>
          <w:b w:val="0"/>
          <w:i w:val="0"/>
          <w:sz w:val="21"/>
        </w:rPr>
        <w:t>（A）5/8　　（B）4/5　　（C）7/8　　（D）9/10　　（E）11/12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Alicia had two containers. The first was 5/6 full of water and the second was empty. She poured all the water from the first container into the second container, at which point the second container was 3/4 full of water. What is the ratio of the volume of the first container to the volume of the second container?</w:t>
      </w:r>
    </w:p>
    <w:p>
      <w:pPr>
        <w:spacing w:before="0" w:after="160" w:line="300" w:lineRule="auto"/>
      </w:pPr>
      <w:r>
        <w:rPr>
          <w:rFonts w:ascii="Times New Roman" w:hAnsi="Times New Roman" w:eastAsia="宋体"/>
          <w:b w:val="0"/>
          <w:i w:val="0"/>
          <w:color w:val="333333"/>
          <w:sz w:val="19"/>
        </w:rPr>
        <w:t>(A) 5/8　　(B) 4/5　　(C) 7/8　　(D) 9/10　　(E) 11/12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考虑命题：“如果 n 不是质数，那么 n-2 是质数。”下列哪个 n 的值是这个命题的反例？</w:t>
      </w:r>
    </w:p>
    <w:p>
      <w:pPr>
        <w:spacing w:before="0" w:after="120" w:line="300" w:lineRule="auto"/>
      </w:pPr>
      <w:r>
        <w:rPr>
          <w:rFonts w:ascii="Times New Roman" w:hAnsi="Times New Roman" w:eastAsia="宋体"/>
          <w:b w:val="0"/>
          <w:i w:val="0"/>
          <w:sz w:val="21"/>
        </w:rPr>
        <w:t>（A）11　　（B）15　　（C）19　　（D）21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statement, “If n is not prime, then n-2 is prime.” Which of the following values of n is a counterexample to this statement?</w:t>
      </w:r>
    </w:p>
    <w:p>
      <w:pPr>
        <w:spacing w:before="0" w:after="160" w:line="300" w:lineRule="auto"/>
      </w:pPr>
      <w:r>
        <w:rPr>
          <w:rFonts w:ascii="Times New Roman" w:hAnsi="Times New Roman" w:eastAsia="宋体"/>
          <w:b w:val="0"/>
          <w:i w:val="0"/>
          <w:color w:val="333333"/>
          <w:sz w:val="19"/>
        </w:rPr>
        <w:t>(A) 11　　(B) 15　　(C) 19　　(D) 21　　(E) 27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下列哪个刚性变换（等距变换）把线段 AB 映到线段 A'B'，使得 A(-2,1) 的像是 A'(2,-1)，且 B(-1,4) 的像是 B'(1,-4)？</w:t>
      </w:r>
    </w:p>
    <w:p>
      <w:pPr>
        <w:spacing w:before="0" w:after="120" w:line="300" w:lineRule="auto"/>
      </w:pPr>
      <w:r>
        <w:rPr>
          <w:rFonts w:ascii="Times New Roman" w:hAnsi="Times New Roman" w:eastAsia="宋体"/>
          <w:b w:val="0"/>
          <w:i w:val="0"/>
          <w:sz w:val="21"/>
        </w:rPr>
        <w:t>（A）关于 y-轴反射　　（B）绕原点逆时针旋转 90°　　（C）向右平移 3 个单位并向下平移 5 个单位　　（D）关于 x-轴反射　　（E）绕原点顺时针旋转 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rigid transformations (isometries) maps the line segment AB onto the line segment A'B' so that the image of A(-2,1) is A'(2,-1) and the image of B(-1,4) is B'(1,-4)?</w:t>
      </w:r>
    </w:p>
    <w:p>
      <w:pPr>
        <w:spacing w:before="0" w:after="160" w:line="300" w:lineRule="auto"/>
      </w:pPr>
      <w:r>
        <w:rPr>
          <w:rFonts w:ascii="Times New Roman" w:hAnsi="Times New Roman" w:eastAsia="宋体"/>
          <w:b w:val="0"/>
          <w:i w:val="0"/>
          <w:color w:val="333333"/>
          <w:sz w:val="19"/>
        </w:rPr>
        <w:t>(A) reflection in the y-axis　　(B) counterclockwise rotation around the origin by</w:t>
        <w:br/>
        <w:t>90°　　(C) translation by 3 units to the right and 5 units</w:t>
        <w:br/>
        <w:t>down　　(D) reflection in the x-axis　　(E) clockwise rotation about the origin by</w:t>
        <w:br/>
        <w:t>180°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正整数 n 满足方程 (n+1)!+(n+2)!=440· n!。n 的各位数字之和是多少？</w:t>
      </w:r>
    </w:p>
    <w:p>
      <w:pPr>
        <w:spacing w:before="0" w:after="120" w:line="300" w:lineRule="auto"/>
      </w:pPr>
      <w:r>
        <w:rPr>
          <w:rFonts w:ascii="Times New Roman" w:hAnsi="Times New Roman" w:eastAsia="宋体"/>
          <w:b w:val="0"/>
          <w:i w:val="0"/>
          <w:sz w:val="21"/>
        </w:rPr>
        <w:t>（A）2　　（B）5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satisfies the equation (n+1)!+(n+2)!=440· n!. What is the sum of the digits of n?</w:t>
      </w:r>
    </w:p>
    <w:p>
      <w:pPr>
        <w:spacing w:before="0" w:after="160" w:line="300" w:lineRule="auto"/>
      </w:pPr>
      <w:r>
        <w:rPr>
          <w:rFonts w:ascii="Times New Roman" w:hAnsi="Times New Roman" w:eastAsia="宋体"/>
          <w:b w:val="0"/>
          <w:i w:val="0"/>
          <w:color w:val="333333"/>
          <w:sz w:val="19"/>
        </w:rPr>
        <w:t>(A) 2　　(B) 5　　(C) 10　　(D) 12　　(E) 15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一家商店中每块糖果的价格都是整数美分。Casper 的钱刚好可以买 12 块红色糖果，或 14 块绿色糖果，或 15 块蓝色糖果，或 n 块紫色糖果。一块紫色糖果价格为 20 美分。n 的最小可能值是多少？</w:t>
      </w:r>
    </w:p>
    <w:p>
      <w:pPr>
        <w:spacing w:before="0" w:after="120" w:line="300" w:lineRule="auto"/>
      </w:pPr>
      <w:r>
        <w:rPr>
          <w:rFonts w:ascii="Times New Roman" w:hAnsi="Times New Roman" w:eastAsia="宋体"/>
          <w:b w:val="0"/>
          <w:i w:val="0"/>
          <w:sz w:val="21"/>
        </w:rPr>
        <w:t>（A）18　　（B）21　　（C）24　　（D）25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piece of candy in a store costs a whole number of cents. Casper has exactly enough money to buy either 12 pieces of red candy, 14 pieces of green candy, 15 pieces of blue candy, or n pieces of purple candy. A piece of purple candy costs 20 cents. What is the smallest possible value of n?</w:t>
      </w:r>
    </w:p>
    <w:p>
      <w:pPr>
        <w:spacing w:before="0" w:after="160" w:line="300" w:lineRule="auto"/>
      </w:pPr>
      <w:r>
        <w:rPr>
          <w:rFonts w:ascii="Times New Roman" w:hAnsi="Times New Roman" w:eastAsia="宋体"/>
          <w:b w:val="0"/>
          <w:i w:val="0"/>
          <w:color w:val="333333"/>
          <w:sz w:val="19"/>
        </w:rPr>
        <w:t>(A) 18　　(B) 21　　(C) 24　　(D) 25　　(E) 28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在一个给定平面中，点 A 和 B 相距 10 个单位。平面中有多少个点 C，使得 △ ABC 的周长为 50 个单位，且 △ ABC 的面积为 100 平方单位？</w:t>
      </w:r>
    </w:p>
    <w:p>
      <w:pPr>
        <w:spacing w:before="0" w:after="120" w:line="300" w:lineRule="auto"/>
      </w:pPr>
      <w:r>
        <w:rPr>
          <w:rFonts w:ascii="Times New Roman" w:hAnsi="Times New Roman" w:eastAsia="宋体"/>
          <w:b w:val="0"/>
          <w:i w:val="0"/>
          <w:sz w:val="21"/>
        </w:rPr>
        <w:t>（A）0　　（B）2　　（C）4　　（D）8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given plane, points A and B are 10 units apart. How many points C are there in the plane such that the perimeter of △ ABC is 50 units and the area of △ ABC is 100 square units?</w:t>
      </w:r>
    </w:p>
    <w:p>
      <w:pPr>
        <w:spacing w:before="0" w:after="160" w:line="300" w:lineRule="auto"/>
      </w:pPr>
      <w:r>
        <w:rPr>
          <w:rFonts w:ascii="Times New Roman" w:hAnsi="Times New Roman" w:eastAsia="宋体"/>
          <w:b w:val="0"/>
          <w:i w:val="0"/>
          <w:color w:val="333333"/>
          <w:sz w:val="19"/>
        </w:rPr>
        <w:t>(A) 0　　(B) 2　　(C) 4　　(D) 8　　(E) infinitely many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使 4，6，8，17 和 x 这五个数的中位数等于平均数的所有实数 x 的和是多少？</w:t>
      </w:r>
    </w:p>
    <w:p>
      <w:pPr>
        <w:spacing w:before="0" w:after="120" w:line="300" w:lineRule="auto"/>
      </w:pPr>
      <w:r>
        <w:rPr>
          <w:rFonts w:ascii="Times New Roman" w:hAnsi="Times New Roman" w:eastAsia="宋体"/>
          <w:b w:val="0"/>
          <w:i w:val="0"/>
          <w:sz w:val="21"/>
        </w:rPr>
        <w:t>（A）-5　　（B）0　　（C）5　　（D）15/4　　（E）35/4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real numbers x for which the median of the numbers 4, 6, 8, 17, and x is equal to the mean of those five numbers?</w:t>
      </w:r>
    </w:p>
    <w:p>
      <w:pPr>
        <w:spacing w:before="0" w:after="160" w:line="300" w:lineRule="auto"/>
      </w:pPr>
      <w:r>
        <w:rPr>
          <w:rFonts w:ascii="Times New Roman" w:hAnsi="Times New Roman" w:eastAsia="宋体"/>
          <w:b w:val="0"/>
          <w:i w:val="0"/>
          <w:color w:val="333333"/>
          <w:sz w:val="19"/>
        </w:rPr>
        <w:t>(A) -5　　(B) 0　　(C) 5　　(D) 15/4　　(E) 35/4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令 f(x)=x²(1-x)²。求下列和的值：</w:t>
      </w:r>
    </w:p>
    <w:p>
      <w:pPr>
        <w:spacing w:before="0" w:after="80" w:line="300" w:lineRule="auto"/>
        <w:jc w:val="left"/>
      </w:pPr>
      <w:r>
        <w:rPr>
          <w:rFonts w:ascii="Times New Roman" w:hAnsi="Times New Roman" w:eastAsia="宋体"/>
          <w:b w:val="0"/>
          <w:i w:val="0"/>
          <w:sz w:val="21"/>
        </w:rPr>
        <w:t>f(1/2019)-f(2/2019)</w:t>
      </w:r>
    </w:p>
    <w:p>
      <w:pPr>
        <w:spacing w:before="0" w:after="80" w:line="300" w:lineRule="auto"/>
        <w:jc w:val="left"/>
      </w:pPr>
      <w:r>
        <w:rPr>
          <w:rFonts w:ascii="Times New Roman" w:hAnsi="Times New Roman" w:eastAsia="宋体"/>
          <w:b w:val="0"/>
          <w:i w:val="0"/>
          <w:sz w:val="21"/>
        </w:rPr>
        <w:t>+f(3/2019)-f(4/2019)</w:t>
      </w:r>
    </w:p>
    <w:p>
      <w:pPr>
        <w:spacing w:before="0" w:after="80" w:line="300" w:lineRule="auto"/>
        <w:jc w:val="left"/>
      </w:pPr>
      <w:r>
        <w:rPr>
          <w:rFonts w:ascii="Times New Roman" w:hAnsi="Times New Roman" w:eastAsia="宋体"/>
          <w:b w:val="0"/>
          <w:i w:val="0"/>
          <w:sz w:val="21"/>
        </w:rPr>
        <w:t>+⋯+f(2017/2019)</w:t>
      </w:r>
    </w:p>
    <w:p>
      <w:pPr>
        <w:spacing w:before="0" w:after="80" w:line="300" w:lineRule="auto"/>
        <w:jc w:val="left"/>
      </w:pPr>
      <w:r>
        <w:rPr>
          <w:rFonts w:ascii="Times New Roman" w:hAnsi="Times New Roman" w:eastAsia="宋体"/>
          <w:b w:val="0"/>
          <w:i w:val="0"/>
          <w:sz w:val="21"/>
        </w:rPr>
        <w:t>-f(2018/2019)</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（B）1/2019⁴　　（C）2018²/2019⁴　　（D）2020²/2019⁴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f(x)=x²(1-x)². What is the value of the sum</w:t>
      </w:r>
    </w:p>
    <w:p>
      <w:pPr>
        <w:spacing w:before="0" w:after="80" w:line="300" w:lineRule="auto"/>
        <w:jc w:val="left"/>
      </w:pPr>
      <w:r>
        <w:rPr>
          <w:rFonts w:ascii="Times New Roman" w:hAnsi="Times New Roman" w:eastAsia="宋体"/>
          <w:b w:val="0"/>
          <w:i w:val="0"/>
          <w:color w:val="333333"/>
          <w:sz w:val="19"/>
        </w:rPr>
        <w:t>f(1/2019)-f(2/2019)</w:t>
      </w:r>
    </w:p>
    <w:p>
      <w:pPr>
        <w:spacing w:before="0" w:after="80" w:line="300" w:lineRule="auto"/>
        <w:jc w:val="left"/>
      </w:pPr>
      <w:r>
        <w:rPr>
          <w:rFonts w:ascii="Times New Roman" w:hAnsi="Times New Roman" w:eastAsia="宋体"/>
          <w:b w:val="0"/>
          <w:i w:val="0"/>
          <w:color w:val="333333"/>
          <w:sz w:val="19"/>
        </w:rPr>
        <w:t>+f(3/2019)-f(4/2019)</w:t>
      </w:r>
    </w:p>
    <w:p>
      <w:pPr>
        <w:spacing w:before="0" w:after="80" w:line="300" w:lineRule="auto"/>
        <w:jc w:val="left"/>
      </w:pPr>
      <w:r>
        <w:rPr>
          <w:rFonts w:ascii="Times New Roman" w:hAnsi="Times New Roman" w:eastAsia="宋体"/>
          <w:b w:val="0"/>
          <w:i w:val="0"/>
          <w:color w:val="333333"/>
          <w:sz w:val="19"/>
        </w:rPr>
        <w:t>+⋯+f(2017/2019)</w:t>
      </w:r>
    </w:p>
    <w:p>
      <w:pPr>
        <w:spacing w:before="0" w:after="80" w:line="300" w:lineRule="auto"/>
        <w:jc w:val="left"/>
      </w:pPr>
      <w:r>
        <w:rPr>
          <w:rFonts w:ascii="Times New Roman" w:hAnsi="Times New Roman" w:eastAsia="宋体"/>
          <w:b w:val="0"/>
          <w:i w:val="0"/>
          <w:color w:val="333333"/>
          <w:sz w:val="19"/>
        </w:rPr>
        <w:t>-f(2018/2019)?</w:t>
      </w:r>
    </w:p>
    <w:p>
      <w:pPr>
        <w:spacing w:before="0" w:after="160" w:line="300" w:lineRule="auto"/>
      </w:pPr>
      <w:r>
        <w:rPr>
          <w:rFonts w:ascii="Times New Roman" w:hAnsi="Times New Roman" w:eastAsia="宋体"/>
          <w:b w:val="0"/>
          <w:i w:val="0"/>
          <w:color w:val="333333"/>
          <w:sz w:val="19"/>
        </w:rPr>
        <w:t>(A) 0　　(B) 1/2019⁴　　(C) 2018²/2019⁴　　(D) 2020²/2019⁴　　(E) 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有多少个整数 x，使得边长为 log₂ x、log₄ x 和 3 的三角形面积为正？</w:t>
      </w:r>
    </w:p>
    <w:p>
      <w:pPr>
        <w:spacing w:before="0" w:after="120" w:line="300" w:lineRule="auto"/>
      </w:pPr>
      <w:r>
        <w:rPr>
          <w:rFonts w:ascii="Times New Roman" w:hAnsi="Times New Roman" w:eastAsia="宋体"/>
          <w:b w:val="0"/>
          <w:i w:val="0"/>
          <w:sz w:val="21"/>
        </w:rPr>
        <w:t>（A）57　　（B）59　　（C）61　　（D）62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integral values of x can a triangle of positive area be formed having side lengths log₂ x, log₄ x, and 3?</w:t>
      </w:r>
    </w:p>
    <w:p>
      <w:pPr>
        <w:spacing w:before="0" w:after="160" w:line="300" w:lineRule="auto"/>
      </w:pPr>
      <w:r>
        <w:rPr>
          <w:rFonts w:ascii="Times New Roman" w:hAnsi="Times New Roman" w:eastAsia="宋体"/>
          <w:b w:val="0"/>
          <w:i w:val="0"/>
          <w:color w:val="333333"/>
          <w:sz w:val="19"/>
        </w:rPr>
        <w:t>(A) 57　　(B) 59　　(C) 61　　(D) 62　　(E) 63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下图是一张地图，显示 12 座城市和连接某些城市对的 17 条道路。Paula 想从城市 A 出发，到城市 L 结束，恰好走过其中 13 条道路，且任何一段道路都不能走超过一次。（Paula 可以多次到访同一座城市。）Paula 有多少条不同路线可以选择？</w:t>
      </w:r>
    </w:p>
    <w:p>
      <w:pPr>
        <w:spacing w:before="80" w:after="80"/>
        <w:jc w:val="center"/>
      </w:pPr>
      <w:r>
        <w:drawing>
          <wp:inline xmlns:a="http://schemas.openxmlformats.org/drawingml/2006/main" xmlns:pic="http://schemas.openxmlformats.org/drawingml/2006/picture">
            <wp:extent cx="1781507" cy="1269422"/>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1781507" cy="1269422"/>
                    </a:xfrm>
                    <a:prstGeom prst="rect"/>
                  </pic:spPr>
                </pic:pic>
              </a:graphicData>
            </a:graphic>
          </wp:inline>
        </w:drawing>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is a map showing 12 cities and 17 roads connecting certain pairs of cities. Paula wishes to travel along exactly 13 of those roads, starting at city A and ending at city L, without traveling along any portion of a road more than once. (Paula is allowed to visit a city more than once.) How many different routes can Paula take?</w:t>
      </w:r>
    </w:p>
    <w:p>
      <w:pPr>
        <w:spacing w:before="80" w:after="80"/>
        <w:jc w:val="center"/>
      </w:pPr>
      <w:r>
        <w:drawing>
          <wp:inline xmlns:a="http://schemas.openxmlformats.org/drawingml/2006/main" xmlns:pic="http://schemas.openxmlformats.org/drawingml/2006/picture">
            <wp:extent cx="1781507" cy="1269422"/>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1781507" cy="126942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给定一个立方体，有多少对无序的棱可以确定一个平面？</w:t>
      </w:r>
    </w:p>
    <w:p>
      <w:pPr>
        <w:spacing w:before="0" w:after="120" w:line="300" w:lineRule="auto"/>
      </w:pPr>
      <w:r>
        <w:rPr>
          <w:rFonts w:ascii="Times New Roman" w:hAnsi="Times New Roman" w:eastAsia="宋体"/>
          <w:b w:val="0"/>
          <w:i w:val="0"/>
          <w:sz w:val="21"/>
        </w:rPr>
        <w:t>（A）12　　（B）28　　（C）36　　（D）42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unordered pairs of edges of a given cube determine a plane?</w:t>
      </w:r>
    </w:p>
    <w:p>
      <w:pPr>
        <w:spacing w:before="0" w:after="160" w:line="300" w:lineRule="auto"/>
      </w:pPr>
      <w:r>
        <w:rPr>
          <w:rFonts w:ascii="Times New Roman" w:hAnsi="Times New Roman" w:eastAsia="宋体"/>
          <w:b w:val="0"/>
          <w:i w:val="0"/>
          <w:color w:val="333333"/>
          <w:sz w:val="19"/>
        </w:rPr>
        <w:t>(A) 12　　(B) 28　　(C) 36　　(D) 42　　(E) 66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如图，等腰直角三角形 ABC 的直角边长为 1。在其斜边 AC 上向外作直角三角形 ACD，其直角在 C，且两个三角形的周长相等。sin(2∠ BAD) 是多少？</w:t>
      </w:r>
    </w:p>
    <w:p>
      <w:pPr>
        <w:spacing w:before="80" w:after="80"/>
        <w:jc w:val="center"/>
      </w:pPr>
      <w:r>
        <w:drawing>
          <wp:inline xmlns:a="http://schemas.openxmlformats.org/drawingml/2006/main" xmlns:pic="http://schemas.openxmlformats.org/drawingml/2006/picture">
            <wp:extent cx="1430113" cy="1799146"/>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430113" cy="1799146"/>
                    </a:xfrm>
                    <a:prstGeom prst="rect"/>
                  </pic:spPr>
                </pic:pic>
              </a:graphicData>
            </a:graphic>
          </wp:inline>
        </w:drawing>
      </w:r>
    </w:p>
    <w:p>
      <w:pPr>
        <w:spacing w:before="0" w:after="120" w:line="300" w:lineRule="auto"/>
      </w:pPr>
      <w:r>
        <w:rPr>
          <w:rFonts w:ascii="Times New Roman" w:hAnsi="Times New Roman" w:eastAsia="宋体"/>
          <w:b w:val="0"/>
          <w:i w:val="0"/>
          <w:sz w:val="21"/>
        </w:rPr>
        <w:t>（A）1/3　　（B）(√(2))/2　　（C）3/4　　（D）7/9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triangle ACD with right angle at C is constructed outwards on the hypotenuse AC of isosceles right triangle ABC with leg length 1, as shown, so that the two triangles have equal perimeters. What is sin(2∠ BAD)?</w:t>
      </w:r>
    </w:p>
    <w:p>
      <w:pPr>
        <w:spacing w:before="80" w:after="80"/>
        <w:jc w:val="center"/>
      </w:pPr>
      <w:r>
        <w:drawing>
          <wp:inline xmlns:a="http://schemas.openxmlformats.org/drawingml/2006/main" xmlns:pic="http://schemas.openxmlformats.org/drawingml/2006/picture">
            <wp:extent cx="1430113" cy="1799146"/>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430113" cy="17991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(√(2))/2　　(C) 3/4　　(D) 7/9　　(E) (√(3))/2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一个红球和一个绿球随机且独立地被投入编号为正整数的箱子中。对每个球来说，投进第 k 号箱子的概率为 2⁻ᵏ，其中 k=1，2，3，…。红球被投入编号比绿球更大的箱子的概率是多少？</w:t>
      </w:r>
    </w:p>
    <w:p>
      <w:pPr>
        <w:spacing w:before="0" w:after="120" w:line="300" w:lineRule="auto"/>
      </w:pPr>
      <w:r>
        <w:rPr>
          <w:rFonts w:ascii="Times New Roman" w:hAnsi="Times New Roman" w:eastAsia="宋体"/>
          <w:b w:val="0"/>
          <w:i w:val="0"/>
          <w:sz w:val="21"/>
        </w:rPr>
        <w:t>（A）1/4　　（B）2/7　　（C）1/3　　（D）3/8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red ball and a green ball are randomly and independently tossed into bins numbered with the positive integers so that for each ball, the probability that it is tossed into bin k is 2⁻ᵏ for k=1, 2, 3, … What is the probability that the red ball is tossed into a higher-numbered bin than the green ball?</w:t>
      </w:r>
    </w:p>
    <w:p>
      <w:pPr>
        <w:spacing w:before="0" w:after="160" w:line="300" w:lineRule="auto"/>
      </w:pPr>
      <w:r>
        <w:rPr>
          <w:rFonts w:ascii="Times New Roman" w:hAnsi="Times New Roman" w:eastAsia="宋体"/>
          <w:b w:val="0"/>
          <w:i w:val="0"/>
          <w:color w:val="333333"/>
          <w:sz w:val="19"/>
        </w:rPr>
        <w:t>(A) 1/4　　(B) 2/7　　(C) 1/3　　(D) 3/8　　(E) 3/7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S 为 100,000 的所有正整数因数组成的集合。有多少个数可以表示为 S 中两个不同元素的乘积？</w:t>
      </w:r>
    </w:p>
    <w:p>
      <w:pPr>
        <w:spacing w:before="0" w:after="120" w:line="300" w:lineRule="auto"/>
      </w:pPr>
      <w:r>
        <w:rPr>
          <w:rFonts w:ascii="Times New Roman" w:hAnsi="Times New Roman" w:eastAsia="宋体"/>
          <w:b w:val="0"/>
          <w:i w:val="0"/>
          <w:sz w:val="21"/>
        </w:rPr>
        <w:t>（A）98　　（B）100　　（C）117　　（D）119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positive integer divisors of 100,000. How many numbers are the product of two distinct elements of S?</w:t>
      </w:r>
    </w:p>
    <w:p>
      <w:pPr>
        <w:spacing w:before="0" w:after="160" w:line="300" w:lineRule="auto"/>
      </w:pPr>
      <w:r>
        <w:rPr>
          <w:rFonts w:ascii="Times New Roman" w:hAnsi="Times New Roman" w:eastAsia="宋体"/>
          <w:b w:val="0"/>
          <w:i w:val="0"/>
          <w:color w:val="333333"/>
          <w:sz w:val="19"/>
        </w:rPr>
        <w:t>(A) 98　　(B) 100　　(C) 117　　(D) 119　　(E) 121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如图，线段 AD 被点 B 和 C 三等分，使得 AB=BC=CD=2。三个半径为 1 的半圆 AEB，BFC，和 CGD 的直径都在 AD 上，并分别在 E，F，和 G 处与直线 EG 相切。一个半径为 2 的圆以 F 为圆心。图中阴影区域，即在该圆内但在三个半圆外的区域，其面积可表示为</w:t>
      </w:r>
    </w:p>
    <w:p>
      <w:pPr>
        <w:spacing w:before="0" w:after="80" w:line="300" w:lineRule="auto"/>
        <w:jc w:val="left"/>
      </w:pPr>
      <w:r>
        <w:rPr>
          <w:rFonts w:ascii="Times New Roman" w:hAnsi="Times New Roman" w:eastAsia="宋体"/>
          <w:b w:val="0"/>
          <w:i w:val="0"/>
          <w:sz w:val="21"/>
        </w:rPr>
        <w:t>a/b·π-√(c)+d，</w:t>
      </w:r>
    </w:p>
    <w:p>
      <w:pPr>
        <w:spacing w:before="0" w:after="80" w:line="300" w:lineRule="auto"/>
        <w:jc w:val="left"/>
      </w:pPr>
      <w:r>
        <w:rPr>
          <w:rFonts w:ascii="Times New Roman" w:hAnsi="Times New Roman" w:eastAsia="宋体"/>
          <w:b w:val="0"/>
          <w:i w:val="0"/>
          <w:sz w:val="21"/>
        </w:rPr>
        <w:t>其中 a，b，c，和 d 为正整数，且 a 与 b 互质。a+b+c+d 是多少？</w:t>
      </w:r>
    </w:p>
    <w:p>
      <w:pPr>
        <w:spacing w:before="80" w:after="80"/>
        <w:jc w:val="center"/>
      </w:pPr>
      <w:r>
        <w:drawing>
          <wp:inline xmlns:a="http://schemas.openxmlformats.org/drawingml/2006/main" xmlns:pic="http://schemas.openxmlformats.org/drawingml/2006/picture">
            <wp:extent cx="2127666" cy="1236700"/>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127666" cy="1236700"/>
                    </a:xfrm>
                    <a:prstGeom prst="rect"/>
                  </pic:spPr>
                </pic:pic>
              </a:graphicData>
            </a:graphic>
          </wp:inline>
        </w:drawing>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line segment AD is trisected by points B and C so that AB=BC=CD=2. Three semicircles of radius 1, AEB, BFC, and CGD, have their diameters on AD, and are tangent to line EG at E, F, and G, respectively. A circle of radius 2 has its center on F. The area of the region inside the circle but outside the three semicircles, shaded in the figure, can be expressed in the form</w:t>
      </w:r>
    </w:p>
    <w:p>
      <w:pPr>
        <w:spacing w:before="0" w:after="80" w:line="300" w:lineRule="auto"/>
        <w:jc w:val="left"/>
      </w:pPr>
      <w:r>
        <w:rPr>
          <w:rFonts w:ascii="Times New Roman" w:hAnsi="Times New Roman" w:eastAsia="宋体"/>
          <w:b w:val="0"/>
          <w:i w:val="0"/>
          <w:color w:val="333333"/>
          <w:sz w:val="19"/>
        </w:rPr>
        <w:t>a/b·π-√(c)+d,</w:t>
      </w:r>
    </w:p>
    <w:p>
      <w:pPr>
        <w:spacing w:before="0" w:after="80" w:line="300" w:lineRule="auto"/>
        <w:jc w:val="left"/>
      </w:pPr>
      <w:r>
        <w:rPr>
          <w:rFonts w:ascii="Times New Roman" w:hAnsi="Times New Roman" w:eastAsia="宋体"/>
          <w:b w:val="0"/>
          <w:i w:val="0"/>
          <w:color w:val="333333"/>
          <w:sz w:val="19"/>
        </w:rPr>
        <w:t>where a, b, c, and d are positive integers and a and b are relatively prime. What is a+b+c+d?</w:t>
      </w:r>
    </w:p>
    <w:p>
      <w:pPr>
        <w:spacing w:before="80" w:after="80"/>
        <w:jc w:val="center"/>
      </w:pPr>
      <w:r>
        <w:drawing>
          <wp:inline xmlns:a="http://schemas.openxmlformats.org/drawingml/2006/main" xmlns:pic="http://schemas.openxmlformats.org/drawingml/2006/picture">
            <wp:extent cx="2127666" cy="1236700"/>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127666" cy="1236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一排睡莲叶依次编号为 0 到 11。第 3 号和第 6 号睡莲叶上有捕食者，第 10 号睡莲叶上有一小块食物。青蛙 Fiona 从第 0 号睡莲叶出发；从任意一片睡莲叶出发，她有 1/2 的概率跳到下一片，也有同样的概率向前跳 2 片。Fiona 不落在第 3 号或第 6 号睡莲叶上而到达第 10 号的概率是多少？</w:t>
      </w:r>
    </w:p>
    <w:p>
      <w:pPr>
        <w:spacing w:before="0" w:after="120" w:line="300" w:lineRule="auto"/>
      </w:pPr>
      <w:r>
        <w:rPr>
          <w:rFonts w:ascii="Times New Roman" w:hAnsi="Times New Roman" w:eastAsia="宋体"/>
          <w:b w:val="0"/>
          <w:i w:val="0"/>
          <w:sz w:val="21"/>
        </w:rPr>
        <w:t>（A）15/256　　（B）1/16　　（C）15/128　　（D）1/8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lily pads in a row numbered 0 to 11, in that order. There are predators on lily pads 3 and 6, and a morsel of food on lily pad 10. Fiona the frog starts on pad 0, and from any given lily pad, has a 1/2 chance to hop to the next pad, and an equal chance to jump 2 pads. What is the probability that Fiona reaches pad 10 without landing on either pad 3 or pad 6?</w:t>
      </w:r>
    </w:p>
    <w:p>
      <w:pPr>
        <w:spacing w:before="0" w:after="160" w:line="300" w:lineRule="auto"/>
      </w:pPr>
      <w:r>
        <w:rPr>
          <w:rFonts w:ascii="Times New Roman" w:hAnsi="Times New Roman" w:eastAsia="宋体"/>
          <w:b w:val="0"/>
          <w:i w:val="0"/>
          <w:color w:val="333333"/>
          <w:sz w:val="19"/>
        </w:rPr>
        <w:t>(A) 15/256　　(B) 1/16　　(C) 15/128　　(D) 1/8　　(E) 1/4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有多少个非零复数 z 满足：在复平面中，0、z、z³ 所表示的点是一个等边三角形的三个不同顶点？</w:t>
      </w:r>
    </w:p>
    <w:p>
      <w:pPr>
        <w:spacing w:before="0" w:after="120" w:line="300" w:lineRule="auto"/>
      </w:pPr>
      <w:r>
        <w:rPr>
          <w:rFonts w:ascii="Times New Roman" w:hAnsi="Times New Roman" w:eastAsia="宋体"/>
          <w:b w:val="0"/>
          <w:i w:val="0"/>
          <w:sz w:val="21"/>
        </w:rPr>
        <w:t>（A）0　　（B）1　　（C）2　　（D）4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nonzero complex numbers z have the property that 0, z, and z³, when represented by points in the complex plane, are the three distinct vertices of an equilateral triangle?</w:t>
      </w:r>
    </w:p>
    <w:p>
      <w:pPr>
        <w:spacing w:before="0" w:after="160" w:line="300" w:lineRule="auto"/>
      </w:pPr>
      <w:r>
        <w:rPr>
          <w:rFonts w:ascii="Times New Roman" w:hAnsi="Times New Roman" w:eastAsia="宋体"/>
          <w:b w:val="0"/>
          <w:i w:val="0"/>
          <w:color w:val="333333"/>
          <w:sz w:val="19"/>
        </w:rPr>
        <w:t>(A) 0　　(B) 1　　(C) 2　　(D) 4　　(E) infinitely many</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四棱锥 ABCDE 的底面 ABCD 是边长为 3 cm 的正方形，高 AE 垂直于底面且长为 6 cm。点 P 在 BE 上从 B 到 E 的三分之一处；点 Q 在 DE 上从 D 到 E 的三分之一处；点 R 在 CE 上从 C 到 E 的三分之二处。△ PQR 的面积是多少平方厘米？</w:t>
      </w:r>
    </w:p>
    <w:p>
      <w:pPr>
        <w:spacing w:before="0" w:after="120" w:line="300" w:lineRule="auto"/>
      </w:pPr>
      <w:r>
        <w:rPr>
          <w:rFonts w:ascii="Times New Roman" w:hAnsi="Times New Roman" w:eastAsia="宋体"/>
          <w:b w:val="0"/>
          <w:i w:val="0"/>
          <w:sz w:val="21"/>
        </w:rPr>
        <w:t>（A）(3√(2))/2　　（B）(3√(3))/2　　（C）2√(2)　　（D）2√(3)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pyramid ABCDE has base ABCD, which measures 3 cm on a side, and altitude AE perpendicular to the base, which measures 6 cm. Point P lies on BE, one third of the way from B to E; point Q lies on DE, one third of the way from D to E; and point R lies on CE, two thirds of the way from C to E. What is the area, in square centimeters, of △ PQR?</w:t>
      </w:r>
    </w:p>
    <w:p>
      <w:pPr>
        <w:spacing w:before="0" w:after="160" w:line="300" w:lineRule="auto"/>
      </w:pPr>
      <w:r>
        <w:rPr>
          <w:rFonts w:ascii="Times New Roman" w:hAnsi="Times New Roman" w:eastAsia="宋体"/>
          <w:b w:val="0"/>
          <w:i w:val="0"/>
          <w:color w:val="333333"/>
          <w:sz w:val="19"/>
        </w:rPr>
        <w:t>(A) (3√(2))/2　　(B) (3√(3))/2　　(C) 2√(2)　　(D) 2√(3)　　(E) 3√(2)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Raashan、Sylvia 和 Ted 玩下面的游戏。每人初始有 $1。每隔 15 秒铃响一次，此时当前有钱的每个玩家 同时独立随机地选择另外两名玩家之一，并给该玩家 $1。铃响 2019 次后，每个玩家都有 $1 的概率是多少？（例如，Raashan 和 Ted 可以都决定给 Sylvia $1，而 Sylvia 可以决定把她的一美元给 Ted，这时 Raashan 有 $0，Sylvia 有 $2，Ted 有 $1，第一轮游戏结束。第二轮中 Raashan 没有钱可给，但 Sylvia 和 Ted 可能互相选择给对方 $1，则第二轮结束时持有金额不变。）</w:t>
      </w:r>
    </w:p>
    <w:p>
      <w:pPr>
        <w:spacing w:before="0" w:after="120" w:line="300" w:lineRule="auto"/>
      </w:pPr>
      <w:r>
        <w:rPr>
          <w:rFonts w:ascii="Times New Roman" w:hAnsi="Times New Roman" w:eastAsia="宋体"/>
          <w:b w:val="0"/>
          <w:i w:val="0"/>
          <w:sz w:val="21"/>
        </w:rPr>
        <w:t>（A）1/7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Raashan, Sylvia, and Ted play the following game. Each starts with $1. A bell rings every 15 seconds, at which time each of the players who currently have money simultaneously chooses one of the other two players independently and at random and gives $1 to that player. What is the probability that after the bell has rung 2019 times, each player will have $1? (For example, Raashan and Ted may each decide to give $1 to Sylvia, and Sylvia may decide to give her dollar to Ted, at which point Raashan will have $0, Sylvia will have $2, and Ted will have $1, and that is the end of the first round of play. In the second round Raashan has no money to give, but Sylvia and Ted might choose each other to give their $1 to, and the holdings will be the same at the end of the second round.)</w:t>
      </w:r>
    </w:p>
    <w:p>
      <w:pPr>
        <w:spacing w:before="0" w:after="160" w:line="300" w:lineRule="auto"/>
      </w:pPr>
      <w:r>
        <w:rPr>
          <w:rFonts w:ascii="Times New Roman" w:hAnsi="Times New Roman" w:eastAsia="宋体"/>
          <w:b w:val="0"/>
          <w:i w:val="0"/>
          <w:color w:val="333333"/>
          <w:sz w:val="19"/>
        </w:rPr>
        <w:t>(A) 1/7　　(B) 1/4　　(C) 1/3　　(D) 1/2　　(E) 2/3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点 A(6,13) 和 B(12,11) 在平面中的圆 ω 上。假设 ω 在 A 和 B 处的切线相交于 x-轴上的一点。ω 的面积是多少？</w:t>
      </w:r>
    </w:p>
    <w:p>
      <w:pPr>
        <w:spacing w:before="0" w:after="120" w:line="300" w:lineRule="auto"/>
      </w:pPr>
      <w:r>
        <w:rPr>
          <w:rFonts w:ascii="Times New Roman" w:hAnsi="Times New Roman" w:eastAsia="宋体"/>
          <w:b w:val="0"/>
          <w:i w:val="0"/>
          <w:sz w:val="21"/>
        </w:rPr>
        <w:t>（A）83π/8　　（B）21π/2　　（C）85π/8　　（D）43π/4　　（E）87π/8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A(6,13) and B(12,11) lie on circle ω in the plane. Suppose that the tangent lines to ω at A and B intersect at a point on the x-axis. What is the area of ω?</w:t>
      </w:r>
    </w:p>
    <w:p>
      <w:pPr>
        <w:spacing w:before="0" w:after="160" w:line="300" w:lineRule="auto"/>
      </w:pPr>
      <w:r>
        <w:rPr>
          <w:rFonts w:ascii="Times New Roman" w:hAnsi="Times New Roman" w:eastAsia="宋体"/>
          <w:b w:val="0"/>
          <w:i w:val="0"/>
          <w:color w:val="333333"/>
          <w:sz w:val="19"/>
        </w:rPr>
        <w:t>(A) 83π/8　　(B) 21π/2　　(C) 85π/8　　(D) 43π/4　　(E) 87π/8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有多少个实系数二次多项式满足：根的集合等于系数的集合？（说明：若多项式为 ax²+bx+c，a≠0，根为 r 和 s，则要求 {a,b,c}={r,s}。）</w:t>
      </w:r>
    </w:p>
    <w:p>
      <w:pPr>
        <w:spacing w:before="0" w:after="120" w:line="300" w:lineRule="auto"/>
      </w:pPr>
      <w:r>
        <w:rPr>
          <w:rFonts w:ascii="Times New Roman" w:hAnsi="Times New Roman" w:eastAsia="宋体"/>
          <w:b w:val="0"/>
          <w:i w:val="0"/>
          <w:sz w:val="21"/>
        </w:rPr>
        <w:t>（A）3　　（B）4　　（C）5　　（D）6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quadratic polynomials with real coefficients are there such that the set of roots equals the set of coefficients? (For clarification: If the polynomial is ax²+bx+c, a≠0, and the roots are r and s, then the requirement is that {a,b,c}={r,s}.)</w:t>
      </w:r>
    </w:p>
    <w:p>
      <w:pPr>
        <w:spacing w:before="0" w:after="160" w:line="300" w:lineRule="auto"/>
      </w:pPr>
      <w:r>
        <w:rPr>
          <w:rFonts w:ascii="Times New Roman" w:hAnsi="Times New Roman" w:eastAsia="宋体"/>
          <w:b w:val="0"/>
          <w:i w:val="0"/>
          <w:color w:val="333333"/>
          <w:sz w:val="19"/>
        </w:rPr>
        <w:t>(A) 3　　(B) 4　　(C) 5　　(D) 6　　(E) infinitely many</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递归定义数列：x₀=5，且</w:t>
      </w:r>
    </w:p>
    <w:p>
      <w:pPr>
        <w:spacing w:before="0" w:after="80" w:line="300" w:lineRule="auto"/>
        <w:jc w:val="left"/>
      </w:pPr>
      <w:r>
        <w:rPr>
          <w:rFonts w:ascii="Times New Roman" w:hAnsi="Times New Roman" w:eastAsia="宋体"/>
          <w:b w:val="0"/>
          <w:i w:val="0"/>
          <w:sz w:val="21"/>
        </w:rPr>
        <w:t>xₙ₊₁=xₙ²+5xₙ+4/xₙ+6</w:t>
      </w:r>
    </w:p>
    <w:p>
      <w:pPr>
        <w:spacing w:before="0" w:after="80" w:line="300" w:lineRule="auto"/>
        <w:jc w:val="left"/>
      </w:pPr>
      <w:r>
        <w:rPr>
          <w:rFonts w:ascii="Times New Roman" w:hAnsi="Times New Roman" w:eastAsia="宋体"/>
          <w:b w:val="0"/>
          <w:i w:val="0"/>
          <w:sz w:val="21"/>
        </w:rPr>
        <w:t>对所有非负整数 n 成立。设 m 为满足</w:t>
      </w:r>
    </w:p>
    <w:p>
      <w:pPr>
        <w:spacing w:before="0" w:after="80" w:line="300" w:lineRule="auto"/>
        <w:jc w:val="left"/>
      </w:pPr>
      <w:r>
        <w:rPr>
          <w:rFonts w:ascii="Times New Roman" w:hAnsi="Times New Roman" w:eastAsia="宋体"/>
          <w:b w:val="0"/>
          <w:i w:val="0"/>
          <w:sz w:val="21"/>
        </w:rPr>
        <w:t>xₘ≤4+1/2²⁰。</w:t>
      </w:r>
    </w:p>
    <w:p>
      <w:pPr>
        <w:spacing w:before="0" w:after="80" w:line="300" w:lineRule="auto"/>
        <w:jc w:val="left"/>
      </w:pPr>
      <w:r>
        <w:rPr>
          <w:rFonts w:ascii="Times New Roman" w:hAnsi="Times New Roman" w:eastAsia="宋体"/>
          <w:b w:val="0"/>
          <w:i w:val="0"/>
          <w:sz w:val="21"/>
        </w:rPr>
        <w:t>的最小正整数。m 位于下列哪个区间？</w:t>
      </w:r>
    </w:p>
    <w:p>
      <w:pPr>
        <w:spacing w:before="0" w:after="120" w:line="300" w:lineRule="auto"/>
      </w:pPr>
      <w:r>
        <w:rPr>
          <w:rFonts w:ascii="Times New Roman" w:hAnsi="Times New Roman" w:eastAsia="宋体"/>
          <w:b w:val="0"/>
          <w:i w:val="0"/>
          <w:sz w:val="21"/>
        </w:rPr>
        <w:t>（A）[9,26]　　（B）[27,80]　　（C）[81,242]　　（D）[243,728]　　（E）[729,∞)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 sequence recursively by x₀=5 and</w:t>
      </w:r>
    </w:p>
    <w:p>
      <w:pPr>
        <w:spacing w:before="0" w:after="80" w:line="300" w:lineRule="auto"/>
        <w:jc w:val="left"/>
      </w:pPr>
      <w:r>
        <w:rPr>
          <w:rFonts w:ascii="Times New Roman" w:hAnsi="Times New Roman" w:eastAsia="宋体"/>
          <w:b w:val="0"/>
          <w:i w:val="0"/>
          <w:color w:val="333333"/>
          <w:sz w:val="19"/>
        </w:rPr>
        <w:t>xₙ₊₁=xₙ²+5xₙ+4/xₙ+6</w:t>
      </w:r>
    </w:p>
    <w:p>
      <w:pPr>
        <w:spacing w:before="0" w:after="80" w:line="300" w:lineRule="auto"/>
        <w:jc w:val="left"/>
      </w:pPr>
      <w:r>
        <w:rPr>
          <w:rFonts w:ascii="Times New Roman" w:hAnsi="Times New Roman" w:eastAsia="宋体"/>
          <w:b w:val="0"/>
          <w:i w:val="0"/>
          <w:color w:val="333333"/>
          <w:sz w:val="19"/>
        </w:rPr>
        <w:t>for all nonnegative integers n. Let m be the least positive integer such that</w:t>
      </w:r>
    </w:p>
    <w:p>
      <w:pPr>
        <w:spacing w:before="0" w:after="80" w:line="300" w:lineRule="auto"/>
        <w:jc w:val="left"/>
      </w:pPr>
      <w:r>
        <w:rPr>
          <w:rFonts w:ascii="Times New Roman" w:hAnsi="Times New Roman" w:eastAsia="宋体"/>
          <w:b w:val="0"/>
          <w:i w:val="0"/>
          <w:color w:val="333333"/>
          <w:sz w:val="19"/>
        </w:rPr>
        <w:t>xₘ≤4+1/2²⁰.</w:t>
      </w:r>
    </w:p>
    <w:p>
      <w:pPr>
        <w:spacing w:before="0" w:after="80" w:line="300" w:lineRule="auto"/>
        <w:jc w:val="left"/>
      </w:pPr>
      <w:r>
        <w:rPr>
          <w:rFonts w:ascii="Times New Roman" w:hAnsi="Times New Roman" w:eastAsia="宋体"/>
          <w:b w:val="0"/>
          <w:i w:val="0"/>
          <w:color w:val="333333"/>
          <w:sz w:val="19"/>
        </w:rPr>
        <w:t>In which of the following intervals does m lie?</w:t>
      </w:r>
    </w:p>
    <w:p>
      <w:pPr>
        <w:spacing w:before="0" w:after="160" w:line="300" w:lineRule="auto"/>
      </w:pPr>
      <w:r>
        <w:rPr>
          <w:rFonts w:ascii="Times New Roman" w:hAnsi="Times New Roman" w:eastAsia="宋体"/>
          <w:b w:val="0"/>
          <w:i w:val="0"/>
          <w:color w:val="333333"/>
          <w:sz w:val="19"/>
        </w:rPr>
        <w:t>(A) [9,26]　　(B) [27,80]　　(C) [81,242]　　(D) [243,728]　　(E) [729,∞)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有多少个由 0 和 1 组成的长度为 19 的序列，满足以 0 开头、以 0 结尾、不含两个连续的 0，且不含三个连续的 1？</w:t>
      </w:r>
    </w:p>
    <w:p>
      <w:pPr>
        <w:spacing w:before="0" w:after="120" w:line="300" w:lineRule="auto"/>
      </w:pPr>
      <w:r>
        <w:rPr>
          <w:rFonts w:ascii="Times New Roman" w:hAnsi="Times New Roman" w:eastAsia="宋体"/>
          <w:b w:val="0"/>
          <w:i w:val="0"/>
          <w:sz w:val="21"/>
        </w:rPr>
        <w:t>（A）55　　（B）60　　（C）65　　（D）70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sequences of 0s and 1s of length 19 are there that begin with a 0, end with a 0, contain no two consecutive 0s, and contain no three consecutive 1s?</w:t>
      </w:r>
    </w:p>
    <w:p>
      <w:pPr>
        <w:spacing w:before="0" w:after="160" w:line="300" w:lineRule="auto"/>
      </w:pPr>
      <w:r>
        <w:rPr>
          <w:rFonts w:ascii="Times New Roman" w:hAnsi="Times New Roman" w:eastAsia="宋体"/>
          <w:b w:val="0"/>
          <w:i w:val="0"/>
          <w:color w:val="333333"/>
          <w:sz w:val="19"/>
        </w:rPr>
        <w:t>(A) 55　　(B) 60　　(C) 65　　(D) 70　　(E) 75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ω=-1/2+1/2 i√(3)。设 S 表示复平面中所有形如 a+bω+cω² 的点，其中 0≤ a≤1，0≤ b≤1，且 0≤ c≤1。S 的面积是多少？</w:t>
      </w:r>
    </w:p>
    <w:p>
      <w:pPr>
        <w:spacing w:before="0" w:after="120" w:line="300" w:lineRule="auto"/>
      </w:pPr>
      <w:r>
        <w:rPr>
          <w:rFonts w:ascii="Times New Roman" w:hAnsi="Times New Roman" w:eastAsia="宋体"/>
          <w:b w:val="0"/>
          <w:i w:val="0"/>
          <w:sz w:val="21"/>
        </w:rPr>
        <w:t>（A）1/2√(3)　　（B）3/4√(3)　　（C）3/2√(3)　　（D）1/2π√(3)　　（E）π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ω=-1/2+1/2 i√(3). Let S denote all points in the complex plane of the form a+bω+cω², where 0≤ a≤1, 0≤ b≤1, and 0≤ c≤1. What is the area of S?</w:t>
      </w:r>
    </w:p>
    <w:p>
      <w:pPr>
        <w:spacing w:before="0" w:after="160" w:line="300" w:lineRule="auto"/>
      </w:pPr>
      <w:r>
        <w:rPr>
          <w:rFonts w:ascii="Times New Roman" w:hAnsi="Times New Roman" w:eastAsia="宋体"/>
          <w:b w:val="0"/>
          <w:i w:val="0"/>
          <w:color w:val="333333"/>
          <w:sz w:val="19"/>
        </w:rPr>
        <w:t>(A) 1/2√(3)　　(B) 3/4√(3)　　(C) 3/2√(3)　　(D) 1/2π√(3)　　(E) π</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ABCD 是一个凸四边形，且 BC=2、CD=6。假设 △ ABC，△ BCD，和 △ ACD 的重心构成一个等边三角形的顶点。ABCD 的面积最大可能值是多少？</w:t>
      </w:r>
    </w:p>
    <w:p>
      <w:pPr>
        <w:spacing w:before="0" w:after="120" w:line="300" w:lineRule="auto"/>
      </w:pPr>
      <w:r>
        <w:rPr>
          <w:rFonts w:ascii="Times New Roman" w:hAnsi="Times New Roman" w:eastAsia="宋体"/>
          <w:b w:val="0"/>
          <w:i w:val="0"/>
          <w:sz w:val="21"/>
        </w:rPr>
        <w:t>（A）27　　（B）16√(3)　　（C）12+10√(3)　　（D）9+12√(3)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convex quadrilateral with BC=2 and CD=6. Suppose that the centroids of △ ABC, △ BCD, and △ ACD form the vertices of an equilateral triangle. What is the maximum possible value of the area of ABCD?</w:t>
      </w:r>
    </w:p>
    <w:p>
      <w:pPr>
        <w:spacing w:before="0" w:after="160" w:line="300" w:lineRule="auto"/>
      </w:pPr>
      <w:r>
        <w:rPr>
          <w:rFonts w:ascii="Times New Roman" w:hAnsi="Times New Roman" w:eastAsia="宋体"/>
          <w:b w:val="0"/>
          <w:i w:val="0"/>
          <w:color w:val="333333"/>
          <w:sz w:val="19"/>
        </w:rPr>
        <w:t>(A) 27　　(B) 16√(3)　　(C) 12+10√(3)　　(D) 9+12√(3)　　(E) 30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E　C　B　A　A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D　C　C　E　A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B　C　C　C　C</w:t>
      </w:r>
    </w:p>
    <w:p>
      <w:pPr>
        <w:spacing w:before="0" w:after="200" w:line="300" w:lineRule="auto"/>
      </w:pPr>
      <w:r>
        <w:rPr>
          <w:rFonts w:ascii="Times New Roman" w:hAnsi="Times New Roman" w:eastAsia="宋体"/>
          <w:b w:val="0"/>
          <w:i w:val="0"/>
          <w:color w:val="666666"/>
          <w:sz w:val="18"/>
        </w:rPr>
        <w:t>答案串：DEECBAAABEDDCCEADCBCBCCCC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倒水前后水的体积相同，所以 5/6V₁=3/4V₂。</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V₁/V₂=(3/4)/(5/6)=3/4·6/5=9/10。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water is the same before and after, so 5/6V₁=3/4V₂.</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V₁/V₂=(3/4)/(5/6)=3/4·6/5=9/10.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反例需要 n 不是质数（条件成立），且 n-2 不是质数（结论不成立）。</w:t>
      </w:r>
    </w:p>
    <w:p>
      <w:pPr>
        <w:spacing w:before="0" w:after="80" w:line="300" w:lineRule="auto"/>
        <w:jc w:val="left"/>
      </w:pPr>
      <w:r>
        <w:rPr>
          <w:rFonts w:ascii="Times New Roman" w:hAnsi="Times New Roman" w:eastAsia="宋体"/>
          <w:b w:val="0"/>
          <w:i w:val="0"/>
          <w:sz w:val="21"/>
        </w:rPr>
        <w:t>在选项中，27 不是质数，且 27-2=25 也不是质数。质数 11 和 19 不满足条件，而 15-2=13，21-2=19 都是质数。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counterexample needs n not prime (so the hypothesis holds) and n-2 not prime (so the conclusion fails).</w:t>
      </w:r>
    </w:p>
    <w:p>
      <w:pPr>
        <w:spacing w:before="0" w:after="80" w:line="300" w:lineRule="auto"/>
        <w:jc w:val="left"/>
      </w:pPr>
      <w:r>
        <w:rPr>
          <w:rFonts w:ascii="Times New Roman" w:hAnsi="Times New Roman" w:eastAsia="宋体"/>
          <w:b w:val="0"/>
          <w:i w:val="0"/>
          <w:color w:val="333333"/>
          <w:sz w:val="19"/>
        </w:rPr>
        <w:t>Among the choices, 27 is not prime and 27-2=25 is not prime. The primes 11 and 19 fail the hypothesis, and 15-2=13, 21-2=19 are prime.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每个点都按 (x,y)→(-x,-y) 映射：确实有 (-2,1)→(2,-1) 且 (-1,4)→(1,-4)。</w:t>
      </w:r>
    </w:p>
    <w:p>
      <w:pPr>
        <w:spacing w:before="0" w:after="80" w:line="300" w:lineRule="auto"/>
        <w:jc w:val="left"/>
      </w:pPr>
      <w:r>
        <w:rPr>
          <w:rFonts w:ascii="Times New Roman" w:hAnsi="Times New Roman" w:eastAsia="宋体"/>
          <w:b w:val="0"/>
          <w:i w:val="0"/>
          <w:sz w:val="21"/>
        </w:rPr>
        <w:t>映射 (x,y)→(-x,-y) 是绕原点旋转 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point maps by (x,y)→(-x,-y): indeed (-2,1)→(2,-1) and (-1,4)→(1,-4).</w:t>
      </w:r>
    </w:p>
    <w:p>
      <w:pPr>
        <w:spacing w:before="0" w:after="80" w:line="300" w:lineRule="auto"/>
        <w:jc w:val="left"/>
      </w:pPr>
      <w:r>
        <w:rPr>
          <w:rFonts w:ascii="Times New Roman" w:hAnsi="Times New Roman" w:eastAsia="宋体"/>
          <w:b w:val="0"/>
          <w:i w:val="0"/>
          <w:color w:val="333333"/>
          <w:sz w:val="19"/>
        </w:rPr>
        <w:t>The map (x,y)→(-x,-y) is a 180° rotation about the origin.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分解左边：</w:t>
      </w:r>
    </w:p>
    <w:p>
      <w:pPr>
        <w:spacing w:before="0" w:after="80" w:line="300" w:lineRule="auto"/>
        <w:jc w:val="left"/>
      </w:pPr>
      <w:r>
        <w:rPr>
          <w:rFonts w:ascii="Times New Roman" w:hAnsi="Times New Roman" w:eastAsia="宋体"/>
          <w:b w:val="0"/>
          <w:i w:val="0"/>
          <w:sz w:val="21"/>
        </w:rPr>
        <w:t>(n+1)!+(n+2)!</w:t>
      </w:r>
    </w:p>
    <w:p>
      <w:pPr>
        <w:spacing w:before="0" w:after="80" w:line="300" w:lineRule="auto"/>
        <w:jc w:val="left"/>
      </w:pPr>
      <w:r>
        <w:rPr>
          <w:rFonts w:ascii="Times New Roman" w:hAnsi="Times New Roman" w:eastAsia="宋体"/>
          <w:b w:val="0"/>
          <w:i w:val="0"/>
          <w:sz w:val="21"/>
        </w:rPr>
        <w:t>=(n+1)! [1+(n+2)]</w:t>
      </w:r>
    </w:p>
    <w:p>
      <w:pPr>
        <w:spacing w:before="0" w:after="80" w:line="300" w:lineRule="auto"/>
        <w:jc w:val="left"/>
      </w:pPr>
      <w:r>
        <w:rPr>
          <w:rFonts w:ascii="Times New Roman" w:hAnsi="Times New Roman" w:eastAsia="宋体"/>
          <w:b w:val="0"/>
          <w:i w:val="0"/>
          <w:sz w:val="21"/>
        </w:rPr>
        <w:t>=(n+1)! (n+3)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两边同除以 n! 并使用 (n+1)!=(n+1) n! 得到</w:t>
      </w:r>
    </w:p>
    <w:p>
      <w:pPr>
        <w:spacing w:before="0" w:after="80" w:line="300" w:lineRule="auto"/>
        <w:jc w:val="left"/>
      </w:pPr>
      <w:r>
        <w:rPr>
          <w:rFonts w:ascii="Times New Roman" w:hAnsi="Times New Roman" w:eastAsia="宋体"/>
          <w:b w:val="0"/>
          <w:i w:val="0"/>
          <w:sz w:val="21"/>
        </w:rPr>
        <w:t>(n+1)(n+3)=440。</w:t>
      </w:r>
    </w:p>
    <w:p>
      <w:pPr>
        <w:spacing w:before="0" w:after="80" w:line="300" w:lineRule="auto"/>
        <w:jc w:val="left"/>
      </w:pPr>
      <w:r>
        <w:rPr>
          <w:rFonts w:ascii="Times New Roman" w:hAnsi="Times New Roman" w:eastAsia="宋体"/>
          <w:b w:val="0"/>
          <w:i w:val="0"/>
          <w:sz w:val="21"/>
        </w:rPr>
        <w:t>所以 n²+4n-437=0，可分解为 (n-19)(n+23)=0，得 n=19。它的数字和为 1+9=10。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the left side:</w:t>
      </w:r>
    </w:p>
    <w:p>
      <w:pPr>
        <w:spacing w:before="0" w:after="80" w:line="300" w:lineRule="auto"/>
        <w:jc w:val="left"/>
      </w:pPr>
      <w:r>
        <w:rPr>
          <w:rFonts w:ascii="Times New Roman" w:hAnsi="Times New Roman" w:eastAsia="宋体"/>
          <w:b w:val="0"/>
          <w:i w:val="0"/>
          <w:color w:val="333333"/>
          <w:sz w:val="19"/>
        </w:rPr>
        <w:t>(n+1)!+(n+2)!</w:t>
      </w:r>
    </w:p>
    <w:p>
      <w:pPr>
        <w:spacing w:before="0" w:after="80" w:line="300" w:lineRule="auto"/>
        <w:jc w:val="left"/>
      </w:pPr>
      <w:r>
        <w:rPr>
          <w:rFonts w:ascii="Times New Roman" w:hAnsi="Times New Roman" w:eastAsia="宋体"/>
          <w:b w:val="0"/>
          <w:i w:val="0"/>
          <w:color w:val="333333"/>
          <w:sz w:val="19"/>
        </w:rPr>
        <w:t>=(n+1)! [1+(n+2)]</w:t>
      </w:r>
    </w:p>
    <w:p>
      <w:pPr>
        <w:spacing w:before="0" w:after="80" w:line="300" w:lineRule="auto"/>
        <w:jc w:val="left"/>
      </w:pPr>
      <w:r>
        <w:rPr>
          <w:rFonts w:ascii="Times New Roman" w:hAnsi="Times New Roman" w:eastAsia="宋体"/>
          <w:b w:val="0"/>
          <w:i w:val="0"/>
          <w:color w:val="333333"/>
          <w:sz w:val="19"/>
        </w:rPr>
        <w:t>=(n+1)! (n+3).</w:t>
      </w:r>
    </w:p>
    <w:p>
      <w:pPr>
        <w:spacing w:before="0" w:after="80" w:line="300" w:lineRule="auto"/>
        <w:jc w:val="left"/>
      </w:pPr>
      <w:r>
        <w:rPr>
          <w:rFonts w:ascii="Times New Roman" w:hAnsi="Times New Roman" w:eastAsia="宋体"/>
          <w:b w:val="0"/>
          <w:i w:val="0"/>
          <w:color w:val="333333"/>
          <w:sz w:val="19"/>
        </w:rPr>
        <w:t>Dividing both sides by n! and using (n+1)!=(n+1) n! gives</w:t>
      </w:r>
    </w:p>
    <w:p>
      <w:pPr>
        <w:spacing w:before="0" w:after="80" w:line="300" w:lineRule="auto"/>
        <w:jc w:val="left"/>
      </w:pPr>
      <w:r>
        <w:rPr>
          <w:rFonts w:ascii="Times New Roman" w:hAnsi="Times New Roman" w:eastAsia="宋体"/>
          <w:b w:val="0"/>
          <w:i w:val="0"/>
          <w:color w:val="333333"/>
          <w:sz w:val="19"/>
        </w:rPr>
        <w:t>(n+1)(n+3)=440.</w:t>
      </w:r>
    </w:p>
    <w:p>
      <w:pPr>
        <w:spacing w:before="0" w:after="80" w:line="300" w:lineRule="auto"/>
        <w:jc w:val="left"/>
      </w:pPr>
      <w:r>
        <w:rPr>
          <w:rFonts w:ascii="Times New Roman" w:hAnsi="Times New Roman" w:eastAsia="宋体"/>
          <w:b w:val="0"/>
          <w:i w:val="0"/>
          <w:color w:val="333333"/>
          <w:sz w:val="19"/>
        </w:rPr>
        <w:t>So n²+4n-437=0, which factors as (n-19)(n+23)=0, giving n=19. Its digit sum is 1+9=10.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设 Casper 有 M 美分。因为他可以刚好买 12、14 或 15 块价格为整数美分的糖果，所以 M 是 lcm(12,14,15)=420 的倍数。</w:t>
      </w:r>
    </w:p>
    <w:p>
      <w:pPr>
        <w:spacing w:before="0" w:after="80" w:line="300" w:lineRule="auto"/>
        <w:jc w:val="left"/>
      </w:pPr>
      <w:r>
        <w:rPr>
          <w:rFonts w:ascii="Times New Roman" w:hAnsi="Times New Roman" w:eastAsia="宋体"/>
          <w:b w:val="0"/>
          <w:i w:val="0"/>
          <w:sz w:val="21"/>
        </w:rPr>
        <w:t>紫色糖果每块 20 美分，所以 n=M/20。最小的 M 是 420，得 n=420/20=21。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Casper’s money in cents. Since he can exactly buy 12, 14, or 15 whole-cent pieces, M is a multiple of lcm(12,14,15)=420.</w:t>
      </w:r>
    </w:p>
    <w:p>
      <w:pPr>
        <w:spacing w:before="0" w:after="80" w:line="300" w:lineRule="auto"/>
        <w:jc w:val="left"/>
      </w:pPr>
      <w:r>
        <w:rPr>
          <w:rFonts w:ascii="Times New Roman" w:hAnsi="Times New Roman" w:eastAsia="宋体"/>
          <w:b w:val="0"/>
          <w:i w:val="0"/>
          <w:color w:val="333333"/>
          <w:sz w:val="19"/>
        </w:rPr>
        <w:t>Purple candy costs 20 cents, so n=M/20. The smallest M is 420, giving n=420/20=21.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周长条件给出 CA+CB=50-10=40，所以 C 在以 A,B 为焦点、长轴 2a=40 的椭圆上。因此 a=20 且 c=5，所以半短轴为</w:t>
      </w:r>
    </w:p>
    <w:p>
      <w:pPr>
        <w:spacing w:before="0" w:after="80" w:line="300" w:lineRule="auto"/>
        <w:jc w:val="left"/>
      </w:pPr>
      <w:r>
        <w:rPr>
          <w:rFonts w:ascii="Times New Roman" w:hAnsi="Times New Roman" w:eastAsia="宋体"/>
          <w:b w:val="0"/>
          <w:i w:val="0"/>
          <w:sz w:val="21"/>
        </w:rPr>
        <w:t>b=√(a²-c²)=√(375)≈19.36。</w:t>
      </w:r>
    </w:p>
    <w:p>
      <w:pPr>
        <w:spacing w:before="0" w:after="80" w:line="300" w:lineRule="auto"/>
        <w:jc w:val="left"/>
      </w:pPr>
      <w:r>
        <w:rPr>
          <w:rFonts w:ascii="Times New Roman" w:hAnsi="Times New Roman" w:eastAsia="宋体"/>
          <w:b w:val="0"/>
          <w:i w:val="0"/>
          <w:sz w:val="21"/>
        </w:rPr>
        <w:t>若以 AB=10 为底且面积为 100，则从 C 到底边的高必须为 (2·100)/10=20。但椭圆上的最大可能高度是 b≈19.36&lt;20，所以不存在这样的 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condition gives CA+CB=50-10=40, so C lies on an ellipse with foci A,B and major axis 2a=40. Thus a=20 and c=5, so the semi-minor axis is</w:t>
      </w:r>
    </w:p>
    <w:p>
      <w:pPr>
        <w:spacing w:before="0" w:after="80" w:line="300" w:lineRule="auto"/>
        <w:jc w:val="left"/>
      </w:pPr>
      <w:r>
        <w:rPr>
          <w:rFonts w:ascii="Times New Roman" w:hAnsi="Times New Roman" w:eastAsia="宋体"/>
          <w:b w:val="0"/>
          <w:i w:val="0"/>
          <w:color w:val="333333"/>
          <w:sz w:val="19"/>
        </w:rPr>
        <w:t>b=√(a²-c²)=√(375)≈19.36.</w:t>
      </w:r>
    </w:p>
    <w:p>
      <w:pPr>
        <w:spacing w:before="0" w:after="80" w:line="300" w:lineRule="auto"/>
        <w:jc w:val="left"/>
      </w:pPr>
      <w:r>
        <w:rPr>
          <w:rFonts w:ascii="Times New Roman" w:hAnsi="Times New Roman" w:eastAsia="宋体"/>
          <w:b w:val="0"/>
          <w:i w:val="0"/>
          <w:color w:val="333333"/>
          <w:sz w:val="19"/>
        </w:rPr>
        <w:t>For area 100 with base AB=10, the height from C must be (2·100)/10=20. But the greatest possible height on the ellipse is b≈19.36&lt;20, so no such C exists.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平均数为 4+6+8+17+x/5=35+x/5。</w:t>
      </w:r>
    </w:p>
    <w:p>
      <w:pPr>
        <w:spacing w:before="0" w:after="80" w:line="300" w:lineRule="auto"/>
        <w:jc w:val="left"/>
      </w:pPr>
      <w:r>
        <w:rPr>
          <w:rFonts w:ascii="Times New Roman" w:hAnsi="Times New Roman" w:eastAsia="宋体"/>
          <w:b w:val="0"/>
          <w:i w:val="0"/>
          <w:sz w:val="21"/>
        </w:rPr>
        <w:t>若 x≤6，中位数是 6，所以 35+x/5=6，得 x=-5，符合该范围。</w:t>
      </w:r>
    </w:p>
    <w:p>
      <w:pPr>
        <w:spacing w:before="0" w:after="80" w:line="300" w:lineRule="auto"/>
        <w:jc w:val="left"/>
      </w:pPr>
      <w:r>
        <w:rPr>
          <w:rFonts w:ascii="Times New Roman" w:hAnsi="Times New Roman" w:eastAsia="宋体"/>
          <w:b w:val="0"/>
          <w:i w:val="0"/>
          <w:sz w:val="21"/>
        </w:rPr>
        <w:t>若 6&lt; x&lt;8，中位数是 x，所以 35+x/5=x，得 x=8.75，不在范围内。若 x≥8，中位数是 8，所以 35+x/5=8，得 x=5，不在范围内。</w:t>
      </w:r>
    </w:p>
    <w:p>
      <w:pPr>
        <w:spacing w:before="0" w:after="80" w:line="300" w:lineRule="auto"/>
        <w:jc w:val="left"/>
      </w:pPr>
      <w:r>
        <w:rPr>
          <w:rFonts w:ascii="Times New Roman" w:hAnsi="Times New Roman" w:eastAsia="宋体"/>
          <w:b w:val="0"/>
          <w:i w:val="0"/>
          <w:sz w:val="21"/>
        </w:rPr>
        <w:t>唯一解是 x=-5，因此和为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is 4+6+8+17+x/5=35+x/5.</w:t>
      </w:r>
    </w:p>
    <w:p>
      <w:pPr>
        <w:spacing w:before="0" w:after="80" w:line="300" w:lineRule="auto"/>
        <w:jc w:val="left"/>
      </w:pPr>
      <w:r>
        <w:rPr>
          <w:rFonts w:ascii="Times New Roman" w:hAnsi="Times New Roman" w:eastAsia="宋体"/>
          <w:b w:val="0"/>
          <w:i w:val="0"/>
          <w:color w:val="333333"/>
          <w:sz w:val="19"/>
        </w:rPr>
        <w:t>If x≤6, the median is 6, so 35+x/5=6 gives x=-5, which is consistent.</w:t>
      </w:r>
    </w:p>
    <w:p>
      <w:pPr>
        <w:spacing w:before="0" w:after="80" w:line="300" w:lineRule="auto"/>
        <w:jc w:val="left"/>
      </w:pPr>
      <w:r>
        <w:rPr>
          <w:rFonts w:ascii="Times New Roman" w:hAnsi="Times New Roman" w:eastAsia="宋体"/>
          <w:b w:val="0"/>
          <w:i w:val="0"/>
          <w:color w:val="333333"/>
          <w:sz w:val="19"/>
        </w:rPr>
        <w:t>If 6&lt; x&lt;8, the median is x, so 35+x/5=x gives x=8.75, not in range. If x≥8, the median is 8, so 35+x/5=8 gives x=5, not in range.</w:t>
      </w:r>
    </w:p>
    <w:p>
      <w:pPr>
        <w:spacing w:before="0" w:after="80" w:line="300" w:lineRule="auto"/>
        <w:jc w:val="left"/>
      </w:pPr>
      <w:r>
        <w:rPr>
          <w:rFonts w:ascii="Times New Roman" w:hAnsi="Times New Roman" w:eastAsia="宋体"/>
          <w:b w:val="0"/>
          <w:i w:val="0"/>
          <w:color w:val="333333"/>
          <w:sz w:val="19"/>
        </w:rPr>
        <w:t>The only solution is x=-5, so the sum is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因为 f(1-x)=(1-x)²x²=f(x)，所以 f(k/2019)=f(2019-k/2019)。</w:t>
      </w:r>
    </w:p>
    <w:p>
      <w:pPr>
        <w:spacing w:before="0" w:after="80" w:line="300" w:lineRule="auto"/>
        <w:jc w:val="left"/>
      </w:pPr>
      <w:r>
        <w:rPr>
          <w:rFonts w:ascii="Times New Roman" w:hAnsi="Times New Roman" w:eastAsia="宋体"/>
          <w:b w:val="0"/>
          <w:i w:val="0"/>
          <w:sz w:val="21"/>
        </w:rPr>
        <w:t>在这个和中，指标为 k 的项符号是 (-1)ᵏ⁺¹，而指标为 2019-k 的项数值相等，但符号是 (-1)²⁰¹⁹⁻ᵏ⁺¹=(-1)ᵏ，恰好相反。</w:t>
      </w:r>
    </w:p>
    <w:p>
      <w:pPr>
        <w:spacing w:before="0" w:after="80" w:line="300" w:lineRule="auto"/>
        <w:jc w:val="left"/>
      </w:pPr>
      <w:r>
        <w:rPr>
          <w:rFonts w:ascii="Times New Roman" w:hAnsi="Times New Roman" w:eastAsia="宋体"/>
          <w:b w:val="0"/>
          <w:i w:val="0"/>
          <w:sz w:val="21"/>
        </w:rPr>
        <w:t>每一项都与它的配对项抵消，所以总和为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f(1-x)=(1-x)²x²=f(x), we have f(k/2019)=f(2019-k/2019).</w:t>
      </w:r>
    </w:p>
    <w:p>
      <w:pPr>
        <w:spacing w:before="0" w:after="80" w:line="300" w:lineRule="auto"/>
        <w:jc w:val="left"/>
      </w:pPr>
      <w:r>
        <w:rPr>
          <w:rFonts w:ascii="Times New Roman" w:hAnsi="Times New Roman" w:eastAsia="宋体"/>
          <w:b w:val="0"/>
          <w:i w:val="0"/>
          <w:color w:val="333333"/>
          <w:sz w:val="19"/>
        </w:rPr>
        <w:t>In the sum, the term with index k has sign (-1)ᵏ⁺¹, while the term with index 2019-k equals it in value but has sign (-1)²⁰¹⁹⁻ᵏ⁺¹=(-1)ᵏ, the opposite.</w:t>
      </w:r>
    </w:p>
    <w:p>
      <w:pPr>
        <w:spacing w:before="0" w:after="80" w:line="300" w:lineRule="auto"/>
        <w:jc w:val="left"/>
      </w:pPr>
      <w:r>
        <w:rPr>
          <w:rFonts w:ascii="Times New Roman" w:hAnsi="Times New Roman" w:eastAsia="宋体"/>
          <w:b w:val="0"/>
          <w:i w:val="0"/>
          <w:color w:val="333333"/>
          <w:sz w:val="19"/>
        </w:rPr>
        <w:t>Every term cancels with its partner, so the total is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令 t=log₂ x，则 log₄ x=t/2，三边为 t, t/2, 3。</w:t>
      </w:r>
    </w:p>
    <w:p>
      <w:pPr>
        <w:spacing w:before="0" w:after="80" w:line="300" w:lineRule="auto"/>
        <w:jc w:val="left"/>
      </w:pPr>
      <w:r>
        <w:rPr>
          <w:rFonts w:ascii="Times New Roman" w:hAnsi="Times New Roman" w:eastAsia="宋体"/>
          <w:b w:val="0"/>
          <w:i w:val="0"/>
          <w:sz w:val="21"/>
        </w:rPr>
        <w:t>三角形不等式给出 t+t/2&gt;3（所以 t&gt;2）以及 t/2+3&gt; t（所以 t&lt;6）；第三个不等式自动成立。</w:t>
      </w:r>
    </w:p>
    <w:p>
      <w:pPr>
        <w:spacing w:before="0" w:after="80" w:line="300" w:lineRule="auto"/>
        <w:jc w:val="left"/>
      </w:pPr>
      <w:r>
        <w:rPr>
          <w:rFonts w:ascii="Times New Roman" w:hAnsi="Times New Roman" w:eastAsia="宋体"/>
          <w:b w:val="0"/>
          <w:i w:val="0"/>
          <w:sz w:val="21"/>
        </w:rPr>
        <w:t>因此 2&lt;log₂ x&lt;6，即 4&lt; x&lt;64。整数 5,6,…,63 共有 59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t=log₂ x. Then log₄ x=t/2, and the sides are t, t/2, 3.</w:t>
      </w:r>
    </w:p>
    <w:p>
      <w:pPr>
        <w:spacing w:before="0" w:after="80" w:line="300" w:lineRule="auto"/>
        <w:jc w:val="left"/>
      </w:pPr>
      <w:r>
        <w:rPr>
          <w:rFonts w:ascii="Times New Roman" w:hAnsi="Times New Roman" w:eastAsia="宋体"/>
          <w:b w:val="0"/>
          <w:i w:val="0"/>
          <w:color w:val="333333"/>
          <w:sz w:val="19"/>
        </w:rPr>
        <w:t>The triangle inequalities give t+t/2&gt;3 (so t&gt;2) and t/2+3&gt; t (so t&lt;6); the third inequality is automatic.</w:t>
      </w:r>
    </w:p>
    <w:p>
      <w:pPr>
        <w:spacing w:before="0" w:after="80" w:line="300" w:lineRule="auto"/>
        <w:jc w:val="left"/>
      </w:pPr>
      <w:r>
        <w:rPr>
          <w:rFonts w:ascii="Times New Roman" w:hAnsi="Times New Roman" w:eastAsia="宋体"/>
          <w:b w:val="0"/>
          <w:i w:val="0"/>
          <w:color w:val="333333"/>
          <w:sz w:val="19"/>
        </w:rPr>
        <w:t>Thus 2&lt;log₂ x&lt;6, i.e. 4&lt; x&lt;64. The integers 5,6,…,63 number 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将上排四座城市依次命名为 A,B,C,D，中排为 E,F,G,H，下排为 I,J,K,L。一条使用 13 条道路的路线是一条开放欧拉迹，所以在所用道路构成的图中，只有 A 和 L 的度数为奇数。</w:t>
      </w:r>
    </w:p>
    <w:p>
      <w:pPr>
        <w:spacing w:before="0" w:after="80" w:line="300" w:lineRule="auto"/>
        <w:jc w:val="left"/>
      </w:pPr>
      <w:r>
        <w:rPr>
          <w:rFonts w:ascii="Times New Roman" w:hAnsi="Times New Roman" w:eastAsia="宋体"/>
          <w:b w:val="0"/>
          <w:i w:val="0"/>
          <w:sz w:val="21"/>
        </w:rPr>
        <w:t>在完整地图中，需要改变度数奇偶性的顶点是 A,B,C,E,H,J,K,L。因为只删除 4 条道路，这四条道路必须将这 8 个顶点两两配对。其中 E 只与 A 相邻，所以必须删除 AE；随后 BC 也被迫删除。同理，H 只与 L 相邻，所以必须删除 HL，随后删除 JK。</w:t>
      </w:r>
    </w:p>
    <w:p>
      <w:pPr>
        <w:spacing w:before="0" w:after="80" w:line="300" w:lineRule="auto"/>
        <w:jc w:val="left"/>
      </w:pPr>
      <w:r>
        <w:rPr>
          <w:rFonts w:ascii="Times New Roman" w:hAnsi="Times New Roman" w:eastAsia="宋体"/>
          <w:b w:val="0"/>
          <w:i w:val="0"/>
          <w:sz w:val="21"/>
        </w:rPr>
        <w:t>剩余图是一条链</w:t>
      </w:r>
    </w:p>
    <w:p>
      <w:pPr>
        <w:spacing w:before="0" w:after="80" w:line="300" w:lineRule="auto"/>
        <w:jc w:val="left"/>
      </w:pPr>
      <w:r>
        <w:rPr>
          <w:rFonts w:ascii="Times New Roman" w:hAnsi="Times New Roman" w:eastAsia="宋体"/>
          <w:b w:val="0"/>
          <w:i w:val="0"/>
          <w:sz w:val="21"/>
        </w:rPr>
        <w:t>A-B-F,</w:t>
      </w:r>
    </w:p>
    <w:p>
      <w:pPr>
        <w:spacing w:before="0" w:after="80" w:line="300" w:lineRule="auto"/>
        <w:jc w:val="left"/>
      </w:pPr>
      <w:r>
        <w:rPr>
          <w:rFonts w:ascii="Times New Roman" w:hAnsi="Times New Roman" w:eastAsia="宋体"/>
          <w:b w:val="0"/>
          <w:i w:val="0"/>
          <w:sz w:val="21"/>
        </w:rPr>
        <w:t>F-E-I-J-F,</w:t>
      </w:r>
    </w:p>
    <w:p>
      <w:pPr>
        <w:spacing w:before="0" w:after="80" w:line="300" w:lineRule="auto"/>
        <w:jc w:val="left"/>
      </w:pPr>
      <w:r>
        <w:rPr>
          <w:rFonts w:ascii="Times New Roman" w:hAnsi="Times New Roman" w:eastAsia="宋体"/>
          <w:b w:val="0"/>
          <w:i w:val="0"/>
          <w:sz w:val="21"/>
        </w:rPr>
        <w:t>F-G,</w:t>
      </w:r>
    </w:p>
    <w:p>
      <w:pPr>
        <w:spacing w:before="0" w:after="80" w:line="300" w:lineRule="auto"/>
        <w:jc w:val="left"/>
      </w:pPr>
      <w:r>
        <w:rPr>
          <w:rFonts w:ascii="Times New Roman" w:hAnsi="Times New Roman" w:eastAsia="宋体"/>
          <w:b w:val="0"/>
          <w:i w:val="0"/>
          <w:sz w:val="21"/>
        </w:rPr>
        <w:t>G-C-D-H-G,</w:t>
      </w:r>
    </w:p>
    <w:p>
      <w:pPr>
        <w:spacing w:before="0" w:after="80" w:line="300" w:lineRule="auto"/>
        <w:jc w:val="left"/>
      </w:pPr>
      <w:r>
        <w:rPr>
          <w:rFonts w:ascii="Times New Roman" w:hAnsi="Times New Roman" w:eastAsia="宋体"/>
          <w:b w:val="0"/>
          <w:i w:val="0"/>
          <w:sz w:val="21"/>
        </w:rPr>
        <w:t>G-K-L</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 4 边形环各可沿两个方向遍历，其余部分都被迫确定。因此共有 2·2=4 条路线。</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E</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Name the four cities in the top row A,B,C,D, those in the middle row E,F,G,H, and those in the bottom row I,J,K,L. A route using 13 roads is an open Euler trail, so in the used graph exactly A and L have odd degree.</w:t>
      </w:r>
    </w:p>
    <w:p>
      <w:pPr>
        <w:spacing w:before="0" w:after="80" w:line="300" w:lineRule="auto"/>
        <w:jc w:val="left"/>
      </w:pPr>
      <w:r>
        <w:rPr>
          <w:rFonts w:ascii="Times New Roman" w:hAnsi="Times New Roman" w:eastAsia="宋体"/>
          <w:b w:val="0"/>
          <w:i w:val="0"/>
          <w:color w:val="333333"/>
          <w:sz w:val="19"/>
        </w:rPr>
        <w:t>In the full map, the vertices whose degree parity must change are A,B,C,E,H,J,K,L. Because only 4 roads are removed, those roads must pair these 8 vertices. Among them, E is adjacent only to A, forcing AE to be removed; then BC is forced. Similarly H is adjacent only to L, forcing HL, and then JK.</w:t>
      </w:r>
    </w:p>
    <w:p>
      <w:pPr>
        <w:spacing w:before="0" w:after="80" w:line="300" w:lineRule="auto"/>
        <w:jc w:val="left"/>
      </w:pPr>
      <w:r>
        <w:rPr>
          <w:rFonts w:ascii="Times New Roman" w:hAnsi="Times New Roman" w:eastAsia="宋体"/>
          <w:b w:val="0"/>
          <w:i w:val="0"/>
          <w:color w:val="333333"/>
          <w:sz w:val="19"/>
        </w:rPr>
        <w:t>The remaining graph is a chain</w:t>
      </w:r>
    </w:p>
    <w:p>
      <w:pPr>
        <w:spacing w:before="0" w:after="80" w:line="300" w:lineRule="auto"/>
        <w:jc w:val="left"/>
      </w:pPr>
      <w:r>
        <w:rPr>
          <w:rFonts w:ascii="Times New Roman" w:hAnsi="Times New Roman" w:eastAsia="宋体"/>
          <w:b w:val="0"/>
          <w:i w:val="0"/>
          <w:color w:val="333333"/>
          <w:sz w:val="19"/>
        </w:rPr>
        <w:t>A-B-F,</w:t>
      </w:r>
    </w:p>
    <w:p>
      <w:pPr>
        <w:spacing w:before="0" w:after="80" w:line="300" w:lineRule="auto"/>
        <w:jc w:val="left"/>
      </w:pPr>
      <w:r>
        <w:rPr>
          <w:rFonts w:ascii="Times New Roman" w:hAnsi="Times New Roman" w:eastAsia="宋体"/>
          <w:b w:val="0"/>
          <w:i w:val="0"/>
          <w:color w:val="333333"/>
          <w:sz w:val="19"/>
        </w:rPr>
        <w:t>F-E-I-J-F,</w:t>
      </w:r>
    </w:p>
    <w:p>
      <w:pPr>
        <w:spacing w:before="0" w:after="80" w:line="300" w:lineRule="auto"/>
        <w:jc w:val="left"/>
      </w:pPr>
      <w:r>
        <w:rPr>
          <w:rFonts w:ascii="Times New Roman" w:hAnsi="Times New Roman" w:eastAsia="宋体"/>
          <w:b w:val="0"/>
          <w:i w:val="0"/>
          <w:color w:val="333333"/>
          <w:sz w:val="19"/>
        </w:rPr>
        <w:t>F-G,</w:t>
      </w:r>
    </w:p>
    <w:p>
      <w:pPr>
        <w:spacing w:before="0" w:after="80" w:line="300" w:lineRule="auto"/>
        <w:jc w:val="left"/>
      </w:pPr>
      <w:r>
        <w:rPr>
          <w:rFonts w:ascii="Times New Roman" w:hAnsi="Times New Roman" w:eastAsia="宋体"/>
          <w:b w:val="0"/>
          <w:i w:val="0"/>
          <w:color w:val="333333"/>
          <w:sz w:val="19"/>
        </w:rPr>
        <w:t>G-C-D-H-G,</w:t>
      </w:r>
    </w:p>
    <w:p>
      <w:pPr>
        <w:spacing w:before="0" w:after="80" w:line="300" w:lineRule="auto"/>
        <w:jc w:val="left"/>
      </w:pPr>
      <w:r>
        <w:rPr>
          <w:rFonts w:ascii="Times New Roman" w:hAnsi="Times New Roman" w:eastAsia="宋体"/>
          <w:b w:val="0"/>
          <w:i w:val="0"/>
          <w:color w:val="333333"/>
          <w:sz w:val="19"/>
        </w:rPr>
        <w:t>G-K-L.</w:t>
      </w:r>
    </w:p>
    <w:p>
      <w:pPr>
        <w:spacing w:before="0" w:after="80" w:line="300" w:lineRule="auto"/>
        <w:jc w:val="left"/>
      </w:pPr>
      <w:r>
        <w:rPr>
          <w:rFonts w:ascii="Times New Roman" w:hAnsi="Times New Roman" w:eastAsia="宋体"/>
          <w:b w:val="0"/>
          <w:i w:val="0"/>
          <w:color w:val="333333"/>
          <w:sz w:val="19"/>
        </w:rPr>
        <w:t>Each of the two 4-cycles can be traversed in either direction, and everything else is forced. Hence there are 2·2=4 routes.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两条棱恰好在共面时能确定一个平面，也就是它们平行或相交。</w:t>
      </w:r>
    </w:p>
    <w:p>
      <w:pPr>
        <w:spacing w:before="0" w:after="80" w:line="300" w:lineRule="auto"/>
        <w:jc w:val="left"/>
      </w:pPr>
      <w:r>
        <w:rPr>
          <w:rFonts w:ascii="Times New Roman" w:hAnsi="Times New Roman" w:eastAsia="宋体"/>
          <w:b w:val="0"/>
          <w:i w:val="0"/>
          <w:sz w:val="21"/>
        </w:rPr>
        <w:t>12 条棱分成 3 个方向，每个方向有 4 条平行棱，得到 3C(4, 2)=18 对平行棱。共顶点的棱对有 8C(3, 2)=24 对。</w:t>
      </w:r>
    </w:p>
    <w:p>
      <w:pPr>
        <w:spacing w:before="0" w:after="80" w:line="300" w:lineRule="auto"/>
        <w:jc w:val="left"/>
      </w:pPr>
      <w:r>
        <w:rPr>
          <w:rFonts w:ascii="Times New Roman" w:hAnsi="Times New Roman" w:eastAsia="宋体"/>
          <w:b w:val="0"/>
          <w:i w:val="0"/>
          <w:sz w:val="21"/>
        </w:rPr>
        <w:t>总数为 18+24=42。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edges determine a plane exactly when they are coplanar, that is, parallel or intersecting.</w:t>
      </w:r>
    </w:p>
    <w:p>
      <w:pPr>
        <w:spacing w:before="0" w:after="80" w:line="300" w:lineRule="auto"/>
        <w:jc w:val="left"/>
      </w:pPr>
      <w:r>
        <w:rPr>
          <w:rFonts w:ascii="Times New Roman" w:hAnsi="Times New Roman" w:eastAsia="宋体"/>
          <w:b w:val="0"/>
          <w:i w:val="0"/>
          <w:color w:val="333333"/>
          <w:sz w:val="19"/>
        </w:rPr>
        <w:t>The 12 edges split into 3 directions of 4 parallel edges, giving 3C(4, 2)=18 parallel pairs. Edges sharing a vertex give 8C(3, 2)=24 intersecting pairs.</w:t>
      </w:r>
    </w:p>
    <w:p>
      <w:pPr>
        <w:spacing w:before="0" w:after="80" w:line="300" w:lineRule="auto"/>
        <w:jc w:val="left"/>
      </w:pPr>
      <w:r>
        <w:rPr>
          <w:rFonts w:ascii="Times New Roman" w:hAnsi="Times New Roman" w:eastAsia="宋体"/>
          <w:b w:val="0"/>
          <w:i w:val="0"/>
          <w:color w:val="333333"/>
          <w:sz w:val="19"/>
        </w:rPr>
        <w:t>The total is 18+24=42.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三角形 ABC 的周长为 1+1+√(2)=2+√(2)，且 AC=√(2)。在 △ ACD 中设 CD=d，则 AD=√(2+d²)，周长相等给出</w:t>
      </w:r>
    </w:p>
    <w:p>
      <w:pPr>
        <w:spacing w:before="0" w:after="80" w:line="300" w:lineRule="auto"/>
        <w:jc w:val="left"/>
      </w:pPr>
      <w:r>
        <w:rPr>
          <w:rFonts w:ascii="Times New Roman" w:hAnsi="Times New Roman" w:eastAsia="宋体"/>
          <w:b w:val="0"/>
          <w:i w:val="0"/>
          <w:sz w:val="21"/>
        </w:rPr>
        <w:t>√(2)+d+√(2+d²)=2+√(2)。</w:t>
      </w:r>
    </w:p>
    <w:p>
      <w:pPr>
        <w:spacing w:before="0" w:after="80" w:line="300" w:lineRule="auto"/>
        <w:jc w:val="left"/>
      </w:pPr>
      <w:r>
        <w:rPr>
          <w:rFonts w:ascii="Times New Roman" w:hAnsi="Times New Roman" w:eastAsia="宋体"/>
          <w:b w:val="0"/>
          <w:i w:val="0"/>
          <w:sz w:val="21"/>
        </w:rPr>
        <w:t>因此 √(2+d²)=2-d，所以 2+d²=4-4d+d²，得 d=1/2 且 AD=3/2。</w:t>
      </w:r>
    </w:p>
    <w:p>
      <w:pPr>
        <w:spacing w:before="0" w:after="80" w:line="300" w:lineRule="auto"/>
        <w:jc w:val="left"/>
      </w:pPr>
      <w:r>
        <w:rPr>
          <w:rFonts w:ascii="Times New Roman" w:hAnsi="Times New Roman" w:eastAsia="宋体"/>
          <w:b w:val="0"/>
          <w:i w:val="0"/>
          <w:sz w:val="21"/>
        </w:rPr>
        <w:t>因为 ∠ BAC=45°，令 θ=∠ CAD 则 2∠ BAD=90°+2θ，所以 sin(2∠ BAD)=cos 2θ。又 tanθ=CD/AC=1/(2√(2))，因此</w:t>
      </w:r>
    </w:p>
    <w:p>
      <w:pPr>
        <w:spacing w:before="0" w:after="80" w:line="300" w:lineRule="auto"/>
        <w:jc w:val="left"/>
      </w:pPr>
      <w:r>
        <w:rPr>
          <w:rFonts w:ascii="Times New Roman" w:hAnsi="Times New Roman" w:eastAsia="宋体"/>
          <w:b w:val="0"/>
          <w:i w:val="0"/>
          <w:sz w:val="21"/>
        </w:rPr>
        <w:t>cos2θ=1-tan²θ/1+tan²θ</w:t>
      </w:r>
    </w:p>
    <w:p>
      <w:pPr>
        <w:spacing w:before="0" w:after="80" w:line="300" w:lineRule="auto"/>
        <w:jc w:val="left"/>
      </w:pPr>
      <w:r>
        <w:rPr>
          <w:rFonts w:ascii="Times New Roman" w:hAnsi="Times New Roman" w:eastAsia="宋体"/>
          <w:b w:val="0"/>
          <w:i w:val="0"/>
          <w:sz w:val="21"/>
        </w:rPr>
        <w:t>=(1-1/8)/(1+1/8)=7/9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perimeter 1+1+√(2)=2+√(2) and AC=√(2). In △ ACD let CD=d, so AD=√(2+d²) and equal perimeters give</w:t>
      </w:r>
    </w:p>
    <w:p>
      <w:pPr>
        <w:spacing w:before="0" w:after="80" w:line="300" w:lineRule="auto"/>
        <w:jc w:val="left"/>
      </w:pPr>
      <w:r>
        <w:rPr>
          <w:rFonts w:ascii="Times New Roman" w:hAnsi="Times New Roman" w:eastAsia="宋体"/>
          <w:b w:val="0"/>
          <w:i w:val="0"/>
          <w:color w:val="333333"/>
          <w:sz w:val="19"/>
        </w:rPr>
        <w:t>√(2)+d+√(2+d²)=2+√(2).</w:t>
      </w:r>
    </w:p>
    <w:p>
      <w:pPr>
        <w:spacing w:before="0" w:after="80" w:line="300" w:lineRule="auto"/>
        <w:jc w:val="left"/>
      </w:pPr>
      <w:r>
        <w:rPr>
          <w:rFonts w:ascii="Times New Roman" w:hAnsi="Times New Roman" w:eastAsia="宋体"/>
          <w:b w:val="0"/>
          <w:i w:val="0"/>
          <w:color w:val="333333"/>
          <w:sz w:val="19"/>
        </w:rPr>
        <w:t>Then √(2+d²)=2-d, so 2+d²=4-4d+d², giving d=1/2 and AD=3/2.</w:t>
      </w:r>
    </w:p>
    <w:p>
      <w:pPr>
        <w:spacing w:before="0" w:after="80" w:line="300" w:lineRule="auto"/>
        <w:jc w:val="left"/>
      </w:pPr>
      <w:r>
        <w:rPr>
          <w:rFonts w:ascii="Times New Roman" w:hAnsi="Times New Roman" w:eastAsia="宋体"/>
          <w:b w:val="0"/>
          <w:i w:val="0"/>
          <w:color w:val="333333"/>
          <w:sz w:val="19"/>
        </w:rPr>
        <w:t>Since ∠ BAC=45°, writing θ=∠ CAD gives 2∠ BAD=90°+2θ, so sin(2∠ BAD)=cos 2θ. With tanθ=CD/AC=1/(2√(2)), we get</w:t>
      </w:r>
    </w:p>
    <w:p>
      <w:pPr>
        <w:spacing w:before="0" w:after="80" w:line="300" w:lineRule="auto"/>
        <w:jc w:val="left"/>
      </w:pPr>
      <w:r>
        <w:rPr>
          <w:rFonts w:ascii="Times New Roman" w:hAnsi="Times New Roman" w:eastAsia="宋体"/>
          <w:b w:val="0"/>
          <w:i w:val="0"/>
          <w:color w:val="333333"/>
          <w:sz w:val="19"/>
        </w:rPr>
        <w:t>cos2θ=1-tan²θ/1+tan²θ</w:t>
      </w:r>
    </w:p>
    <w:p>
      <w:pPr>
        <w:spacing w:before="0" w:after="80" w:line="300" w:lineRule="auto"/>
        <w:jc w:val="left"/>
      </w:pPr>
      <w:r>
        <w:rPr>
          <w:rFonts w:ascii="Times New Roman" w:hAnsi="Times New Roman" w:eastAsia="宋体"/>
          <w:b w:val="0"/>
          <w:i w:val="0"/>
          <w:color w:val="333333"/>
          <w:sz w:val="19"/>
        </w:rPr>
        <w:t>=(1-1/8)/(1+1/8)=7/9.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两球落入同一箱子的概率为</w:t>
      </w:r>
    </w:p>
    <w:p>
      <w:pPr>
        <w:spacing w:before="0" w:after="80" w:line="300" w:lineRule="auto"/>
        <w:jc w:val="left"/>
      </w:pPr>
      <w:r>
        <w:rPr>
          <w:rFonts w:ascii="Times New Roman" w:hAnsi="Times New Roman" w:eastAsia="宋体"/>
          <w:b w:val="0"/>
          <w:i w:val="0"/>
          <w:sz w:val="21"/>
        </w:rPr>
        <w:t>Σₖ₌₁^(∞) (2⁻ᵏ)²=Σₖ₌₁^(∞) 4⁻ᵏ</w:t>
      </w:r>
    </w:p>
    <w:p>
      <w:pPr>
        <w:spacing w:before="0" w:after="80" w:line="300" w:lineRule="auto"/>
        <w:jc w:val="left"/>
      </w:pPr>
      <w:r>
        <w:rPr>
          <w:rFonts w:ascii="Times New Roman" w:hAnsi="Times New Roman" w:eastAsia="宋体"/>
          <w:b w:val="0"/>
          <w:i w:val="0"/>
          <w:sz w:val="21"/>
        </w:rPr>
        <w:t>=(1/4)/(1-1/4)=1/3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由对称性，红球编号更大和绿球编号更大的概率相等，所以各自概率为</w:t>
      </w:r>
    </w:p>
    <w:p>
      <w:pPr>
        <w:spacing w:before="0" w:after="80" w:line="300" w:lineRule="auto"/>
        <w:jc w:val="left"/>
      </w:pPr>
      <w:r>
        <w:rPr>
          <w:rFonts w:ascii="Times New Roman" w:hAnsi="Times New Roman" w:eastAsia="宋体"/>
          <w:b w:val="0"/>
          <w:i w:val="0"/>
          <w:sz w:val="21"/>
        </w:rPr>
        <w:t>(1-1/3)/2=1/3。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probability the balls land in the same bin is</w:t>
      </w:r>
    </w:p>
    <w:p>
      <w:pPr>
        <w:spacing w:before="0" w:after="80" w:line="300" w:lineRule="auto"/>
        <w:jc w:val="left"/>
      </w:pPr>
      <w:r>
        <w:rPr>
          <w:rFonts w:ascii="Times New Roman" w:hAnsi="Times New Roman" w:eastAsia="宋体"/>
          <w:b w:val="0"/>
          <w:i w:val="0"/>
          <w:color w:val="333333"/>
          <w:sz w:val="19"/>
        </w:rPr>
        <w:t>Σₖ₌₁^(∞) (2⁻ᵏ)²=Σₖ₌₁^(∞) 4⁻ᵏ</w:t>
      </w:r>
    </w:p>
    <w:p>
      <w:pPr>
        <w:spacing w:before="0" w:after="80" w:line="300" w:lineRule="auto"/>
        <w:jc w:val="left"/>
      </w:pPr>
      <w:r>
        <w:rPr>
          <w:rFonts w:ascii="Times New Roman" w:hAnsi="Times New Roman" w:eastAsia="宋体"/>
          <w:b w:val="0"/>
          <w:i w:val="0"/>
          <w:color w:val="333333"/>
          <w:sz w:val="19"/>
        </w:rPr>
        <w:t>=(1/4)/(1-1/4)=1/3.</w:t>
      </w:r>
    </w:p>
    <w:p>
      <w:pPr>
        <w:spacing w:before="0" w:after="80" w:line="300" w:lineRule="auto"/>
        <w:jc w:val="left"/>
      </w:pPr>
      <w:r>
        <w:rPr>
          <w:rFonts w:ascii="Times New Roman" w:hAnsi="Times New Roman" w:eastAsia="宋体"/>
          <w:b w:val="0"/>
          <w:i w:val="0"/>
          <w:color w:val="333333"/>
          <w:sz w:val="19"/>
        </w:rPr>
        <w:t>By symmetry, the red ball being higher and the green ball being higher are equally likely, so each has probability</w:t>
      </w:r>
    </w:p>
    <w:p>
      <w:pPr>
        <w:spacing w:before="0" w:after="80" w:line="300" w:lineRule="auto"/>
        <w:jc w:val="left"/>
      </w:pPr>
      <w:r>
        <w:rPr>
          <w:rFonts w:ascii="Times New Roman" w:hAnsi="Times New Roman" w:eastAsia="宋体"/>
          <w:b w:val="0"/>
          <w:i w:val="0"/>
          <w:color w:val="333333"/>
          <w:sz w:val="19"/>
        </w:rPr>
        <w:t>(1-1/3)/2=1/3.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因为 100,000=2⁵·5⁵，每个因数都形如 2ᵃ5ᵇ，其中 0≤ a,b≤5。两个因数的乘积形如 2ˣ5ʸ，其中 0≤ x,y≤10，且每个这样的 (x,y) 都能达到，得到 11·11=121 个值。</w:t>
      </w:r>
    </w:p>
    <w:p>
      <w:pPr>
        <w:spacing w:before="0" w:after="80" w:line="300" w:lineRule="auto"/>
        <w:jc w:val="left"/>
      </w:pPr>
      <w:r>
        <w:rPr>
          <w:rFonts w:ascii="Times New Roman" w:hAnsi="Times New Roman" w:eastAsia="宋体"/>
          <w:b w:val="0"/>
          <w:i w:val="0"/>
          <w:sz w:val="21"/>
        </w:rPr>
        <w:t>我们需要两个不同的因数。一个值 2ˣ5ʸ 只能表示为某个因数乘以自身，恰好发生在 x 和 y 都只有一种拆分方式时，也就是 x,y∈{0,10}。这 4 个角上的值（1, 2¹⁰, 5¹⁰, 2¹⁰5¹⁰）不能使用两个不同因数表示。</w:t>
      </w:r>
    </w:p>
    <w:p>
      <w:pPr>
        <w:spacing w:before="0" w:after="80" w:line="300" w:lineRule="auto"/>
        <w:jc w:val="left"/>
      </w:pPr>
      <w:r>
        <w:rPr>
          <w:rFonts w:ascii="Times New Roman" w:hAnsi="Times New Roman" w:eastAsia="宋体"/>
          <w:b w:val="0"/>
          <w:i w:val="0"/>
          <w:sz w:val="21"/>
        </w:rPr>
        <w:t>数量为 121-4=117。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100,000=2⁵·5⁵, every divisor is 2ᵃ5ᵇ with 0≤ a,b≤5. A product of two divisors is 2ˣ5ʸ with 0≤ x,y≤10, and every such pair (x,y) is attainable, giving 11·11=121 values.</w:t>
      </w:r>
    </w:p>
    <w:p>
      <w:pPr>
        <w:spacing w:before="0" w:after="80" w:line="300" w:lineRule="auto"/>
        <w:jc w:val="left"/>
      </w:pPr>
      <w:r>
        <w:rPr>
          <w:rFonts w:ascii="Times New Roman" w:hAnsi="Times New Roman" w:eastAsia="宋体"/>
          <w:b w:val="0"/>
          <w:i w:val="0"/>
          <w:color w:val="333333"/>
          <w:sz w:val="19"/>
        </w:rPr>
        <w:t>We need two</w:t>
      </w:r>
      <w:r>
        <w:rPr>
          <w:rFonts w:ascii="Times New Roman" w:hAnsi="Times New Roman" w:eastAsia="宋体"/>
          <w:b w:val="0"/>
          <w:i/>
          <w:color w:val="333333"/>
          <w:sz w:val="19"/>
        </w:rPr>
        <w:t>distinct</w:t>
      </w:r>
      <w:r>
        <w:rPr>
          <w:rFonts w:ascii="Times New Roman" w:hAnsi="Times New Roman" w:eastAsia="宋体"/>
          <w:b w:val="0"/>
          <w:i w:val="0"/>
          <w:color w:val="333333"/>
          <w:sz w:val="19"/>
        </w:rPr>
        <w:t>divisors. A value 2ˣ5ʸ is forced to be a divisor times itself only when both x and y have a unique split, which happens exactly when x,y∈{0,10}. Those 4 corner values (1, 2¹⁰, 5¹⁰, 2¹⁰5¹⁰) cannot use two distinct divisors.</w:t>
      </w:r>
    </w:p>
    <w:p>
      <w:pPr>
        <w:spacing w:before="0" w:after="80" w:line="300" w:lineRule="auto"/>
        <w:jc w:val="left"/>
      </w:pPr>
      <w:r>
        <w:rPr>
          <w:rFonts w:ascii="Times New Roman" w:hAnsi="Times New Roman" w:eastAsia="宋体"/>
          <w:b w:val="0"/>
          <w:i w:val="0"/>
          <w:color w:val="333333"/>
          <w:sz w:val="19"/>
        </w:rPr>
        <w:t>The count is 121-4=117.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设 A=(0,0)， B=(2,0)， C=(4,0)， D=(6,0)，则三个半圆的圆心为 (1,0),(3,0),(5,0)，顶点为 E=(1,1)， F=(3,1)， G=(5,1)。该圆的圆心为 F=(3,1)，半径为 2，所以它经过 E 和 G，面积为 4π。</w:t>
      </w:r>
    </w:p>
    <w:p>
      <w:pPr>
        <w:spacing w:before="0" w:after="80" w:line="300" w:lineRule="auto"/>
        <w:jc w:val="left"/>
      </w:pPr>
      <w:r>
        <w:rPr>
          <w:rFonts w:ascii="Times New Roman" w:hAnsi="Times New Roman" w:eastAsia="宋体"/>
          <w:b w:val="0"/>
          <w:i w:val="0"/>
          <w:sz w:val="21"/>
        </w:rPr>
        <w:t>中间半圆 BFC 完全落在该圆内，去掉面积 π/2。对于左边的半圆，重叠部分从 E 开始，包含它右侧的四分之一圆，但要除去落在大圆下方的那块区域。大圆与 x 轴相交于 x=3-√(3)。被除去的面积为</w:t>
      </w:r>
    </w:p>
    <w:p>
      <w:pPr>
        <w:spacing w:before="0" w:after="80" w:line="300" w:lineRule="auto"/>
        <w:jc w:val="left"/>
      </w:pPr>
      <w:r>
        <w:rPr>
          <w:rFonts w:ascii="Times New Roman" w:hAnsi="Times New Roman" w:eastAsia="宋体"/>
          <w:b w:val="0"/>
          <w:i w:val="0"/>
          <w:sz w:val="21"/>
        </w:rPr>
        <w:t>I =∫₁^(3-√(3))1 dx</w:t>
      </w:r>
    </w:p>
    <w:p>
      <w:pPr>
        <w:spacing w:before="0" w:after="80" w:line="300" w:lineRule="auto"/>
        <w:jc w:val="left"/>
      </w:pPr>
      <w:r>
        <w:rPr>
          <w:rFonts w:ascii="Times New Roman" w:hAnsi="Times New Roman" w:eastAsia="宋体"/>
          <w:b w:val="0"/>
          <w:i w:val="0"/>
          <w:sz w:val="21"/>
        </w:rPr>
        <w:t>-∫₁^(3-√(3)) √(4-(x-3)²) dx</w:t>
      </w:r>
    </w:p>
    <w:p>
      <w:pPr>
        <w:spacing w:before="0" w:after="80" w:line="300" w:lineRule="auto"/>
        <w:jc w:val="left"/>
      </w:pPr>
      <w:r>
        <w:rPr>
          <w:rFonts w:ascii="Times New Roman" w:hAnsi="Times New Roman" w:eastAsia="宋体"/>
          <w:b w:val="0"/>
          <w:i w:val="0"/>
          <w:sz w:val="21"/>
        </w:rPr>
        <w:t>=2-(√(3))/2-π/3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因此重叠部分的面积为</w:t>
      </w:r>
    </w:p>
    <w:p>
      <w:pPr>
        <w:spacing w:before="0" w:after="80" w:line="300" w:lineRule="auto"/>
        <w:jc w:val="left"/>
      </w:pPr>
      <w:r>
        <w:rPr>
          <w:rFonts w:ascii="Times New Roman" w:hAnsi="Times New Roman" w:eastAsia="宋体"/>
          <w:b w:val="0"/>
          <w:i w:val="0"/>
          <w:sz w:val="21"/>
        </w:rPr>
        <w:t>R=π/4-I</w:t>
      </w:r>
    </w:p>
    <w:p>
      <w:pPr>
        <w:spacing w:before="0" w:after="80" w:line="300" w:lineRule="auto"/>
        <w:jc w:val="left"/>
      </w:pPr>
      <w:r>
        <w:rPr>
          <w:rFonts w:ascii="Times New Roman" w:hAnsi="Times New Roman" w:eastAsia="宋体"/>
          <w:b w:val="0"/>
          <w:i w:val="0"/>
          <w:sz w:val="21"/>
        </w:rPr>
        <w:t>=7π/12-2+(√(3))/2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由对称性，右边的半圆贡献同样大的重叠面积。</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4π-π/2-2R=7/3π-√(3)+4。</w:t>
      </w:r>
    </w:p>
    <w:p>
      <w:pPr>
        <w:spacing w:before="0" w:after="80" w:line="300" w:lineRule="auto"/>
        <w:jc w:val="left"/>
      </w:pPr>
      <w:r>
        <w:rPr>
          <w:rFonts w:ascii="Times New Roman" w:hAnsi="Times New Roman" w:eastAsia="宋体"/>
          <w:b w:val="0"/>
          <w:i w:val="0"/>
          <w:sz w:val="21"/>
        </w:rPr>
        <w:t>因此 a=7, b=3, c=3, d=4，所以 a+b+c+d=17。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A=(0,0), B=(2,0), C=(4,0), D=(6,0), so the semicircles are centered at (1,0),(3,0),(5,0) and their tops are E=(1,1), F=(3,1), G=(5,1). The circle has center F=(3,1) and radius 2, so it passes through E and G, and has area 4π.</w:t>
      </w:r>
    </w:p>
    <w:p>
      <w:pPr>
        <w:spacing w:before="0" w:after="80" w:line="300" w:lineRule="auto"/>
        <w:jc w:val="left"/>
      </w:pPr>
      <w:r>
        <w:rPr>
          <w:rFonts w:ascii="Times New Roman" w:hAnsi="Times New Roman" w:eastAsia="宋体"/>
          <w:b w:val="0"/>
          <w:i w:val="0"/>
          <w:color w:val="333333"/>
          <w:sz w:val="19"/>
        </w:rPr>
        <w:t>The middle semicircle BFC lies entirely inside the circle, removing area π/2. For the left semicircle, the overlap starts at E and includes its right-hand quarter-circle, except for the region below the large circle. The large circle meets the x-axis at x=3-√(3). The excluded area is</w:t>
      </w:r>
    </w:p>
    <w:p>
      <w:pPr>
        <w:spacing w:before="0" w:after="80" w:line="300" w:lineRule="auto"/>
        <w:jc w:val="left"/>
      </w:pPr>
      <w:r>
        <w:rPr>
          <w:rFonts w:ascii="Times New Roman" w:hAnsi="Times New Roman" w:eastAsia="宋体"/>
          <w:b w:val="0"/>
          <w:i w:val="0"/>
          <w:color w:val="333333"/>
          <w:sz w:val="19"/>
        </w:rPr>
        <w:t>I =∫₁^(3-√(3))1 dx</w:t>
      </w:r>
    </w:p>
    <w:p>
      <w:pPr>
        <w:spacing w:before="0" w:after="80" w:line="300" w:lineRule="auto"/>
        <w:jc w:val="left"/>
      </w:pPr>
      <w:r>
        <w:rPr>
          <w:rFonts w:ascii="Times New Roman" w:hAnsi="Times New Roman" w:eastAsia="宋体"/>
          <w:b w:val="0"/>
          <w:i w:val="0"/>
          <w:color w:val="333333"/>
          <w:sz w:val="19"/>
        </w:rPr>
        <w:t>-∫₁^(3-√(3)) √(4-(x-3)²) dx</w:t>
      </w:r>
    </w:p>
    <w:p>
      <w:pPr>
        <w:spacing w:before="0" w:after="80" w:line="300" w:lineRule="auto"/>
        <w:jc w:val="left"/>
      </w:pPr>
      <w:r>
        <w:rPr>
          <w:rFonts w:ascii="Times New Roman" w:hAnsi="Times New Roman" w:eastAsia="宋体"/>
          <w:b w:val="0"/>
          <w:i w:val="0"/>
          <w:color w:val="333333"/>
          <w:sz w:val="19"/>
        </w:rPr>
        <w:t>=2-(√(3))/2-π/3.</w:t>
      </w:r>
    </w:p>
    <w:p>
      <w:pPr>
        <w:spacing w:before="0" w:after="80" w:line="300" w:lineRule="auto"/>
        <w:jc w:val="left"/>
      </w:pPr>
      <w:r>
        <w:rPr>
          <w:rFonts w:ascii="Times New Roman" w:hAnsi="Times New Roman" w:eastAsia="宋体"/>
          <w:b w:val="0"/>
          <w:i w:val="0"/>
          <w:color w:val="333333"/>
          <w:sz w:val="19"/>
        </w:rPr>
        <w:t>Therefore the overlap has area</w:t>
      </w:r>
    </w:p>
    <w:p>
      <w:pPr>
        <w:spacing w:before="0" w:after="80" w:line="300" w:lineRule="auto"/>
        <w:jc w:val="left"/>
      </w:pPr>
      <w:r>
        <w:rPr>
          <w:rFonts w:ascii="Times New Roman" w:hAnsi="Times New Roman" w:eastAsia="宋体"/>
          <w:b w:val="0"/>
          <w:i w:val="0"/>
          <w:color w:val="333333"/>
          <w:sz w:val="19"/>
        </w:rPr>
        <w:t>R=π/4-I</w:t>
      </w:r>
    </w:p>
    <w:p>
      <w:pPr>
        <w:spacing w:before="0" w:after="80" w:line="300" w:lineRule="auto"/>
        <w:jc w:val="left"/>
      </w:pPr>
      <w:r>
        <w:rPr>
          <w:rFonts w:ascii="Times New Roman" w:hAnsi="Times New Roman" w:eastAsia="宋体"/>
          <w:b w:val="0"/>
          <w:i w:val="0"/>
          <w:color w:val="333333"/>
          <w:sz w:val="19"/>
        </w:rPr>
        <w:t>=7π/12-2+(√(3))/2.</w:t>
      </w:r>
    </w:p>
    <w:p>
      <w:pPr>
        <w:spacing w:before="0" w:after="80" w:line="300" w:lineRule="auto"/>
        <w:jc w:val="left"/>
      </w:pPr>
      <w:r>
        <w:rPr>
          <w:rFonts w:ascii="Times New Roman" w:hAnsi="Times New Roman" w:eastAsia="宋体"/>
          <w:b w:val="0"/>
          <w:i w:val="0"/>
          <w:color w:val="333333"/>
          <w:sz w:val="19"/>
        </w:rPr>
        <w:t>By symmetry, the right semicircle contributes the same overlap.</w:t>
      </w:r>
    </w:p>
    <w:p>
      <w:pPr>
        <w:spacing w:before="0" w:after="80" w:line="300" w:lineRule="auto"/>
        <w:jc w:val="left"/>
      </w:pPr>
      <w:r>
        <w:rPr>
          <w:rFonts w:ascii="Times New Roman" w:hAnsi="Times New Roman" w:eastAsia="宋体"/>
          <w:b w:val="0"/>
          <w:i w:val="0"/>
          <w:color w:val="333333"/>
          <w:sz w:val="19"/>
        </w:rPr>
        <w:t>The shaded area is</w:t>
      </w:r>
    </w:p>
    <w:p>
      <w:pPr>
        <w:spacing w:before="0" w:after="80" w:line="300" w:lineRule="auto"/>
        <w:jc w:val="left"/>
      </w:pPr>
      <w:r>
        <w:rPr>
          <w:rFonts w:ascii="Times New Roman" w:hAnsi="Times New Roman" w:eastAsia="宋体"/>
          <w:b w:val="0"/>
          <w:i w:val="0"/>
          <w:color w:val="333333"/>
          <w:sz w:val="19"/>
        </w:rPr>
        <w:t>4π-π/2-2R=7/3π-√(3)+4.</w:t>
      </w:r>
    </w:p>
    <w:p>
      <w:pPr>
        <w:spacing w:before="0" w:after="80" w:line="300" w:lineRule="auto"/>
        <w:jc w:val="left"/>
      </w:pPr>
      <w:r>
        <w:rPr>
          <w:rFonts w:ascii="Times New Roman" w:hAnsi="Times New Roman" w:eastAsia="宋体"/>
          <w:b w:val="0"/>
          <w:i w:val="0"/>
          <w:color w:val="333333"/>
          <w:sz w:val="19"/>
        </w:rPr>
        <w:t>Hence a=7, b=3, c=3, d=4, so a+b+c+d=17.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设 p(n) 为在之前没有落到第 3 号或第 6 号的情况下落到第 n 号睡莲叶的概率。每片睡莲叶把概率 1/2 传到下一片，另一个 1/2 传到再下一片，而第 3 号和第 6 号不再向外传递概率。</w:t>
      </w:r>
    </w:p>
    <w:p>
      <w:pPr>
        <w:spacing w:before="0" w:after="80" w:line="300" w:lineRule="auto"/>
        <w:jc w:val="left"/>
      </w:pPr>
      <w:r>
        <w:rPr>
          <w:rFonts w:ascii="Times New Roman" w:hAnsi="Times New Roman" w:eastAsia="宋体"/>
          <w:b w:val="0"/>
          <w:i w:val="0"/>
          <w:sz w:val="21"/>
        </w:rPr>
        <w:t>因此 p(0)=1, p(1)=1/2, p(2)=3/4，并且（跳过 3） p(4)=3/8, p(5)=3/16，然后（跳过 6） p(7)=3/32， p(8)=3/64， p(9)=9/128。</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p(10)=1/2 p(8)+1/2 p(9)</w:t>
      </w:r>
    </w:p>
    <w:p>
      <w:pPr>
        <w:spacing w:before="0" w:after="80" w:line="300" w:lineRule="auto"/>
        <w:jc w:val="left"/>
      </w:pPr>
      <w:r>
        <w:rPr>
          <w:rFonts w:ascii="Times New Roman" w:hAnsi="Times New Roman" w:eastAsia="宋体"/>
          <w:b w:val="0"/>
          <w:i w:val="0"/>
          <w:sz w:val="21"/>
        </w:rPr>
        <w:t>=3/128+9/256</w:t>
      </w:r>
    </w:p>
    <w:p>
      <w:pPr>
        <w:spacing w:before="0" w:after="80" w:line="300" w:lineRule="auto"/>
        <w:jc w:val="left"/>
      </w:pPr>
      <w:r>
        <w:rPr>
          <w:rFonts w:ascii="Times New Roman" w:hAnsi="Times New Roman" w:eastAsia="宋体"/>
          <w:b w:val="0"/>
          <w:i w:val="0"/>
          <w:sz w:val="21"/>
        </w:rPr>
        <w:t>=15/256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p(n) be the probability of landing on pad n without first landing on pad 3 or 6. Each pad sends probability 1/2 to the next pad and 1/2 two pads ahead, and pads 3 and 6 pass nothing on.</w:t>
      </w:r>
    </w:p>
    <w:p>
      <w:pPr>
        <w:spacing w:before="0" w:after="80" w:line="300" w:lineRule="auto"/>
        <w:jc w:val="left"/>
      </w:pPr>
      <w:r>
        <w:rPr>
          <w:rFonts w:ascii="Times New Roman" w:hAnsi="Times New Roman" w:eastAsia="宋体"/>
          <w:b w:val="0"/>
          <w:i w:val="0"/>
          <w:color w:val="333333"/>
          <w:sz w:val="19"/>
        </w:rPr>
        <w:t>Then p(0)=1, p(1)=1/2, p(2)=3/4, and (skipping 3) p(4)=3/8, p(5)=3/16, then (skipping 6) p(7)=3/32, p(8)=3/64, p(9)=9/128.</w:t>
      </w:r>
    </w:p>
    <w:p>
      <w:pPr>
        <w:spacing w:before="0" w:after="80" w:line="300" w:lineRule="auto"/>
        <w:jc w:val="left"/>
      </w:pPr>
      <w:r>
        <w:rPr>
          <w:rFonts w:ascii="Times New Roman" w:hAnsi="Times New Roman" w:eastAsia="宋体"/>
          <w:b w:val="0"/>
          <w:i w:val="0"/>
          <w:color w:val="333333"/>
          <w:sz w:val="19"/>
        </w:rPr>
        <w:t>Finally</w:t>
      </w:r>
    </w:p>
    <w:p>
      <w:pPr>
        <w:spacing w:before="0" w:after="80" w:line="300" w:lineRule="auto"/>
        <w:jc w:val="left"/>
      </w:pPr>
      <w:r>
        <w:rPr>
          <w:rFonts w:ascii="Times New Roman" w:hAnsi="Times New Roman" w:eastAsia="宋体"/>
          <w:b w:val="0"/>
          <w:i w:val="0"/>
          <w:color w:val="333333"/>
          <w:sz w:val="19"/>
        </w:rPr>
        <w:t>p(10)=1/2 p(8)+1/2 p(9)</w:t>
      </w:r>
    </w:p>
    <w:p>
      <w:pPr>
        <w:spacing w:before="0" w:after="80" w:line="300" w:lineRule="auto"/>
        <w:jc w:val="left"/>
      </w:pPr>
      <w:r>
        <w:rPr>
          <w:rFonts w:ascii="Times New Roman" w:hAnsi="Times New Roman" w:eastAsia="宋体"/>
          <w:b w:val="0"/>
          <w:i w:val="0"/>
          <w:color w:val="333333"/>
          <w:sz w:val="19"/>
        </w:rPr>
        <w:t>=3/128+9/256</w:t>
      </w:r>
    </w:p>
    <w:p>
      <w:pPr>
        <w:spacing w:before="0" w:after="80" w:line="300" w:lineRule="auto"/>
        <w:jc w:val="left"/>
      </w:pPr>
      <w:r>
        <w:rPr>
          <w:rFonts w:ascii="Times New Roman" w:hAnsi="Times New Roman" w:eastAsia="宋体"/>
          <w:b w:val="0"/>
          <w:i w:val="0"/>
          <w:color w:val="333333"/>
          <w:sz w:val="19"/>
        </w:rPr>
        <w:t>=15/256.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这三个点构成等边三角形，当且仅当 |z|=|z³|=|z³-z|。由 |z|=|z³|=|z|³ 得 |z|=1。</w:t>
      </w:r>
    </w:p>
    <w:p>
      <w:pPr>
        <w:spacing w:before="0" w:after="80" w:line="300" w:lineRule="auto"/>
        <w:jc w:val="left"/>
      </w:pPr>
      <w:r>
        <w:rPr>
          <w:rFonts w:ascii="Times New Roman" w:hAnsi="Times New Roman" w:eastAsia="宋体"/>
          <w:b w:val="0"/>
          <w:i w:val="0"/>
          <w:sz w:val="21"/>
        </w:rPr>
        <w:t>于是 |z³-z|=|z| |z²-1|=|z²-1|，所以需要 |z²-1|=1。写 z=e^(iθ)，则 |z²-1|=2|sinθ|=1，所以 |sinθ|=1/2。</w:t>
      </w:r>
    </w:p>
    <w:p>
      <w:pPr>
        <w:spacing w:before="0" w:after="80" w:line="300" w:lineRule="auto"/>
        <w:jc w:val="left"/>
      </w:pPr>
      <w:r>
        <w:rPr>
          <w:rFonts w:ascii="Times New Roman" w:hAnsi="Times New Roman" w:eastAsia="宋体"/>
          <w:b w:val="0"/>
          <w:i w:val="0"/>
          <w:sz w:val="21"/>
        </w:rPr>
        <w:t>因此 θ=30°,150°,210°,330°，给出四个 z 的值，并且所得顶点互不相同。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points form an equilateral triangle iff |z|=|z³|=|z³-z|. From |z|=|z³|=|z|³ we get |z|=1.</w:t>
      </w:r>
    </w:p>
    <w:p>
      <w:pPr>
        <w:spacing w:before="0" w:after="80" w:line="300" w:lineRule="auto"/>
        <w:jc w:val="left"/>
      </w:pPr>
      <w:r>
        <w:rPr>
          <w:rFonts w:ascii="Times New Roman" w:hAnsi="Times New Roman" w:eastAsia="宋体"/>
          <w:b w:val="0"/>
          <w:i w:val="0"/>
          <w:color w:val="333333"/>
          <w:sz w:val="19"/>
        </w:rPr>
        <w:t>Then |z³-z|=|z| |z²-1|=|z²-1|, so we need |z²-1|=1. Writing z=e^(iθ), |z²-1|=2|sinθ|=1, so |sinθ|=1/2.</w:t>
      </w:r>
    </w:p>
    <w:p>
      <w:pPr>
        <w:spacing w:before="0" w:after="80" w:line="300" w:lineRule="auto"/>
        <w:jc w:val="left"/>
      </w:pPr>
      <w:r>
        <w:rPr>
          <w:rFonts w:ascii="Times New Roman" w:hAnsi="Times New Roman" w:eastAsia="宋体"/>
          <w:b w:val="0"/>
          <w:i w:val="0"/>
          <w:color w:val="333333"/>
          <w:sz w:val="19"/>
        </w:rPr>
        <w:t>This gives θ=30°,150°,210°,330°, four values of z, all yielding distinct vertices.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取 A=(0,0,0)， B=(3,0,0)， C=(3,3,0)， D=(0,3,0)， E=(0,0,6)。则</w:t>
      </w:r>
    </w:p>
    <w:p>
      <w:pPr>
        <w:spacing w:before="0" w:after="80" w:line="300" w:lineRule="auto"/>
        <w:jc w:val="left"/>
      </w:pPr>
      <w:r>
        <w:rPr>
          <w:rFonts w:ascii="Times New Roman" w:hAnsi="Times New Roman" w:eastAsia="宋体"/>
          <w:b w:val="0"/>
          <w:i w:val="0"/>
          <w:sz w:val="21"/>
        </w:rPr>
        <w:t>P=(2,0,2),</w:t>
      </w:r>
    </w:p>
    <w:p>
      <w:pPr>
        <w:spacing w:before="0" w:after="80" w:line="300" w:lineRule="auto"/>
        <w:jc w:val="left"/>
      </w:pPr>
      <w:r>
        <w:rPr>
          <w:rFonts w:ascii="Times New Roman" w:hAnsi="Times New Roman" w:eastAsia="宋体"/>
          <w:b w:val="0"/>
          <w:i w:val="0"/>
          <w:sz w:val="21"/>
        </w:rPr>
        <w:t>Q=(0,2,2),</w:t>
      </w:r>
    </w:p>
    <w:p>
      <w:pPr>
        <w:spacing w:before="0" w:after="80" w:line="300" w:lineRule="auto"/>
        <w:jc w:val="left"/>
      </w:pPr>
      <w:r>
        <w:rPr>
          <w:rFonts w:ascii="Times New Roman" w:hAnsi="Times New Roman" w:eastAsia="宋体"/>
          <w:b w:val="0"/>
          <w:i w:val="0"/>
          <w:sz w:val="21"/>
        </w:rPr>
        <w:t>R=(1,1,4)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PQ=(-2,2,0)，PR=(-1,1,2)，从而 PQ×PR=(4,4,0)。</w:t>
      </w:r>
    </w:p>
    <w:p>
      <w:pPr>
        <w:spacing w:before="0" w:after="80" w:line="300" w:lineRule="auto"/>
        <w:jc w:val="left"/>
      </w:pPr>
      <w:r>
        <w:rPr>
          <w:rFonts w:ascii="Times New Roman" w:hAnsi="Times New Roman" w:eastAsia="宋体"/>
          <w:b w:val="0"/>
          <w:i w:val="0"/>
          <w:sz w:val="21"/>
        </w:rPr>
        <w:t>面积为 1/2|(4,4,0)|=1/2·4√(2)=2√(2)。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A=(0,0,0), B=(3,0,0), C=(3,3,0), D=(0,3,0), E=(0,0,6). Then</w:t>
      </w:r>
    </w:p>
    <w:p>
      <w:pPr>
        <w:spacing w:before="0" w:after="80" w:line="300" w:lineRule="auto"/>
        <w:jc w:val="left"/>
      </w:pPr>
      <w:r>
        <w:rPr>
          <w:rFonts w:ascii="Times New Roman" w:hAnsi="Times New Roman" w:eastAsia="宋体"/>
          <w:b w:val="0"/>
          <w:i w:val="0"/>
          <w:color w:val="333333"/>
          <w:sz w:val="19"/>
        </w:rPr>
        <w:t>P=(2,0,2),</w:t>
      </w:r>
    </w:p>
    <w:p>
      <w:pPr>
        <w:spacing w:before="0" w:after="80" w:line="300" w:lineRule="auto"/>
        <w:jc w:val="left"/>
      </w:pPr>
      <w:r>
        <w:rPr>
          <w:rFonts w:ascii="Times New Roman" w:hAnsi="Times New Roman" w:eastAsia="宋体"/>
          <w:b w:val="0"/>
          <w:i w:val="0"/>
          <w:color w:val="333333"/>
          <w:sz w:val="19"/>
        </w:rPr>
        <w:t>Q=(0,2,2),</w:t>
      </w:r>
    </w:p>
    <w:p>
      <w:pPr>
        <w:spacing w:before="0" w:after="80" w:line="300" w:lineRule="auto"/>
        <w:jc w:val="left"/>
      </w:pPr>
      <w:r>
        <w:rPr>
          <w:rFonts w:ascii="Times New Roman" w:hAnsi="Times New Roman" w:eastAsia="宋体"/>
          <w:b w:val="0"/>
          <w:i w:val="0"/>
          <w:color w:val="333333"/>
          <w:sz w:val="19"/>
        </w:rPr>
        <w:t>R=(1,1,4).</w:t>
      </w:r>
    </w:p>
    <w:p>
      <w:pPr>
        <w:spacing w:before="0" w:after="80" w:line="300" w:lineRule="auto"/>
        <w:jc w:val="left"/>
      </w:pPr>
      <w:r>
        <w:rPr>
          <w:rFonts w:ascii="Times New Roman" w:hAnsi="Times New Roman" w:eastAsia="宋体"/>
          <w:b w:val="0"/>
          <w:i w:val="0"/>
          <w:color w:val="333333"/>
          <w:sz w:val="19"/>
        </w:rPr>
        <w:t>So PQ=(-2,2,0) and PR=(-1,1,2), giving PQ×PR=(4,4,0).</w:t>
      </w:r>
    </w:p>
    <w:p>
      <w:pPr>
        <w:spacing w:before="0" w:after="80" w:line="300" w:lineRule="auto"/>
        <w:jc w:val="left"/>
      </w:pPr>
      <w:r>
        <w:rPr>
          <w:rFonts w:ascii="Times New Roman" w:hAnsi="Times New Roman" w:eastAsia="宋体"/>
          <w:b w:val="0"/>
          <w:i w:val="0"/>
          <w:color w:val="333333"/>
          <w:sz w:val="19"/>
        </w:rPr>
        <w:t>The area is 1/2|(4,4,0)|=1/2·4√(2)=2√(2).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从 (1,1,1) 出发，三名玩家各自把钱给另外两人之一，所以有 8 个等可能结果；只有 2 种循环赠送模式会回到 (1,1,1)，概率为 1/4。</w:t>
      </w:r>
    </w:p>
    <w:p>
      <w:pPr>
        <w:spacing w:before="0" w:after="80" w:line="300" w:lineRule="auto"/>
        <w:jc w:val="left"/>
      </w:pPr>
      <w:r>
        <w:rPr>
          <w:rFonts w:ascii="Times New Roman" w:hAnsi="Times New Roman" w:eastAsia="宋体"/>
          <w:b w:val="0"/>
          <w:i w:val="0"/>
          <w:sz w:val="21"/>
        </w:rPr>
        <w:t>从 (2,1,0) 状态出发，没钱的玩家不给钱；检查另外两人的 4 个等可能选择，恰好一个会得到 (1,1,1)，概率仍为 1/4。</w:t>
      </w:r>
    </w:p>
    <w:p>
      <w:pPr>
        <w:spacing w:before="0" w:after="80" w:line="300" w:lineRule="auto"/>
        <w:jc w:val="left"/>
      </w:pPr>
      <w:r>
        <w:rPr>
          <w:rFonts w:ascii="Times New Roman" w:hAnsi="Times New Roman" w:eastAsia="宋体"/>
          <w:b w:val="0"/>
          <w:i w:val="0"/>
          <w:sz w:val="21"/>
        </w:rPr>
        <w:t>因此任意一次铃响后，状态为 (1,1,1) 的概率都是 1/4，包括铃响 2019 次之后。</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(1,1,1), each of the three players gives to one of two others, so there are 8 equally likely outcomes; only the 2 cyclic gift patterns return to (1,1,1), a probability of 1/4.</w:t>
      </w:r>
    </w:p>
    <w:p>
      <w:pPr>
        <w:spacing w:before="0" w:after="80" w:line="300" w:lineRule="auto"/>
        <w:jc w:val="left"/>
      </w:pPr>
      <w:r>
        <w:rPr>
          <w:rFonts w:ascii="Times New Roman" w:hAnsi="Times New Roman" w:eastAsia="宋体"/>
          <w:b w:val="0"/>
          <w:i w:val="0"/>
          <w:color w:val="333333"/>
          <w:sz w:val="19"/>
        </w:rPr>
        <w:t>From a (2,1,0) state the broke player gives nothing, and checking the 4 equally likely choices of the other two shows exactly one yields (1,1,1), again probability 1/4.</w:t>
      </w:r>
    </w:p>
    <w:p>
      <w:pPr>
        <w:spacing w:before="0" w:after="80" w:line="300" w:lineRule="auto"/>
        <w:jc w:val="left"/>
      </w:pPr>
      <w:r>
        <w:rPr>
          <w:rFonts w:ascii="Times New Roman" w:hAnsi="Times New Roman" w:eastAsia="宋体"/>
          <w:b w:val="0"/>
          <w:i w:val="0"/>
          <w:color w:val="333333"/>
          <w:sz w:val="19"/>
        </w:rPr>
        <w:t>So after any ring the probability of (1,1,1) is 1/4, including after 2019 rings.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设切线交点为 P=(x,0)。相等切线长给出 PA=PB，所以 (x-6)²+13² =(x-12)²+11²，得 x=5，即 P=(5,0)。</w:t>
      </w:r>
    </w:p>
    <w:p>
      <w:pPr>
        <w:spacing w:before="0" w:after="80" w:line="300" w:lineRule="auto"/>
        <w:jc w:val="left"/>
      </w:pPr>
      <w:r>
        <w:rPr>
          <w:rFonts w:ascii="Times New Roman" w:hAnsi="Times New Roman" w:eastAsia="宋体"/>
          <w:b w:val="0"/>
          <w:i w:val="0"/>
          <w:sz w:val="21"/>
        </w:rPr>
        <w:t>圆心 O=(h,k) 满足 OA⊥ PA 和 OB⊥ PB。因为 PA=(1,13) 且 PB=(7,11)，得到 h+13k=175 和 7h+11k=205，所以 O=(37/4,51/4)。</w:t>
      </w:r>
    </w:p>
    <w:p>
      <w:pPr>
        <w:spacing w:before="0" w:after="80" w:line="300" w:lineRule="auto"/>
        <w:jc w:val="left"/>
      </w:pPr>
      <w:r>
        <w:rPr>
          <w:rFonts w:ascii="Times New Roman" w:hAnsi="Times New Roman" w:eastAsia="宋体"/>
          <w:b w:val="0"/>
          <w:i w:val="0"/>
          <w:sz w:val="21"/>
        </w:rPr>
        <w:t>于是 r²=OA² =(13/4)²+(1/4)² =170/16=85/8，所以面积为 85π/8。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P=(x,0) be the intersection. Equal tangent lengths give PA=PB, so (x-6)²+13² =(x-12)²+11², yielding x=5 and P=(5,0).</w:t>
      </w:r>
    </w:p>
    <w:p>
      <w:pPr>
        <w:spacing w:before="0" w:after="80" w:line="300" w:lineRule="auto"/>
        <w:jc w:val="left"/>
      </w:pPr>
      <w:r>
        <w:rPr>
          <w:rFonts w:ascii="Times New Roman" w:hAnsi="Times New Roman" w:eastAsia="宋体"/>
          <w:b w:val="0"/>
          <w:i w:val="0"/>
          <w:color w:val="333333"/>
          <w:sz w:val="19"/>
        </w:rPr>
        <w:t>The center O=(h,k) satisfies OA⊥ PA and OB⊥ PB. With PA=(1,13) and PB=(7,11), these give h+13k=175 and 7h+11k=205, so O=(37/4,51/4).</w:t>
      </w:r>
    </w:p>
    <w:p>
      <w:pPr>
        <w:spacing w:before="0" w:after="80" w:line="300" w:lineRule="auto"/>
        <w:jc w:val="left"/>
      </w:pPr>
      <w:r>
        <w:rPr>
          <w:rFonts w:ascii="Times New Roman" w:hAnsi="Times New Roman" w:eastAsia="宋体"/>
          <w:b w:val="0"/>
          <w:i w:val="0"/>
          <w:color w:val="333333"/>
          <w:sz w:val="19"/>
        </w:rPr>
        <w:t>Then r²=OA² =(13/4)²+(1/4)² =170/16=85/8, so the area is 85π/8.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如果三个系数都等于同一个值 u，多项式就是 u(x²+x+1)，其根不等于 u。因此系数集合和根集合都有两个不同的值，所以恰有两个系数相同。由韦达定理，r+s=-b/a 且 rs=c/a。</w:t>
      </w:r>
    </w:p>
    <w:p>
      <w:pPr>
        <w:spacing w:before="0" w:after="80" w:line="300" w:lineRule="auto"/>
        <w:jc w:val="left"/>
      </w:pPr>
      <w:r>
        <w:rPr>
          <w:rFonts w:ascii="Times New Roman" w:hAnsi="Times New Roman" w:eastAsia="宋体"/>
          <w:b w:val="0"/>
          <w:i w:val="0"/>
          <w:sz w:val="21"/>
        </w:rPr>
        <w:t>先设 a=b=u 且 c=v。根为 u,v，所以韦达定理给出 u+v=-1 且 uv=v/u。因而 v(u²-1)=0，得到 x²+x-2 和 -x²-x。</w:t>
      </w:r>
    </w:p>
    <w:p>
      <w:pPr>
        <w:spacing w:before="0" w:after="80" w:line="300" w:lineRule="auto"/>
        <w:jc w:val="left"/>
      </w:pPr>
      <w:r>
        <w:rPr>
          <w:rFonts w:ascii="Times New Roman" w:hAnsi="Times New Roman" w:eastAsia="宋体"/>
          <w:b w:val="0"/>
          <w:i w:val="0"/>
          <w:sz w:val="21"/>
        </w:rPr>
        <w:t>如果 b=c=v 且 a=u，同一个乘积方程给出 v(u²-1)=0，而和的方程只留下 u=1, v=-1/2。这给出 x²-1/2x-1/2。</w:t>
      </w:r>
    </w:p>
    <w:p>
      <w:pPr>
        <w:spacing w:before="0" w:after="80" w:line="300" w:lineRule="auto"/>
        <w:jc w:val="left"/>
      </w:pPr>
      <w:r>
        <w:rPr>
          <w:rFonts w:ascii="Times New Roman" w:hAnsi="Times New Roman" w:eastAsia="宋体"/>
          <w:b w:val="0"/>
          <w:i w:val="0"/>
          <w:sz w:val="21"/>
        </w:rPr>
        <w:t>最后，如果 a=c=u 且 b=v，乘积方程给出 uv=1，所以 v=1/u。和的方程变为 u³+u+1=0。这个严格递增的三次函数有唯一实根 u，因此恰好再得到一个多项式 ux²+1/u x+u。所以共有 4 个多项式。</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B</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three coefficients had one value u, the polynomial would be u(x²+x+1), whose roots do not equal u. Thus the coefficient and root sets both have two distinct values, so exactly two coefficients coincide. By Vieta’s formulas, r+s=-b/a and rs=c/a.</w:t>
      </w:r>
    </w:p>
    <w:p>
      <w:pPr>
        <w:spacing w:before="0" w:after="80" w:line="300" w:lineRule="auto"/>
        <w:jc w:val="left"/>
      </w:pPr>
      <w:r>
        <w:rPr>
          <w:rFonts w:ascii="Times New Roman" w:hAnsi="Times New Roman" w:eastAsia="宋体"/>
          <w:b w:val="0"/>
          <w:i w:val="0"/>
          <w:color w:val="333333"/>
          <w:sz w:val="19"/>
        </w:rPr>
        <w:t>First suppose a=b=u and c=v. The roots are u,v, so Vieta gives u+v=-1 and uv=v/u. Hence v(u²-1)=0, producing x²+x-2 and -x²-x.</w:t>
      </w:r>
    </w:p>
    <w:p>
      <w:pPr>
        <w:spacing w:before="0" w:after="80" w:line="300" w:lineRule="auto"/>
        <w:jc w:val="left"/>
      </w:pPr>
      <w:r>
        <w:rPr>
          <w:rFonts w:ascii="Times New Roman" w:hAnsi="Times New Roman" w:eastAsia="宋体"/>
          <w:b w:val="0"/>
          <w:i w:val="0"/>
          <w:color w:val="333333"/>
          <w:sz w:val="19"/>
        </w:rPr>
        <w:t>If b=c=v and a=u, the same product equation gives v(u²-1)=0, while the sum equation leaves only u=1, v=-1/2. This gives x²-1/2x-1/2.</w:t>
      </w:r>
    </w:p>
    <w:p>
      <w:pPr>
        <w:spacing w:before="0" w:after="80" w:line="300" w:lineRule="auto"/>
        <w:jc w:val="left"/>
      </w:pPr>
      <w:r>
        <w:rPr>
          <w:rFonts w:ascii="Times New Roman" w:hAnsi="Times New Roman" w:eastAsia="宋体"/>
          <w:b w:val="0"/>
          <w:i w:val="0"/>
          <w:color w:val="333333"/>
          <w:sz w:val="19"/>
        </w:rPr>
        <w:t>Finally, if a=c=u and b=v, the product equation gives uv=1, so v=1/u. The sum equation becomes u³+u+1=0. This strictly increasing cubic has one real root u, producing exactly one more polynomial, ux²+1/u x+u. Therefore there are 4 polynomials.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令 aₙ=xₙ-4。简单计算得到</w:t>
      </w:r>
    </w:p>
    <w:p>
      <w:pPr>
        <w:spacing w:before="0" w:after="80" w:line="300" w:lineRule="auto"/>
        <w:jc w:val="left"/>
      </w:pPr>
      <w:r>
        <w:rPr>
          <w:rFonts w:ascii="Times New Roman" w:hAnsi="Times New Roman" w:eastAsia="宋体"/>
          <w:b w:val="0"/>
          <w:i w:val="0"/>
          <w:sz w:val="21"/>
        </w:rPr>
        <w:t>aₙ₊₁=xₙ₊₁-4</w:t>
      </w:r>
    </w:p>
    <w:p>
      <w:pPr>
        <w:spacing w:before="0" w:after="80" w:line="300" w:lineRule="auto"/>
        <w:jc w:val="left"/>
      </w:pPr>
      <w:r>
        <w:rPr>
          <w:rFonts w:ascii="Times New Roman" w:hAnsi="Times New Roman" w:eastAsia="宋体"/>
          <w:b w:val="0"/>
          <w:i w:val="0"/>
          <w:sz w:val="21"/>
        </w:rPr>
        <w:t>=((xₙ+5)(xₙ-4))/xₙ+6</w:t>
      </w:r>
    </w:p>
    <w:p>
      <w:pPr>
        <w:spacing w:before="0" w:after="80" w:line="300" w:lineRule="auto"/>
        <w:jc w:val="left"/>
      </w:pPr>
      <w:r>
        <w:rPr>
          <w:rFonts w:ascii="Times New Roman" w:hAnsi="Times New Roman" w:eastAsia="宋体"/>
          <w:b w:val="0"/>
          <w:i w:val="0"/>
          <w:sz w:val="21"/>
        </w:rPr>
        <w:t>=aₙ·xₙ+5/xₙ+6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从 a₀=1 开始，各项保持为正并递减。因为 xₙ 从 5 递减趋向 4，每个比值 xₙ+5/xₙ+6 都严格介于 9/10 和 10/11 之间。</w:t>
      </w:r>
    </w:p>
    <w:p>
      <w:pPr>
        <w:spacing w:before="0" w:after="80" w:line="300" w:lineRule="auto"/>
        <w:jc w:val="left"/>
      </w:pPr>
      <w:r>
        <w:rPr>
          <w:rFonts w:ascii="Times New Roman" w:hAnsi="Times New Roman" w:eastAsia="宋体"/>
          <w:b w:val="0"/>
          <w:i w:val="0"/>
          <w:sz w:val="21"/>
        </w:rPr>
        <w:t>因此 aₘ 被夹在 (9/10)ᵐ 与 (10/11)ᵐ 之间。求解 aₘ≤2⁻²⁰ 可知 m 大约在 132 到 146 之间，落在 [81,242] 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aₙ=xₙ-4. A short computation gives</w:t>
      </w:r>
    </w:p>
    <w:p>
      <w:pPr>
        <w:spacing w:before="0" w:after="80" w:line="300" w:lineRule="auto"/>
        <w:jc w:val="left"/>
      </w:pPr>
      <w:r>
        <w:rPr>
          <w:rFonts w:ascii="Times New Roman" w:hAnsi="Times New Roman" w:eastAsia="宋体"/>
          <w:b w:val="0"/>
          <w:i w:val="0"/>
          <w:color w:val="333333"/>
          <w:sz w:val="19"/>
        </w:rPr>
        <w:t>aₙ₊₁=xₙ₊₁-4</w:t>
      </w:r>
    </w:p>
    <w:p>
      <w:pPr>
        <w:spacing w:before="0" w:after="80" w:line="300" w:lineRule="auto"/>
        <w:jc w:val="left"/>
      </w:pPr>
      <w:r>
        <w:rPr>
          <w:rFonts w:ascii="Times New Roman" w:hAnsi="Times New Roman" w:eastAsia="宋体"/>
          <w:b w:val="0"/>
          <w:i w:val="0"/>
          <w:color w:val="333333"/>
          <w:sz w:val="19"/>
        </w:rPr>
        <w:t>=((xₙ+5)(xₙ-4))/xₙ+6</w:t>
      </w:r>
    </w:p>
    <w:p>
      <w:pPr>
        <w:spacing w:before="0" w:after="80" w:line="300" w:lineRule="auto"/>
        <w:jc w:val="left"/>
      </w:pPr>
      <w:r>
        <w:rPr>
          <w:rFonts w:ascii="Times New Roman" w:hAnsi="Times New Roman" w:eastAsia="宋体"/>
          <w:b w:val="0"/>
          <w:i w:val="0"/>
          <w:color w:val="333333"/>
          <w:sz w:val="19"/>
        </w:rPr>
        <w:t>=aₙ·xₙ+5/xₙ+6.</w:t>
      </w:r>
    </w:p>
    <w:p>
      <w:pPr>
        <w:spacing w:before="0" w:after="80" w:line="300" w:lineRule="auto"/>
        <w:jc w:val="left"/>
      </w:pPr>
      <w:r>
        <w:rPr>
          <w:rFonts w:ascii="Times New Roman" w:hAnsi="Times New Roman" w:eastAsia="宋体"/>
          <w:b w:val="0"/>
          <w:i w:val="0"/>
          <w:color w:val="333333"/>
          <w:sz w:val="19"/>
        </w:rPr>
        <w:t>Starting from a₀=1, the terms stay positive and decrease. Because xₙ decreases from 5 toward 4, each ratio xₙ+5/xₙ+6 lies strictly between 9/10 and 10/11.</w:t>
      </w:r>
    </w:p>
    <w:p>
      <w:pPr>
        <w:spacing w:before="0" w:after="80" w:line="300" w:lineRule="auto"/>
        <w:jc w:val="left"/>
      </w:pPr>
      <w:r>
        <w:rPr>
          <w:rFonts w:ascii="Times New Roman" w:hAnsi="Times New Roman" w:eastAsia="宋体"/>
          <w:b w:val="0"/>
          <w:i w:val="0"/>
          <w:color w:val="333333"/>
          <w:sz w:val="19"/>
        </w:rPr>
        <w:t>Hence aₘ is squeezed between (9/10)ᵐ and (10/11)ᵐ. Solving aₘ≤2⁻²⁰ puts m between about 132 and 146, which lies in [81,242].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没有两个 0 相邻，所以 0 之间由若干 1 的块隔开，每块大小为 1 或 2 （不能为 3）。若有 k 个零，则有 k-1 个这样的块，合计 19-k 个一。</w:t>
      </w:r>
    </w:p>
    <w:p>
      <w:pPr>
        <w:spacing w:before="0" w:after="80" w:line="300" w:lineRule="auto"/>
        <w:jc w:val="left"/>
      </w:pPr>
      <w:r>
        <w:rPr>
          <w:rFonts w:ascii="Times New Roman" w:hAnsi="Times New Roman" w:eastAsia="宋体"/>
          <w:b w:val="0"/>
          <w:i w:val="0"/>
          <w:sz w:val="21"/>
        </w:rPr>
        <w:t>大小为 2 的块数为 (19-k)-(k-1)=20-2k，它必须满足 0≤20-2k≤ k-1，即 7≤ k≤10。</w:t>
      </w:r>
    </w:p>
    <w:p>
      <w:pPr>
        <w:spacing w:before="0" w:after="80" w:line="300" w:lineRule="auto"/>
        <w:jc w:val="left"/>
      </w:pPr>
      <w:r>
        <w:rPr>
          <w:rFonts w:ascii="Times New Roman" w:hAnsi="Times New Roman" w:eastAsia="宋体"/>
          <w:b w:val="0"/>
          <w:i w:val="0"/>
          <w:sz w:val="21"/>
        </w:rPr>
        <w:t>对 k=7,8,9,10 求和 C(k-1, 20-2k) 得到 C(6, 6)+C(7, 4)+C(8, 2)+C(9, 0) =1+35+28+1 =65。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 two 0s are adjacent, so the 0s are separated by blocks of 1s, each of size 1 or 2 (never 3). If there are k zeros, there are k-1 such blocks summing to 19-k ones.</w:t>
      </w:r>
    </w:p>
    <w:p>
      <w:pPr>
        <w:spacing w:before="0" w:after="80" w:line="300" w:lineRule="auto"/>
        <w:jc w:val="left"/>
      </w:pPr>
      <w:r>
        <w:rPr>
          <w:rFonts w:ascii="Times New Roman" w:hAnsi="Times New Roman" w:eastAsia="宋体"/>
          <w:b w:val="0"/>
          <w:i w:val="0"/>
          <w:color w:val="333333"/>
          <w:sz w:val="19"/>
        </w:rPr>
        <w:t>The number of size-2 blocks is (19-k)-(k-1)=20-2k, which must satisfy 0≤20-2k≤ k-1, i.e. 7≤ k≤10.</w:t>
      </w:r>
    </w:p>
    <w:p>
      <w:pPr>
        <w:spacing w:before="0" w:after="80" w:line="300" w:lineRule="auto"/>
        <w:jc w:val="left"/>
      </w:pPr>
      <w:r>
        <w:rPr>
          <w:rFonts w:ascii="Times New Roman" w:hAnsi="Times New Roman" w:eastAsia="宋体"/>
          <w:b w:val="0"/>
          <w:i w:val="0"/>
          <w:color w:val="333333"/>
          <w:sz w:val="19"/>
        </w:rPr>
        <w:t>Summing C(k-1, 20-2k) over k=7,8,9,10 gives C(6, 6)+C(7, 4)+C(8, 2)+C(9, 0) =1+35+28+1 =65.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当 a,b,c 在 [0,1] 中变化时，集合 S 是沿向量 v₁=1=(1,0)， v₂=ω=(-1/2,(√(3))/2)， v₃=ω²=(-1/2,-(√(3))/2) 的三个单位线段的闵可夫斯基和。</w:t>
      </w:r>
    </w:p>
    <w:p>
      <w:pPr>
        <w:spacing w:before="0" w:after="80" w:line="300" w:lineRule="auto"/>
        <w:jc w:val="left"/>
      </w:pPr>
      <w:r>
        <w:rPr>
          <w:rFonts w:ascii="Times New Roman" w:hAnsi="Times New Roman" w:eastAsia="宋体"/>
          <w:b w:val="0"/>
          <w:i w:val="0"/>
          <w:sz w:val="21"/>
        </w:rPr>
        <w:t>这是一个带状多边形，其面积等于所有向量对的叉积大小之和。每一对都给出 |vᵢ× vⱼ|=(√(3))/2。</w:t>
      </w:r>
    </w:p>
    <w:p>
      <w:pPr>
        <w:spacing w:before="0" w:after="80" w:line="300" w:lineRule="auto"/>
        <w:jc w:val="left"/>
      </w:pPr>
      <w:r>
        <w:rPr>
          <w:rFonts w:ascii="Times New Roman" w:hAnsi="Times New Roman" w:eastAsia="宋体"/>
          <w:b w:val="0"/>
          <w:i w:val="0"/>
          <w:sz w:val="21"/>
        </w:rPr>
        <w:t>因此面积为 3·(√(3))/2=(3√(3))/2。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a,b,c range over [0,1], the set S is the Minkowski sum of the three unit segments along v₁=1=(1,0), v₂=ω=(-1/2,(√(3))/2), v₃=ω²=(-1/2,-(√(3))/2).</w:t>
      </w:r>
    </w:p>
    <w:p>
      <w:pPr>
        <w:spacing w:before="0" w:after="80" w:line="300" w:lineRule="auto"/>
        <w:jc w:val="left"/>
      </w:pPr>
      <w:r>
        <w:rPr>
          <w:rFonts w:ascii="Times New Roman" w:hAnsi="Times New Roman" w:eastAsia="宋体"/>
          <w:b w:val="0"/>
          <w:i w:val="0"/>
          <w:color w:val="333333"/>
          <w:sz w:val="19"/>
        </w:rPr>
        <w:t>This is a zonogon whose area is the sum of the cross-product magnitudes over pairs. Each pair gives |vᵢ× vⱼ|=(√(3))/2.</w:t>
      </w:r>
    </w:p>
    <w:p>
      <w:pPr>
        <w:spacing w:before="0" w:after="80" w:line="300" w:lineRule="auto"/>
        <w:jc w:val="left"/>
      </w:pPr>
      <w:r>
        <w:rPr>
          <w:rFonts w:ascii="Times New Roman" w:hAnsi="Times New Roman" w:eastAsia="宋体"/>
          <w:b w:val="0"/>
          <w:i w:val="0"/>
          <w:color w:val="333333"/>
          <w:sz w:val="19"/>
        </w:rPr>
        <w:t>Therefore the area is 3·(√(3))/2=(3√(3))/2.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三个重心分别为 A+B+C/3， B+C+D/3， A+C+D/3。它们两两之差为 A-D/3, B-A/3, B-D/3，所以重心三角形为等边三角形迫使 AB=BD=DA；也就是说，△ ABD 是边长为 s=BD 的等边三角形。</w:t>
      </w:r>
    </w:p>
    <w:p>
      <w:pPr>
        <w:spacing w:before="0" w:after="80" w:line="300" w:lineRule="auto"/>
        <w:jc w:val="left"/>
      </w:pPr>
      <w:r>
        <w:rPr>
          <w:rFonts w:ascii="Times New Roman" w:hAnsi="Times New Roman" w:eastAsia="宋体"/>
          <w:b w:val="0"/>
          <w:i w:val="0"/>
          <w:sz w:val="21"/>
        </w:rPr>
        <w:t>沿 BD 分割，</w:t>
      </w:r>
    </w:p>
    <w:p>
      <w:pPr>
        <w:spacing w:before="0" w:after="80" w:line="300" w:lineRule="auto"/>
        <w:jc w:val="left"/>
      </w:pPr>
      <w:r>
        <w:rPr>
          <w:rFonts w:ascii="Times New Roman" w:hAnsi="Times New Roman" w:eastAsia="宋体"/>
          <w:b w:val="0"/>
          <w:i w:val="0"/>
          <w:sz w:val="21"/>
        </w:rPr>
        <w:t>[ABCD]=[ABD]+[BCD]</w:t>
      </w:r>
    </w:p>
    <w:p>
      <w:pPr>
        <w:spacing w:before="0" w:after="80" w:line="300" w:lineRule="auto"/>
        <w:jc w:val="left"/>
      </w:pPr>
      <w:r>
        <w:rPr>
          <w:rFonts w:ascii="Times New Roman" w:hAnsi="Times New Roman" w:eastAsia="宋体"/>
          <w:b w:val="0"/>
          <w:i w:val="0"/>
          <w:sz w:val="21"/>
        </w:rPr>
        <w:t>=(√(3))/4s²</w:t>
      </w:r>
    </w:p>
    <w:p>
      <w:pPr>
        <w:spacing w:before="0" w:after="80" w:line="300" w:lineRule="auto"/>
        <w:jc w:val="left"/>
      </w:pPr>
      <w:r>
        <w:rPr>
          <w:rFonts w:ascii="Times New Roman" w:hAnsi="Times New Roman" w:eastAsia="宋体"/>
          <w:b w:val="0"/>
          <w:i w:val="0"/>
          <w:sz w:val="21"/>
        </w:rPr>
        <w:t>+1/2·2·6sin 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C=∠ BCD。由余弦定理，s²=40-24cos C，所以</w:t>
      </w:r>
    </w:p>
    <w:p>
      <w:pPr>
        <w:spacing w:before="0" w:after="80" w:line="300" w:lineRule="auto"/>
        <w:jc w:val="left"/>
      </w:pPr>
      <w:r>
        <w:rPr>
          <w:rFonts w:ascii="Times New Roman" w:hAnsi="Times New Roman" w:eastAsia="宋体"/>
          <w:b w:val="0"/>
          <w:i w:val="0"/>
          <w:sz w:val="21"/>
        </w:rPr>
        <w:t>[ABCD]=10√(3)</w:t>
      </w:r>
    </w:p>
    <w:p>
      <w:pPr>
        <w:spacing w:before="0" w:after="80" w:line="300" w:lineRule="auto"/>
        <w:jc w:val="left"/>
      </w:pPr>
      <w:r>
        <w:rPr>
          <w:rFonts w:ascii="Times New Roman" w:hAnsi="Times New Roman" w:eastAsia="宋体"/>
          <w:b w:val="0"/>
          <w:i w:val="0"/>
          <w:sz w:val="21"/>
        </w:rPr>
        <w:t>-6√(3)cos C+6sin 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表达式 6sin C-6√(3)cos C 的最大值为 √(6²+(6√(3))²)=12，所以最大面积是 10√(3)+12=12+10√(3)。当 C=150° 时取等号；构造具有这个角的 △ BCD，并在 BD 另一侧作等边 △ ABD，可以得到凸四边形，所以最大值能够达到。</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C</w:t>
      </w:r>
      <w:r>
        <w:rPr>
          <w:rFonts w:ascii="Times New Roman" w:hAnsi="Times New Roman" w:eastAsia="宋体"/>
          <w:b w:val="0"/>
          <w:i w:val="0"/>
          <w:sz w:val="21"/>
        </w:rPr>
        <w:t>是正确答案。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centroids are A+B+C/3, B+C+D/3, A+C+D/3. Their pairwise differences are A-D/3, B-A/3, B-D/3, so an equilateral centroid triangle forces AB=BD=DA; that is, △ ABD is equilateral with side s=BD.</w:t>
      </w:r>
    </w:p>
    <w:p>
      <w:pPr>
        <w:spacing w:before="0" w:after="80" w:line="300" w:lineRule="auto"/>
        <w:jc w:val="left"/>
      </w:pPr>
      <w:r>
        <w:rPr>
          <w:rFonts w:ascii="Times New Roman" w:hAnsi="Times New Roman" w:eastAsia="宋体"/>
          <w:b w:val="0"/>
          <w:i w:val="0"/>
          <w:color w:val="333333"/>
          <w:sz w:val="19"/>
        </w:rPr>
        <w:t>Splitting along BD,</w:t>
      </w:r>
    </w:p>
    <w:p>
      <w:pPr>
        <w:spacing w:before="0" w:after="80" w:line="300" w:lineRule="auto"/>
        <w:jc w:val="left"/>
      </w:pPr>
      <w:r>
        <w:rPr>
          <w:rFonts w:ascii="Times New Roman" w:hAnsi="Times New Roman" w:eastAsia="宋体"/>
          <w:b w:val="0"/>
          <w:i w:val="0"/>
          <w:color w:val="333333"/>
          <w:sz w:val="19"/>
        </w:rPr>
        <w:t>[ABCD]=[ABD]+[BCD]</w:t>
      </w:r>
    </w:p>
    <w:p>
      <w:pPr>
        <w:spacing w:before="0" w:after="80" w:line="300" w:lineRule="auto"/>
        <w:jc w:val="left"/>
      </w:pPr>
      <w:r>
        <w:rPr>
          <w:rFonts w:ascii="Times New Roman" w:hAnsi="Times New Roman" w:eastAsia="宋体"/>
          <w:b w:val="0"/>
          <w:i w:val="0"/>
          <w:color w:val="333333"/>
          <w:sz w:val="19"/>
        </w:rPr>
        <w:t>=(√(3))/4s²</w:t>
      </w:r>
    </w:p>
    <w:p>
      <w:pPr>
        <w:spacing w:before="0" w:after="80" w:line="300" w:lineRule="auto"/>
        <w:jc w:val="left"/>
      </w:pPr>
      <w:r>
        <w:rPr>
          <w:rFonts w:ascii="Times New Roman" w:hAnsi="Times New Roman" w:eastAsia="宋体"/>
          <w:b w:val="0"/>
          <w:i w:val="0"/>
          <w:color w:val="333333"/>
          <w:sz w:val="19"/>
        </w:rPr>
        <w:t>+1/2·2·6sin C,</w:t>
      </w:r>
    </w:p>
    <w:p>
      <w:pPr>
        <w:spacing w:before="0" w:after="80" w:line="300" w:lineRule="auto"/>
        <w:jc w:val="left"/>
      </w:pPr>
      <w:r>
        <w:rPr>
          <w:rFonts w:ascii="Times New Roman" w:hAnsi="Times New Roman" w:eastAsia="宋体"/>
          <w:b w:val="0"/>
          <w:i w:val="0"/>
          <w:color w:val="333333"/>
          <w:sz w:val="19"/>
        </w:rPr>
        <w:t>where C=∠ BCD. By the Law of Cosines s²=40-24cos C, so</w:t>
      </w:r>
    </w:p>
    <w:p>
      <w:pPr>
        <w:spacing w:before="0" w:after="80" w:line="300" w:lineRule="auto"/>
        <w:jc w:val="left"/>
      </w:pPr>
      <w:r>
        <w:rPr>
          <w:rFonts w:ascii="Times New Roman" w:hAnsi="Times New Roman" w:eastAsia="宋体"/>
          <w:b w:val="0"/>
          <w:i w:val="0"/>
          <w:color w:val="333333"/>
          <w:sz w:val="19"/>
        </w:rPr>
        <w:t>[ABCD]=10√(3)</w:t>
      </w:r>
    </w:p>
    <w:p>
      <w:pPr>
        <w:spacing w:before="0" w:after="80" w:line="300" w:lineRule="auto"/>
        <w:jc w:val="left"/>
      </w:pPr>
      <w:r>
        <w:rPr>
          <w:rFonts w:ascii="Times New Roman" w:hAnsi="Times New Roman" w:eastAsia="宋体"/>
          <w:b w:val="0"/>
          <w:i w:val="0"/>
          <w:color w:val="333333"/>
          <w:sz w:val="19"/>
        </w:rPr>
        <w:t>-6√(3)cos C+6sin C.</w:t>
      </w:r>
    </w:p>
    <w:p>
      <w:pPr>
        <w:spacing w:before="0" w:after="80" w:line="300" w:lineRule="auto"/>
        <w:jc w:val="left"/>
      </w:pPr>
      <w:r>
        <w:rPr>
          <w:rFonts w:ascii="Times New Roman" w:hAnsi="Times New Roman" w:eastAsia="宋体"/>
          <w:b w:val="0"/>
          <w:i w:val="0"/>
          <w:color w:val="333333"/>
          <w:sz w:val="19"/>
        </w:rPr>
        <w:t>The expression 6sin C-6√(3)cos C has maximum √(6²+(6√(3))²)=12, so the greatest area is 10√(3)+12=12+10√(3). Equality occurs at C=150°; constructing △ BCD with that angle and placing equilateral △ ABD on the opposite side of BD produces a convex quadrilateral, so the maximum is attainable.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